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8CAF30" w14:textId="77777777" w:rsidR="009A0AC0" w:rsidRPr="00447437" w:rsidRDefault="009A0AC0" w:rsidP="00027471">
      <w:pPr>
        <w:spacing w:after="0" w:line="360" w:lineRule="auto"/>
        <w:jc w:val="right"/>
        <w:rPr>
          <w:rFonts w:ascii="GHEA Grapalat" w:eastAsia="GHEA Grapalat" w:hAnsi="GHEA Grapalat" w:cs="GHEA Grapalat"/>
          <w:b/>
          <w:bCs/>
          <w:color w:val="000000" w:themeColor="text1"/>
          <w:sz w:val="24"/>
          <w:szCs w:val="24"/>
          <w:lang w:val="hy"/>
        </w:rPr>
      </w:pPr>
      <w:r w:rsidRPr="00447437">
        <w:rPr>
          <w:rFonts w:ascii="GHEA Grapalat" w:eastAsia="GHEA Grapalat" w:hAnsi="GHEA Grapalat" w:cs="GHEA Grapalat"/>
          <w:b/>
          <w:bCs/>
          <w:color w:val="000000" w:themeColor="text1"/>
          <w:sz w:val="24"/>
          <w:szCs w:val="24"/>
          <w:lang w:val="hy-AM"/>
        </w:rPr>
        <w:t>Հավելված</w:t>
      </w:r>
      <w:r w:rsidRPr="00447437">
        <w:rPr>
          <w:rFonts w:ascii="GHEA Grapalat" w:eastAsia="GHEA Grapalat" w:hAnsi="GHEA Grapalat" w:cs="GHEA Grapalat"/>
          <w:b/>
          <w:bCs/>
          <w:color w:val="000000" w:themeColor="text1"/>
          <w:sz w:val="24"/>
          <w:szCs w:val="24"/>
          <w:lang w:val="hy"/>
        </w:rPr>
        <w:t xml:space="preserve"> N 1</w:t>
      </w:r>
    </w:p>
    <w:p w14:paraId="1129A207" w14:textId="77777777" w:rsidR="009A0AC0" w:rsidRPr="00447437" w:rsidRDefault="009A0AC0" w:rsidP="009A0AC0">
      <w:pPr>
        <w:spacing w:after="0"/>
        <w:ind w:left="720" w:hanging="720"/>
        <w:jc w:val="right"/>
        <w:rPr>
          <w:rFonts w:ascii="GHEA Grapalat" w:eastAsia="GHEA Grapalat" w:hAnsi="GHEA Grapalat" w:cs="GHEA Grapalat"/>
          <w:color w:val="000000" w:themeColor="text1"/>
          <w:sz w:val="24"/>
          <w:szCs w:val="24"/>
          <w:lang w:val="hy-AM"/>
        </w:rPr>
      </w:pPr>
      <w:r w:rsidRPr="00447437">
        <w:rPr>
          <w:rFonts w:ascii="GHEA Grapalat" w:eastAsia="GHEA Grapalat" w:hAnsi="GHEA Grapalat" w:cs="GHEA Grapalat"/>
          <w:color w:val="000000" w:themeColor="text1"/>
          <w:sz w:val="24"/>
          <w:szCs w:val="24"/>
          <w:lang w:val="hy-AM"/>
        </w:rPr>
        <w:t>ՀՀ</w:t>
      </w:r>
      <w:r w:rsidRPr="00447437">
        <w:rPr>
          <w:rFonts w:ascii="Calibri" w:hAnsi="Calibri" w:cs="Calibri"/>
          <w:color w:val="000000" w:themeColor="text1"/>
          <w:sz w:val="24"/>
          <w:szCs w:val="24"/>
          <w:lang w:val="hy-AM"/>
        </w:rPr>
        <w:t> </w:t>
      </w:r>
      <w:r w:rsidRPr="00447437">
        <w:rPr>
          <w:rFonts w:ascii="GHEA Grapalat" w:eastAsia="GHEA Grapalat" w:hAnsi="GHEA Grapalat" w:cs="GHEA Grapalat"/>
          <w:color w:val="000000" w:themeColor="text1"/>
          <w:sz w:val="24"/>
          <w:szCs w:val="24"/>
          <w:lang w:val="hy-AM"/>
        </w:rPr>
        <w:t>կրթության, գիտության,</w:t>
      </w:r>
    </w:p>
    <w:p w14:paraId="05399501" w14:textId="77777777" w:rsidR="009A0AC0" w:rsidRPr="00447437" w:rsidRDefault="009A0AC0" w:rsidP="009A0AC0">
      <w:pPr>
        <w:spacing w:after="0"/>
        <w:ind w:left="720" w:hanging="720"/>
        <w:jc w:val="right"/>
        <w:rPr>
          <w:rFonts w:ascii="GHEA Grapalat" w:eastAsia="GHEA Grapalat" w:hAnsi="GHEA Grapalat" w:cs="GHEA Grapalat"/>
          <w:color w:val="000000" w:themeColor="text1"/>
          <w:sz w:val="24"/>
          <w:szCs w:val="24"/>
          <w:lang w:val="hy-AM"/>
        </w:rPr>
      </w:pPr>
      <w:r w:rsidRPr="00447437">
        <w:rPr>
          <w:rFonts w:ascii="Calibri" w:hAnsi="Calibri" w:cs="Calibri"/>
          <w:color w:val="000000" w:themeColor="text1"/>
          <w:sz w:val="24"/>
          <w:szCs w:val="24"/>
          <w:lang w:val="hy-AM"/>
        </w:rPr>
        <w:t> </w:t>
      </w:r>
      <w:r w:rsidRPr="00447437">
        <w:rPr>
          <w:rFonts w:ascii="GHEA Grapalat" w:eastAsia="GHEA Grapalat" w:hAnsi="GHEA Grapalat" w:cs="GHEA Grapalat"/>
          <w:color w:val="000000" w:themeColor="text1"/>
          <w:sz w:val="24"/>
          <w:szCs w:val="24"/>
          <w:lang w:val="hy-AM"/>
        </w:rPr>
        <w:t>մշակույթի և սպորտի նախարարի</w:t>
      </w:r>
    </w:p>
    <w:p w14:paraId="0D15EC28" w14:textId="77480D3D" w:rsidR="009A0AC0" w:rsidRPr="00447437" w:rsidRDefault="00027471" w:rsidP="009A0AC0">
      <w:pPr>
        <w:spacing w:after="0"/>
        <w:ind w:left="720" w:hanging="720"/>
        <w:jc w:val="right"/>
        <w:rPr>
          <w:rFonts w:ascii="GHEA Grapalat" w:eastAsia="GHEA Grapalat" w:hAnsi="GHEA Grapalat" w:cs="GHEA Grapalat"/>
          <w:color w:val="000000" w:themeColor="text1"/>
          <w:sz w:val="24"/>
          <w:szCs w:val="24"/>
          <w:lang w:val="hy-AM"/>
        </w:rPr>
      </w:pPr>
      <w:r w:rsidRPr="00027471">
        <w:rPr>
          <w:rFonts w:ascii="GHEA Grapalat" w:eastAsia="GHEA Grapalat" w:hAnsi="GHEA Grapalat" w:cs="GHEA Grapalat"/>
          <w:color w:val="000000" w:themeColor="text1"/>
          <w:sz w:val="24"/>
          <w:szCs w:val="24"/>
          <w:u w:val="single"/>
          <w:lang w:val="hy-AM"/>
        </w:rPr>
        <w:t>10</w:t>
      </w:r>
      <w:r>
        <w:rPr>
          <w:rFonts w:ascii="GHEA Grapalat" w:eastAsia="GHEA Grapalat" w:hAnsi="GHEA Grapalat" w:cs="GHEA Grapalat"/>
          <w:color w:val="000000" w:themeColor="text1"/>
          <w:sz w:val="24"/>
          <w:szCs w:val="24"/>
          <w:lang w:val="hy-AM"/>
        </w:rPr>
        <w:t xml:space="preserve"> </w:t>
      </w:r>
      <w:r w:rsidRPr="00027471">
        <w:rPr>
          <w:rFonts w:ascii="GHEA Grapalat" w:eastAsia="GHEA Grapalat" w:hAnsi="GHEA Grapalat" w:cs="GHEA Grapalat"/>
          <w:color w:val="000000" w:themeColor="text1"/>
          <w:sz w:val="24"/>
          <w:szCs w:val="24"/>
          <w:u w:val="single"/>
          <w:lang w:val="hy-AM"/>
        </w:rPr>
        <w:t>սեպտեմբերի</w:t>
      </w:r>
      <w:r>
        <w:rPr>
          <w:rFonts w:ascii="GHEA Grapalat" w:eastAsia="GHEA Grapalat" w:hAnsi="GHEA Grapalat" w:cs="GHEA Grapalat"/>
          <w:color w:val="000000" w:themeColor="text1"/>
          <w:sz w:val="24"/>
          <w:szCs w:val="24"/>
          <w:lang w:val="hy-AM"/>
        </w:rPr>
        <w:t xml:space="preserve"> </w:t>
      </w:r>
      <w:r w:rsidR="009A0AC0" w:rsidRPr="00447437">
        <w:rPr>
          <w:rFonts w:ascii="GHEA Grapalat" w:eastAsia="GHEA Grapalat" w:hAnsi="GHEA Grapalat" w:cs="GHEA Grapalat"/>
          <w:color w:val="000000" w:themeColor="text1"/>
          <w:sz w:val="24"/>
          <w:szCs w:val="24"/>
          <w:lang w:val="hy-AM"/>
        </w:rPr>
        <w:t>2026 թ.</w:t>
      </w:r>
    </w:p>
    <w:p w14:paraId="1D117521" w14:textId="095B0E45" w:rsidR="009A0AC0" w:rsidRPr="00447437" w:rsidRDefault="009A0AC0" w:rsidP="009A0AC0">
      <w:pPr>
        <w:shd w:val="clear" w:color="auto" w:fill="FFFFFF"/>
        <w:spacing w:after="0"/>
        <w:ind w:left="720" w:hanging="720"/>
        <w:jc w:val="right"/>
        <w:rPr>
          <w:rFonts w:ascii="GHEA Grapalat" w:eastAsia="GHEA Grapalat" w:hAnsi="GHEA Grapalat" w:cs="GHEA Grapalat"/>
          <w:color w:val="000000" w:themeColor="text1"/>
          <w:sz w:val="24"/>
          <w:szCs w:val="24"/>
          <w:lang w:val="hy-AM"/>
        </w:rPr>
      </w:pPr>
      <w:r w:rsidRPr="00447437">
        <w:rPr>
          <w:rFonts w:ascii="GHEA Grapalat" w:eastAsia="GHEA Grapalat" w:hAnsi="GHEA Grapalat" w:cs="GHEA Grapalat"/>
          <w:color w:val="000000" w:themeColor="text1"/>
          <w:sz w:val="24"/>
          <w:szCs w:val="24"/>
          <w:lang w:val="hy-AM"/>
        </w:rPr>
        <w:t xml:space="preserve">N </w:t>
      </w:r>
      <w:r w:rsidR="00027471" w:rsidRPr="00027471">
        <w:rPr>
          <w:rFonts w:ascii="GHEA Grapalat" w:eastAsia="GHEA Grapalat" w:hAnsi="GHEA Grapalat" w:cs="GHEA Grapalat"/>
          <w:color w:val="000000" w:themeColor="text1"/>
          <w:sz w:val="24"/>
          <w:szCs w:val="24"/>
          <w:u w:val="single"/>
          <w:lang w:val="hy-AM"/>
        </w:rPr>
        <w:t>86</w:t>
      </w:r>
      <w:r w:rsidRPr="00447437">
        <w:rPr>
          <w:rFonts w:ascii="GHEA Grapalat" w:eastAsia="GHEA Grapalat" w:hAnsi="GHEA Grapalat" w:cs="GHEA Grapalat"/>
          <w:color w:val="000000" w:themeColor="text1"/>
          <w:sz w:val="24"/>
          <w:szCs w:val="24"/>
          <w:lang w:val="hy-AM"/>
        </w:rPr>
        <w:t>-Ն հրամանի</w:t>
      </w:r>
    </w:p>
    <w:p w14:paraId="41C7281D" w14:textId="77777777" w:rsidR="009A0AC0" w:rsidRPr="00447437" w:rsidRDefault="009A0AC0" w:rsidP="009A0AC0">
      <w:pPr>
        <w:shd w:val="clear" w:color="auto" w:fill="FFFFFF"/>
        <w:spacing w:line="360" w:lineRule="auto"/>
        <w:ind w:left="720" w:hanging="720"/>
        <w:jc w:val="right"/>
        <w:rPr>
          <w:rFonts w:ascii="GHEA Grapalat" w:eastAsia="GHEA Grapalat" w:hAnsi="GHEA Grapalat" w:cs="GHEA Grapalat"/>
          <w:b/>
          <w:color w:val="000000" w:themeColor="text1"/>
          <w:sz w:val="24"/>
          <w:szCs w:val="24"/>
          <w:lang w:val="hy-AM"/>
        </w:rPr>
      </w:pPr>
    </w:p>
    <w:p w14:paraId="105AB20F" w14:textId="77777777" w:rsidR="009A0AC0" w:rsidRPr="00447437" w:rsidRDefault="009A0AC0" w:rsidP="009A0AC0">
      <w:pPr>
        <w:shd w:val="clear" w:color="auto" w:fill="FFFFFF"/>
        <w:spacing w:line="276" w:lineRule="auto"/>
        <w:ind w:left="720" w:hanging="720"/>
        <w:jc w:val="right"/>
        <w:rPr>
          <w:rFonts w:ascii="GHEA Grapalat" w:eastAsia="GHEA Grapalat" w:hAnsi="GHEA Grapalat" w:cs="GHEA Grapalat"/>
          <w:color w:val="000000" w:themeColor="text1"/>
          <w:sz w:val="24"/>
          <w:szCs w:val="24"/>
          <w:lang w:val="hy-AM"/>
        </w:rPr>
      </w:pPr>
    </w:p>
    <w:p w14:paraId="026DB4E8" w14:textId="77777777" w:rsidR="009A0AC0" w:rsidRPr="00447437" w:rsidRDefault="009A0AC0" w:rsidP="009A0AC0">
      <w:pPr>
        <w:shd w:val="clear" w:color="auto" w:fill="FFFFFF"/>
        <w:spacing w:line="276" w:lineRule="auto"/>
        <w:ind w:left="720" w:hanging="720"/>
        <w:jc w:val="center"/>
        <w:rPr>
          <w:rFonts w:ascii="GHEA Grapalat" w:eastAsia="GHEA Grapalat" w:hAnsi="GHEA Grapalat" w:cs="GHEA Grapalat"/>
          <w:b/>
          <w:color w:val="000000" w:themeColor="text1"/>
          <w:sz w:val="24"/>
          <w:szCs w:val="24"/>
          <w:lang w:val="hy-AM"/>
        </w:rPr>
      </w:pPr>
      <w:r w:rsidRPr="00447437">
        <w:rPr>
          <w:rFonts w:ascii="GHEA Grapalat" w:eastAsia="GHEA Grapalat" w:hAnsi="GHEA Grapalat" w:cs="GHEA Grapalat"/>
          <w:b/>
          <w:color w:val="000000" w:themeColor="text1"/>
          <w:sz w:val="24"/>
          <w:szCs w:val="24"/>
          <w:lang w:val="hy-AM"/>
        </w:rPr>
        <w:t>ԿԱՐԳ ԵՎ ՄԵԹՈԴԱԲԱՆՈՒԹՅՈՒՆ</w:t>
      </w:r>
    </w:p>
    <w:p w14:paraId="45C1D863" w14:textId="77777777" w:rsidR="009A0AC0" w:rsidRPr="00447437" w:rsidRDefault="009A0AC0" w:rsidP="009A0AC0">
      <w:pPr>
        <w:spacing w:line="276" w:lineRule="auto"/>
        <w:ind w:left="720" w:hanging="720"/>
        <w:jc w:val="center"/>
        <w:rPr>
          <w:rFonts w:ascii="GHEA Grapalat" w:eastAsia="GHEA Grapalat" w:hAnsi="GHEA Grapalat" w:cs="GHEA Grapalat"/>
          <w:b/>
          <w:color w:val="000000" w:themeColor="text1"/>
          <w:sz w:val="24"/>
          <w:szCs w:val="24"/>
          <w:lang w:val="hy-AM"/>
        </w:rPr>
      </w:pPr>
      <w:r w:rsidRPr="00447437">
        <w:rPr>
          <w:rFonts w:ascii="GHEA Grapalat" w:eastAsia="GHEA Grapalat" w:hAnsi="GHEA Grapalat" w:cs="GHEA Grapalat"/>
          <w:b/>
          <w:color w:val="000000" w:themeColor="text1"/>
          <w:sz w:val="24"/>
          <w:szCs w:val="24"/>
          <w:lang w:val="hy-AM"/>
        </w:rPr>
        <w:t>ՄԱՍՆԱԳԻՏԱԿԱՆ ԿՐԹԱԿԱՆ ԾՐԱԳՐԵՐՈՎ</w:t>
      </w:r>
    </w:p>
    <w:p w14:paraId="389718F9" w14:textId="77777777" w:rsidR="009A0AC0" w:rsidRPr="00447437" w:rsidRDefault="009A0AC0" w:rsidP="009A0AC0">
      <w:pPr>
        <w:shd w:val="clear" w:color="auto" w:fill="FFFFFF"/>
        <w:spacing w:line="276" w:lineRule="auto"/>
        <w:ind w:left="720" w:hanging="720"/>
        <w:jc w:val="center"/>
        <w:rPr>
          <w:rFonts w:ascii="GHEA Grapalat" w:eastAsia="GHEA Grapalat" w:hAnsi="GHEA Grapalat" w:cs="GHEA Grapalat"/>
          <w:b/>
          <w:color w:val="000000" w:themeColor="text1"/>
          <w:sz w:val="24"/>
          <w:szCs w:val="24"/>
          <w:lang w:val="hy-AM"/>
        </w:rPr>
      </w:pPr>
      <w:r w:rsidRPr="00447437">
        <w:rPr>
          <w:rFonts w:ascii="GHEA Grapalat" w:eastAsia="GHEA Grapalat" w:hAnsi="GHEA Grapalat" w:cs="GHEA Grapalat"/>
          <w:b/>
          <w:color w:val="000000" w:themeColor="text1"/>
          <w:sz w:val="24"/>
          <w:szCs w:val="24"/>
          <w:lang w:val="hy-AM"/>
        </w:rPr>
        <w:t>ԱՇԽԱՏԱՆՔԻ ՎՐԱ ՀԻՄՆՎԱԾ ՈՒՍՈՒՄՆԱՌՈՒԹՅԱՆ ՁԵՎԵՐԻ ԻՐԱԿԱՆԱՑՄԱՆ</w:t>
      </w:r>
    </w:p>
    <w:p w14:paraId="17A5CC1F" w14:textId="77777777" w:rsidR="009A0AC0" w:rsidRPr="00447437" w:rsidRDefault="009A0AC0" w:rsidP="009A0AC0">
      <w:pPr>
        <w:shd w:val="clear" w:color="auto" w:fill="FFFFFF"/>
        <w:spacing w:line="360" w:lineRule="auto"/>
        <w:ind w:left="720" w:hanging="720"/>
        <w:jc w:val="center"/>
        <w:rPr>
          <w:rFonts w:ascii="GHEA Grapalat" w:eastAsia="GHEA Grapalat" w:hAnsi="GHEA Grapalat" w:cs="GHEA Grapalat"/>
          <w:b/>
          <w:color w:val="000000" w:themeColor="text1"/>
          <w:sz w:val="24"/>
          <w:szCs w:val="24"/>
          <w:lang w:val="hy-AM"/>
        </w:rPr>
      </w:pPr>
    </w:p>
    <w:p w14:paraId="4E947590" w14:textId="77777777" w:rsidR="009A0AC0" w:rsidRPr="00447437" w:rsidRDefault="009A0AC0" w:rsidP="009A0AC0">
      <w:pPr>
        <w:numPr>
          <w:ilvl w:val="0"/>
          <w:numId w:val="39"/>
        </w:numPr>
        <w:shd w:val="clear" w:color="auto" w:fill="FFFFFF"/>
        <w:spacing w:after="0" w:line="360" w:lineRule="auto"/>
        <w:ind w:left="720" w:hanging="720"/>
        <w:contextualSpacing/>
        <w:jc w:val="center"/>
        <w:rPr>
          <w:rFonts w:ascii="GHEA Grapalat" w:eastAsia="GHEA Grapalat" w:hAnsi="GHEA Grapalat" w:cs="GHEA Grapalat"/>
          <w:b/>
          <w:color w:val="000000" w:themeColor="text1"/>
          <w:sz w:val="24"/>
          <w:szCs w:val="24"/>
          <w:lang w:val="en-US"/>
        </w:rPr>
      </w:pPr>
      <w:r w:rsidRPr="00447437">
        <w:rPr>
          <w:rFonts w:ascii="GHEA Grapalat" w:eastAsia="GHEA Grapalat" w:hAnsi="GHEA Grapalat" w:cs="GHEA Grapalat"/>
          <w:b/>
          <w:color w:val="000000" w:themeColor="text1"/>
          <w:sz w:val="24"/>
          <w:szCs w:val="24"/>
          <w:lang w:val="en-US"/>
        </w:rPr>
        <w:t>ԸՆԴՀԱՆՈՒՐ ԴՐՈՒՅԹՆԵՐ</w:t>
      </w:r>
    </w:p>
    <w:p w14:paraId="306EE6E9" w14:textId="021174C1" w:rsidR="009A0AC0" w:rsidRPr="00447437" w:rsidRDefault="009A0AC0" w:rsidP="009A0AC0">
      <w:pPr>
        <w:numPr>
          <w:ilvl w:val="0"/>
          <w:numId w:val="3"/>
        </w:numPr>
        <w:shd w:val="clear" w:color="auto" w:fill="FFFFFF"/>
        <w:spacing w:after="0" w:line="360" w:lineRule="auto"/>
        <w:ind w:left="720" w:hanging="720"/>
        <w:jc w:val="both"/>
        <w:rPr>
          <w:rFonts w:ascii="GHEA Grapalat" w:hAnsi="GHEA Grapalat"/>
          <w:color w:val="000000" w:themeColor="text1"/>
          <w:sz w:val="24"/>
          <w:szCs w:val="24"/>
        </w:rPr>
      </w:pPr>
      <w:bookmarkStart w:id="0" w:name="_Hlk210150874"/>
      <w:r w:rsidRPr="00447437">
        <w:rPr>
          <w:rFonts w:ascii="GHEA Grapalat" w:eastAsia="GHEA Grapalat" w:hAnsi="GHEA Grapalat" w:cs="GHEA Grapalat"/>
          <w:color w:val="000000" w:themeColor="text1"/>
          <w:sz w:val="24"/>
          <w:szCs w:val="24"/>
        </w:rPr>
        <w:t xml:space="preserve">Սույն կարգով (այսուհետ` կարգ) սահմանվում </w:t>
      </w:r>
      <w:r w:rsidRPr="00447437">
        <w:rPr>
          <w:rFonts w:ascii="GHEA Grapalat" w:eastAsia="GHEA Grapalat" w:hAnsi="GHEA Grapalat" w:cs="GHEA Grapalat"/>
          <w:color w:val="000000" w:themeColor="text1"/>
          <w:sz w:val="24"/>
          <w:szCs w:val="24"/>
          <w:lang w:val="hy-AM"/>
        </w:rPr>
        <w:t>են</w:t>
      </w:r>
      <w:r w:rsidRPr="00447437">
        <w:rPr>
          <w:rFonts w:ascii="GHEA Grapalat" w:eastAsia="GHEA Grapalat" w:hAnsi="GHEA Grapalat" w:cs="GHEA Grapalat"/>
          <w:color w:val="000000" w:themeColor="text1"/>
          <w:sz w:val="24"/>
          <w:szCs w:val="24"/>
        </w:rPr>
        <w:t xml:space="preserve"> </w:t>
      </w:r>
      <w:r w:rsidRPr="00447437">
        <w:rPr>
          <w:rFonts w:ascii="GHEA Grapalat" w:eastAsia="GHEA Grapalat" w:hAnsi="GHEA Grapalat" w:cs="GHEA Grapalat"/>
          <w:color w:val="000000" w:themeColor="text1"/>
          <w:sz w:val="24"/>
          <w:szCs w:val="24"/>
          <w:lang w:val="hy-AM"/>
        </w:rPr>
        <w:t xml:space="preserve">մասնագիտական կրթության և ուսուցման (այսուհետև՝ ՄԿՈՒ) </w:t>
      </w:r>
      <w:r w:rsidRPr="00447437">
        <w:rPr>
          <w:rFonts w:ascii="GHEA Grapalat" w:eastAsia="GHEA Grapalat" w:hAnsi="GHEA Grapalat" w:cs="GHEA Grapalat"/>
          <w:color w:val="000000" w:themeColor="text1"/>
          <w:sz w:val="24"/>
          <w:szCs w:val="24"/>
        </w:rPr>
        <w:t xml:space="preserve">արհեստագործական </w:t>
      </w:r>
      <w:r w:rsidRPr="00447437">
        <w:rPr>
          <w:rFonts w:ascii="GHEA Grapalat" w:eastAsia="GHEA Grapalat" w:hAnsi="GHEA Grapalat" w:cs="GHEA Grapalat"/>
          <w:color w:val="000000" w:themeColor="text1"/>
          <w:sz w:val="24"/>
          <w:szCs w:val="24"/>
          <w:lang w:val="hy-AM"/>
        </w:rPr>
        <w:t>կամ</w:t>
      </w:r>
      <w:r w:rsidRPr="00447437">
        <w:rPr>
          <w:rFonts w:ascii="GHEA Grapalat" w:eastAsia="GHEA Grapalat" w:hAnsi="GHEA Grapalat" w:cs="GHEA Grapalat"/>
          <w:color w:val="000000" w:themeColor="text1"/>
          <w:sz w:val="24"/>
          <w:szCs w:val="24"/>
        </w:rPr>
        <w:t xml:space="preserve"> միջին մասնագիտական ծրագրեր</w:t>
      </w:r>
      <w:r w:rsidRPr="00447437">
        <w:rPr>
          <w:rFonts w:ascii="GHEA Grapalat" w:eastAsia="GHEA Grapalat" w:hAnsi="GHEA Grapalat" w:cs="GHEA Grapalat"/>
          <w:color w:val="000000" w:themeColor="text1"/>
          <w:sz w:val="24"/>
          <w:szCs w:val="24"/>
          <w:lang w:val="hy-AM"/>
        </w:rPr>
        <w:t xml:space="preserve">ի մակարդակներում որոշակի ոլորտային որակավորման ծրագրի շրջանակում </w:t>
      </w:r>
      <w:r w:rsidRPr="00447437">
        <w:rPr>
          <w:rFonts w:ascii="GHEA Grapalat" w:eastAsia="GHEA Grapalat" w:hAnsi="GHEA Grapalat" w:cs="GHEA Grapalat"/>
          <w:color w:val="000000" w:themeColor="text1"/>
          <w:sz w:val="24"/>
          <w:szCs w:val="24"/>
        </w:rPr>
        <w:t>աշխատանքի վրա հիմնված ուսումն</w:t>
      </w:r>
      <w:r w:rsidRPr="00447437">
        <w:rPr>
          <w:rFonts w:ascii="GHEA Grapalat" w:eastAsia="GHEA Grapalat" w:hAnsi="GHEA Grapalat" w:cs="GHEA Grapalat"/>
          <w:color w:val="000000" w:themeColor="text1"/>
          <w:sz w:val="24"/>
          <w:szCs w:val="24"/>
          <w:lang w:val="hy-AM"/>
        </w:rPr>
        <w:t>ա</w:t>
      </w:r>
      <w:r w:rsidRPr="00447437">
        <w:rPr>
          <w:rFonts w:ascii="GHEA Grapalat" w:eastAsia="GHEA Grapalat" w:hAnsi="GHEA Grapalat" w:cs="GHEA Grapalat"/>
          <w:color w:val="000000" w:themeColor="text1"/>
          <w:sz w:val="24"/>
          <w:szCs w:val="24"/>
        </w:rPr>
        <w:t xml:space="preserve">ռության </w:t>
      </w:r>
      <w:r w:rsidRPr="00447437">
        <w:rPr>
          <w:rFonts w:ascii="GHEA Grapalat" w:hAnsi="GHEA Grapalat" w:cs="Arial"/>
          <w:color w:val="000000" w:themeColor="text1"/>
          <w:sz w:val="24"/>
          <w:szCs w:val="24"/>
        </w:rPr>
        <w:t>(</w:t>
      </w:r>
      <w:r w:rsidRPr="00447437">
        <w:rPr>
          <w:rFonts w:ascii="GHEA Grapalat" w:hAnsi="GHEA Grapalat" w:cs="Arial"/>
          <w:color w:val="000000" w:themeColor="text1"/>
          <w:sz w:val="24"/>
          <w:szCs w:val="24"/>
          <w:lang w:val="en-US"/>
        </w:rPr>
        <w:t>այսուհետև՝</w:t>
      </w:r>
      <w:r w:rsidRPr="00447437">
        <w:rPr>
          <w:rFonts w:ascii="GHEA Grapalat" w:hAnsi="GHEA Grapalat" w:cs="Arial"/>
          <w:color w:val="000000" w:themeColor="text1"/>
          <w:sz w:val="24"/>
          <w:szCs w:val="24"/>
        </w:rPr>
        <w:t xml:space="preserve"> </w:t>
      </w:r>
      <w:r w:rsidRPr="00447437">
        <w:rPr>
          <w:rFonts w:ascii="GHEA Grapalat" w:hAnsi="GHEA Grapalat" w:cs="Arial"/>
          <w:color w:val="000000" w:themeColor="text1"/>
          <w:sz w:val="24"/>
          <w:szCs w:val="24"/>
          <w:lang w:val="en-US"/>
        </w:rPr>
        <w:t>ԱՀՈւ</w:t>
      </w:r>
      <w:r w:rsidRPr="00447437">
        <w:rPr>
          <w:rFonts w:ascii="GHEA Grapalat" w:hAnsi="GHEA Grapalat" w:cs="Arial"/>
          <w:color w:val="000000" w:themeColor="text1"/>
          <w:sz w:val="24"/>
          <w:szCs w:val="24"/>
        </w:rPr>
        <w:t xml:space="preserve">) </w:t>
      </w:r>
      <w:r w:rsidRPr="00447437">
        <w:rPr>
          <w:rFonts w:ascii="GHEA Grapalat" w:eastAsia="GHEA Grapalat" w:hAnsi="GHEA Grapalat" w:cs="GHEA Grapalat"/>
          <w:color w:val="000000" w:themeColor="text1"/>
          <w:sz w:val="24"/>
          <w:szCs w:val="24"/>
        </w:rPr>
        <w:t xml:space="preserve">ձևերի </w:t>
      </w:r>
      <w:r w:rsidRPr="00447437">
        <w:rPr>
          <w:rFonts w:ascii="GHEA Grapalat" w:eastAsia="GHEA Grapalat" w:hAnsi="GHEA Grapalat" w:cs="GHEA Grapalat"/>
          <w:color w:val="000000" w:themeColor="text1"/>
          <w:sz w:val="24"/>
          <w:szCs w:val="24"/>
          <w:lang w:val="hy-AM"/>
        </w:rPr>
        <w:t xml:space="preserve">իրականացման հետ կապված գործընթացները, դրանց մասնակիցների հարաբերությունները, կիրառվող փաստաթղթերը </w:t>
      </w:r>
      <w:r w:rsidRPr="00447437">
        <w:rPr>
          <w:rFonts w:ascii="GHEA Grapalat" w:eastAsia="GHEA Grapalat" w:hAnsi="GHEA Grapalat" w:cs="GHEA Grapalat"/>
          <w:color w:val="000000" w:themeColor="text1"/>
          <w:sz w:val="24"/>
          <w:szCs w:val="24"/>
        </w:rPr>
        <w:t xml:space="preserve">և </w:t>
      </w:r>
      <w:r w:rsidRPr="00447437">
        <w:rPr>
          <w:rFonts w:ascii="GHEA Grapalat" w:eastAsia="GHEA Grapalat" w:hAnsi="GHEA Grapalat" w:cs="GHEA Grapalat"/>
          <w:color w:val="000000" w:themeColor="text1"/>
          <w:sz w:val="24"/>
          <w:szCs w:val="24"/>
          <w:lang w:val="hy-AM"/>
        </w:rPr>
        <w:t>կազմակերպման</w:t>
      </w:r>
      <w:r w:rsidRPr="00447437">
        <w:rPr>
          <w:rFonts w:ascii="GHEA Grapalat" w:eastAsia="GHEA Grapalat" w:hAnsi="GHEA Grapalat" w:cs="GHEA Grapalat"/>
          <w:color w:val="000000" w:themeColor="text1"/>
          <w:sz w:val="24"/>
          <w:szCs w:val="24"/>
        </w:rPr>
        <w:t xml:space="preserve"> մեթոդաբանությունը: </w:t>
      </w:r>
    </w:p>
    <w:p w14:paraId="299D4B11" w14:textId="77777777" w:rsidR="009A0AC0" w:rsidRPr="00A702E8" w:rsidRDefault="009A0AC0" w:rsidP="009A0AC0">
      <w:pPr>
        <w:numPr>
          <w:ilvl w:val="0"/>
          <w:numId w:val="3"/>
        </w:numPr>
        <w:shd w:val="clear" w:color="auto" w:fill="FFFFFF"/>
        <w:spacing w:after="0" w:line="360" w:lineRule="auto"/>
        <w:ind w:left="720" w:hanging="720"/>
        <w:jc w:val="both"/>
        <w:rPr>
          <w:rFonts w:ascii="GHEA Grapalat" w:hAnsi="GHEA Grapalat"/>
          <w:color w:val="000000" w:themeColor="text1"/>
          <w:sz w:val="24"/>
          <w:szCs w:val="24"/>
        </w:rPr>
      </w:pPr>
      <w:r w:rsidRPr="00A702E8">
        <w:rPr>
          <w:rFonts w:ascii="GHEA Grapalat" w:hAnsi="GHEA Grapalat" w:cs="Arial"/>
          <w:color w:val="000000" w:themeColor="text1"/>
          <w:sz w:val="24"/>
          <w:szCs w:val="24"/>
          <w:lang w:val="en-US"/>
        </w:rPr>
        <w:t>ԱՀՈՒ</w:t>
      </w:r>
      <w:r w:rsidRPr="00A702E8">
        <w:rPr>
          <w:rFonts w:ascii="GHEA Grapalat" w:hAnsi="GHEA Grapalat" w:cs="Arial"/>
          <w:color w:val="000000" w:themeColor="text1"/>
          <w:sz w:val="24"/>
          <w:szCs w:val="24"/>
        </w:rPr>
        <w:t>-</w:t>
      </w:r>
      <w:r w:rsidRPr="00A702E8">
        <w:rPr>
          <w:rFonts w:ascii="GHEA Grapalat" w:hAnsi="GHEA Grapalat" w:cs="Arial"/>
          <w:color w:val="000000" w:themeColor="text1"/>
          <w:sz w:val="24"/>
          <w:szCs w:val="24"/>
          <w:lang w:val="en-US"/>
        </w:rPr>
        <w:t>ի</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նպատակն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է</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զարգացնել</w:t>
      </w:r>
      <w:r w:rsidRPr="00A702E8">
        <w:rPr>
          <w:rFonts w:ascii="GHEA Grapalat" w:hAnsi="GHEA Grapalat" w:cs="Arial"/>
          <w:color w:val="000000" w:themeColor="text1"/>
          <w:sz w:val="24"/>
          <w:szCs w:val="24"/>
        </w:rPr>
        <w:t xml:space="preserve"> համապատասխան կրթական մակարդակի որակավորման մոդուլային ծրագր</w:t>
      </w:r>
      <w:r w:rsidRPr="00A702E8">
        <w:rPr>
          <w:rFonts w:ascii="GHEA Grapalat" w:hAnsi="GHEA Grapalat" w:cs="Arial"/>
          <w:color w:val="000000" w:themeColor="text1"/>
          <w:sz w:val="24"/>
          <w:szCs w:val="24"/>
          <w:lang w:val="en-US"/>
        </w:rPr>
        <w:t>ով</w:t>
      </w:r>
      <w:r w:rsidRPr="00A702E8">
        <w:rPr>
          <w:rFonts w:ascii="GHEA Grapalat" w:hAnsi="GHEA Grapalat" w:cs="Arial"/>
          <w:color w:val="000000" w:themeColor="text1"/>
          <w:sz w:val="24"/>
          <w:szCs w:val="24"/>
          <w:lang w:val="hy-AM"/>
        </w:rPr>
        <w:t xml:space="preserve"> </w:t>
      </w:r>
      <w:r w:rsidRPr="00A702E8">
        <w:rPr>
          <w:rFonts w:ascii="GHEA Grapalat" w:hAnsi="GHEA Grapalat" w:cs="Arial"/>
          <w:color w:val="000000" w:themeColor="text1"/>
          <w:sz w:val="24"/>
          <w:szCs w:val="24"/>
          <w:lang w:val="en-US"/>
        </w:rPr>
        <w:t>սահմանված</w:t>
      </w:r>
      <w:r w:rsidRPr="00A702E8">
        <w:rPr>
          <w:rFonts w:ascii="GHEA Grapalat" w:hAnsi="GHEA Grapalat" w:cs="Arial"/>
          <w:color w:val="000000" w:themeColor="text1"/>
          <w:sz w:val="24"/>
          <w:szCs w:val="24"/>
        </w:rPr>
        <w:t xml:space="preserve"> գիտելիքներ</w:t>
      </w:r>
      <w:r w:rsidRPr="00A702E8">
        <w:rPr>
          <w:rFonts w:ascii="GHEA Grapalat" w:hAnsi="GHEA Grapalat" w:cs="Arial"/>
          <w:color w:val="000000" w:themeColor="text1"/>
          <w:sz w:val="24"/>
          <w:szCs w:val="24"/>
          <w:lang w:val="en-US"/>
        </w:rPr>
        <w:t>ն</w:t>
      </w:r>
      <w:r w:rsidRPr="00A702E8">
        <w:rPr>
          <w:rFonts w:ascii="GHEA Grapalat" w:hAnsi="GHEA Grapalat" w:cs="Arial"/>
          <w:color w:val="000000" w:themeColor="text1"/>
          <w:sz w:val="24"/>
          <w:szCs w:val="24"/>
        </w:rPr>
        <w:t xml:space="preserve"> ու կարողունակություններ</w:t>
      </w:r>
      <w:r w:rsidRPr="00A702E8">
        <w:rPr>
          <w:rFonts w:ascii="GHEA Grapalat" w:hAnsi="GHEA Grapalat" w:cs="Arial"/>
          <w:color w:val="000000" w:themeColor="text1"/>
          <w:sz w:val="24"/>
          <w:szCs w:val="24"/>
          <w:lang w:val="en-US"/>
        </w:rPr>
        <w:t>ը</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կատարելագործել</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դրանք</w:t>
      </w:r>
      <w:r w:rsidRPr="00A702E8">
        <w:rPr>
          <w:rFonts w:ascii="GHEA Grapalat" w:hAnsi="GHEA Grapalat" w:cs="Arial"/>
          <w:color w:val="000000" w:themeColor="text1"/>
          <w:sz w:val="24"/>
          <w:szCs w:val="24"/>
        </w:rPr>
        <w:t xml:space="preserve"> գործնականում կիրառելու հմտությունները</w:t>
      </w:r>
      <w:r w:rsidRPr="00A702E8">
        <w:rPr>
          <w:rFonts w:ascii="GHEA Grapalat" w:hAnsi="GHEA Grapalat" w:cs="Arial"/>
          <w:color w:val="000000" w:themeColor="text1"/>
          <w:sz w:val="24"/>
          <w:szCs w:val="24"/>
          <w:lang w:val="en-US"/>
        </w:rPr>
        <w:t>՝</w:t>
      </w:r>
      <w:r w:rsidRPr="00A702E8">
        <w:rPr>
          <w:rFonts w:ascii="GHEA Grapalat" w:hAnsi="GHEA Grapalat" w:cs="Arial"/>
          <w:color w:val="000000" w:themeColor="text1"/>
          <w:sz w:val="24"/>
          <w:szCs w:val="24"/>
        </w:rPr>
        <w:t xml:space="preserve"> </w:t>
      </w:r>
      <w:r w:rsidRPr="00A702E8">
        <w:rPr>
          <w:rFonts w:ascii="GHEA Grapalat" w:eastAsia="GHEA Grapalat" w:hAnsi="GHEA Grapalat" w:cs="GHEA Grapalat"/>
          <w:color w:val="000000" w:themeColor="text1"/>
          <w:sz w:val="24"/>
          <w:szCs w:val="24"/>
        </w:rPr>
        <w:t xml:space="preserve">ապահովելով </w:t>
      </w:r>
      <w:r w:rsidRPr="00A702E8">
        <w:rPr>
          <w:rFonts w:ascii="GHEA Grapalat" w:eastAsia="GHEA Grapalat" w:hAnsi="GHEA Grapalat" w:cs="GHEA Grapalat"/>
          <w:color w:val="000000" w:themeColor="text1"/>
          <w:sz w:val="24"/>
          <w:szCs w:val="24"/>
          <w:lang w:val="en-US"/>
        </w:rPr>
        <w:t>որակավորման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շրջանակային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նկարագրով</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սահմանված</w:t>
      </w:r>
      <w:r w:rsidRPr="00A702E8">
        <w:rPr>
          <w:rFonts w:ascii="GHEA Grapalat" w:eastAsia="GHEA Grapalat" w:hAnsi="GHEA Grapalat" w:cs="GHEA Grapalat"/>
          <w:color w:val="000000" w:themeColor="text1"/>
          <w:sz w:val="24"/>
          <w:szCs w:val="24"/>
        </w:rPr>
        <w:t xml:space="preserve"> ուսումնառության վերջնարդյունքներին միտված աշխատանքային կարողունակությունների ձեռքբերումը:</w:t>
      </w:r>
      <w:r w:rsidRPr="00A702E8">
        <w:rPr>
          <w:rFonts w:ascii="GHEA Grapalat" w:hAnsi="GHEA Grapalat" w:cs="Arial"/>
          <w:color w:val="000000" w:themeColor="text1"/>
          <w:sz w:val="24"/>
          <w:szCs w:val="24"/>
        </w:rPr>
        <w:t xml:space="preserve"> </w:t>
      </w:r>
    </w:p>
    <w:p w14:paraId="12559D86" w14:textId="602B5584" w:rsidR="009A0AC0" w:rsidRPr="00A702E8" w:rsidRDefault="009A0AC0" w:rsidP="009A0AC0">
      <w:pPr>
        <w:numPr>
          <w:ilvl w:val="0"/>
          <w:numId w:val="3"/>
        </w:numPr>
        <w:shd w:val="clear" w:color="auto" w:fill="FFFFFF"/>
        <w:spacing w:after="0" w:line="360" w:lineRule="auto"/>
        <w:ind w:left="720" w:hanging="720"/>
        <w:jc w:val="both"/>
        <w:rPr>
          <w:rFonts w:ascii="GHEA Grapalat" w:hAnsi="GHEA Grapalat"/>
          <w:color w:val="000000" w:themeColor="text1"/>
          <w:sz w:val="24"/>
          <w:szCs w:val="24"/>
        </w:rPr>
      </w:pPr>
      <w:r w:rsidRPr="00A702E8">
        <w:rPr>
          <w:rFonts w:ascii="GHEA Grapalat" w:hAnsi="GHEA Grapalat" w:cs="Arial"/>
          <w:color w:val="000000" w:themeColor="text1"/>
          <w:sz w:val="24"/>
          <w:szCs w:val="24"/>
          <w:lang w:val="en-US"/>
        </w:rPr>
        <w:t>ԱՀՈՒ</w:t>
      </w:r>
      <w:r w:rsidRPr="00A702E8">
        <w:rPr>
          <w:rFonts w:ascii="GHEA Grapalat" w:hAnsi="GHEA Grapalat" w:cs="Arial"/>
          <w:color w:val="000000" w:themeColor="text1"/>
          <w:sz w:val="24"/>
          <w:szCs w:val="24"/>
        </w:rPr>
        <w:t>-</w:t>
      </w:r>
      <w:r w:rsidRPr="00A702E8">
        <w:rPr>
          <w:rFonts w:ascii="GHEA Grapalat" w:hAnsi="GHEA Grapalat" w:cs="Arial"/>
          <w:color w:val="000000" w:themeColor="text1"/>
          <w:sz w:val="24"/>
          <w:szCs w:val="24"/>
          <w:lang w:val="en-US"/>
        </w:rPr>
        <w:t>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կազմակերպվ</w:t>
      </w:r>
      <w:r w:rsidR="002C2E63" w:rsidRPr="00A702E8">
        <w:rPr>
          <w:rFonts w:ascii="GHEA Grapalat" w:hAnsi="GHEA Grapalat" w:cs="Arial"/>
          <w:color w:val="000000" w:themeColor="text1"/>
          <w:sz w:val="24"/>
          <w:szCs w:val="24"/>
          <w:lang w:val="en-US"/>
        </w:rPr>
        <w:t>ում</w:t>
      </w:r>
      <w:r w:rsidR="0062481E" w:rsidRPr="00A702E8">
        <w:rPr>
          <w:rFonts w:ascii="GHEA Grapalat" w:hAnsi="GHEA Grapalat" w:cs="Arial"/>
          <w:color w:val="000000" w:themeColor="text1"/>
          <w:sz w:val="24"/>
          <w:szCs w:val="24"/>
          <w:lang w:val="en-US"/>
        </w:rPr>
        <w:t xml:space="preserve"> </w:t>
      </w:r>
      <w:r w:rsidR="002C2E63" w:rsidRPr="00A702E8">
        <w:rPr>
          <w:rFonts w:ascii="GHEA Grapalat" w:hAnsi="GHEA Grapalat" w:cs="Arial"/>
          <w:color w:val="000000" w:themeColor="text1"/>
          <w:sz w:val="24"/>
          <w:szCs w:val="24"/>
          <w:lang w:val="en-US"/>
        </w:rPr>
        <w:t>է</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դուալ</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ուսումնառության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պրակտիկայի</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կամ</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աշխատանքի</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ընթացքում</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ուսումնառության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ձևով</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հաշվի</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առնելով</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Մասնագիտական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կրթության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և</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ուսուցման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մասին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օրենքի</w:t>
      </w:r>
      <w:r w:rsidRPr="00A702E8">
        <w:rPr>
          <w:rFonts w:ascii="GHEA Grapalat" w:hAnsi="GHEA Grapalat" w:cs="Arial"/>
          <w:color w:val="000000" w:themeColor="text1"/>
          <w:sz w:val="24"/>
          <w:szCs w:val="24"/>
        </w:rPr>
        <w:t xml:space="preserve"> 15-</w:t>
      </w:r>
      <w:r w:rsidRPr="00A702E8">
        <w:rPr>
          <w:rFonts w:ascii="GHEA Grapalat" w:hAnsi="GHEA Grapalat" w:cs="Arial"/>
          <w:color w:val="000000" w:themeColor="text1"/>
          <w:sz w:val="24"/>
          <w:szCs w:val="24"/>
          <w:lang w:val="en-US"/>
        </w:rPr>
        <w:t>րդ</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հոդվածով</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սահմանված</w:t>
      </w:r>
      <w:r w:rsidRPr="00A702E8">
        <w:rPr>
          <w:rFonts w:ascii="GHEA Grapalat" w:hAnsi="GHEA Grapalat" w:cs="Arial"/>
          <w:color w:val="000000" w:themeColor="text1"/>
          <w:sz w:val="24"/>
          <w:szCs w:val="24"/>
          <w:lang w:val="hy-AM"/>
        </w:rPr>
        <w:t xml:space="preserve"> դրույթները</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մասնավորապես</w:t>
      </w:r>
      <w:r w:rsidR="00BE7A70" w:rsidRPr="00A702E8">
        <w:rPr>
          <w:rFonts w:ascii="GHEA Grapalat" w:hAnsi="GHEA Grapalat" w:cs="Arial"/>
          <w:color w:val="000000" w:themeColor="text1"/>
          <w:sz w:val="24"/>
          <w:szCs w:val="24"/>
          <w:lang w:val="en-US"/>
        </w:rPr>
        <w:t xml:space="preserve"> այն, որ</w:t>
      </w:r>
      <w:r w:rsidRPr="00A702E8">
        <w:rPr>
          <w:rFonts w:ascii="GHEA Grapalat" w:hAnsi="GHEA Grapalat" w:cs="Arial"/>
          <w:color w:val="000000" w:themeColor="text1"/>
          <w:sz w:val="24"/>
          <w:szCs w:val="24"/>
          <w:lang w:val="en-US"/>
        </w:rPr>
        <w:t>՝</w:t>
      </w:r>
      <w:r w:rsidRPr="00A702E8">
        <w:rPr>
          <w:rFonts w:ascii="GHEA Grapalat" w:hAnsi="GHEA Grapalat" w:cs="Arial"/>
          <w:color w:val="000000" w:themeColor="text1"/>
          <w:sz w:val="24"/>
          <w:szCs w:val="24"/>
        </w:rPr>
        <w:t xml:space="preserve"> </w:t>
      </w:r>
    </w:p>
    <w:p w14:paraId="7988E90E" w14:textId="4EFEE929" w:rsidR="009A0AC0" w:rsidRPr="00A702E8" w:rsidRDefault="009A0AC0" w:rsidP="009A0AC0">
      <w:pPr>
        <w:pStyle w:val="paragraph"/>
        <w:ind w:left="720" w:hanging="720"/>
        <w:rPr>
          <w:color w:val="000000" w:themeColor="text1"/>
          <w:sz w:val="24"/>
          <w:lang w:val="en-GB"/>
        </w:rPr>
      </w:pPr>
      <w:r w:rsidRPr="00A702E8">
        <w:rPr>
          <w:b/>
          <w:bCs/>
          <w:color w:val="000000" w:themeColor="text1"/>
          <w:sz w:val="24"/>
          <w:lang w:val="de-DE"/>
        </w:rPr>
        <w:lastRenderedPageBreak/>
        <w:t>դ</w:t>
      </w:r>
      <w:r w:rsidRPr="00A702E8">
        <w:rPr>
          <w:b/>
          <w:bCs/>
          <w:color w:val="000000" w:themeColor="text1"/>
          <w:sz w:val="24"/>
        </w:rPr>
        <w:t>ուալ</w:t>
      </w:r>
      <w:r w:rsidRPr="00A702E8">
        <w:rPr>
          <w:b/>
          <w:bCs/>
          <w:color w:val="000000" w:themeColor="text1"/>
          <w:sz w:val="24"/>
          <w:lang w:val="en-GB"/>
        </w:rPr>
        <w:t xml:space="preserve"> </w:t>
      </w:r>
      <w:r w:rsidRPr="00A702E8">
        <w:rPr>
          <w:b/>
          <w:bCs/>
          <w:color w:val="000000" w:themeColor="text1"/>
          <w:sz w:val="24"/>
        </w:rPr>
        <w:t>ուսումնառություն</w:t>
      </w:r>
      <w:r w:rsidR="00BE7A70" w:rsidRPr="00A702E8">
        <w:rPr>
          <w:b/>
          <w:bCs/>
          <w:color w:val="000000" w:themeColor="text1"/>
          <w:sz w:val="24"/>
          <w:lang w:val="en-US"/>
        </w:rPr>
        <w:t>ը</w:t>
      </w:r>
      <w:r w:rsidRPr="00A702E8">
        <w:rPr>
          <w:color w:val="000000" w:themeColor="text1"/>
          <w:sz w:val="24"/>
          <w:lang w:val="en-GB"/>
        </w:rPr>
        <w:t xml:space="preserve"> </w:t>
      </w:r>
      <w:r w:rsidRPr="00A702E8">
        <w:rPr>
          <w:color w:val="000000" w:themeColor="text1"/>
          <w:sz w:val="24"/>
        </w:rPr>
        <w:t>կրթական</w:t>
      </w:r>
      <w:r w:rsidRPr="00A702E8">
        <w:rPr>
          <w:color w:val="000000" w:themeColor="text1"/>
          <w:sz w:val="24"/>
          <w:lang w:val="en-GB"/>
        </w:rPr>
        <w:t xml:space="preserve"> </w:t>
      </w:r>
      <w:r w:rsidRPr="00A702E8">
        <w:rPr>
          <w:color w:val="000000" w:themeColor="text1"/>
          <w:sz w:val="24"/>
        </w:rPr>
        <w:t>ծրագրի</w:t>
      </w:r>
      <w:r w:rsidRPr="00A702E8">
        <w:rPr>
          <w:color w:val="000000" w:themeColor="text1"/>
          <w:sz w:val="24"/>
          <w:lang w:val="en-GB"/>
        </w:rPr>
        <w:t xml:space="preserve"> </w:t>
      </w:r>
      <w:r w:rsidRPr="00A702E8">
        <w:rPr>
          <w:color w:val="000000" w:themeColor="text1"/>
          <w:sz w:val="24"/>
        </w:rPr>
        <w:t>մակարդակում</w:t>
      </w:r>
      <w:r w:rsidRPr="00A702E8">
        <w:rPr>
          <w:color w:val="000000" w:themeColor="text1"/>
          <w:sz w:val="24"/>
          <w:lang w:val="en-GB"/>
        </w:rPr>
        <w:t xml:space="preserve"> </w:t>
      </w:r>
      <w:r w:rsidRPr="00A702E8">
        <w:rPr>
          <w:color w:val="000000" w:themeColor="text1"/>
          <w:sz w:val="24"/>
        </w:rPr>
        <w:t>ըստ</w:t>
      </w:r>
      <w:r w:rsidRPr="00A702E8">
        <w:rPr>
          <w:color w:val="000000" w:themeColor="text1"/>
          <w:sz w:val="24"/>
          <w:lang w:val="en-GB"/>
        </w:rPr>
        <w:t xml:space="preserve"> </w:t>
      </w:r>
      <w:r w:rsidRPr="00A702E8">
        <w:rPr>
          <w:color w:val="000000" w:themeColor="text1"/>
          <w:sz w:val="24"/>
        </w:rPr>
        <w:t>որակավորման</w:t>
      </w:r>
      <w:r w:rsidRPr="00A702E8">
        <w:rPr>
          <w:color w:val="000000" w:themeColor="text1"/>
          <w:sz w:val="24"/>
          <w:lang w:val="en-GB"/>
        </w:rPr>
        <w:t xml:space="preserve"> </w:t>
      </w:r>
      <w:r w:rsidRPr="00A702E8">
        <w:rPr>
          <w:color w:val="000000" w:themeColor="text1"/>
          <w:sz w:val="24"/>
        </w:rPr>
        <w:t>առանձնահատկության</w:t>
      </w:r>
      <w:r w:rsidRPr="00A702E8">
        <w:rPr>
          <w:color w:val="000000" w:themeColor="text1"/>
          <w:sz w:val="24"/>
          <w:lang w:val="en-GB"/>
        </w:rPr>
        <w:t xml:space="preserve"> </w:t>
      </w:r>
      <w:r w:rsidRPr="00A702E8">
        <w:rPr>
          <w:color w:val="000000" w:themeColor="text1"/>
          <w:sz w:val="24"/>
        </w:rPr>
        <w:t>ուսումնառության</w:t>
      </w:r>
      <w:r w:rsidRPr="00A702E8">
        <w:rPr>
          <w:color w:val="000000" w:themeColor="text1"/>
          <w:sz w:val="24"/>
          <w:lang w:val="en-GB"/>
        </w:rPr>
        <w:t xml:space="preserve"> </w:t>
      </w:r>
      <w:r w:rsidRPr="00A702E8">
        <w:rPr>
          <w:color w:val="000000" w:themeColor="text1"/>
          <w:sz w:val="24"/>
        </w:rPr>
        <w:t>կազմակերպման</w:t>
      </w:r>
      <w:r w:rsidRPr="00A702E8">
        <w:rPr>
          <w:color w:val="000000" w:themeColor="text1"/>
          <w:sz w:val="24"/>
          <w:lang w:val="en-GB"/>
        </w:rPr>
        <w:t xml:space="preserve"> </w:t>
      </w:r>
      <w:r w:rsidRPr="00A702E8">
        <w:rPr>
          <w:color w:val="000000" w:themeColor="text1"/>
          <w:sz w:val="24"/>
        </w:rPr>
        <w:t>ձև</w:t>
      </w:r>
      <w:r w:rsidR="00BE7A70" w:rsidRPr="00A702E8">
        <w:rPr>
          <w:color w:val="000000" w:themeColor="text1"/>
          <w:sz w:val="24"/>
          <w:lang w:val="en-US"/>
        </w:rPr>
        <w:t xml:space="preserve"> է</w:t>
      </w:r>
      <w:r w:rsidRPr="00A702E8">
        <w:rPr>
          <w:color w:val="000000" w:themeColor="text1"/>
          <w:sz w:val="24"/>
          <w:lang w:val="en-GB"/>
        </w:rPr>
        <w:t xml:space="preserve">, </w:t>
      </w:r>
      <w:r w:rsidRPr="00A702E8">
        <w:rPr>
          <w:color w:val="000000" w:themeColor="text1"/>
          <w:sz w:val="24"/>
        </w:rPr>
        <w:t>որն</w:t>
      </w:r>
      <w:r w:rsidRPr="00A702E8">
        <w:rPr>
          <w:color w:val="000000" w:themeColor="text1"/>
          <w:sz w:val="24"/>
          <w:lang w:val="en-GB"/>
        </w:rPr>
        <w:t xml:space="preserve"> </w:t>
      </w:r>
      <w:r w:rsidRPr="00A702E8">
        <w:rPr>
          <w:color w:val="000000" w:themeColor="text1"/>
          <w:sz w:val="24"/>
        </w:rPr>
        <w:t>իրականացվում</w:t>
      </w:r>
      <w:r w:rsidRPr="00A702E8">
        <w:rPr>
          <w:color w:val="000000" w:themeColor="text1"/>
          <w:sz w:val="24"/>
          <w:lang w:val="en-GB"/>
        </w:rPr>
        <w:t xml:space="preserve"> </w:t>
      </w:r>
      <w:r w:rsidRPr="00A702E8">
        <w:rPr>
          <w:color w:val="000000" w:themeColor="text1"/>
          <w:sz w:val="24"/>
        </w:rPr>
        <w:t>է</w:t>
      </w:r>
      <w:r w:rsidRPr="00A702E8">
        <w:rPr>
          <w:color w:val="000000" w:themeColor="text1"/>
          <w:sz w:val="24"/>
          <w:lang w:val="en-GB"/>
        </w:rPr>
        <w:t xml:space="preserve"> </w:t>
      </w:r>
      <w:r w:rsidRPr="00A702E8">
        <w:rPr>
          <w:color w:val="000000" w:themeColor="text1"/>
          <w:sz w:val="24"/>
        </w:rPr>
        <w:t>միաժամանակ</w:t>
      </w:r>
      <w:r w:rsidRPr="00A702E8">
        <w:rPr>
          <w:color w:val="000000" w:themeColor="text1"/>
          <w:sz w:val="24"/>
          <w:lang w:val="en-GB"/>
        </w:rPr>
        <w:t xml:space="preserve"> </w:t>
      </w:r>
      <w:r w:rsidRPr="00A702E8">
        <w:rPr>
          <w:color w:val="000000" w:themeColor="text1"/>
          <w:sz w:val="24"/>
        </w:rPr>
        <w:t>ՄՈՒՀ</w:t>
      </w:r>
      <w:r w:rsidRPr="00A702E8">
        <w:rPr>
          <w:color w:val="000000" w:themeColor="text1"/>
          <w:sz w:val="24"/>
          <w:lang w:val="en-GB"/>
        </w:rPr>
        <w:t>-</w:t>
      </w:r>
      <w:r w:rsidRPr="00A702E8">
        <w:rPr>
          <w:color w:val="000000" w:themeColor="text1"/>
          <w:sz w:val="24"/>
        </w:rPr>
        <w:t>ում</w:t>
      </w:r>
      <w:r w:rsidRPr="00A702E8">
        <w:rPr>
          <w:color w:val="000000" w:themeColor="text1"/>
          <w:sz w:val="24"/>
          <w:lang w:val="en-GB"/>
        </w:rPr>
        <w:t xml:space="preserve"> </w:t>
      </w:r>
      <w:r w:rsidRPr="00A702E8">
        <w:rPr>
          <w:color w:val="000000" w:themeColor="text1"/>
          <w:sz w:val="24"/>
        </w:rPr>
        <w:t>և</w:t>
      </w:r>
      <w:r w:rsidRPr="00A702E8">
        <w:rPr>
          <w:color w:val="000000" w:themeColor="text1"/>
          <w:sz w:val="24"/>
          <w:lang w:val="en-GB"/>
        </w:rPr>
        <w:t xml:space="preserve"> </w:t>
      </w:r>
      <w:r w:rsidRPr="00A702E8">
        <w:rPr>
          <w:color w:val="000000" w:themeColor="text1"/>
          <w:sz w:val="24"/>
        </w:rPr>
        <w:t>գործատուի</w:t>
      </w:r>
      <w:r w:rsidRPr="00A702E8">
        <w:rPr>
          <w:color w:val="000000" w:themeColor="text1"/>
          <w:sz w:val="24"/>
          <w:lang w:val="en-GB"/>
        </w:rPr>
        <w:t xml:space="preserve"> </w:t>
      </w:r>
      <w:r w:rsidRPr="00A702E8">
        <w:rPr>
          <w:color w:val="000000" w:themeColor="text1"/>
          <w:sz w:val="24"/>
        </w:rPr>
        <w:t>մոտ</w:t>
      </w:r>
      <w:r w:rsidRPr="00A702E8">
        <w:rPr>
          <w:color w:val="000000" w:themeColor="text1"/>
          <w:sz w:val="24"/>
          <w:lang w:val="en-GB"/>
        </w:rPr>
        <w:t xml:space="preserve"> (</w:t>
      </w:r>
      <w:r w:rsidRPr="00A702E8">
        <w:rPr>
          <w:color w:val="000000" w:themeColor="text1"/>
          <w:sz w:val="24"/>
        </w:rPr>
        <w:t>այդ</w:t>
      </w:r>
      <w:r w:rsidRPr="00A702E8">
        <w:rPr>
          <w:color w:val="000000" w:themeColor="text1"/>
          <w:sz w:val="24"/>
          <w:lang w:val="en-GB"/>
        </w:rPr>
        <w:t xml:space="preserve"> </w:t>
      </w:r>
      <w:r w:rsidRPr="00A702E8">
        <w:rPr>
          <w:color w:val="000000" w:themeColor="text1"/>
          <w:sz w:val="24"/>
        </w:rPr>
        <w:t>թվում՝</w:t>
      </w:r>
      <w:r w:rsidRPr="00A702E8">
        <w:rPr>
          <w:color w:val="000000" w:themeColor="text1"/>
          <w:sz w:val="24"/>
          <w:lang w:val="en-GB"/>
        </w:rPr>
        <w:t xml:space="preserve"> </w:t>
      </w:r>
      <w:r w:rsidRPr="00A702E8">
        <w:rPr>
          <w:color w:val="000000" w:themeColor="text1"/>
          <w:sz w:val="24"/>
        </w:rPr>
        <w:t>ուսումնագործնական</w:t>
      </w:r>
      <w:r w:rsidRPr="00A702E8">
        <w:rPr>
          <w:color w:val="000000" w:themeColor="text1"/>
          <w:sz w:val="24"/>
          <w:lang w:val="en-GB"/>
        </w:rPr>
        <w:t xml:space="preserve"> </w:t>
      </w:r>
      <w:r w:rsidRPr="00A702E8">
        <w:rPr>
          <w:color w:val="000000" w:themeColor="text1"/>
          <w:sz w:val="24"/>
        </w:rPr>
        <w:t>կենտրոններում</w:t>
      </w:r>
      <w:r w:rsidRPr="00A702E8">
        <w:rPr>
          <w:color w:val="000000" w:themeColor="text1"/>
          <w:sz w:val="24"/>
          <w:lang w:val="en-GB"/>
        </w:rPr>
        <w:t xml:space="preserve">) </w:t>
      </w:r>
      <w:r w:rsidRPr="00A702E8">
        <w:rPr>
          <w:color w:val="000000" w:themeColor="text1"/>
          <w:sz w:val="24"/>
        </w:rPr>
        <w:t>կամ</w:t>
      </w:r>
      <w:r w:rsidRPr="00A702E8">
        <w:rPr>
          <w:color w:val="000000" w:themeColor="text1"/>
          <w:sz w:val="24"/>
          <w:lang w:val="en-GB"/>
        </w:rPr>
        <w:t xml:space="preserve"> </w:t>
      </w:r>
      <w:r w:rsidRPr="00A702E8">
        <w:rPr>
          <w:color w:val="000000" w:themeColor="text1"/>
          <w:sz w:val="24"/>
        </w:rPr>
        <w:t>իրական</w:t>
      </w:r>
      <w:r w:rsidRPr="00A702E8">
        <w:rPr>
          <w:color w:val="000000" w:themeColor="text1"/>
          <w:sz w:val="24"/>
          <w:lang w:val="en-GB"/>
        </w:rPr>
        <w:t xml:space="preserve"> </w:t>
      </w:r>
      <w:r w:rsidRPr="00A702E8">
        <w:rPr>
          <w:color w:val="000000" w:themeColor="text1"/>
          <w:sz w:val="24"/>
        </w:rPr>
        <w:t>աշխատավայրին</w:t>
      </w:r>
      <w:r w:rsidRPr="00A702E8">
        <w:rPr>
          <w:color w:val="000000" w:themeColor="text1"/>
          <w:sz w:val="24"/>
          <w:lang w:val="en-GB"/>
        </w:rPr>
        <w:t xml:space="preserve"> </w:t>
      </w:r>
      <w:r w:rsidRPr="00A702E8">
        <w:rPr>
          <w:color w:val="000000" w:themeColor="text1"/>
          <w:sz w:val="24"/>
        </w:rPr>
        <w:t>համապատասխանեցված</w:t>
      </w:r>
      <w:r w:rsidRPr="00A702E8">
        <w:rPr>
          <w:color w:val="000000" w:themeColor="text1"/>
          <w:sz w:val="24"/>
          <w:lang w:val="en-GB"/>
        </w:rPr>
        <w:t xml:space="preserve"> </w:t>
      </w:r>
      <w:r w:rsidRPr="00A702E8">
        <w:rPr>
          <w:color w:val="000000" w:themeColor="text1"/>
          <w:sz w:val="24"/>
        </w:rPr>
        <w:t>աշխատանքային</w:t>
      </w:r>
      <w:r w:rsidRPr="00A702E8">
        <w:rPr>
          <w:color w:val="000000" w:themeColor="text1"/>
          <w:sz w:val="24"/>
          <w:lang w:val="en-GB"/>
        </w:rPr>
        <w:t xml:space="preserve"> </w:t>
      </w:r>
      <w:r w:rsidRPr="00A702E8">
        <w:rPr>
          <w:color w:val="000000" w:themeColor="text1"/>
          <w:sz w:val="24"/>
        </w:rPr>
        <w:t>միջավայրում</w:t>
      </w:r>
      <w:r w:rsidRPr="00A702E8">
        <w:rPr>
          <w:color w:val="000000" w:themeColor="text1"/>
          <w:sz w:val="24"/>
          <w:lang w:val="en-GB"/>
        </w:rPr>
        <w:t xml:space="preserve"> </w:t>
      </w:r>
      <w:r w:rsidRPr="00A702E8">
        <w:rPr>
          <w:color w:val="000000" w:themeColor="text1"/>
          <w:sz w:val="24"/>
        </w:rPr>
        <w:t>ուսումնառության</w:t>
      </w:r>
      <w:r w:rsidRPr="00A702E8">
        <w:rPr>
          <w:color w:val="000000" w:themeColor="text1"/>
          <w:sz w:val="24"/>
          <w:lang w:val="en-GB"/>
        </w:rPr>
        <w:t xml:space="preserve"> </w:t>
      </w:r>
      <w:r w:rsidRPr="00A702E8">
        <w:rPr>
          <w:color w:val="000000" w:themeColor="text1"/>
          <w:sz w:val="24"/>
        </w:rPr>
        <w:t>համադրմամբ՝</w:t>
      </w:r>
      <w:r w:rsidRPr="00A702E8">
        <w:rPr>
          <w:color w:val="000000" w:themeColor="text1"/>
          <w:sz w:val="24"/>
          <w:lang w:val="en-GB"/>
        </w:rPr>
        <w:t xml:space="preserve"> </w:t>
      </w:r>
      <w:r w:rsidRPr="00A702E8">
        <w:rPr>
          <w:color w:val="000000" w:themeColor="text1"/>
          <w:sz w:val="24"/>
        </w:rPr>
        <w:t>ապահովելով</w:t>
      </w:r>
      <w:r w:rsidRPr="00A702E8">
        <w:rPr>
          <w:color w:val="000000" w:themeColor="text1"/>
          <w:sz w:val="24"/>
          <w:lang w:val="en-GB"/>
        </w:rPr>
        <w:t xml:space="preserve"> </w:t>
      </w:r>
      <w:r w:rsidRPr="00A702E8">
        <w:rPr>
          <w:color w:val="000000" w:themeColor="text1"/>
          <w:sz w:val="24"/>
        </w:rPr>
        <w:t>որակավորմանն</w:t>
      </w:r>
      <w:r w:rsidRPr="00A702E8">
        <w:rPr>
          <w:color w:val="000000" w:themeColor="text1"/>
          <w:sz w:val="24"/>
          <w:lang w:val="en-GB"/>
        </w:rPr>
        <w:t xml:space="preserve"> </w:t>
      </w:r>
      <w:r w:rsidRPr="00A702E8">
        <w:rPr>
          <w:color w:val="000000" w:themeColor="text1"/>
          <w:sz w:val="24"/>
        </w:rPr>
        <w:t>ու</w:t>
      </w:r>
      <w:r w:rsidRPr="00A702E8">
        <w:rPr>
          <w:color w:val="000000" w:themeColor="text1"/>
          <w:sz w:val="24"/>
          <w:lang w:val="en-GB"/>
        </w:rPr>
        <w:t xml:space="preserve"> </w:t>
      </w:r>
      <w:r w:rsidRPr="00A702E8">
        <w:rPr>
          <w:color w:val="000000" w:themeColor="text1"/>
          <w:sz w:val="24"/>
        </w:rPr>
        <w:t>զբաղմունքին</w:t>
      </w:r>
      <w:r w:rsidRPr="00A702E8">
        <w:rPr>
          <w:color w:val="000000" w:themeColor="text1"/>
          <w:sz w:val="24"/>
          <w:lang w:val="en-GB"/>
        </w:rPr>
        <w:t xml:space="preserve"> </w:t>
      </w:r>
      <w:r w:rsidRPr="00A702E8">
        <w:rPr>
          <w:color w:val="000000" w:themeColor="text1"/>
          <w:sz w:val="24"/>
        </w:rPr>
        <w:t>համապատասխան</w:t>
      </w:r>
      <w:r w:rsidRPr="00A702E8">
        <w:rPr>
          <w:color w:val="000000" w:themeColor="text1"/>
          <w:sz w:val="24"/>
          <w:lang w:val="en-GB"/>
        </w:rPr>
        <w:t xml:space="preserve"> </w:t>
      </w:r>
      <w:r w:rsidRPr="00A702E8">
        <w:rPr>
          <w:color w:val="000000" w:themeColor="text1"/>
          <w:sz w:val="24"/>
        </w:rPr>
        <w:t>աշխատանքային</w:t>
      </w:r>
      <w:r w:rsidRPr="00A702E8">
        <w:rPr>
          <w:color w:val="000000" w:themeColor="text1"/>
          <w:sz w:val="24"/>
          <w:lang w:val="en-GB"/>
        </w:rPr>
        <w:t xml:space="preserve"> </w:t>
      </w:r>
      <w:r w:rsidRPr="00A702E8">
        <w:rPr>
          <w:color w:val="000000" w:themeColor="text1"/>
          <w:sz w:val="24"/>
        </w:rPr>
        <w:t>կարողունակությունների</w:t>
      </w:r>
      <w:r w:rsidRPr="00A702E8">
        <w:rPr>
          <w:color w:val="000000" w:themeColor="text1"/>
          <w:sz w:val="24"/>
          <w:lang w:val="en-GB"/>
        </w:rPr>
        <w:t xml:space="preserve"> </w:t>
      </w:r>
      <w:r w:rsidRPr="00A702E8">
        <w:rPr>
          <w:color w:val="000000" w:themeColor="text1"/>
          <w:sz w:val="24"/>
        </w:rPr>
        <w:t>ձեռքբերումը</w:t>
      </w:r>
      <w:r w:rsidRPr="00A702E8">
        <w:rPr>
          <w:color w:val="000000" w:themeColor="text1"/>
          <w:sz w:val="24"/>
          <w:lang w:val="en-GB"/>
        </w:rPr>
        <w:t xml:space="preserve">: </w:t>
      </w:r>
      <w:r w:rsidRPr="00A702E8">
        <w:rPr>
          <w:color w:val="000000" w:themeColor="text1"/>
          <w:sz w:val="24"/>
        </w:rPr>
        <w:t>Այս</w:t>
      </w:r>
      <w:r w:rsidRPr="00A702E8">
        <w:rPr>
          <w:color w:val="000000" w:themeColor="text1"/>
          <w:sz w:val="24"/>
          <w:lang w:val="en-GB"/>
        </w:rPr>
        <w:t xml:space="preserve"> </w:t>
      </w:r>
      <w:r w:rsidRPr="00A702E8">
        <w:rPr>
          <w:color w:val="000000" w:themeColor="text1"/>
          <w:sz w:val="24"/>
        </w:rPr>
        <w:t>ձևի</w:t>
      </w:r>
      <w:r w:rsidRPr="00A702E8">
        <w:rPr>
          <w:color w:val="000000" w:themeColor="text1"/>
          <w:sz w:val="24"/>
          <w:lang w:val="en-GB"/>
        </w:rPr>
        <w:t xml:space="preserve"> </w:t>
      </w:r>
      <w:r w:rsidRPr="00A702E8">
        <w:rPr>
          <w:color w:val="000000" w:themeColor="text1"/>
          <w:sz w:val="24"/>
        </w:rPr>
        <w:t>կազմակերպման</w:t>
      </w:r>
      <w:r w:rsidRPr="00A702E8">
        <w:rPr>
          <w:color w:val="000000" w:themeColor="text1"/>
          <w:sz w:val="24"/>
          <w:lang w:val="en-GB"/>
        </w:rPr>
        <w:t xml:space="preserve"> </w:t>
      </w:r>
      <w:r w:rsidRPr="00A702E8">
        <w:rPr>
          <w:color w:val="000000" w:themeColor="text1"/>
          <w:sz w:val="24"/>
        </w:rPr>
        <w:t>պարագայում</w:t>
      </w:r>
      <w:r w:rsidRPr="00A702E8">
        <w:rPr>
          <w:color w:val="000000" w:themeColor="text1"/>
          <w:sz w:val="24"/>
          <w:lang w:val="en-GB"/>
        </w:rPr>
        <w:t xml:space="preserve"> </w:t>
      </w:r>
      <w:r w:rsidRPr="00A702E8">
        <w:rPr>
          <w:color w:val="000000" w:themeColor="text1"/>
          <w:sz w:val="24"/>
        </w:rPr>
        <w:t>աշխատանքային</w:t>
      </w:r>
      <w:r w:rsidRPr="00A702E8">
        <w:rPr>
          <w:color w:val="000000" w:themeColor="text1"/>
          <w:sz w:val="24"/>
          <w:lang w:val="en-GB"/>
        </w:rPr>
        <w:t xml:space="preserve"> </w:t>
      </w:r>
      <w:r w:rsidRPr="00A702E8">
        <w:rPr>
          <w:color w:val="000000" w:themeColor="text1"/>
          <w:sz w:val="24"/>
        </w:rPr>
        <w:t>միջավայրում</w:t>
      </w:r>
      <w:r w:rsidRPr="00A702E8">
        <w:rPr>
          <w:color w:val="000000" w:themeColor="text1"/>
          <w:sz w:val="24"/>
          <w:lang w:val="en-GB"/>
        </w:rPr>
        <w:t xml:space="preserve"> </w:t>
      </w:r>
      <w:r w:rsidRPr="00A702E8">
        <w:rPr>
          <w:color w:val="000000" w:themeColor="text1"/>
          <w:sz w:val="24"/>
        </w:rPr>
        <w:t>ուսումնառությունը</w:t>
      </w:r>
      <w:r w:rsidRPr="00A702E8">
        <w:rPr>
          <w:color w:val="000000" w:themeColor="text1"/>
          <w:sz w:val="24"/>
          <w:lang w:val="en-GB"/>
        </w:rPr>
        <w:t xml:space="preserve"> </w:t>
      </w:r>
      <w:r w:rsidRPr="00A702E8">
        <w:rPr>
          <w:color w:val="000000" w:themeColor="text1"/>
          <w:sz w:val="24"/>
        </w:rPr>
        <w:t>կազմում</w:t>
      </w:r>
      <w:r w:rsidRPr="00A702E8">
        <w:rPr>
          <w:color w:val="000000" w:themeColor="text1"/>
          <w:sz w:val="24"/>
          <w:lang w:val="en-GB"/>
        </w:rPr>
        <w:t xml:space="preserve"> </w:t>
      </w:r>
      <w:r w:rsidRPr="00A702E8">
        <w:rPr>
          <w:color w:val="000000" w:themeColor="text1"/>
          <w:sz w:val="24"/>
        </w:rPr>
        <w:t>է</w:t>
      </w:r>
      <w:r w:rsidRPr="00A702E8">
        <w:rPr>
          <w:color w:val="000000" w:themeColor="text1"/>
          <w:sz w:val="24"/>
          <w:lang w:val="en-GB"/>
        </w:rPr>
        <w:t xml:space="preserve"> </w:t>
      </w:r>
      <w:r w:rsidRPr="00A702E8">
        <w:rPr>
          <w:color w:val="000000" w:themeColor="text1"/>
          <w:sz w:val="24"/>
        </w:rPr>
        <w:t>կրթական</w:t>
      </w:r>
      <w:r w:rsidRPr="00A702E8">
        <w:rPr>
          <w:color w:val="000000" w:themeColor="text1"/>
          <w:sz w:val="24"/>
          <w:lang w:val="en-GB"/>
        </w:rPr>
        <w:t xml:space="preserve"> </w:t>
      </w:r>
      <w:r w:rsidRPr="00A702E8">
        <w:rPr>
          <w:color w:val="000000" w:themeColor="text1"/>
          <w:sz w:val="24"/>
        </w:rPr>
        <w:t>ծրագրի</w:t>
      </w:r>
      <w:r w:rsidRPr="00A702E8">
        <w:rPr>
          <w:color w:val="000000" w:themeColor="text1"/>
          <w:sz w:val="24"/>
          <w:lang w:val="en-GB"/>
        </w:rPr>
        <w:t xml:space="preserve"> </w:t>
      </w:r>
      <w:r w:rsidRPr="00A702E8">
        <w:rPr>
          <w:color w:val="000000" w:themeColor="text1"/>
          <w:sz w:val="24"/>
        </w:rPr>
        <w:t>գերակշռող</w:t>
      </w:r>
      <w:r w:rsidRPr="00A702E8">
        <w:rPr>
          <w:color w:val="000000" w:themeColor="text1"/>
          <w:sz w:val="24"/>
          <w:lang w:val="en-GB"/>
        </w:rPr>
        <w:t xml:space="preserve"> </w:t>
      </w:r>
      <w:r w:rsidRPr="00A702E8">
        <w:rPr>
          <w:color w:val="000000" w:themeColor="text1"/>
          <w:sz w:val="24"/>
        </w:rPr>
        <w:t>մասը</w:t>
      </w:r>
      <w:r w:rsidRPr="00A702E8">
        <w:rPr>
          <w:color w:val="000000" w:themeColor="text1"/>
          <w:sz w:val="24"/>
          <w:lang w:val="en-GB"/>
        </w:rPr>
        <w:t xml:space="preserve">, </w:t>
      </w:r>
      <w:r w:rsidRPr="00A702E8">
        <w:rPr>
          <w:color w:val="000000" w:themeColor="text1"/>
          <w:sz w:val="24"/>
        </w:rPr>
        <w:t>որի</w:t>
      </w:r>
      <w:r w:rsidRPr="00A702E8">
        <w:rPr>
          <w:color w:val="000000" w:themeColor="text1"/>
          <w:sz w:val="24"/>
          <w:lang w:val="en-GB"/>
        </w:rPr>
        <w:t xml:space="preserve"> </w:t>
      </w:r>
      <w:r w:rsidRPr="00A702E8">
        <w:rPr>
          <w:color w:val="000000" w:themeColor="text1"/>
          <w:sz w:val="24"/>
        </w:rPr>
        <w:t>վերջնարդյունքներ</w:t>
      </w:r>
      <w:r w:rsidRPr="00A702E8">
        <w:rPr>
          <w:color w:val="000000" w:themeColor="text1"/>
          <w:sz w:val="24"/>
          <w:lang w:val="hy-AM"/>
        </w:rPr>
        <w:t>ը</w:t>
      </w:r>
      <w:r w:rsidRPr="00A702E8">
        <w:rPr>
          <w:color w:val="000000" w:themeColor="text1"/>
          <w:sz w:val="24"/>
          <w:lang w:val="en-GB"/>
        </w:rPr>
        <w:t xml:space="preserve"> </w:t>
      </w:r>
      <w:r w:rsidRPr="00A702E8">
        <w:rPr>
          <w:color w:val="000000" w:themeColor="text1"/>
          <w:sz w:val="24"/>
        </w:rPr>
        <w:t>ստուգվում</w:t>
      </w:r>
      <w:r w:rsidRPr="00A702E8">
        <w:rPr>
          <w:color w:val="000000" w:themeColor="text1"/>
          <w:sz w:val="24"/>
          <w:lang w:val="en-GB"/>
        </w:rPr>
        <w:t xml:space="preserve"> </w:t>
      </w:r>
      <w:r w:rsidRPr="00A702E8">
        <w:rPr>
          <w:color w:val="000000" w:themeColor="text1"/>
          <w:sz w:val="24"/>
        </w:rPr>
        <w:t>են</w:t>
      </w:r>
      <w:r w:rsidRPr="00A702E8">
        <w:rPr>
          <w:color w:val="000000" w:themeColor="text1"/>
          <w:sz w:val="24"/>
          <w:lang w:val="en-GB"/>
        </w:rPr>
        <w:t xml:space="preserve"> </w:t>
      </w:r>
      <w:r w:rsidRPr="00A702E8">
        <w:rPr>
          <w:color w:val="000000" w:themeColor="text1"/>
          <w:sz w:val="24"/>
        </w:rPr>
        <w:t>գործնական</w:t>
      </w:r>
      <w:r w:rsidRPr="00A702E8">
        <w:rPr>
          <w:color w:val="000000" w:themeColor="text1"/>
          <w:sz w:val="24"/>
          <w:lang w:val="en-GB"/>
        </w:rPr>
        <w:t xml:space="preserve"> </w:t>
      </w:r>
      <w:r w:rsidRPr="00A702E8">
        <w:rPr>
          <w:color w:val="000000" w:themeColor="text1"/>
          <w:sz w:val="24"/>
        </w:rPr>
        <w:t>միջավայրում՝</w:t>
      </w:r>
      <w:r w:rsidRPr="00A702E8">
        <w:rPr>
          <w:color w:val="000000" w:themeColor="text1"/>
          <w:sz w:val="24"/>
          <w:lang w:val="en-GB"/>
        </w:rPr>
        <w:t xml:space="preserve"> </w:t>
      </w:r>
      <w:r w:rsidRPr="00A702E8">
        <w:rPr>
          <w:color w:val="000000" w:themeColor="text1"/>
          <w:sz w:val="24"/>
        </w:rPr>
        <w:t>գործատուների</w:t>
      </w:r>
      <w:r w:rsidRPr="00A702E8">
        <w:rPr>
          <w:color w:val="000000" w:themeColor="text1"/>
          <w:sz w:val="24"/>
          <w:lang w:val="en-GB"/>
        </w:rPr>
        <w:t xml:space="preserve"> </w:t>
      </w:r>
      <w:r w:rsidRPr="00A702E8">
        <w:rPr>
          <w:color w:val="000000" w:themeColor="text1"/>
          <w:sz w:val="24"/>
        </w:rPr>
        <w:t>ներգրավմամբ</w:t>
      </w:r>
      <w:r w:rsidR="002C2E63" w:rsidRPr="00A702E8">
        <w:rPr>
          <w:color w:val="000000" w:themeColor="text1"/>
          <w:sz w:val="24"/>
          <w:lang w:val="en-GB"/>
        </w:rPr>
        <w:t xml:space="preserve">. </w:t>
      </w:r>
    </w:p>
    <w:p w14:paraId="1461B3F3" w14:textId="060FDA59" w:rsidR="009A0AC0" w:rsidRPr="00A702E8" w:rsidRDefault="009A0AC0" w:rsidP="009A0AC0">
      <w:pPr>
        <w:pStyle w:val="paragraph"/>
        <w:ind w:left="720" w:hanging="720"/>
        <w:rPr>
          <w:color w:val="000000" w:themeColor="text1"/>
          <w:sz w:val="24"/>
          <w:lang w:val="en-GB"/>
        </w:rPr>
      </w:pPr>
      <w:r w:rsidRPr="00A702E8">
        <w:rPr>
          <w:b/>
          <w:bCs/>
          <w:color w:val="000000" w:themeColor="text1"/>
          <w:sz w:val="24"/>
          <w:lang w:val="en-US"/>
        </w:rPr>
        <w:t>պ</w:t>
      </w:r>
      <w:r w:rsidRPr="00A702E8">
        <w:rPr>
          <w:b/>
          <w:bCs/>
          <w:color w:val="000000" w:themeColor="text1"/>
          <w:sz w:val="24"/>
        </w:rPr>
        <w:t>րակտիկա</w:t>
      </w:r>
      <w:r w:rsidR="00D43C93" w:rsidRPr="00A702E8">
        <w:rPr>
          <w:b/>
          <w:bCs/>
          <w:color w:val="000000" w:themeColor="text1"/>
          <w:sz w:val="24"/>
          <w:lang w:val="en-US"/>
        </w:rPr>
        <w:t>ն</w:t>
      </w:r>
      <w:r w:rsidRPr="00A702E8">
        <w:rPr>
          <w:color w:val="000000" w:themeColor="text1"/>
          <w:sz w:val="24"/>
          <w:lang w:val="en-GB"/>
        </w:rPr>
        <w:t xml:space="preserve"> </w:t>
      </w:r>
      <w:r w:rsidRPr="00A702E8">
        <w:rPr>
          <w:color w:val="000000" w:themeColor="text1"/>
          <w:sz w:val="24"/>
        </w:rPr>
        <w:t>աշխատանքի</w:t>
      </w:r>
      <w:r w:rsidRPr="00A702E8">
        <w:rPr>
          <w:color w:val="000000" w:themeColor="text1"/>
          <w:sz w:val="24"/>
          <w:lang w:val="en-GB"/>
        </w:rPr>
        <w:t xml:space="preserve"> </w:t>
      </w:r>
      <w:r w:rsidRPr="00A702E8">
        <w:rPr>
          <w:color w:val="000000" w:themeColor="text1"/>
          <w:sz w:val="24"/>
        </w:rPr>
        <w:t>վայրում</w:t>
      </w:r>
      <w:r w:rsidRPr="00A702E8">
        <w:rPr>
          <w:color w:val="000000" w:themeColor="text1"/>
          <w:sz w:val="24"/>
          <w:lang w:val="en-GB"/>
        </w:rPr>
        <w:t xml:space="preserve"> </w:t>
      </w:r>
      <w:r w:rsidRPr="00A702E8">
        <w:rPr>
          <w:color w:val="000000" w:themeColor="text1"/>
          <w:sz w:val="24"/>
        </w:rPr>
        <w:t>ուսումնառության</w:t>
      </w:r>
      <w:r w:rsidRPr="00A702E8">
        <w:rPr>
          <w:color w:val="000000" w:themeColor="text1"/>
          <w:sz w:val="24"/>
          <w:lang w:val="en-GB"/>
        </w:rPr>
        <w:t xml:space="preserve"> </w:t>
      </w:r>
      <w:r w:rsidRPr="00A702E8">
        <w:rPr>
          <w:color w:val="000000" w:themeColor="text1"/>
          <w:sz w:val="24"/>
        </w:rPr>
        <w:t>փուլ</w:t>
      </w:r>
      <w:r w:rsidRPr="00A702E8">
        <w:rPr>
          <w:color w:val="000000" w:themeColor="text1"/>
          <w:sz w:val="24"/>
          <w:lang w:val="en-GB"/>
        </w:rPr>
        <w:t xml:space="preserve"> </w:t>
      </w:r>
      <w:r w:rsidRPr="00A702E8">
        <w:rPr>
          <w:color w:val="000000" w:themeColor="text1"/>
          <w:sz w:val="24"/>
          <w:lang w:val="en-US"/>
        </w:rPr>
        <w:t>է</w:t>
      </w:r>
      <w:r w:rsidRPr="00A702E8">
        <w:rPr>
          <w:color w:val="000000" w:themeColor="text1"/>
          <w:sz w:val="24"/>
          <w:lang w:val="en-GB"/>
        </w:rPr>
        <w:t xml:space="preserve">, </w:t>
      </w:r>
      <w:r w:rsidRPr="00A702E8">
        <w:rPr>
          <w:color w:val="000000" w:themeColor="text1"/>
          <w:sz w:val="24"/>
        </w:rPr>
        <w:t>որը</w:t>
      </w:r>
      <w:r w:rsidRPr="00A702E8">
        <w:rPr>
          <w:color w:val="000000" w:themeColor="text1"/>
          <w:sz w:val="24"/>
          <w:lang w:val="en-GB"/>
        </w:rPr>
        <w:t xml:space="preserve"> </w:t>
      </w:r>
      <w:r w:rsidRPr="00A702E8">
        <w:rPr>
          <w:color w:val="000000" w:themeColor="text1"/>
          <w:sz w:val="24"/>
        </w:rPr>
        <w:t>լրացնում</w:t>
      </w:r>
      <w:r w:rsidRPr="00A702E8">
        <w:rPr>
          <w:color w:val="000000" w:themeColor="text1"/>
          <w:sz w:val="24"/>
          <w:lang w:val="en-GB"/>
        </w:rPr>
        <w:t xml:space="preserve"> </w:t>
      </w:r>
      <w:r w:rsidRPr="00A702E8">
        <w:rPr>
          <w:color w:val="000000" w:themeColor="text1"/>
          <w:sz w:val="24"/>
        </w:rPr>
        <w:t>է</w:t>
      </w:r>
      <w:r w:rsidRPr="00A702E8">
        <w:rPr>
          <w:color w:val="000000" w:themeColor="text1"/>
          <w:sz w:val="24"/>
          <w:lang w:val="en-GB"/>
        </w:rPr>
        <w:t xml:space="preserve"> </w:t>
      </w:r>
      <w:r w:rsidRPr="00A702E8">
        <w:rPr>
          <w:color w:val="000000" w:themeColor="text1"/>
          <w:sz w:val="24"/>
        </w:rPr>
        <w:t>հիմնական</w:t>
      </w:r>
      <w:r w:rsidRPr="00A702E8">
        <w:rPr>
          <w:color w:val="000000" w:themeColor="text1"/>
          <w:sz w:val="24"/>
          <w:lang w:val="en-GB"/>
        </w:rPr>
        <w:t xml:space="preserve"> </w:t>
      </w:r>
      <w:r w:rsidRPr="00A702E8">
        <w:rPr>
          <w:color w:val="000000" w:themeColor="text1"/>
          <w:sz w:val="24"/>
        </w:rPr>
        <w:t>կրթական</w:t>
      </w:r>
      <w:r w:rsidRPr="00A702E8">
        <w:rPr>
          <w:color w:val="000000" w:themeColor="text1"/>
          <w:sz w:val="24"/>
          <w:lang w:val="en-GB"/>
        </w:rPr>
        <w:t xml:space="preserve"> </w:t>
      </w:r>
      <w:r w:rsidRPr="00A702E8">
        <w:rPr>
          <w:color w:val="000000" w:themeColor="text1"/>
          <w:sz w:val="24"/>
        </w:rPr>
        <w:t>ծրագրի</w:t>
      </w:r>
      <w:r w:rsidRPr="00A702E8">
        <w:rPr>
          <w:color w:val="000000" w:themeColor="text1"/>
          <w:sz w:val="24"/>
          <w:lang w:val="en-GB"/>
        </w:rPr>
        <w:t xml:space="preserve"> </w:t>
      </w:r>
      <w:r w:rsidRPr="00A702E8">
        <w:rPr>
          <w:color w:val="000000" w:themeColor="text1"/>
          <w:sz w:val="24"/>
        </w:rPr>
        <w:t>ճանաչողական</w:t>
      </w:r>
      <w:r w:rsidRPr="00A702E8">
        <w:rPr>
          <w:color w:val="000000" w:themeColor="text1"/>
          <w:sz w:val="24"/>
          <w:lang w:val="en-GB"/>
        </w:rPr>
        <w:t xml:space="preserve"> </w:t>
      </w:r>
      <w:r w:rsidRPr="00A702E8">
        <w:rPr>
          <w:color w:val="000000" w:themeColor="text1"/>
          <w:sz w:val="24"/>
        </w:rPr>
        <w:t>և</w:t>
      </w:r>
      <w:r w:rsidRPr="00A702E8">
        <w:rPr>
          <w:color w:val="000000" w:themeColor="text1"/>
          <w:sz w:val="24"/>
          <w:lang w:val="en-GB"/>
        </w:rPr>
        <w:t xml:space="preserve"> </w:t>
      </w:r>
      <w:r w:rsidRPr="00A702E8">
        <w:rPr>
          <w:color w:val="000000" w:themeColor="text1"/>
          <w:sz w:val="24"/>
        </w:rPr>
        <w:t>գործնական</w:t>
      </w:r>
      <w:r w:rsidRPr="00A702E8">
        <w:rPr>
          <w:color w:val="000000" w:themeColor="text1"/>
          <w:sz w:val="24"/>
          <w:lang w:val="en-GB"/>
        </w:rPr>
        <w:t xml:space="preserve"> </w:t>
      </w:r>
      <w:r w:rsidRPr="00A702E8">
        <w:rPr>
          <w:color w:val="000000" w:themeColor="text1"/>
          <w:sz w:val="24"/>
        </w:rPr>
        <w:t>բաղադրիչը</w:t>
      </w:r>
      <w:r w:rsidRPr="00A702E8">
        <w:rPr>
          <w:color w:val="000000" w:themeColor="text1"/>
          <w:sz w:val="24"/>
          <w:lang w:val="en-GB"/>
        </w:rPr>
        <w:t xml:space="preserve"> </w:t>
      </w:r>
      <w:r w:rsidRPr="00A702E8">
        <w:rPr>
          <w:color w:val="000000" w:themeColor="text1"/>
          <w:sz w:val="24"/>
        </w:rPr>
        <w:t>և</w:t>
      </w:r>
      <w:r w:rsidRPr="00A702E8">
        <w:rPr>
          <w:color w:val="000000" w:themeColor="text1"/>
          <w:sz w:val="24"/>
          <w:lang w:val="en-GB"/>
        </w:rPr>
        <w:t xml:space="preserve"> </w:t>
      </w:r>
      <w:r w:rsidRPr="00A702E8">
        <w:rPr>
          <w:color w:val="000000" w:themeColor="text1"/>
          <w:sz w:val="24"/>
        </w:rPr>
        <w:t>որի</w:t>
      </w:r>
      <w:r w:rsidRPr="00A702E8">
        <w:rPr>
          <w:color w:val="000000" w:themeColor="text1"/>
          <w:sz w:val="24"/>
          <w:lang w:val="en-GB"/>
        </w:rPr>
        <w:t xml:space="preserve"> </w:t>
      </w:r>
      <w:r w:rsidRPr="00A702E8">
        <w:rPr>
          <w:color w:val="000000" w:themeColor="text1"/>
          <w:sz w:val="24"/>
        </w:rPr>
        <w:t>ընթացքում</w:t>
      </w:r>
      <w:r w:rsidRPr="00A702E8">
        <w:rPr>
          <w:color w:val="000000" w:themeColor="text1"/>
          <w:sz w:val="24"/>
          <w:lang w:val="en-GB"/>
        </w:rPr>
        <w:t xml:space="preserve"> </w:t>
      </w:r>
      <w:r w:rsidRPr="00A702E8">
        <w:rPr>
          <w:color w:val="000000" w:themeColor="text1"/>
          <w:sz w:val="24"/>
        </w:rPr>
        <w:t>ուսանողն</w:t>
      </w:r>
      <w:r w:rsidRPr="00A702E8">
        <w:rPr>
          <w:color w:val="000000" w:themeColor="text1"/>
          <w:sz w:val="24"/>
          <w:lang w:val="hy-AM"/>
        </w:rPr>
        <w:t xml:space="preserve"> (ունկնդիրը) (այսուհետ՝ ուսանող)</w:t>
      </w:r>
      <w:r w:rsidRPr="00A702E8">
        <w:rPr>
          <w:color w:val="000000" w:themeColor="text1"/>
          <w:sz w:val="24"/>
          <w:lang w:val="en-GB"/>
        </w:rPr>
        <w:t xml:space="preserve"> </w:t>
      </w:r>
      <w:r w:rsidRPr="00A702E8">
        <w:rPr>
          <w:color w:val="000000" w:themeColor="text1"/>
          <w:sz w:val="24"/>
        </w:rPr>
        <w:t>առավելապես</w:t>
      </w:r>
      <w:r w:rsidRPr="00A702E8">
        <w:rPr>
          <w:color w:val="000000" w:themeColor="text1"/>
          <w:sz w:val="24"/>
          <w:lang w:val="en-GB"/>
        </w:rPr>
        <w:t xml:space="preserve"> </w:t>
      </w:r>
      <w:r w:rsidRPr="00A702E8">
        <w:rPr>
          <w:color w:val="000000" w:themeColor="text1"/>
          <w:sz w:val="24"/>
        </w:rPr>
        <w:t>դիտարկում</w:t>
      </w:r>
      <w:r w:rsidRPr="00A702E8">
        <w:rPr>
          <w:color w:val="000000" w:themeColor="text1"/>
          <w:sz w:val="24"/>
          <w:lang w:val="en-GB"/>
        </w:rPr>
        <w:t xml:space="preserve"> </w:t>
      </w:r>
      <w:r w:rsidRPr="00A702E8">
        <w:rPr>
          <w:color w:val="000000" w:themeColor="text1"/>
          <w:sz w:val="24"/>
        </w:rPr>
        <w:t>է</w:t>
      </w:r>
      <w:r w:rsidRPr="00A702E8">
        <w:rPr>
          <w:color w:val="000000" w:themeColor="text1"/>
          <w:sz w:val="24"/>
          <w:lang w:val="en-GB"/>
        </w:rPr>
        <w:t xml:space="preserve"> </w:t>
      </w:r>
      <w:r w:rsidRPr="00A702E8">
        <w:rPr>
          <w:color w:val="000000" w:themeColor="text1"/>
          <w:sz w:val="24"/>
        </w:rPr>
        <w:t>աշխատանքային</w:t>
      </w:r>
      <w:r w:rsidRPr="00A702E8">
        <w:rPr>
          <w:color w:val="000000" w:themeColor="text1"/>
          <w:sz w:val="24"/>
          <w:lang w:val="en-GB"/>
        </w:rPr>
        <w:t xml:space="preserve"> </w:t>
      </w:r>
      <w:r w:rsidRPr="00A702E8">
        <w:rPr>
          <w:color w:val="000000" w:themeColor="text1"/>
          <w:sz w:val="24"/>
        </w:rPr>
        <w:t>գործընթացը</w:t>
      </w:r>
      <w:r w:rsidRPr="00A702E8">
        <w:rPr>
          <w:color w:val="000000" w:themeColor="text1"/>
          <w:sz w:val="24"/>
          <w:lang w:val="en-GB"/>
        </w:rPr>
        <w:t xml:space="preserve">, </w:t>
      </w:r>
      <w:r w:rsidRPr="00A702E8">
        <w:rPr>
          <w:color w:val="000000" w:themeColor="text1"/>
          <w:sz w:val="24"/>
        </w:rPr>
        <w:t>կատարում</w:t>
      </w:r>
      <w:r w:rsidRPr="00A702E8">
        <w:rPr>
          <w:color w:val="000000" w:themeColor="text1"/>
          <w:sz w:val="24"/>
          <w:lang w:val="en-GB"/>
        </w:rPr>
        <w:t xml:space="preserve"> </w:t>
      </w:r>
      <w:r w:rsidRPr="00A702E8">
        <w:rPr>
          <w:color w:val="000000" w:themeColor="text1"/>
          <w:sz w:val="24"/>
        </w:rPr>
        <w:t>որոշակի</w:t>
      </w:r>
      <w:r w:rsidRPr="00A702E8">
        <w:rPr>
          <w:color w:val="000000" w:themeColor="text1"/>
          <w:sz w:val="24"/>
          <w:lang w:val="en-GB"/>
        </w:rPr>
        <w:t xml:space="preserve"> </w:t>
      </w:r>
      <w:r w:rsidRPr="00A702E8">
        <w:rPr>
          <w:color w:val="000000" w:themeColor="text1"/>
          <w:sz w:val="24"/>
        </w:rPr>
        <w:t>աշխատանքներ՝</w:t>
      </w:r>
      <w:r w:rsidRPr="00A702E8">
        <w:rPr>
          <w:color w:val="000000" w:themeColor="text1"/>
          <w:sz w:val="24"/>
          <w:lang w:val="en-GB"/>
        </w:rPr>
        <w:t xml:space="preserve"> </w:t>
      </w:r>
      <w:r w:rsidRPr="00A702E8">
        <w:rPr>
          <w:color w:val="000000" w:themeColor="text1"/>
          <w:sz w:val="24"/>
        </w:rPr>
        <w:t>ըստ</w:t>
      </w:r>
      <w:r w:rsidRPr="00A702E8">
        <w:rPr>
          <w:color w:val="000000" w:themeColor="text1"/>
          <w:sz w:val="24"/>
          <w:lang w:val="en-GB"/>
        </w:rPr>
        <w:t xml:space="preserve"> </w:t>
      </w:r>
      <w:r w:rsidRPr="00A702E8">
        <w:rPr>
          <w:color w:val="000000" w:themeColor="text1"/>
          <w:sz w:val="24"/>
        </w:rPr>
        <w:t>սահմանված</w:t>
      </w:r>
      <w:r w:rsidRPr="00A702E8">
        <w:rPr>
          <w:color w:val="000000" w:themeColor="text1"/>
          <w:sz w:val="24"/>
          <w:lang w:val="en-GB"/>
        </w:rPr>
        <w:t xml:space="preserve"> </w:t>
      </w:r>
      <w:r w:rsidRPr="00A702E8">
        <w:rPr>
          <w:color w:val="000000" w:themeColor="text1"/>
          <w:sz w:val="24"/>
        </w:rPr>
        <w:t>ժամանակացույցի</w:t>
      </w:r>
      <w:r w:rsidR="002C2E63" w:rsidRPr="00A702E8">
        <w:rPr>
          <w:color w:val="000000" w:themeColor="text1"/>
          <w:sz w:val="24"/>
          <w:lang w:val="en-GB"/>
        </w:rPr>
        <w:t xml:space="preserve">. </w:t>
      </w:r>
    </w:p>
    <w:p w14:paraId="0341407B" w14:textId="44F850D6" w:rsidR="009A0AC0" w:rsidRPr="00A702E8" w:rsidRDefault="009A0AC0" w:rsidP="009A0AC0">
      <w:pPr>
        <w:pStyle w:val="paragraph"/>
        <w:ind w:left="720" w:hanging="720"/>
        <w:rPr>
          <w:color w:val="000000" w:themeColor="text1"/>
          <w:sz w:val="24"/>
          <w:lang w:val="en-GB"/>
        </w:rPr>
      </w:pPr>
      <w:r w:rsidRPr="00A702E8">
        <w:rPr>
          <w:b/>
          <w:bCs/>
          <w:color w:val="000000" w:themeColor="text1"/>
          <w:sz w:val="24"/>
          <w:lang w:val="en-US"/>
        </w:rPr>
        <w:t>ա</w:t>
      </w:r>
      <w:r w:rsidRPr="00A702E8">
        <w:rPr>
          <w:b/>
          <w:bCs/>
          <w:color w:val="000000" w:themeColor="text1"/>
          <w:sz w:val="24"/>
        </w:rPr>
        <w:t>շխատանքի</w:t>
      </w:r>
      <w:r w:rsidRPr="00A702E8">
        <w:rPr>
          <w:b/>
          <w:bCs/>
          <w:color w:val="000000" w:themeColor="text1"/>
          <w:sz w:val="24"/>
          <w:lang w:val="en-GB"/>
        </w:rPr>
        <w:t xml:space="preserve"> </w:t>
      </w:r>
      <w:r w:rsidRPr="00A702E8">
        <w:rPr>
          <w:b/>
          <w:bCs/>
          <w:color w:val="000000" w:themeColor="text1"/>
          <w:sz w:val="24"/>
        </w:rPr>
        <w:t>ընթացքում</w:t>
      </w:r>
      <w:r w:rsidRPr="00A702E8">
        <w:rPr>
          <w:b/>
          <w:bCs/>
          <w:color w:val="000000" w:themeColor="text1"/>
          <w:sz w:val="24"/>
          <w:lang w:val="en-GB"/>
        </w:rPr>
        <w:t xml:space="preserve"> </w:t>
      </w:r>
      <w:r w:rsidRPr="00A702E8">
        <w:rPr>
          <w:b/>
          <w:bCs/>
          <w:color w:val="000000" w:themeColor="text1"/>
          <w:sz w:val="24"/>
        </w:rPr>
        <w:t>ուսումնառություն</w:t>
      </w:r>
      <w:r w:rsidR="00D43C93" w:rsidRPr="00A702E8">
        <w:rPr>
          <w:b/>
          <w:bCs/>
          <w:color w:val="000000" w:themeColor="text1"/>
          <w:sz w:val="24"/>
          <w:lang w:val="en-US"/>
        </w:rPr>
        <w:t>ը</w:t>
      </w:r>
      <w:r w:rsidR="00285468" w:rsidRPr="00A702E8">
        <w:rPr>
          <w:b/>
          <w:bCs/>
          <w:color w:val="000000" w:themeColor="text1"/>
          <w:sz w:val="24"/>
          <w:lang w:val="en-US"/>
        </w:rPr>
        <w:t xml:space="preserve"> (այսուհետ՝ նաև դրսեկություն)</w:t>
      </w:r>
      <w:r w:rsidR="00D43C93" w:rsidRPr="00A702E8">
        <w:rPr>
          <w:b/>
          <w:bCs/>
          <w:color w:val="000000" w:themeColor="text1"/>
          <w:sz w:val="24"/>
          <w:lang w:val="en-US"/>
        </w:rPr>
        <w:t>, որը</w:t>
      </w:r>
      <w:r w:rsidRPr="00A702E8">
        <w:rPr>
          <w:b/>
          <w:bCs/>
          <w:color w:val="000000" w:themeColor="text1"/>
          <w:sz w:val="24"/>
          <w:lang w:val="en-GB"/>
        </w:rPr>
        <w:t xml:space="preserve"> </w:t>
      </w:r>
      <w:r w:rsidRPr="00A702E8">
        <w:rPr>
          <w:color w:val="000000" w:themeColor="text1"/>
          <w:sz w:val="24"/>
        </w:rPr>
        <w:t>կազմակերպվում</w:t>
      </w:r>
      <w:r w:rsidRPr="00A702E8">
        <w:rPr>
          <w:color w:val="000000" w:themeColor="text1"/>
          <w:sz w:val="24"/>
          <w:lang w:val="en-GB"/>
        </w:rPr>
        <w:t xml:space="preserve"> </w:t>
      </w:r>
      <w:r w:rsidRPr="00A702E8">
        <w:rPr>
          <w:color w:val="000000" w:themeColor="text1"/>
          <w:sz w:val="24"/>
        </w:rPr>
        <w:t>է</w:t>
      </w:r>
      <w:r w:rsidRPr="00A702E8">
        <w:rPr>
          <w:color w:val="000000" w:themeColor="text1"/>
          <w:sz w:val="24"/>
          <w:lang w:val="en-GB"/>
        </w:rPr>
        <w:t xml:space="preserve"> </w:t>
      </w:r>
      <w:r w:rsidRPr="00A702E8">
        <w:rPr>
          <w:color w:val="000000" w:themeColor="text1"/>
          <w:sz w:val="24"/>
        </w:rPr>
        <w:t>ընթացիկ</w:t>
      </w:r>
      <w:r w:rsidRPr="00A702E8">
        <w:rPr>
          <w:color w:val="000000" w:themeColor="text1"/>
          <w:sz w:val="24"/>
          <w:lang w:val="en-GB"/>
        </w:rPr>
        <w:t xml:space="preserve"> </w:t>
      </w:r>
      <w:r w:rsidRPr="00A702E8">
        <w:rPr>
          <w:color w:val="000000" w:themeColor="text1"/>
          <w:sz w:val="24"/>
        </w:rPr>
        <w:t>աշխատանքային</w:t>
      </w:r>
      <w:r w:rsidRPr="00A702E8">
        <w:rPr>
          <w:color w:val="000000" w:themeColor="text1"/>
          <w:sz w:val="24"/>
          <w:lang w:val="en-GB"/>
        </w:rPr>
        <w:t xml:space="preserve"> </w:t>
      </w:r>
      <w:r w:rsidRPr="00A702E8">
        <w:rPr>
          <w:color w:val="000000" w:themeColor="text1"/>
          <w:sz w:val="24"/>
        </w:rPr>
        <w:t>միջավայրում</w:t>
      </w:r>
      <w:r w:rsidRPr="00A702E8">
        <w:rPr>
          <w:color w:val="000000" w:themeColor="text1"/>
          <w:sz w:val="24"/>
          <w:lang w:val="en-GB"/>
        </w:rPr>
        <w:t xml:space="preserve">: </w:t>
      </w:r>
      <w:r w:rsidRPr="00A702E8">
        <w:rPr>
          <w:color w:val="000000" w:themeColor="text1"/>
          <w:sz w:val="24"/>
        </w:rPr>
        <w:t>Այն</w:t>
      </w:r>
      <w:r w:rsidRPr="00A702E8">
        <w:rPr>
          <w:color w:val="000000" w:themeColor="text1"/>
          <w:sz w:val="24"/>
          <w:lang w:val="en-GB"/>
        </w:rPr>
        <w:t xml:space="preserve"> </w:t>
      </w:r>
      <w:r w:rsidRPr="00A702E8">
        <w:rPr>
          <w:color w:val="000000" w:themeColor="text1"/>
          <w:sz w:val="24"/>
        </w:rPr>
        <w:t>իրականացվում</w:t>
      </w:r>
      <w:r w:rsidRPr="00A702E8">
        <w:rPr>
          <w:color w:val="000000" w:themeColor="text1"/>
          <w:sz w:val="24"/>
          <w:lang w:val="en-GB"/>
        </w:rPr>
        <w:t xml:space="preserve"> </w:t>
      </w:r>
      <w:r w:rsidRPr="00A702E8">
        <w:rPr>
          <w:color w:val="000000" w:themeColor="text1"/>
          <w:sz w:val="24"/>
        </w:rPr>
        <w:t>է</w:t>
      </w:r>
      <w:r w:rsidRPr="00A702E8">
        <w:rPr>
          <w:color w:val="000000" w:themeColor="text1"/>
          <w:sz w:val="24"/>
          <w:lang w:val="en-GB"/>
        </w:rPr>
        <w:t xml:space="preserve"> </w:t>
      </w:r>
      <w:r w:rsidRPr="00A702E8">
        <w:rPr>
          <w:color w:val="000000" w:themeColor="text1"/>
          <w:sz w:val="24"/>
        </w:rPr>
        <w:t>առավելապես</w:t>
      </w:r>
      <w:r w:rsidRPr="00A702E8">
        <w:rPr>
          <w:color w:val="000000" w:themeColor="text1"/>
          <w:sz w:val="24"/>
          <w:lang w:val="en-GB"/>
        </w:rPr>
        <w:t xml:space="preserve"> </w:t>
      </w:r>
      <w:r w:rsidRPr="00A702E8">
        <w:rPr>
          <w:color w:val="000000" w:themeColor="text1"/>
          <w:sz w:val="24"/>
        </w:rPr>
        <w:t>դրսեկության</w:t>
      </w:r>
      <w:r w:rsidRPr="00A702E8">
        <w:rPr>
          <w:color w:val="000000" w:themeColor="text1"/>
          <w:sz w:val="24"/>
          <w:lang w:val="en-GB"/>
        </w:rPr>
        <w:t xml:space="preserve"> </w:t>
      </w:r>
      <w:r w:rsidRPr="00A702E8">
        <w:rPr>
          <w:color w:val="000000" w:themeColor="text1"/>
          <w:sz w:val="24"/>
        </w:rPr>
        <w:t>ձևով</w:t>
      </w:r>
      <w:r w:rsidRPr="00A702E8">
        <w:rPr>
          <w:color w:val="000000" w:themeColor="text1"/>
          <w:sz w:val="24"/>
          <w:lang w:val="en-GB"/>
        </w:rPr>
        <w:t xml:space="preserve"> </w:t>
      </w:r>
      <w:r w:rsidRPr="00A702E8">
        <w:rPr>
          <w:color w:val="000000" w:themeColor="text1"/>
          <w:sz w:val="24"/>
        </w:rPr>
        <w:t>կրթության</w:t>
      </w:r>
      <w:r w:rsidRPr="00A702E8">
        <w:rPr>
          <w:color w:val="000000" w:themeColor="text1"/>
          <w:sz w:val="24"/>
          <w:lang w:val="en-GB"/>
        </w:rPr>
        <w:t xml:space="preserve"> </w:t>
      </w:r>
      <w:r w:rsidRPr="00A702E8">
        <w:rPr>
          <w:color w:val="000000" w:themeColor="text1"/>
          <w:sz w:val="24"/>
        </w:rPr>
        <w:t>կազմակերպման</w:t>
      </w:r>
      <w:r w:rsidRPr="00A702E8">
        <w:rPr>
          <w:color w:val="000000" w:themeColor="text1"/>
          <w:sz w:val="24"/>
          <w:lang w:val="en-GB"/>
        </w:rPr>
        <w:t xml:space="preserve"> </w:t>
      </w:r>
      <w:r w:rsidRPr="00A702E8">
        <w:rPr>
          <w:color w:val="000000" w:themeColor="text1"/>
          <w:sz w:val="24"/>
        </w:rPr>
        <w:t>միջոցով</w:t>
      </w:r>
      <w:r w:rsidRPr="00A702E8">
        <w:rPr>
          <w:color w:val="000000" w:themeColor="text1"/>
          <w:sz w:val="24"/>
          <w:lang w:val="en-GB"/>
        </w:rPr>
        <w:t xml:space="preserve"> </w:t>
      </w:r>
      <w:r w:rsidRPr="00A702E8">
        <w:rPr>
          <w:color w:val="000000" w:themeColor="text1"/>
          <w:sz w:val="24"/>
        </w:rPr>
        <w:t>և</w:t>
      </w:r>
      <w:r w:rsidRPr="00A702E8">
        <w:rPr>
          <w:color w:val="000000" w:themeColor="text1"/>
          <w:sz w:val="24"/>
          <w:lang w:val="en-GB"/>
        </w:rPr>
        <w:t xml:space="preserve"> </w:t>
      </w:r>
      <w:r w:rsidRPr="00A702E8">
        <w:rPr>
          <w:color w:val="000000" w:themeColor="text1"/>
          <w:sz w:val="24"/>
        </w:rPr>
        <w:t>ապահովում</w:t>
      </w:r>
      <w:r w:rsidRPr="00A702E8">
        <w:rPr>
          <w:color w:val="000000" w:themeColor="text1"/>
          <w:sz w:val="24"/>
          <w:lang w:val="en-GB"/>
        </w:rPr>
        <w:t xml:space="preserve"> </w:t>
      </w:r>
      <w:r w:rsidRPr="00A702E8">
        <w:rPr>
          <w:color w:val="000000" w:themeColor="text1"/>
          <w:sz w:val="24"/>
        </w:rPr>
        <w:t>է</w:t>
      </w:r>
      <w:r w:rsidRPr="00A702E8">
        <w:rPr>
          <w:color w:val="000000" w:themeColor="text1"/>
          <w:sz w:val="24"/>
          <w:lang w:val="en-GB"/>
        </w:rPr>
        <w:t xml:space="preserve"> </w:t>
      </w:r>
      <w:r w:rsidRPr="00A702E8">
        <w:rPr>
          <w:color w:val="000000" w:themeColor="text1"/>
          <w:sz w:val="24"/>
        </w:rPr>
        <w:t>աշխատանքային</w:t>
      </w:r>
      <w:r w:rsidRPr="00A702E8">
        <w:rPr>
          <w:color w:val="000000" w:themeColor="text1"/>
          <w:sz w:val="24"/>
          <w:lang w:val="en-GB"/>
        </w:rPr>
        <w:t xml:space="preserve"> </w:t>
      </w:r>
      <w:r w:rsidRPr="00A702E8">
        <w:rPr>
          <w:color w:val="000000" w:themeColor="text1"/>
          <w:sz w:val="24"/>
        </w:rPr>
        <w:t>իրավահարաբերության</w:t>
      </w:r>
      <w:r w:rsidRPr="00A702E8">
        <w:rPr>
          <w:color w:val="000000" w:themeColor="text1"/>
          <w:sz w:val="24"/>
          <w:lang w:val="en-GB"/>
        </w:rPr>
        <w:t xml:space="preserve"> </w:t>
      </w:r>
      <w:r w:rsidRPr="00A702E8">
        <w:rPr>
          <w:color w:val="000000" w:themeColor="text1"/>
          <w:sz w:val="24"/>
        </w:rPr>
        <w:t>մեջ</w:t>
      </w:r>
      <w:r w:rsidRPr="00A702E8">
        <w:rPr>
          <w:color w:val="000000" w:themeColor="text1"/>
          <w:sz w:val="24"/>
          <w:lang w:val="en-GB"/>
        </w:rPr>
        <w:t xml:space="preserve"> </w:t>
      </w:r>
      <w:r w:rsidRPr="00A702E8">
        <w:rPr>
          <w:color w:val="000000" w:themeColor="text1"/>
          <w:sz w:val="24"/>
        </w:rPr>
        <w:t>գտնվող</w:t>
      </w:r>
      <w:r w:rsidRPr="00A702E8">
        <w:rPr>
          <w:color w:val="000000" w:themeColor="text1"/>
          <w:sz w:val="24"/>
          <w:lang w:val="en-GB"/>
        </w:rPr>
        <w:t xml:space="preserve"> </w:t>
      </w:r>
      <w:r w:rsidRPr="00A702E8">
        <w:rPr>
          <w:color w:val="000000" w:themeColor="text1"/>
          <w:sz w:val="24"/>
        </w:rPr>
        <w:t>անձի</w:t>
      </w:r>
      <w:r w:rsidRPr="00A702E8">
        <w:rPr>
          <w:color w:val="000000" w:themeColor="text1"/>
          <w:sz w:val="24"/>
          <w:lang w:val="en-GB"/>
        </w:rPr>
        <w:t xml:space="preserve"> </w:t>
      </w:r>
      <w:r w:rsidRPr="00A702E8">
        <w:rPr>
          <w:color w:val="000000" w:themeColor="text1"/>
          <w:sz w:val="24"/>
        </w:rPr>
        <w:t>միաժամանակյա</w:t>
      </w:r>
      <w:r w:rsidRPr="00A702E8">
        <w:rPr>
          <w:color w:val="000000" w:themeColor="text1"/>
          <w:sz w:val="24"/>
          <w:lang w:val="en-GB"/>
        </w:rPr>
        <w:t xml:space="preserve"> </w:t>
      </w:r>
      <w:r w:rsidRPr="00A702E8">
        <w:rPr>
          <w:color w:val="000000" w:themeColor="text1"/>
          <w:sz w:val="24"/>
        </w:rPr>
        <w:t>կրթությունը</w:t>
      </w:r>
      <w:r w:rsidRPr="00A702E8">
        <w:rPr>
          <w:color w:val="000000" w:themeColor="text1"/>
          <w:sz w:val="24"/>
          <w:lang w:val="en-GB"/>
        </w:rPr>
        <w:t xml:space="preserve"> </w:t>
      </w:r>
      <w:r w:rsidRPr="00A702E8">
        <w:rPr>
          <w:color w:val="000000" w:themeColor="text1"/>
          <w:sz w:val="24"/>
        </w:rPr>
        <w:t>և</w:t>
      </w:r>
      <w:r w:rsidRPr="00A702E8">
        <w:rPr>
          <w:color w:val="000000" w:themeColor="text1"/>
          <w:sz w:val="24"/>
          <w:lang w:val="en-GB"/>
        </w:rPr>
        <w:t xml:space="preserve"> </w:t>
      </w:r>
      <w:r w:rsidRPr="00A702E8">
        <w:rPr>
          <w:color w:val="000000" w:themeColor="text1"/>
          <w:sz w:val="24"/>
        </w:rPr>
        <w:t>որակավորումն</w:t>
      </w:r>
      <w:r w:rsidRPr="00A702E8">
        <w:rPr>
          <w:color w:val="000000" w:themeColor="text1"/>
          <w:sz w:val="24"/>
          <w:lang w:val="en-GB"/>
        </w:rPr>
        <w:t xml:space="preserve"> </w:t>
      </w:r>
      <w:r w:rsidRPr="00A702E8">
        <w:rPr>
          <w:color w:val="000000" w:themeColor="text1"/>
          <w:sz w:val="24"/>
        </w:rPr>
        <w:t>աշխատանքային</w:t>
      </w:r>
      <w:r w:rsidRPr="00A702E8">
        <w:rPr>
          <w:color w:val="000000" w:themeColor="text1"/>
          <w:sz w:val="24"/>
          <w:lang w:val="en-GB"/>
        </w:rPr>
        <w:t xml:space="preserve"> </w:t>
      </w:r>
      <w:r w:rsidRPr="00A702E8">
        <w:rPr>
          <w:color w:val="000000" w:themeColor="text1"/>
          <w:sz w:val="24"/>
        </w:rPr>
        <w:t>գործունեության</w:t>
      </w:r>
      <w:r w:rsidRPr="00A702E8">
        <w:rPr>
          <w:color w:val="000000" w:themeColor="text1"/>
          <w:sz w:val="24"/>
          <w:lang w:val="en-GB"/>
        </w:rPr>
        <w:t xml:space="preserve"> </w:t>
      </w:r>
      <w:r w:rsidRPr="00A702E8">
        <w:rPr>
          <w:color w:val="000000" w:themeColor="text1"/>
          <w:sz w:val="24"/>
        </w:rPr>
        <w:t>ընթացքում։</w:t>
      </w:r>
      <w:r w:rsidRPr="00A702E8">
        <w:rPr>
          <w:color w:val="000000" w:themeColor="text1"/>
          <w:sz w:val="24"/>
          <w:lang w:val="en-GB"/>
        </w:rPr>
        <w:t xml:space="preserve"> </w:t>
      </w:r>
      <w:r w:rsidRPr="00A702E8">
        <w:rPr>
          <w:color w:val="000000" w:themeColor="text1"/>
          <w:sz w:val="24"/>
        </w:rPr>
        <w:t>Եթե</w:t>
      </w:r>
      <w:r w:rsidRPr="00A702E8">
        <w:rPr>
          <w:color w:val="000000" w:themeColor="text1"/>
          <w:sz w:val="24"/>
          <w:lang w:val="en-GB"/>
        </w:rPr>
        <w:t xml:space="preserve"> </w:t>
      </w:r>
      <w:r w:rsidRPr="00A702E8">
        <w:rPr>
          <w:color w:val="000000" w:themeColor="text1"/>
          <w:sz w:val="24"/>
        </w:rPr>
        <w:t>առկա</w:t>
      </w:r>
      <w:r w:rsidRPr="00A702E8">
        <w:rPr>
          <w:color w:val="000000" w:themeColor="text1"/>
          <w:sz w:val="24"/>
          <w:lang w:val="en-GB"/>
        </w:rPr>
        <w:t xml:space="preserve"> </w:t>
      </w:r>
      <w:r w:rsidRPr="00A702E8">
        <w:rPr>
          <w:color w:val="000000" w:themeColor="text1"/>
          <w:sz w:val="24"/>
        </w:rPr>
        <w:t>է</w:t>
      </w:r>
      <w:r w:rsidRPr="00A702E8">
        <w:rPr>
          <w:color w:val="000000" w:themeColor="text1"/>
          <w:sz w:val="24"/>
          <w:lang w:val="en-GB"/>
        </w:rPr>
        <w:t xml:space="preserve"> </w:t>
      </w:r>
      <w:r w:rsidRPr="00A702E8">
        <w:rPr>
          <w:color w:val="000000" w:themeColor="text1"/>
          <w:sz w:val="24"/>
        </w:rPr>
        <w:t>ԳԱՈՒ</w:t>
      </w:r>
      <w:r w:rsidRPr="00A702E8">
        <w:rPr>
          <w:color w:val="000000" w:themeColor="text1"/>
          <w:sz w:val="24"/>
          <w:lang w:val="hy-AM"/>
        </w:rPr>
        <w:t xml:space="preserve"> </w:t>
      </w:r>
      <w:r w:rsidRPr="00A702E8">
        <w:rPr>
          <w:color w:val="000000" w:themeColor="text1"/>
          <w:sz w:val="24"/>
        </w:rPr>
        <w:t>ծրագրի</w:t>
      </w:r>
      <w:r w:rsidRPr="00A702E8">
        <w:rPr>
          <w:color w:val="000000" w:themeColor="text1"/>
          <w:sz w:val="24"/>
          <w:lang w:val="en-GB"/>
        </w:rPr>
        <w:t xml:space="preserve"> </w:t>
      </w:r>
      <w:r w:rsidRPr="00A702E8">
        <w:rPr>
          <w:color w:val="000000" w:themeColor="text1"/>
          <w:sz w:val="24"/>
        </w:rPr>
        <w:t>և</w:t>
      </w:r>
      <w:r w:rsidRPr="00A702E8">
        <w:rPr>
          <w:color w:val="000000" w:themeColor="text1"/>
          <w:sz w:val="24"/>
          <w:lang w:val="en-GB"/>
        </w:rPr>
        <w:t xml:space="preserve"> </w:t>
      </w:r>
      <w:r w:rsidRPr="00A702E8">
        <w:rPr>
          <w:color w:val="000000" w:themeColor="text1"/>
          <w:sz w:val="24"/>
        </w:rPr>
        <w:t>ուսանողի</w:t>
      </w:r>
      <w:r w:rsidRPr="00A702E8">
        <w:rPr>
          <w:color w:val="000000" w:themeColor="text1"/>
          <w:sz w:val="24"/>
          <w:lang w:val="en-GB"/>
        </w:rPr>
        <w:t xml:space="preserve"> </w:t>
      </w:r>
      <w:r w:rsidRPr="00A702E8">
        <w:rPr>
          <w:color w:val="000000" w:themeColor="text1"/>
          <w:sz w:val="24"/>
        </w:rPr>
        <w:t>ընթացիկ</w:t>
      </w:r>
      <w:r w:rsidRPr="00A702E8">
        <w:rPr>
          <w:color w:val="000000" w:themeColor="text1"/>
          <w:sz w:val="24"/>
          <w:lang w:val="en-GB"/>
        </w:rPr>
        <w:t xml:space="preserve"> </w:t>
      </w:r>
      <w:r w:rsidRPr="00A702E8">
        <w:rPr>
          <w:color w:val="000000" w:themeColor="text1"/>
          <w:sz w:val="24"/>
        </w:rPr>
        <w:t>աշխատանքային</w:t>
      </w:r>
      <w:r w:rsidRPr="00A702E8">
        <w:rPr>
          <w:color w:val="000000" w:themeColor="text1"/>
          <w:sz w:val="24"/>
          <w:lang w:val="en-GB"/>
        </w:rPr>
        <w:t xml:space="preserve"> </w:t>
      </w:r>
      <w:r w:rsidRPr="00A702E8">
        <w:rPr>
          <w:color w:val="000000" w:themeColor="text1"/>
          <w:sz w:val="24"/>
        </w:rPr>
        <w:t>գործառույթների</w:t>
      </w:r>
      <w:r w:rsidRPr="00A702E8">
        <w:rPr>
          <w:color w:val="000000" w:themeColor="text1"/>
          <w:sz w:val="24"/>
          <w:lang w:val="en-GB"/>
        </w:rPr>
        <w:t xml:space="preserve"> </w:t>
      </w:r>
      <w:r w:rsidRPr="00A702E8">
        <w:rPr>
          <w:color w:val="000000" w:themeColor="text1"/>
          <w:sz w:val="24"/>
        </w:rPr>
        <w:t>միջև</w:t>
      </w:r>
      <w:r w:rsidRPr="00A702E8">
        <w:rPr>
          <w:color w:val="000000" w:themeColor="text1"/>
          <w:sz w:val="24"/>
          <w:lang w:val="en-GB"/>
        </w:rPr>
        <w:t xml:space="preserve"> </w:t>
      </w:r>
      <w:r w:rsidRPr="00A702E8">
        <w:rPr>
          <w:color w:val="000000" w:themeColor="text1"/>
          <w:sz w:val="24"/>
        </w:rPr>
        <w:t>ծրագրային</w:t>
      </w:r>
      <w:r w:rsidRPr="00A702E8">
        <w:rPr>
          <w:color w:val="000000" w:themeColor="text1"/>
          <w:sz w:val="24"/>
          <w:lang w:val="en-GB"/>
        </w:rPr>
        <w:t xml:space="preserve"> </w:t>
      </w:r>
      <w:r w:rsidRPr="00A702E8">
        <w:rPr>
          <w:color w:val="000000" w:themeColor="text1"/>
          <w:sz w:val="24"/>
        </w:rPr>
        <w:t>տարբերություն</w:t>
      </w:r>
      <w:r w:rsidRPr="00A702E8">
        <w:rPr>
          <w:color w:val="000000" w:themeColor="text1"/>
          <w:sz w:val="24"/>
          <w:lang w:val="en-GB"/>
        </w:rPr>
        <w:t xml:space="preserve">, </w:t>
      </w:r>
      <w:r w:rsidRPr="00A702E8">
        <w:rPr>
          <w:color w:val="000000" w:themeColor="text1"/>
          <w:sz w:val="24"/>
        </w:rPr>
        <w:t>ապա</w:t>
      </w:r>
      <w:r w:rsidRPr="00A702E8">
        <w:rPr>
          <w:color w:val="000000" w:themeColor="text1"/>
          <w:sz w:val="24"/>
          <w:lang w:val="en-GB"/>
        </w:rPr>
        <w:t xml:space="preserve"> </w:t>
      </w:r>
      <w:r w:rsidRPr="00A702E8">
        <w:rPr>
          <w:color w:val="000000" w:themeColor="text1"/>
          <w:sz w:val="24"/>
        </w:rPr>
        <w:t>ԳԱՈՒ</w:t>
      </w:r>
      <w:r w:rsidRPr="00A702E8">
        <w:rPr>
          <w:color w:val="000000" w:themeColor="text1"/>
          <w:sz w:val="24"/>
          <w:lang w:val="en-GB"/>
        </w:rPr>
        <w:t xml:space="preserve"> </w:t>
      </w:r>
      <w:r w:rsidRPr="00A702E8">
        <w:rPr>
          <w:color w:val="000000" w:themeColor="text1"/>
          <w:sz w:val="24"/>
        </w:rPr>
        <w:t>ծրագրով</w:t>
      </w:r>
      <w:r w:rsidRPr="00A702E8">
        <w:rPr>
          <w:color w:val="000000" w:themeColor="text1"/>
          <w:sz w:val="24"/>
          <w:lang w:val="en-GB"/>
        </w:rPr>
        <w:t xml:space="preserve"> </w:t>
      </w:r>
      <w:r w:rsidRPr="00A702E8">
        <w:rPr>
          <w:color w:val="000000" w:themeColor="text1"/>
          <w:sz w:val="24"/>
        </w:rPr>
        <w:t>լրացվում</w:t>
      </w:r>
      <w:r w:rsidRPr="00A702E8">
        <w:rPr>
          <w:color w:val="000000" w:themeColor="text1"/>
          <w:sz w:val="24"/>
          <w:lang w:val="en-GB"/>
        </w:rPr>
        <w:t xml:space="preserve"> </w:t>
      </w:r>
      <w:r w:rsidRPr="00A702E8">
        <w:rPr>
          <w:color w:val="000000" w:themeColor="text1"/>
          <w:sz w:val="24"/>
        </w:rPr>
        <w:t>է</w:t>
      </w:r>
      <w:r w:rsidRPr="00A702E8">
        <w:rPr>
          <w:color w:val="000000" w:themeColor="text1"/>
          <w:sz w:val="24"/>
          <w:lang w:val="en-GB"/>
        </w:rPr>
        <w:t xml:space="preserve"> </w:t>
      </w:r>
      <w:r w:rsidRPr="00A702E8">
        <w:rPr>
          <w:color w:val="000000" w:themeColor="text1"/>
          <w:sz w:val="24"/>
        </w:rPr>
        <w:t>միայն</w:t>
      </w:r>
      <w:r w:rsidRPr="00A702E8">
        <w:rPr>
          <w:color w:val="000000" w:themeColor="text1"/>
          <w:sz w:val="24"/>
          <w:lang w:val="en-GB"/>
        </w:rPr>
        <w:t xml:space="preserve"> </w:t>
      </w:r>
      <w:r w:rsidRPr="00A702E8">
        <w:rPr>
          <w:color w:val="000000" w:themeColor="text1"/>
          <w:sz w:val="24"/>
        </w:rPr>
        <w:t>այդ</w:t>
      </w:r>
      <w:r w:rsidRPr="00A702E8">
        <w:rPr>
          <w:color w:val="000000" w:themeColor="text1"/>
          <w:sz w:val="24"/>
          <w:lang w:val="en-GB"/>
        </w:rPr>
        <w:t xml:space="preserve"> </w:t>
      </w:r>
      <w:r w:rsidRPr="00A702E8">
        <w:rPr>
          <w:color w:val="000000" w:themeColor="text1"/>
          <w:sz w:val="24"/>
        </w:rPr>
        <w:t>տարբերությունը։</w:t>
      </w:r>
      <w:r w:rsidR="006E0097" w:rsidRPr="00A702E8">
        <w:rPr>
          <w:color w:val="000000" w:themeColor="text1"/>
          <w:sz w:val="24"/>
          <w:lang w:val="en-US"/>
        </w:rPr>
        <w:t xml:space="preserve"> </w:t>
      </w:r>
    </w:p>
    <w:p w14:paraId="795361EE" w14:textId="77777777" w:rsidR="009A0AC0" w:rsidRPr="00A702E8" w:rsidRDefault="009A0AC0" w:rsidP="009A0AC0">
      <w:pPr>
        <w:numPr>
          <w:ilvl w:val="0"/>
          <w:numId w:val="3"/>
        </w:numPr>
        <w:shd w:val="clear" w:color="auto" w:fill="FFFFFF"/>
        <w:spacing w:after="0" w:line="360" w:lineRule="auto"/>
        <w:ind w:left="720" w:hanging="720"/>
        <w:jc w:val="both"/>
        <w:rPr>
          <w:rFonts w:ascii="GHEA Grapalat" w:hAnsi="GHEA Grapalat" w:cs="Arial"/>
          <w:color w:val="000000" w:themeColor="text1"/>
          <w:sz w:val="24"/>
          <w:szCs w:val="24"/>
        </w:rPr>
      </w:pPr>
      <w:r w:rsidRPr="00A702E8">
        <w:rPr>
          <w:rFonts w:ascii="GHEA Grapalat" w:hAnsi="GHEA Grapalat" w:cs="Arial"/>
          <w:color w:val="000000" w:themeColor="text1"/>
          <w:sz w:val="24"/>
          <w:szCs w:val="24"/>
          <w:lang w:val="en-US"/>
        </w:rPr>
        <w:t>ԱՀՈՒ</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de-DE"/>
        </w:rPr>
        <w:t>բոլոր</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de-DE"/>
        </w:rPr>
        <w:t>ձևերը</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կազմակերպվում</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de-DE"/>
        </w:rPr>
        <w:t>են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de-DE"/>
        </w:rPr>
        <w:t>համապատասխան</w:t>
      </w:r>
      <w:r w:rsidRPr="00A702E8">
        <w:rPr>
          <w:rFonts w:ascii="GHEA Grapalat" w:hAnsi="GHEA Grapalat" w:cs="Arial"/>
          <w:color w:val="000000" w:themeColor="text1"/>
          <w:sz w:val="24"/>
          <w:szCs w:val="24"/>
        </w:rPr>
        <w:t xml:space="preserve"> որակավորման մոդուլային ծրագր</w:t>
      </w:r>
      <w:r w:rsidRPr="00A702E8">
        <w:rPr>
          <w:rFonts w:ascii="GHEA Grapalat" w:hAnsi="GHEA Grapalat" w:cs="Arial"/>
          <w:color w:val="000000" w:themeColor="text1"/>
          <w:sz w:val="24"/>
          <w:szCs w:val="24"/>
          <w:lang w:val="en-US"/>
        </w:rPr>
        <w:t>ի</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բաղկացուցչի</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մաս</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կազմող</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ԳԱՈւ</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մոդուլային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ծրագրով</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որը</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մշակվում</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և</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կազմակերպվում</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է</w:t>
      </w:r>
      <w:r w:rsidRPr="00A702E8">
        <w:rPr>
          <w:rFonts w:ascii="GHEA Grapalat" w:hAnsi="GHEA Grapalat" w:cs="Arial"/>
          <w:color w:val="000000" w:themeColor="text1"/>
          <w:sz w:val="24"/>
          <w:szCs w:val="24"/>
        </w:rPr>
        <w:t xml:space="preserve"> </w:t>
      </w:r>
      <w:r w:rsidRPr="00A702E8">
        <w:rPr>
          <w:rFonts w:ascii="GHEA Grapalat" w:eastAsia="GHEA Grapalat" w:hAnsi="GHEA Grapalat" w:cs="GHEA Grapalat"/>
          <w:color w:val="000000" w:themeColor="text1"/>
          <w:sz w:val="24"/>
          <w:szCs w:val="24"/>
        </w:rPr>
        <w:t xml:space="preserve">ՄՈՒՀ-ի </w:t>
      </w:r>
      <w:r w:rsidRPr="00A702E8">
        <w:rPr>
          <w:rFonts w:ascii="GHEA Grapalat" w:eastAsia="GHEA Grapalat" w:hAnsi="GHEA Grapalat" w:cs="GHEA Grapalat"/>
          <w:color w:val="000000" w:themeColor="text1"/>
          <w:sz w:val="24"/>
          <w:szCs w:val="24"/>
          <w:lang w:val="en-US"/>
        </w:rPr>
        <w:t>ու</w:t>
      </w:r>
      <w:r w:rsidRPr="00A702E8">
        <w:rPr>
          <w:rFonts w:ascii="GHEA Grapalat" w:eastAsia="GHEA Grapalat" w:hAnsi="GHEA Grapalat" w:cs="GHEA Grapalat"/>
          <w:color w:val="000000" w:themeColor="text1"/>
          <w:sz w:val="24"/>
          <w:szCs w:val="24"/>
        </w:rPr>
        <w:t xml:space="preserve"> տվյալ որակավորումների ոլորտի սոցիալական գործընկերության կողմ կազմակերպության հետ </w:t>
      </w:r>
      <w:r w:rsidRPr="00A702E8">
        <w:rPr>
          <w:rFonts w:ascii="GHEA Grapalat" w:eastAsia="GHEA Grapalat" w:hAnsi="GHEA Grapalat" w:cs="GHEA Grapalat"/>
          <w:color w:val="000000" w:themeColor="text1"/>
          <w:sz w:val="24"/>
          <w:szCs w:val="24"/>
          <w:lang w:val="en-US"/>
        </w:rPr>
        <w:t>համատեղ՝</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համաձայն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hy-AM"/>
        </w:rPr>
        <w:t>Ձև</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hy-AM"/>
        </w:rPr>
        <w:t>1-</w:t>
      </w:r>
      <w:r w:rsidRPr="00A702E8">
        <w:rPr>
          <w:rFonts w:ascii="GHEA Grapalat" w:hAnsi="GHEA Grapalat" w:cs="Arial"/>
          <w:color w:val="000000" w:themeColor="text1"/>
          <w:sz w:val="24"/>
          <w:szCs w:val="24"/>
        </w:rPr>
        <w:t>ի</w:t>
      </w:r>
      <w:r w:rsidRPr="00A702E8">
        <w:rPr>
          <w:rFonts w:ascii="GHEA Grapalat" w:eastAsia="GHEA Grapalat" w:hAnsi="GHEA Grapalat" w:cs="GHEA Grapalat"/>
          <w:color w:val="000000" w:themeColor="text1"/>
          <w:sz w:val="24"/>
          <w:szCs w:val="24"/>
          <w:lang w:val="en-US"/>
        </w:rPr>
        <w:t>։</w:t>
      </w:r>
      <w:r w:rsidRPr="00A702E8">
        <w:rPr>
          <w:rFonts w:ascii="GHEA Grapalat" w:eastAsia="GHEA Grapalat" w:hAnsi="GHEA Grapalat" w:cs="GHEA Grapalat"/>
          <w:color w:val="000000" w:themeColor="text1"/>
          <w:sz w:val="24"/>
          <w:szCs w:val="24"/>
        </w:rPr>
        <w:t xml:space="preserve">  </w:t>
      </w:r>
      <w:bookmarkEnd w:id="0"/>
    </w:p>
    <w:p w14:paraId="0EE0F0F6" w14:textId="77777777" w:rsidR="009A0AC0" w:rsidRPr="00A702E8" w:rsidRDefault="009A0AC0" w:rsidP="009A0AC0">
      <w:pPr>
        <w:numPr>
          <w:ilvl w:val="0"/>
          <w:numId w:val="3"/>
        </w:numPr>
        <w:shd w:val="clear" w:color="auto" w:fill="FFFFFF"/>
        <w:spacing w:after="0" w:line="360" w:lineRule="auto"/>
        <w:ind w:left="720" w:hanging="720"/>
        <w:jc w:val="both"/>
        <w:rPr>
          <w:rFonts w:ascii="GHEA Grapalat" w:hAnsi="GHEA Grapalat" w:cs="Arial"/>
          <w:color w:val="000000" w:themeColor="text1"/>
          <w:sz w:val="24"/>
          <w:szCs w:val="24"/>
        </w:rPr>
      </w:pPr>
      <w:r w:rsidRPr="00A702E8">
        <w:rPr>
          <w:rFonts w:ascii="GHEA Grapalat" w:eastAsia="GHEA Grapalat" w:hAnsi="GHEA Grapalat" w:cs="GHEA Grapalat"/>
          <w:color w:val="000000" w:themeColor="text1"/>
          <w:sz w:val="24"/>
          <w:szCs w:val="24"/>
          <w:lang w:val="en-US"/>
        </w:rPr>
        <w:lastRenderedPageBreak/>
        <w:t>ԳԱՈՒ</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մոդուլային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ծրագիրը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տվյալ</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որակավորման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մոդուլային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ծրագրի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ինքնուրույն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բաղկացուցիչ</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մաս</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է</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համար</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տրվում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է</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կրեդիտ</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առկայության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դեպքում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ինչպես</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նաև</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ձեռք</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բերված</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գործնական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աշխատանքային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հմտությունների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վերաբերյալ</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համապատասխան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փաստաթուղթ</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վկայական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հավաստագիր</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ներդիր</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ակադեմիական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տեղեկանք</w:t>
      </w:r>
      <w:r w:rsidRPr="00A702E8">
        <w:rPr>
          <w:rFonts w:ascii="GHEA Grapalat" w:eastAsia="GHEA Grapalat" w:hAnsi="GHEA Grapalat" w:cs="GHEA Grapalat"/>
          <w:color w:val="000000" w:themeColor="text1"/>
          <w:sz w:val="24"/>
          <w:szCs w:val="24"/>
        </w:rPr>
        <w:t>)</w:t>
      </w:r>
      <w:r w:rsidRPr="00A702E8">
        <w:rPr>
          <w:rFonts w:ascii="GHEA Grapalat" w:eastAsia="GHEA Grapalat" w:hAnsi="GHEA Grapalat" w:cs="GHEA Grapalat"/>
          <w:color w:val="000000" w:themeColor="text1"/>
          <w:sz w:val="24"/>
          <w:szCs w:val="24"/>
          <w:lang w:val="en-US"/>
        </w:rPr>
        <w:t>՝</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որպես</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հիմք</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ուսանողի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սահուն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շարժունության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ապահովման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և</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աշխատաշուկայում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ընդգրկվածության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մրցունակության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համար։</w:t>
      </w:r>
      <w:r w:rsidRPr="00A702E8">
        <w:rPr>
          <w:rFonts w:ascii="GHEA Grapalat" w:eastAsia="GHEA Grapalat" w:hAnsi="GHEA Grapalat" w:cs="GHEA Grapalat"/>
          <w:color w:val="000000" w:themeColor="text1"/>
          <w:sz w:val="24"/>
          <w:szCs w:val="24"/>
        </w:rPr>
        <w:t xml:space="preserve"> </w:t>
      </w:r>
    </w:p>
    <w:p w14:paraId="6688BD65" w14:textId="77777777" w:rsidR="009A0AC0" w:rsidRPr="00A702E8" w:rsidRDefault="009A0AC0" w:rsidP="009A0AC0">
      <w:pPr>
        <w:numPr>
          <w:ilvl w:val="0"/>
          <w:numId w:val="3"/>
        </w:numPr>
        <w:shd w:val="clear" w:color="auto" w:fill="FFFFFF"/>
        <w:spacing w:after="0" w:line="360" w:lineRule="auto"/>
        <w:ind w:left="720" w:hanging="720"/>
        <w:jc w:val="both"/>
        <w:rPr>
          <w:rFonts w:ascii="GHEA Grapalat" w:hAnsi="GHEA Grapalat" w:cs="Arial"/>
          <w:color w:val="000000" w:themeColor="text1"/>
          <w:sz w:val="24"/>
          <w:szCs w:val="24"/>
        </w:rPr>
      </w:pPr>
      <w:r w:rsidRPr="00A702E8">
        <w:rPr>
          <w:rFonts w:ascii="GHEA Grapalat" w:hAnsi="GHEA Grapalat" w:cs="Arial"/>
          <w:color w:val="000000" w:themeColor="text1"/>
          <w:sz w:val="24"/>
          <w:szCs w:val="24"/>
          <w:lang w:val="en-US"/>
        </w:rPr>
        <w:t>ԳԱՈՒ</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մոդուլային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ծրագիրը</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ընդգրկվում</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է</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համապատասխան</w:t>
      </w:r>
      <w:r w:rsidRPr="00A702E8">
        <w:rPr>
          <w:rFonts w:ascii="GHEA Grapalat" w:hAnsi="GHEA Grapalat" w:cs="Arial"/>
          <w:color w:val="000000" w:themeColor="text1"/>
          <w:sz w:val="24"/>
          <w:szCs w:val="24"/>
        </w:rPr>
        <w:t xml:space="preserve"> որակավորման համար լիցենզիայի տրամադրման </w:t>
      </w:r>
      <w:r w:rsidRPr="00A702E8">
        <w:rPr>
          <w:rFonts w:ascii="GHEA Grapalat" w:hAnsi="GHEA Grapalat" w:cs="Arial"/>
          <w:color w:val="000000" w:themeColor="text1"/>
          <w:sz w:val="24"/>
          <w:szCs w:val="24"/>
          <w:lang w:val="en-US"/>
        </w:rPr>
        <w:t>փաթեթում՝</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կցելով</w:t>
      </w:r>
      <w:r w:rsidRPr="00A702E8">
        <w:rPr>
          <w:rFonts w:ascii="GHEA Grapalat" w:hAnsi="GHEA Grapalat" w:cs="Arial"/>
          <w:color w:val="000000" w:themeColor="text1"/>
          <w:sz w:val="24"/>
          <w:szCs w:val="24"/>
        </w:rPr>
        <w:t xml:space="preserve"> գործատուի հետ համագործակցության շրջանակը սահմանող փաստաթղթի (հուշագրի, պայմանագրի) և դրա իրագործումն ապահովող համապատասխան մարդկային ու նյութատեխնիկական ռեսուրսների վերաբերյալ տեղեկությունները</w:t>
      </w:r>
      <w:r w:rsidRPr="00A702E8">
        <w:rPr>
          <w:rFonts w:ascii="GHEA Grapalat" w:hAnsi="GHEA Grapalat" w:cs="Arial"/>
          <w:color w:val="000000" w:themeColor="text1"/>
          <w:sz w:val="24"/>
          <w:szCs w:val="24"/>
          <w:lang w:val="en-US"/>
        </w:rPr>
        <w:t>։</w:t>
      </w:r>
      <w:r w:rsidRPr="00A702E8">
        <w:rPr>
          <w:rFonts w:ascii="GHEA Grapalat" w:hAnsi="GHEA Grapalat" w:cs="Arial"/>
          <w:color w:val="000000" w:themeColor="text1"/>
          <w:sz w:val="24"/>
          <w:szCs w:val="24"/>
        </w:rPr>
        <w:t xml:space="preserve"> </w:t>
      </w:r>
    </w:p>
    <w:p w14:paraId="26D6B617" w14:textId="76570967" w:rsidR="009A0AC0" w:rsidRPr="00A702E8" w:rsidRDefault="009A0AC0" w:rsidP="009A0AC0">
      <w:pPr>
        <w:pStyle w:val="ListParagraph"/>
        <w:numPr>
          <w:ilvl w:val="0"/>
          <w:numId w:val="3"/>
        </w:numPr>
        <w:shd w:val="clear" w:color="auto" w:fill="FFFFFF"/>
        <w:spacing w:line="360" w:lineRule="auto"/>
        <w:ind w:left="720" w:hanging="720"/>
        <w:jc w:val="both"/>
        <w:rPr>
          <w:rFonts w:ascii="GHEA Grapalat" w:hAnsi="GHEA Grapalat" w:cs="Arial"/>
          <w:color w:val="000000" w:themeColor="text1"/>
          <w:sz w:val="24"/>
          <w:szCs w:val="24"/>
        </w:rPr>
      </w:pPr>
      <w:r w:rsidRPr="00A702E8">
        <w:rPr>
          <w:rFonts w:ascii="GHEA Grapalat" w:hAnsi="GHEA Grapalat" w:cs="Arial"/>
          <w:color w:val="000000" w:themeColor="text1"/>
          <w:sz w:val="24"/>
          <w:szCs w:val="24"/>
          <w:lang w:val="en-US"/>
        </w:rPr>
        <w:t>ԱՀՈՒ</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ձևից</w:t>
      </w:r>
      <w:r w:rsidRPr="00A702E8">
        <w:rPr>
          <w:rFonts w:ascii="GHEA Grapalat" w:hAnsi="GHEA Grapalat" w:cs="Arial"/>
          <w:color w:val="000000" w:themeColor="text1"/>
          <w:sz w:val="24"/>
          <w:szCs w:val="24"/>
        </w:rPr>
        <w:t xml:space="preserve"> անկախ </w:t>
      </w:r>
      <w:r w:rsidRPr="00A702E8">
        <w:rPr>
          <w:rFonts w:ascii="GHEA Grapalat" w:hAnsi="GHEA Grapalat" w:cs="Arial"/>
          <w:color w:val="000000" w:themeColor="text1"/>
          <w:sz w:val="24"/>
          <w:szCs w:val="24"/>
          <w:lang w:val="en-US"/>
        </w:rPr>
        <w:t>ԳԱՈՒ</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մոդուլային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ծրագրով</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պետք</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է</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ուսանողի</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մեջ</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ձևավորվ</w:t>
      </w:r>
      <w:r w:rsidR="00C34639" w:rsidRPr="00A702E8">
        <w:rPr>
          <w:rFonts w:ascii="GHEA Grapalat" w:hAnsi="GHEA Grapalat" w:cs="Arial"/>
          <w:color w:val="000000" w:themeColor="text1"/>
          <w:sz w:val="24"/>
          <w:szCs w:val="24"/>
          <w:lang w:val="en-US"/>
        </w:rPr>
        <w:t>են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անհրաժեշտ</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մասնագիտական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կարողունակություններ</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և</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աշխատանքային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փորձ</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կուտակելու</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հնարավորություն՝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որակավորված</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մասնագիտական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գործունեություն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իրականացնելու</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համար</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ինչպես</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նաև</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նախատես</w:t>
      </w:r>
      <w:r w:rsidR="0082321E" w:rsidRPr="00A702E8">
        <w:rPr>
          <w:rFonts w:ascii="GHEA Grapalat" w:hAnsi="GHEA Grapalat" w:cs="Arial"/>
          <w:color w:val="000000" w:themeColor="text1"/>
          <w:sz w:val="24"/>
          <w:szCs w:val="24"/>
          <w:lang w:val="en-US"/>
        </w:rPr>
        <w:t>վ</w:t>
      </w:r>
      <w:r w:rsidR="00D20AB5" w:rsidRPr="00A702E8">
        <w:rPr>
          <w:rFonts w:ascii="GHEA Grapalat" w:hAnsi="GHEA Grapalat" w:cs="Arial"/>
          <w:color w:val="000000" w:themeColor="text1"/>
          <w:sz w:val="24"/>
          <w:szCs w:val="24"/>
          <w:lang w:val="en-US"/>
        </w:rPr>
        <w:t>են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կրթության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առանձնահատուկ</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պայմանների</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կարիք</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ունեցող</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ուսանողների</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կրթության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և</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աշխատանքի</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համար</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անհրաժեշտ</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խելամիտ</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հարմարեցումները։</w:t>
      </w:r>
      <w:r w:rsidRPr="00A702E8">
        <w:rPr>
          <w:rFonts w:ascii="GHEA Grapalat" w:hAnsi="GHEA Grapalat" w:cs="Arial"/>
          <w:color w:val="000000" w:themeColor="text1"/>
          <w:sz w:val="24"/>
          <w:szCs w:val="24"/>
        </w:rPr>
        <w:t xml:space="preserve"> </w:t>
      </w:r>
    </w:p>
    <w:p w14:paraId="16146780" w14:textId="31F6FAC2" w:rsidR="009A0AC0" w:rsidRPr="00A702E8" w:rsidRDefault="009A0AC0" w:rsidP="009A0AC0">
      <w:pPr>
        <w:numPr>
          <w:ilvl w:val="0"/>
          <w:numId w:val="3"/>
        </w:numPr>
        <w:shd w:val="clear" w:color="auto" w:fill="FFFFFF"/>
        <w:spacing w:after="0" w:line="360" w:lineRule="auto"/>
        <w:ind w:left="720" w:hanging="720"/>
        <w:jc w:val="both"/>
        <w:rPr>
          <w:rFonts w:ascii="GHEA Grapalat" w:hAnsi="GHEA Grapalat" w:cs="Arial"/>
          <w:color w:val="000000" w:themeColor="text1"/>
          <w:sz w:val="24"/>
          <w:szCs w:val="24"/>
        </w:rPr>
      </w:pPr>
      <w:bookmarkStart w:id="1" w:name="_Ref222498966"/>
      <w:r w:rsidRPr="00A702E8">
        <w:rPr>
          <w:rFonts w:ascii="GHEA Grapalat" w:hAnsi="GHEA Grapalat" w:cs="Arial"/>
          <w:color w:val="000000" w:themeColor="text1"/>
          <w:sz w:val="24"/>
          <w:szCs w:val="24"/>
          <w:lang w:val="en-US"/>
        </w:rPr>
        <w:t>Աշխատանքի</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ընթացքում</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ուսումնառության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ձևը</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կիրառելու</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դեպքում</w:t>
      </w:r>
      <w:r w:rsidRPr="00A702E8">
        <w:rPr>
          <w:rFonts w:ascii="GHEA Grapalat" w:hAnsi="GHEA Grapalat" w:cs="Arial"/>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ԳԱՈՒ</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մոդուլային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ծրագրի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վերջնարդյունքները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համեմատվում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են</w:t>
      </w:r>
      <w:r w:rsidRPr="00A702E8">
        <w:rPr>
          <w:rFonts w:ascii="GHEA Grapalat" w:eastAsia="GHEA Grapalat" w:hAnsi="GHEA Grapalat" w:cs="GHEA Grapalat"/>
          <w:color w:val="000000" w:themeColor="text1"/>
          <w:sz w:val="24"/>
          <w:szCs w:val="24"/>
        </w:rPr>
        <w:t xml:space="preserve"> </w:t>
      </w:r>
      <w:r w:rsidRPr="00A702E8">
        <w:rPr>
          <w:rFonts w:ascii="GHEA Grapalat" w:hAnsi="GHEA Grapalat" w:cs="Arial"/>
          <w:color w:val="000000" w:themeColor="text1"/>
          <w:sz w:val="24"/>
          <w:szCs w:val="24"/>
          <w:lang w:val="en-US"/>
        </w:rPr>
        <w:t>մասնակից</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աշխատող</w:t>
      </w:r>
      <w:r w:rsidRPr="00A702E8">
        <w:rPr>
          <w:rFonts w:ascii="GHEA Grapalat" w:hAnsi="GHEA Grapalat" w:cs="Arial"/>
          <w:color w:val="000000" w:themeColor="text1"/>
          <w:sz w:val="24"/>
          <w:szCs w:val="24"/>
        </w:rPr>
        <w:t>-</w:t>
      </w:r>
      <w:r w:rsidRPr="00A702E8">
        <w:rPr>
          <w:rFonts w:ascii="GHEA Grapalat" w:hAnsi="GHEA Grapalat" w:cs="Arial"/>
          <w:color w:val="000000" w:themeColor="text1"/>
          <w:sz w:val="24"/>
          <w:szCs w:val="24"/>
          <w:lang w:val="en-US"/>
        </w:rPr>
        <w:t>ուսանողի</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զբաղմունքի</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կամ</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պաշտոնի</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նկարագրով</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սահմանված</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գործառույթների</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հետ</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և</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ԳԱՈՒ</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ծրագիրը</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կազմակերպվում</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է</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այն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վերջնարդյունքներին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համապատասխան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որոնք</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չեն</w:t>
      </w:r>
      <w:r w:rsidR="00B40B87" w:rsidRPr="00A702E8">
        <w:rPr>
          <w:rFonts w:ascii="GHEA Grapalat" w:hAnsi="GHEA Grapalat" w:cs="Arial"/>
          <w:color w:val="000000" w:themeColor="text1"/>
          <w:sz w:val="24"/>
          <w:szCs w:val="24"/>
          <w:lang w:val="en-US"/>
        </w:rPr>
        <w:t xml:space="preserve"> </w:t>
      </w:r>
      <w:r w:rsidRPr="00A702E8">
        <w:rPr>
          <w:rFonts w:ascii="GHEA Grapalat" w:hAnsi="GHEA Grapalat" w:cs="Arial"/>
          <w:color w:val="000000" w:themeColor="text1"/>
          <w:sz w:val="24"/>
          <w:szCs w:val="24"/>
          <w:lang w:val="en-US"/>
        </w:rPr>
        <w:t>ապահովվում</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տվյալ</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ուսանողի</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աշխատանքի</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ընթացքում։</w:t>
      </w:r>
      <w:bookmarkEnd w:id="1"/>
      <w:r w:rsidRPr="00A702E8">
        <w:rPr>
          <w:rFonts w:ascii="GHEA Grapalat" w:hAnsi="GHEA Grapalat" w:cs="Arial"/>
          <w:color w:val="000000" w:themeColor="text1"/>
          <w:sz w:val="24"/>
          <w:szCs w:val="24"/>
        </w:rPr>
        <w:t xml:space="preserve"> </w:t>
      </w:r>
    </w:p>
    <w:p w14:paraId="27D3567E" w14:textId="3F524BD0" w:rsidR="009A0AC0" w:rsidRPr="00A702E8" w:rsidRDefault="009A0AC0" w:rsidP="009A0AC0">
      <w:pPr>
        <w:numPr>
          <w:ilvl w:val="0"/>
          <w:numId w:val="3"/>
        </w:numPr>
        <w:shd w:val="clear" w:color="auto" w:fill="FFFFFF"/>
        <w:spacing w:after="0" w:line="360" w:lineRule="auto"/>
        <w:ind w:left="720" w:hanging="720"/>
        <w:jc w:val="both"/>
        <w:rPr>
          <w:rFonts w:ascii="GHEA Grapalat" w:hAnsi="GHEA Grapalat" w:cs="Arial"/>
          <w:color w:val="000000" w:themeColor="text1"/>
          <w:sz w:val="24"/>
          <w:szCs w:val="24"/>
          <w:lang w:val="hy"/>
        </w:rPr>
      </w:pPr>
      <w:r w:rsidRPr="00A702E8">
        <w:rPr>
          <w:rFonts w:ascii="GHEA Grapalat" w:hAnsi="GHEA Grapalat" w:cs="Arial"/>
          <w:color w:val="000000" w:themeColor="text1"/>
          <w:sz w:val="24"/>
          <w:szCs w:val="24"/>
          <w:lang w:val="en-US"/>
        </w:rPr>
        <w:t>ԱՀՈՒ</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ձևի</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ընտրությունը</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կատարում</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է</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ՄՈՒՀ</w:t>
      </w:r>
      <w:r w:rsidRPr="00A702E8">
        <w:rPr>
          <w:rFonts w:ascii="GHEA Grapalat" w:hAnsi="GHEA Grapalat" w:cs="Arial"/>
          <w:color w:val="000000" w:themeColor="text1"/>
          <w:sz w:val="24"/>
          <w:szCs w:val="24"/>
          <w:lang w:val="hy"/>
        </w:rPr>
        <w:t>-</w:t>
      </w:r>
      <w:r w:rsidRPr="00A702E8">
        <w:rPr>
          <w:rFonts w:ascii="GHEA Grapalat" w:hAnsi="GHEA Grapalat" w:cs="Arial"/>
          <w:color w:val="000000" w:themeColor="text1"/>
          <w:sz w:val="24"/>
          <w:szCs w:val="24"/>
          <w:lang w:val="en-US"/>
        </w:rPr>
        <w:t>ը՝</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հաշվի</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առնելով</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կարգի</w:t>
      </w:r>
      <w:r w:rsidRPr="00A702E8">
        <w:rPr>
          <w:rFonts w:ascii="GHEA Grapalat" w:hAnsi="GHEA Grapalat" w:cs="Arial"/>
          <w:color w:val="000000" w:themeColor="text1"/>
          <w:sz w:val="24"/>
          <w:szCs w:val="24"/>
          <w:lang w:val="hy"/>
        </w:rPr>
        <w:t xml:space="preserve"> 3-</w:t>
      </w:r>
      <w:r w:rsidRPr="00A702E8">
        <w:rPr>
          <w:rFonts w:ascii="GHEA Grapalat" w:hAnsi="GHEA Grapalat" w:cs="Arial"/>
          <w:color w:val="000000" w:themeColor="text1"/>
          <w:sz w:val="24"/>
          <w:szCs w:val="24"/>
          <w:lang w:val="en-US"/>
        </w:rPr>
        <w:t>րդ</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և</w:t>
      </w:r>
      <w:r w:rsidRPr="00A702E8">
        <w:rPr>
          <w:rFonts w:ascii="GHEA Grapalat" w:hAnsi="GHEA Grapalat" w:cs="Arial"/>
          <w:color w:val="000000" w:themeColor="text1"/>
          <w:sz w:val="24"/>
          <w:szCs w:val="24"/>
          <w:lang w:val="hy"/>
        </w:rPr>
        <w:t xml:space="preserve"> 7-</w:t>
      </w:r>
      <w:r w:rsidRPr="00A702E8">
        <w:rPr>
          <w:rFonts w:ascii="GHEA Grapalat" w:hAnsi="GHEA Grapalat" w:cs="Arial"/>
          <w:color w:val="000000" w:themeColor="text1"/>
          <w:sz w:val="24"/>
          <w:szCs w:val="24"/>
          <w:lang w:val="en-US"/>
        </w:rPr>
        <w:t>րդ</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կետով</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սահմանված</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հանգամանքները։</w:t>
      </w:r>
      <w:r w:rsidRPr="00A702E8">
        <w:rPr>
          <w:rFonts w:ascii="GHEA Grapalat" w:hAnsi="GHEA Grapalat" w:cs="Arial"/>
          <w:color w:val="000000" w:themeColor="text1"/>
          <w:sz w:val="24"/>
          <w:szCs w:val="24"/>
          <w:lang w:val="hy"/>
        </w:rPr>
        <w:t xml:space="preserve"> </w:t>
      </w:r>
    </w:p>
    <w:p w14:paraId="71A9F411" w14:textId="1EE7D122" w:rsidR="009A0AC0" w:rsidRPr="00A702E8" w:rsidRDefault="009A0AC0" w:rsidP="009A0AC0">
      <w:pPr>
        <w:numPr>
          <w:ilvl w:val="0"/>
          <w:numId w:val="3"/>
        </w:numPr>
        <w:shd w:val="clear" w:color="auto" w:fill="FFFFFF"/>
        <w:spacing w:after="0" w:line="360" w:lineRule="auto"/>
        <w:ind w:left="720" w:hanging="720"/>
        <w:jc w:val="both"/>
        <w:rPr>
          <w:rFonts w:ascii="GHEA Grapalat" w:hAnsi="GHEA Grapalat" w:cs="Arial"/>
          <w:color w:val="000000" w:themeColor="text1"/>
          <w:sz w:val="24"/>
          <w:szCs w:val="24"/>
          <w:lang w:val="hy"/>
        </w:rPr>
      </w:pPr>
      <w:r w:rsidRPr="00A702E8">
        <w:rPr>
          <w:rFonts w:ascii="GHEA Grapalat" w:hAnsi="GHEA Grapalat" w:cs="Arial"/>
          <w:color w:val="000000" w:themeColor="text1"/>
          <w:sz w:val="24"/>
          <w:szCs w:val="24"/>
          <w:lang w:val="en-US"/>
        </w:rPr>
        <w:t>Համապատասխան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տարում</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նույն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որակավորմամբ</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մեկից</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ավելի</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ուսումնական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խումբ</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ունենալու</w:t>
      </w:r>
      <w:r w:rsidRPr="00A702E8">
        <w:rPr>
          <w:rFonts w:ascii="GHEA Grapalat" w:hAnsi="GHEA Grapalat" w:cs="Sylfaen"/>
          <w:color w:val="000000" w:themeColor="text1"/>
          <w:sz w:val="24"/>
          <w:szCs w:val="24"/>
          <w:lang w:val="hy"/>
        </w:rPr>
        <w:t xml:space="preserve"> </w:t>
      </w:r>
      <w:r w:rsidRPr="00A702E8">
        <w:rPr>
          <w:rFonts w:ascii="GHEA Grapalat" w:hAnsi="GHEA Grapalat" w:cs="Sylfaen"/>
          <w:color w:val="000000" w:themeColor="text1"/>
          <w:sz w:val="24"/>
          <w:szCs w:val="24"/>
        </w:rPr>
        <w:t>դեպքում</w:t>
      </w:r>
      <w:r w:rsidRPr="00A702E8">
        <w:rPr>
          <w:rFonts w:ascii="GHEA Grapalat" w:hAnsi="GHEA Grapalat" w:cs="Sylfaen"/>
          <w:color w:val="000000" w:themeColor="text1"/>
          <w:sz w:val="24"/>
          <w:szCs w:val="24"/>
          <w:lang w:val="hy"/>
        </w:rPr>
        <w:t xml:space="preserve"> </w:t>
      </w:r>
      <w:r w:rsidRPr="00A702E8">
        <w:rPr>
          <w:rFonts w:ascii="GHEA Grapalat" w:hAnsi="GHEA Grapalat" w:cs="Sylfaen"/>
          <w:color w:val="000000" w:themeColor="text1"/>
          <w:sz w:val="24"/>
          <w:szCs w:val="24"/>
        </w:rPr>
        <w:t>ՄՈՒՀ</w:t>
      </w:r>
      <w:r w:rsidRPr="00A702E8">
        <w:rPr>
          <w:rFonts w:ascii="GHEA Grapalat" w:hAnsi="GHEA Grapalat" w:cs="Sylfaen"/>
          <w:color w:val="000000" w:themeColor="text1"/>
          <w:sz w:val="24"/>
          <w:szCs w:val="24"/>
          <w:lang w:val="hy"/>
        </w:rPr>
        <w:t>-</w:t>
      </w:r>
      <w:r w:rsidRPr="00A702E8">
        <w:rPr>
          <w:rFonts w:ascii="GHEA Grapalat" w:hAnsi="GHEA Grapalat" w:cs="Sylfaen"/>
          <w:color w:val="000000" w:themeColor="text1"/>
          <w:sz w:val="24"/>
          <w:szCs w:val="24"/>
        </w:rPr>
        <w:t>ը</w:t>
      </w:r>
      <w:r w:rsidRPr="00A702E8">
        <w:rPr>
          <w:rFonts w:ascii="GHEA Grapalat" w:hAnsi="GHEA Grapalat" w:cs="Sylfaen"/>
          <w:color w:val="000000" w:themeColor="text1"/>
          <w:sz w:val="24"/>
          <w:szCs w:val="24"/>
          <w:lang w:val="hy"/>
        </w:rPr>
        <w:t xml:space="preserve"> </w:t>
      </w:r>
      <w:r w:rsidRPr="00A702E8">
        <w:rPr>
          <w:rFonts w:ascii="GHEA Grapalat" w:hAnsi="GHEA Grapalat" w:cs="Sylfaen"/>
          <w:color w:val="000000" w:themeColor="text1"/>
          <w:sz w:val="24"/>
          <w:szCs w:val="24"/>
        </w:rPr>
        <w:t>կարող</w:t>
      </w:r>
      <w:r w:rsidRPr="00A702E8">
        <w:rPr>
          <w:rFonts w:ascii="GHEA Grapalat" w:hAnsi="GHEA Grapalat" w:cs="Sylfaen"/>
          <w:color w:val="000000" w:themeColor="text1"/>
          <w:sz w:val="24"/>
          <w:szCs w:val="24"/>
          <w:lang w:val="hy"/>
        </w:rPr>
        <w:t xml:space="preserve"> </w:t>
      </w:r>
      <w:r w:rsidRPr="00A702E8">
        <w:rPr>
          <w:rFonts w:ascii="GHEA Grapalat" w:hAnsi="GHEA Grapalat" w:cs="Sylfaen"/>
          <w:color w:val="000000" w:themeColor="text1"/>
          <w:sz w:val="24"/>
          <w:szCs w:val="24"/>
        </w:rPr>
        <w:t>է</w:t>
      </w:r>
      <w:r w:rsidRPr="00A702E8">
        <w:rPr>
          <w:rFonts w:ascii="GHEA Grapalat" w:hAnsi="GHEA Grapalat" w:cs="Sylfaen"/>
          <w:color w:val="000000" w:themeColor="text1"/>
          <w:sz w:val="24"/>
          <w:szCs w:val="24"/>
          <w:lang w:val="hy"/>
        </w:rPr>
        <w:t xml:space="preserve"> </w:t>
      </w:r>
      <w:r w:rsidRPr="00A702E8">
        <w:rPr>
          <w:rFonts w:ascii="GHEA Grapalat" w:hAnsi="GHEA Grapalat" w:cs="Sylfaen"/>
          <w:color w:val="000000" w:themeColor="text1"/>
          <w:sz w:val="24"/>
          <w:szCs w:val="24"/>
        </w:rPr>
        <w:t>զուգահեռ</w:t>
      </w:r>
      <w:r w:rsidRPr="00A702E8">
        <w:rPr>
          <w:rFonts w:ascii="GHEA Grapalat" w:hAnsi="GHEA Grapalat" w:cs="Sylfaen"/>
          <w:color w:val="000000" w:themeColor="text1"/>
          <w:sz w:val="24"/>
          <w:szCs w:val="24"/>
          <w:lang w:val="hy"/>
        </w:rPr>
        <w:t xml:space="preserve"> </w:t>
      </w:r>
      <w:r w:rsidRPr="00A702E8">
        <w:rPr>
          <w:rFonts w:ascii="GHEA Grapalat" w:hAnsi="GHEA Grapalat" w:cs="Sylfaen"/>
          <w:color w:val="000000" w:themeColor="text1"/>
          <w:sz w:val="24"/>
          <w:szCs w:val="24"/>
        </w:rPr>
        <w:t>կիրառել</w:t>
      </w:r>
      <w:r w:rsidRPr="00A702E8">
        <w:rPr>
          <w:rFonts w:ascii="GHEA Grapalat" w:hAnsi="GHEA Grapalat" w:cs="Sylfaen"/>
          <w:color w:val="000000" w:themeColor="text1"/>
          <w:sz w:val="24"/>
          <w:szCs w:val="24"/>
          <w:lang w:val="hy"/>
        </w:rPr>
        <w:t xml:space="preserve"> </w:t>
      </w:r>
      <w:r w:rsidRPr="00A702E8">
        <w:rPr>
          <w:rFonts w:ascii="GHEA Grapalat" w:hAnsi="GHEA Grapalat" w:cs="Sylfaen"/>
          <w:color w:val="000000" w:themeColor="text1"/>
          <w:sz w:val="24"/>
          <w:szCs w:val="24"/>
        </w:rPr>
        <w:t>ԱՀՈՒ</w:t>
      </w:r>
      <w:r w:rsidRPr="00A702E8">
        <w:rPr>
          <w:rFonts w:ascii="GHEA Grapalat" w:hAnsi="GHEA Grapalat" w:cs="Sylfaen"/>
          <w:color w:val="000000" w:themeColor="text1"/>
          <w:sz w:val="24"/>
          <w:szCs w:val="24"/>
          <w:lang w:val="hy"/>
        </w:rPr>
        <w:t xml:space="preserve"> </w:t>
      </w:r>
      <w:r w:rsidRPr="00A702E8">
        <w:rPr>
          <w:rFonts w:ascii="GHEA Grapalat" w:hAnsi="GHEA Grapalat" w:cs="Sylfaen"/>
          <w:color w:val="000000" w:themeColor="text1"/>
          <w:sz w:val="24"/>
          <w:szCs w:val="24"/>
        </w:rPr>
        <w:t>տարբեր</w:t>
      </w:r>
      <w:r w:rsidRPr="00A702E8">
        <w:rPr>
          <w:rFonts w:ascii="GHEA Grapalat" w:hAnsi="GHEA Grapalat" w:cs="Sylfaen"/>
          <w:color w:val="000000" w:themeColor="text1"/>
          <w:sz w:val="24"/>
          <w:szCs w:val="24"/>
          <w:lang w:val="hy"/>
        </w:rPr>
        <w:t xml:space="preserve"> </w:t>
      </w:r>
      <w:r w:rsidRPr="00A702E8">
        <w:rPr>
          <w:rFonts w:ascii="GHEA Grapalat" w:hAnsi="GHEA Grapalat" w:cs="Sylfaen"/>
          <w:color w:val="000000" w:themeColor="text1"/>
          <w:sz w:val="24"/>
          <w:szCs w:val="24"/>
        </w:rPr>
        <w:t>ձևեր</w:t>
      </w:r>
      <w:r w:rsidRPr="00A702E8">
        <w:rPr>
          <w:rFonts w:ascii="GHEA Grapalat" w:hAnsi="GHEA Grapalat" w:cs="Sylfaen"/>
          <w:color w:val="000000" w:themeColor="text1"/>
          <w:sz w:val="24"/>
          <w:szCs w:val="24"/>
          <w:lang w:val="en-US"/>
        </w:rPr>
        <w:t>՝</w:t>
      </w:r>
      <w:r w:rsidRPr="00A702E8">
        <w:rPr>
          <w:rFonts w:ascii="GHEA Grapalat" w:hAnsi="GHEA Grapalat" w:cs="Sylfaen"/>
          <w:color w:val="000000" w:themeColor="text1"/>
          <w:sz w:val="24"/>
          <w:szCs w:val="24"/>
          <w:lang w:val="hy"/>
        </w:rPr>
        <w:t xml:space="preserve"> </w:t>
      </w:r>
      <w:r w:rsidRPr="00A702E8">
        <w:rPr>
          <w:rFonts w:ascii="GHEA Grapalat" w:hAnsi="GHEA Grapalat" w:cs="Sylfaen"/>
          <w:color w:val="000000" w:themeColor="text1"/>
          <w:sz w:val="24"/>
          <w:szCs w:val="24"/>
          <w:lang w:val="en-US"/>
        </w:rPr>
        <w:t>այդ</w:t>
      </w:r>
      <w:r w:rsidRPr="00A702E8">
        <w:rPr>
          <w:rFonts w:ascii="GHEA Grapalat" w:hAnsi="GHEA Grapalat" w:cs="Sylfaen"/>
          <w:color w:val="000000" w:themeColor="text1"/>
          <w:sz w:val="24"/>
          <w:szCs w:val="24"/>
          <w:lang w:val="hy"/>
        </w:rPr>
        <w:t xml:space="preserve"> </w:t>
      </w:r>
      <w:r w:rsidRPr="00A702E8">
        <w:rPr>
          <w:rFonts w:ascii="GHEA Grapalat" w:hAnsi="GHEA Grapalat" w:cs="Sylfaen"/>
          <w:color w:val="000000" w:themeColor="text1"/>
          <w:sz w:val="24"/>
          <w:szCs w:val="24"/>
          <w:lang w:val="en-US"/>
        </w:rPr>
        <w:t>մասին</w:t>
      </w:r>
      <w:r w:rsidRPr="00A702E8">
        <w:rPr>
          <w:rFonts w:ascii="GHEA Grapalat" w:hAnsi="GHEA Grapalat" w:cs="Sylfaen"/>
          <w:color w:val="000000" w:themeColor="text1"/>
          <w:sz w:val="24"/>
          <w:szCs w:val="24"/>
          <w:lang w:val="hy"/>
        </w:rPr>
        <w:t xml:space="preserve"> </w:t>
      </w:r>
      <w:r w:rsidR="00B53DD3" w:rsidRPr="00A702E8">
        <w:rPr>
          <w:rFonts w:ascii="GHEA Grapalat" w:hAnsi="GHEA Grapalat" w:cs="Sylfaen"/>
          <w:color w:val="000000" w:themeColor="text1"/>
          <w:sz w:val="24"/>
          <w:szCs w:val="24"/>
          <w:lang w:val="en-US"/>
        </w:rPr>
        <w:t>որոշումը</w:t>
      </w:r>
      <w:r w:rsidR="00B53DD3" w:rsidRPr="00A702E8">
        <w:rPr>
          <w:rFonts w:ascii="GHEA Grapalat" w:hAnsi="GHEA Grapalat" w:cs="Sylfaen"/>
          <w:color w:val="000000" w:themeColor="text1"/>
          <w:sz w:val="24"/>
          <w:szCs w:val="24"/>
          <w:lang w:val="hy"/>
        </w:rPr>
        <w:t xml:space="preserve"> </w:t>
      </w:r>
      <w:r w:rsidR="00B53DD3" w:rsidRPr="00A702E8">
        <w:rPr>
          <w:rFonts w:ascii="GHEA Grapalat" w:hAnsi="GHEA Grapalat" w:cs="Sylfaen"/>
          <w:color w:val="000000" w:themeColor="text1"/>
          <w:sz w:val="24"/>
          <w:szCs w:val="24"/>
          <w:lang w:val="en-US"/>
        </w:rPr>
        <w:t>կայացնելուց</w:t>
      </w:r>
      <w:r w:rsidR="00B53DD3" w:rsidRPr="00A702E8">
        <w:rPr>
          <w:rFonts w:ascii="GHEA Grapalat" w:hAnsi="GHEA Grapalat" w:cs="Sylfaen"/>
          <w:color w:val="000000" w:themeColor="text1"/>
          <w:sz w:val="24"/>
          <w:szCs w:val="24"/>
          <w:lang w:val="hy"/>
        </w:rPr>
        <w:t xml:space="preserve"> </w:t>
      </w:r>
      <w:r w:rsidR="00B53DD3" w:rsidRPr="00A702E8">
        <w:rPr>
          <w:rFonts w:ascii="GHEA Grapalat" w:hAnsi="GHEA Grapalat" w:cs="Sylfaen"/>
          <w:color w:val="000000" w:themeColor="text1"/>
          <w:sz w:val="24"/>
          <w:szCs w:val="24"/>
          <w:lang w:val="en-US"/>
        </w:rPr>
        <w:t>հետո</w:t>
      </w:r>
      <w:r w:rsidR="00B53DD3" w:rsidRPr="00A702E8">
        <w:rPr>
          <w:rFonts w:ascii="GHEA Grapalat" w:hAnsi="GHEA Grapalat" w:cs="Sylfaen"/>
          <w:color w:val="000000" w:themeColor="text1"/>
          <w:sz w:val="24"/>
          <w:szCs w:val="24"/>
          <w:lang w:val="hy"/>
        </w:rPr>
        <w:t xml:space="preserve"> </w:t>
      </w:r>
      <w:r w:rsidR="00B53DD3" w:rsidRPr="00A702E8">
        <w:rPr>
          <w:rFonts w:ascii="GHEA Grapalat" w:hAnsi="GHEA Grapalat" w:cs="Sylfaen"/>
          <w:color w:val="000000" w:themeColor="text1"/>
          <w:sz w:val="24"/>
          <w:szCs w:val="24"/>
          <w:lang w:val="en-US"/>
        </w:rPr>
        <w:t>հինգ</w:t>
      </w:r>
      <w:r w:rsidR="00B53DD3" w:rsidRPr="00A702E8">
        <w:rPr>
          <w:rFonts w:ascii="GHEA Grapalat" w:hAnsi="GHEA Grapalat" w:cs="Sylfaen"/>
          <w:color w:val="000000" w:themeColor="text1"/>
          <w:sz w:val="24"/>
          <w:szCs w:val="24"/>
          <w:lang w:val="hy"/>
        </w:rPr>
        <w:t xml:space="preserve"> </w:t>
      </w:r>
      <w:r w:rsidR="00B53DD3" w:rsidRPr="00A702E8">
        <w:rPr>
          <w:rFonts w:ascii="GHEA Grapalat" w:hAnsi="GHEA Grapalat" w:cs="Sylfaen"/>
          <w:color w:val="000000" w:themeColor="text1"/>
          <w:sz w:val="24"/>
          <w:szCs w:val="24"/>
          <w:lang w:val="en-US"/>
        </w:rPr>
        <w:t>աշխատանքային</w:t>
      </w:r>
      <w:r w:rsidR="00B53DD3" w:rsidRPr="00A702E8">
        <w:rPr>
          <w:rFonts w:ascii="GHEA Grapalat" w:hAnsi="GHEA Grapalat" w:cs="Sylfaen"/>
          <w:color w:val="000000" w:themeColor="text1"/>
          <w:sz w:val="24"/>
          <w:szCs w:val="24"/>
          <w:lang w:val="hy"/>
        </w:rPr>
        <w:t xml:space="preserve"> </w:t>
      </w:r>
      <w:r w:rsidR="00B53DD3" w:rsidRPr="00A702E8">
        <w:rPr>
          <w:rFonts w:ascii="GHEA Grapalat" w:hAnsi="GHEA Grapalat" w:cs="Sylfaen"/>
          <w:color w:val="000000" w:themeColor="text1"/>
          <w:sz w:val="24"/>
          <w:szCs w:val="24"/>
          <w:lang w:val="en-US"/>
        </w:rPr>
        <w:t>օրվա</w:t>
      </w:r>
      <w:r w:rsidR="00B53DD3" w:rsidRPr="00A702E8">
        <w:rPr>
          <w:rFonts w:ascii="GHEA Grapalat" w:hAnsi="GHEA Grapalat" w:cs="Sylfaen"/>
          <w:color w:val="000000" w:themeColor="text1"/>
          <w:sz w:val="24"/>
          <w:szCs w:val="24"/>
          <w:lang w:val="hy"/>
        </w:rPr>
        <w:t xml:space="preserve"> </w:t>
      </w:r>
      <w:r w:rsidR="00B53DD3" w:rsidRPr="00A702E8">
        <w:rPr>
          <w:rFonts w:ascii="GHEA Grapalat" w:hAnsi="GHEA Grapalat" w:cs="Sylfaen"/>
          <w:color w:val="000000" w:themeColor="text1"/>
          <w:sz w:val="24"/>
          <w:szCs w:val="24"/>
          <w:lang w:val="en-US"/>
        </w:rPr>
        <w:t>ընթացքում</w:t>
      </w:r>
      <w:r w:rsidR="00B53DD3" w:rsidRPr="00A702E8">
        <w:rPr>
          <w:rFonts w:ascii="GHEA Grapalat" w:hAnsi="GHEA Grapalat" w:cs="Sylfaen"/>
          <w:color w:val="000000" w:themeColor="text1"/>
          <w:sz w:val="24"/>
          <w:szCs w:val="24"/>
          <w:lang w:val="hy"/>
        </w:rPr>
        <w:t xml:space="preserve"> </w:t>
      </w:r>
      <w:r w:rsidRPr="00A702E8">
        <w:rPr>
          <w:rFonts w:ascii="GHEA Grapalat" w:hAnsi="GHEA Grapalat" w:cs="Sylfaen"/>
          <w:color w:val="000000" w:themeColor="text1"/>
          <w:sz w:val="24"/>
          <w:szCs w:val="24"/>
          <w:lang w:val="en-US"/>
        </w:rPr>
        <w:lastRenderedPageBreak/>
        <w:t>տեղյակ</w:t>
      </w:r>
      <w:r w:rsidRPr="00A702E8">
        <w:rPr>
          <w:rFonts w:ascii="GHEA Grapalat" w:hAnsi="GHEA Grapalat" w:cs="Sylfaen"/>
          <w:color w:val="000000" w:themeColor="text1"/>
          <w:sz w:val="24"/>
          <w:szCs w:val="24"/>
          <w:lang w:val="hy"/>
        </w:rPr>
        <w:t xml:space="preserve"> </w:t>
      </w:r>
      <w:r w:rsidRPr="00A702E8">
        <w:rPr>
          <w:rFonts w:ascii="GHEA Grapalat" w:hAnsi="GHEA Grapalat" w:cs="Sylfaen"/>
          <w:color w:val="000000" w:themeColor="text1"/>
          <w:sz w:val="24"/>
          <w:szCs w:val="24"/>
          <w:lang w:val="en-US"/>
        </w:rPr>
        <w:t>պահելով</w:t>
      </w:r>
      <w:r w:rsidRPr="00A702E8">
        <w:rPr>
          <w:rFonts w:ascii="GHEA Grapalat" w:hAnsi="GHEA Grapalat" w:cs="Sylfaen"/>
          <w:color w:val="000000" w:themeColor="text1"/>
          <w:sz w:val="24"/>
          <w:szCs w:val="24"/>
          <w:lang w:val="hy"/>
        </w:rPr>
        <w:t xml:space="preserve"> </w:t>
      </w:r>
      <w:r w:rsidRPr="00A702E8">
        <w:rPr>
          <w:rFonts w:ascii="GHEA Grapalat" w:hAnsi="GHEA Grapalat" w:cs="Sylfaen"/>
          <w:color w:val="000000" w:themeColor="text1"/>
          <w:sz w:val="24"/>
          <w:szCs w:val="24"/>
          <w:lang w:val="en-US"/>
        </w:rPr>
        <w:t>լիզենզավորող</w:t>
      </w:r>
      <w:r w:rsidRPr="00A702E8">
        <w:rPr>
          <w:rFonts w:ascii="GHEA Grapalat" w:hAnsi="GHEA Grapalat" w:cs="Sylfaen"/>
          <w:color w:val="000000" w:themeColor="text1"/>
          <w:sz w:val="24"/>
          <w:szCs w:val="24"/>
          <w:lang w:val="hy"/>
        </w:rPr>
        <w:t xml:space="preserve"> </w:t>
      </w:r>
      <w:r w:rsidRPr="00A702E8">
        <w:rPr>
          <w:rFonts w:ascii="GHEA Grapalat" w:hAnsi="GHEA Grapalat" w:cs="Sylfaen"/>
          <w:color w:val="000000" w:themeColor="text1"/>
          <w:sz w:val="24"/>
          <w:szCs w:val="24"/>
          <w:lang w:val="en-US"/>
        </w:rPr>
        <w:t>մարմնին</w:t>
      </w:r>
      <w:r w:rsidRPr="00A702E8">
        <w:rPr>
          <w:rFonts w:ascii="GHEA Grapalat" w:hAnsi="GHEA Grapalat" w:cs="Sylfaen"/>
          <w:color w:val="000000" w:themeColor="text1"/>
          <w:sz w:val="24"/>
          <w:szCs w:val="24"/>
          <w:lang w:val="hy"/>
        </w:rPr>
        <w:t xml:space="preserve">, </w:t>
      </w:r>
      <w:r w:rsidRPr="00A702E8">
        <w:rPr>
          <w:rFonts w:ascii="GHEA Grapalat" w:hAnsi="GHEA Grapalat" w:cs="Sylfaen"/>
          <w:color w:val="000000" w:themeColor="text1"/>
          <w:sz w:val="24"/>
          <w:szCs w:val="24"/>
          <w:lang w:val="en-US"/>
        </w:rPr>
        <w:t>եթե</w:t>
      </w:r>
      <w:r w:rsidRPr="00A702E8">
        <w:rPr>
          <w:rFonts w:ascii="GHEA Grapalat" w:hAnsi="GHEA Grapalat" w:cs="Sylfaen"/>
          <w:color w:val="000000" w:themeColor="text1"/>
          <w:sz w:val="24"/>
          <w:szCs w:val="24"/>
          <w:lang w:val="hy"/>
        </w:rPr>
        <w:t xml:space="preserve"> </w:t>
      </w:r>
      <w:r w:rsidRPr="00A702E8">
        <w:rPr>
          <w:rFonts w:ascii="GHEA Grapalat" w:hAnsi="GHEA Grapalat" w:cs="Sylfaen"/>
          <w:color w:val="000000" w:themeColor="text1"/>
          <w:sz w:val="24"/>
          <w:szCs w:val="24"/>
          <w:lang w:val="en-US"/>
        </w:rPr>
        <w:t>մինչ</w:t>
      </w:r>
      <w:r w:rsidRPr="00A702E8">
        <w:rPr>
          <w:rFonts w:ascii="GHEA Grapalat" w:hAnsi="GHEA Grapalat" w:cs="Sylfaen"/>
          <w:color w:val="000000" w:themeColor="text1"/>
          <w:sz w:val="24"/>
          <w:szCs w:val="24"/>
          <w:lang w:val="hy"/>
        </w:rPr>
        <w:t xml:space="preserve"> </w:t>
      </w:r>
      <w:r w:rsidRPr="00A702E8">
        <w:rPr>
          <w:rFonts w:ascii="GHEA Grapalat" w:hAnsi="GHEA Grapalat" w:cs="Sylfaen"/>
          <w:color w:val="000000" w:themeColor="text1"/>
          <w:sz w:val="24"/>
          <w:szCs w:val="24"/>
          <w:lang w:val="en-US"/>
        </w:rPr>
        <w:t>այդ</w:t>
      </w:r>
      <w:r w:rsidRPr="00A702E8">
        <w:rPr>
          <w:rFonts w:ascii="GHEA Grapalat" w:hAnsi="GHEA Grapalat" w:cs="Sylfaen"/>
          <w:color w:val="000000" w:themeColor="text1"/>
          <w:sz w:val="24"/>
          <w:szCs w:val="24"/>
          <w:lang w:val="hy"/>
        </w:rPr>
        <w:t xml:space="preserve"> </w:t>
      </w:r>
      <w:r w:rsidRPr="00A702E8">
        <w:rPr>
          <w:rFonts w:ascii="GHEA Grapalat" w:hAnsi="GHEA Grapalat" w:cs="Sylfaen"/>
          <w:color w:val="000000" w:themeColor="text1"/>
          <w:sz w:val="24"/>
          <w:szCs w:val="24"/>
          <w:lang w:val="en-US"/>
        </w:rPr>
        <w:t>տվյալ</w:t>
      </w:r>
      <w:r w:rsidRPr="00A702E8">
        <w:rPr>
          <w:rFonts w:ascii="GHEA Grapalat" w:hAnsi="GHEA Grapalat" w:cs="Sylfaen"/>
          <w:color w:val="000000" w:themeColor="text1"/>
          <w:sz w:val="24"/>
          <w:szCs w:val="24"/>
          <w:lang w:val="hy"/>
        </w:rPr>
        <w:t xml:space="preserve"> </w:t>
      </w:r>
      <w:r w:rsidRPr="00A702E8">
        <w:rPr>
          <w:rFonts w:ascii="GHEA Grapalat" w:hAnsi="GHEA Grapalat" w:cs="Sylfaen"/>
          <w:color w:val="000000" w:themeColor="text1"/>
          <w:sz w:val="24"/>
          <w:szCs w:val="24"/>
          <w:lang w:val="en-US"/>
        </w:rPr>
        <w:t>ձևի</w:t>
      </w:r>
      <w:r w:rsidRPr="00A702E8">
        <w:rPr>
          <w:rFonts w:ascii="GHEA Grapalat" w:hAnsi="GHEA Grapalat" w:cs="Sylfaen"/>
          <w:color w:val="000000" w:themeColor="text1"/>
          <w:sz w:val="24"/>
          <w:szCs w:val="24"/>
          <w:lang w:val="hy"/>
        </w:rPr>
        <w:t xml:space="preserve"> </w:t>
      </w:r>
      <w:r w:rsidRPr="00A702E8">
        <w:rPr>
          <w:rFonts w:ascii="GHEA Grapalat" w:hAnsi="GHEA Grapalat" w:cs="Sylfaen"/>
          <w:color w:val="000000" w:themeColor="text1"/>
          <w:sz w:val="24"/>
          <w:szCs w:val="24"/>
          <w:lang w:val="en-US"/>
        </w:rPr>
        <w:t>ԳԱՈՒ</w:t>
      </w:r>
      <w:r w:rsidRPr="00A702E8">
        <w:rPr>
          <w:rFonts w:ascii="GHEA Grapalat" w:hAnsi="GHEA Grapalat" w:cs="Sylfaen"/>
          <w:color w:val="000000" w:themeColor="text1"/>
          <w:sz w:val="24"/>
          <w:szCs w:val="24"/>
          <w:lang w:val="hy"/>
        </w:rPr>
        <w:t xml:space="preserve"> </w:t>
      </w:r>
      <w:r w:rsidRPr="00A702E8">
        <w:rPr>
          <w:rFonts w:ascii="GHEA Grapalat" w:hAnsi="GHEA Grapalat" w:cs="Sylfaen"/>
          <w:color w:val="000000" w:themeColor="text1"/>
          <w:sz w:val="24"/>
          <w:szCs w:val="24"/>
          <w:lang w:val="en-US"/>
        </w:rPr>
        <w:t>մոդուլային</w:t>
      </w:r>
      <w:r w:rsidRPr="00A702E8">
        <w:rPr>
          <w:rFonts w:ascii="GHEA Grapalat" w:hAnsi="GHEA Grapalat" w:cs="Sylfaen"/>
          <w:color w:val="000000" w:themeColor="text1"/>
          <w:sz w:val="24"/>
          <w:szCs w:val="24"/>
          <w:lang w:val="hy"/>
        </w:rPr>
        <w:t xml:space="preserve"> </w:t>
      </w:r>
      <w:r w:rsidRPr="00A702E8">
        <w:rPr>
          <w:rFonts w:ascii="GHEA Grapalat" w:hAnsi="GHEA Grapalat" w:cs="Sylfaen"/>
          <w:color w:val="000000" w:themeColor="text1"/>
          <w:sz w:val="24"/>
          <w:szCs w:val="24"/>
          <w:lang w:val="en-US"/>
        </w:rPr>
        <w:t>ծրագիրը</w:t>
      </w:r>
      <w:r w:rsidRPr="00A702E8">
        <w:rPr>
          <w:rFonts w:ascii="GHEA Grapalat" w:hAnsi="GHEA Grapalat" w:cs="Sylfaen"/>
          <w:color w:val="000000" w:themeColor="text1"/>
          <w:sz w:val="24"/>
          <w:szCs w:val="24"/>
          <w:lang w:val="hy"/>
        </w:rPr>
        <w:t xml:space="preserve"> </w:t>
      </w:r>
      <w:r w:rsidRPr="00A702E8">
        <w:rPr>
          <w:rFonts w:ascii="GHEA Grapalat" w:hAnsi="GHEA Grapalat" w:cs="Sylfaen"/>
          <w:color w:val="000000" w:themeColor="text1"/>
          <w:sz w:val="24"/>
          <w:szCs w:val="24"/>
          <w:lang w:val="en-US"/>
        </w:rPr>
        <w:t>չէր</w:t>
      </w:r>
      <w:r w:rsidRPr="00A702E8">
        <w:rPr>
          <w:rFonts w:ascii="GHEA Grapalat" w:hAnsi="GHEA Grapalat" w:cs="Sylfaen"/>
          <w:color w:val="000000" w:themeColor="text1"/>
          <w:sz w:val="24"/>
          <w:szCs w:val="24"/>
          <w:lang w:val="hy"/>
        </w:rPr>
        <w:t xml:space="preserve"> </w:t>
      </w:r>
      <w:r w:rsidRPr="00A702E8">
        <w:rPr>
          <w:rFonts w:ascii="GHEA Grapalat" w:hAnsi="GHEA Grapalat" w:cs="Sylfaen"/>
          <w:color w:val="000000" w:themeColor="text1"/>
          <w:sz w:val="24"/>
          <w:szCs w:val="24"/>
          <w:lang w:val="en-US"/>
        </w:rPr>
        <w:t>ներկայացրել։</w:t>
      </w:r>
      <w:r w:rsidRPr="00A702E8">
        <w:rPr>
          <w:rFonts w:ascii="GHEA Grapalat" w:hAnsi="GHEA Grapalat" w:cs="Sylfaen"/>
          <w:color w:val="000000" w:themeColor="text1"/>
          <w:sz w:val="24"/>
          <w:szCs w:val="24"/>
          <w:lang w:val="hy"/>
        </w:rPr>
        <w:t xml:space="preserve">  </w:t>
      </w:r>
    </w:p>
    <w:p w14:paraId="20051748" w14:textId="60E867CC" w:rsidR="009A0AC0" w:rsidRPr="00A702E8" w:rsidRDefault="009A0AC0" w:rsidP="009A0AC0">
      <w:pPr>
        <w:numPr>
          <w:ilvl w:val="0"/>
          <w:numId w:val="3"/>
        </w:numPr>
        <w:shd w:val="clear" w:color="auto" w:fill="FFFFFF"/>
        <w:spacing w:after="0" w:line="360" w:lineRule="auto"/>
        <w:ind w:left="720" w:hanging="720"/>
        <w:jc w:val="both"/>
        <w:rPr>
          <w:rFonts w:ascii="GHEA Grapalat" w:hAnsi="GHEA Grapalat" w:cs="Arial"/>
          <w:color w:val="000000" w:themeColor="text1"/>
          <w:sz w:val="24"/>
          <w:szCs w:val="24"/>
          <w:lang w:val="hy"/>
        </w:rPr>
      </w:pPr>
      <w:r w:rsidRPr="00A702E8">
        <w:rPr>
          <w:rFonts w:ascii="GHEA Grapalat" w:hAnsi="GHEA Grapalat" w:cs="Arial"/>
          <w:color w:val="000000" w:themeColor="text1"/>
          <w:sz w:val="24"/>
          <w:szCs w:val="24"/>
          <w:lang w:val="en-US"/>
        </w:rPr>
        <w:t>Ուսումնառության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ընթացքում</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ՄՈւՀ</w:t>
      </w:r>
      <w:r w:rsidRPr="00A702E8">
        <w:rPr>
          <w:rFonts w:ascii="GHEA Grapalat" w:hAnsi="GHEA Grapalat" w:cs="Arial"/>
          <w:color w:val="000000" w:themeColor="text1"/>
          <w:sz w:val="24"/>
          <w:szCs w:val="24"/>
          <w:lang w:val="hy"/>
        </w:rPr>
        <w:t>-</w:t>
      </w:r>
      <w:r w:rsidRPr="00A702E8">
        <w:rPr>
          <w:rFonts w:ascii="GHEA Grapalat" w:hAnsi="GHEA Grapalat" w:cs="Arial"/>
          <w:color w:val="000000" w:themeColor="text1"/>
          <w:sz w:val="24"/>
          <w:szCs w:val="24"/>
          <w:lang w:val="en-US"/>
        </w:rPr>
        <w:t>ը</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կարող</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է</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փոխել</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ԱՀՈՒ</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կազմակերպման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ձևը</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rPr>
        <w:t>եթե</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սոցիալական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գործընկերների</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հետ</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համաձայնություն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է</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ձեռք</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բերվել</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ԳԱՈՒ</w:t>
      </w:r>
      <w:r w:rsidRPr="00A702E8">
        <w:rPr>
          <w:rFonts w:ascii="GHEA Grapalat" w:hAnsi="GHEA Grapalat" w:cs="Arial"/>
          <w:color w:val="000000" w:themeColor="text1"/>
          <w:sz w:val="24"/>
          <w:szCs w:val="24"/>
          <w:lang w:val="hy"/>
        </w:rPr>
        <w:t>-</w:t>
      </w:r>
      <w:r w:rsidRPr="00A702E8">
        <w:rPr>
          <w:rFonts w:ascii="GHEA Grapalat" w:hAnsi="GHEA Grapalat" w:cs="Arial"/>
          <w:color w:val="000000" w:themeColor="text1"/>
          <w:sz w:val="24"/>
          <w:szCs w:val="24"/>
          <w:lang w:val="en-US"/>
        </w:rPr>
        <w:t>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կազմակերպելու</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առավել</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նպաստավոր</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տարբերակ</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կիրառելու</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համար</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կամ</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առաջ</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է</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եկել</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այնպիսի</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հանգամանք</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որն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rPr>
        <w:t>անհնարին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rPr>
        <w:t>է</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դարձնում</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rPr>
        <w:t>ՄՈՒՀ</w:t>
      </w:r>
      <w:r w:rsidRPr="00A702E8">
        <w:rPr>
          <w:rFonts w:ascii="GHEA Grapalat" w:hAnsi="GHEA Grapalat" w:cs="Arial"/>
          <w:color w:val="000000" w:themeColor="text1"/>
          <w:sz w:val="24"/>
          <w:szCs w:val="24"/>
          <w:lang w:val="hy"/>
        </w:rPr>
        <w:t>-</w:t>
      </w:r>
      <w:r w:rsidRPr="00A702E8">
        <w:rPr>
          <w:rFonts w:ascii="GHEA Grapalat" w:hAnsi="GHEA Grapalat" w:cs="Arial"/>
          <w:color w:val="000000" w:themeColor="text1"/>
          <w:sz w:val="24"/>
          <w:szCs w:val="24"/>
        </w:rPr>
        <w:t>ի</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rPr>
        <w:t>և</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rPr>
        <w:t>սոցիալական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rPr>
        <w:t>գործընկերոջ</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rPr>
        <w:t>միջև</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rPr>
        <w:t>կնքված</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rPr>
        <w:t>համագործակցության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rPr>
        <w:t>պայմանագրի</w:t>
      </w:r>
      <w:r w:rsidRPr="00A702E8">
        <w:rPr>
          <w:rFonts w:ascii="GHEA Grapalat" w:hAnsi="GHEA Grapalat" w:cs="Arial"/>
          <w:color w:val="000000" w:themeColor="text1"/>
          <w:sz w:val="24"/>
          <w:szCs w:val="24"/>
          <w:lang w:val="hy-AM"/>
        </w:rPr>
        <w:t xml:space="preserve"> </w:t>
      </w:r>
      <w:r w:rsidRPr="00A702E8">
        <w:rPr>
          <w:rFonts w:ascii="GHEA Grapalat" w:hAnsi="GHEA Grapalat" w:cs="Arial"/>
          <w:color w:val="000000" w:themeColor="text1"/>
          <w:sz w:val="24"/>
          <w:szCs w:val="24"/>
        </w:rPr>
        <w:t>պայմաններին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rPr>
        <w:t>համապատասխան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ԳԱՈՒ</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մոդուլային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rPr>
        <w:t>ծրագրի</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rPr>
        <w:t>իրականացումը</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տվյալ</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rPr>
        <w:t>ձևով</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և</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սպառված</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են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այդ</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ձևով</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ուսումնառությունը</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շարունակելու</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բոլոր</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միջոցները։</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ԱՀՈՒ</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ձևի</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փոփոխությունը</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կարող</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է</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կատարվել</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եթե</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փոփոխության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արդյունքով</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պահպանվում</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են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տվյալ</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որակավորման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ծրագրով</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սահմանված</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վերջնարդյունքները</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և</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առկա</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է</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նոր</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ձևի</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կազմակերպման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համար</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կարգի</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rPr>
        <w:fldChar w:fldCharType="begin"/>
      </w:r>
      <w:r w:rsidRPr="00A702E8">
        <w:rPr>
          <w:rFonts w:ascii="GHEA Grapalat" w:hAnsi="GHEA Grapalat" w:cs="Arial"/>
          <w:color w:val="000000" w:themeColor="text1"/>
          <w:sz w:val="24"/>
          <w:szCs w:val="24"/>
          <w:lang w:val="hy"/>
        </w:rPr>
        <w:instrText xml:space="preserve"> REF _Ref222499518 \r \h  \* MERGEFORMAT </w:instrText>
      </w:r>
      <w:r w:rsidRPr="00A702E8">
        <w:rPr>
          <w:rFonts w:ascii="GHEA Grapalat" w:hAnsi="GHEA Grapalat" w:cs="Arial"/>
          <w:color w:val="000000" w:themeColor="text1"/>
          <w:sz w:val="24"/>
          <w:szCs w:val="24"/>
        </w:rPr>
      </w:r>
      <w:r w:rsidRPr="00A702E8">
        <w:rPr>
          <w:rFonts w:ascii="GHEA Grapalat" w:hAnsi="GHEA Grapalat" w:cs="Arial"/>
          <w:color w:val="000000" w:themeColor="text1"/>
          <w:sz w:val="24"/>
          <w:szCs w:val="24"/>
        </w:rPr>
        <w:fldChar w:fldCharType="separate"/>
      </w:r>
      <w:r w:rsidR="00D174FB" w:rsidRPr="00A702E8">
        <w:rPr>
          <w:rFonts w:ascii="GHEA Grapalat" w:hAnsi="GHEA Grapalat" w:cs="Arial"/>
          <w:color w:val="000000" w:themeColor="text1"/>
          <w:sz w:val="24"/>
          <w:szCs w:val="24"/>
          <w:lang w:val="hy"/>
        </w:rPr>
        <w:t>13</w:t>
      </w:r>
      <w:r w:rsidRPr="00A702E8">
        <w:rPr>
          <w:rFonts w:ascii="GHEA Grapalat" w:hAnsi="GHEA Grapalat" w:cs="Arial"/>
          <w:color w:val="000000" w:themeColor="text1"/>
          <w:sz w:val="24"/>
          <w:szCs w:val="24"/>
        </w:rPr>
        <w:fldChar w:fldCharType="end"/>
      </w:r>
      <w:r w:rsidRPr="00A702E8">
        <w:rPr>
          <w:rFonts w:ascii="GHEA Grapalat" w:hAnsi="GHEA Grapalat" w:cs="Arial"/>
          <w:color w:val="000000" w:themeColor="text1"/>
          <w:sz w:val="24"/>
          <w:szCs w:val="24"/>
          <w:lang w:val="hy"/>
        </w:rPr>
        <w:t>-</w:t>
      </w:r>
      <w:r w:rsidRPr="00A702E8">
        <w:rPr>
          <w:rFonts w:ascii="GHEA Grapalat" w:hAnsi="GHEA Grapalat" w:cs="Arial"/>
          <w:color w:val="000000" w:themeColor="text1"/>
          <w:sz w:val="24"/>
          <w:szCs w:val="24"/>
          <w:lang w:val="en-US"/>
        </w:rPr>
        <w:t>րդ</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կետով</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սահմանված</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մեթոդական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փաթեթը։</w:t>
      </w:r>
    </w:p>
    <w:p w14:paraId="7E5AD63B" w14:textId="6AFEAEBA" w:rsidR="009A0AC0" w:rsidRPr="00A702E8" w:rsidRDefault="009A0AC0" w:rsidP="009A0AC0">
      <w:pPr>
        <w:numPr>
          <w:ilvl w:val="0"/>
          <w:numId w:val="3"/>
        </w:numPr>
        <w:shd w:val="clear" w:color="auto" w:fill="FFFFFF"/>
        <w:spacing w:after="0" w:line="360" w:lineRule="auto"/>
        <w:ind w:left="720" w:hanging="720"/>
        <w:jc w:val="both"/>
        <w:rPr>
          <w:rFonts w:ascii="GHEA Grapalat" w:hAnsi="GHEA Grapalat" w:cs="Arial"/>
          <w:color w:val="000000" w:themeColor="text1"/>
          <w:sz w:val="24"/>
          <w:szCs w:val="24"/>
          <w:lang w:val="hy"/>
        </w:rPr>
      </w:pPr>
      <w:r w:rsidRPr="00A702E8">
        <w:rPr>
          <w:rFonts w:ascii="GHEA Grapalat" w:hAnsi="GHEA Grapalat" w:cs="Arial"/>
          <w:color w:val="000000" w:themeColor="text1"/>
          <w:sz w:val="24"/>
          <w:szCs w:val="24"/>
          <w:lang w:val="en-US"/>
        </w:rPr>
        <w:t>ԱՀՈՒ</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կազմակերպման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ձևը</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rPr>
        <w:t>փոփոխելու</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rPr>
        <w:t>անհրաժեշտ</w:t>
      </w:r>
      <w:r w:rsidRPr="00A702E8">
        <w:rPr>
          <w:rFonts w:ascii="GHEA Grapalat" w:hAnsi="GHEA Grapalat" w:cs="Arial"/>
          <w:color w:val="000000" w:themeColor="text1"/>
          <w:sz w:val="24"/>
          <w:szCs w:val="24"/>
          <w:lang w:val="en-US"/>
        </w:rPr>
        <w:t>ու</w:t>
      </w:r>
      <w:r w:rsidRPr="00A702E8">
        <w:rPr>
          <w:rFonts w:ascii="GHEA Grapalat" w:hAnsi="GHEA Grapalat" w:cs="Arial"/>
          <w:color w:val="000000" w:themeColor="text1"/>
          <w:sz w:val="24"/>
          <w:szCs w:val="24"/>
        </w:rPr>
        <w:t>թյան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rPr>
        <w:t>դեպքում</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rPr>
        <w:t>ՄՈՒՀ</w:t>
      </w:r>
      <w:r w:rsidRPr="00A702E8">
        <w:rPr>
          <w:rFonts w:ascii="GHEA Grapalat" w:hAnsi="GHEA Grapalat" w:cs="Arial"/>
          <w:color w:val="000000" w:themeColor="text1"/>
          <w:sz w:val="24"/>
          <w:szCs w:val="24"/>
          <w:lang w:val="hy"/>
        </w:rPr>
        <w:t>-</w:t>
      </w:r>
      <w:r w:rsidRPr="00A702E8">
        <w:rPr>
          <w:rFonts w:ascii="GHEA Grapalat" w:hAnsi="GHEA Grapalat" w:cs="Arial"/>
          <w:color w:val="000000" w:themeColor="text1"/>
          <w:sz w:val="24"/>
          <w:szCs w:val="24"/>
        </w:rPr>
        <w:t>ը</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ուսումնական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կիսամյակը</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սկսելուց</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առնվազն</w:t>
      </w:r>
      <w:r w:rsidRPr="00A702E8">
        <w:rPr>
          <w:rFonts w:ascii="GHEA Grapalat" w:hAnsi="GHEA Grapalat" w:cs="Arial"/>
          <w:color w:val="000000" w:themeColor="text1"/>
          <w:sz w:val="24"/>
          <w:szCs w:val="24"/>
          <w:lang w:val="hy"/>
        </w:rPr>
        <w:t xml:space="preserve"> 30 </w:t>
      </w:r>
      <w:r w:rsidRPr="00A702E8">
        <w:rPr>
          <w:rFonts w:ascii="GHEA Grapalat" w:hAnsi="GHEA Grapalat" w:cs="Arial"/>
          <w:color w:val="000000" w:themeColor="text1"/>
          <w:sz w:val="24"/>
          <w:szCs w:val="24"/>
          <w:lang w:val="en-US"/>
        </w:rPr>
        <w:t>աշխատանքային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օր</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առաջ</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այդ</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մասին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գրավոր</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տեղեկացնում</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է</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rPr>
        <w:t>կրթության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rPr>
        <w:t>պետական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rPr>
        <w:t>կառավարման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rPr>
        <w:t>լիազոր</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rPr>
        <w:t>մարմնի</w:t>
      </w:r>
      <w:r w:rsidRPr="00A702E8">
        <w:rPr>
          <w:rFonts w:ascii="GHEA Grapalat" w:hAnsi="GHEA Grapalat" w:cs="Arial"/>
          <w:color w:val="000000" w:themeColor="text1"/>
          <w:sz w:val="24"/>
          <w:szCs w:val="24"/>
          <w:lang w:val="en-US"/>
        </w:rPr>
        <w:t>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և</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rPr>
        <w:t>լիցենզավորող</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rPr>
        <w:t>մ</w:t>
      </w:r>
      <w:r w:rsidRPr="00A702E8">
        <w:rPr>
          <w:rFonts w:ascii="GHEA Grapalat" w:hAnsi="GHEA Grapalat" w:cs="Arial"/>
          <w:color w:val="000000" w:themeColor="text1"/>
          <w:sz w:val="24"/>
          <w:szCs w:val="24"/>
          <w:lang w:val="en-US"/>
        </w:rPr>
        <w:t>ա</w:t>
      </w:r>
      <w:r w:rsidRPr="00A702E8">
        <w:rPr>
          <w:rFonts w:ascii="GHEA Grapalat" w:hAnsi="GHEA Grapalat" w:cs="Arial"/>
          <w:color w:val="000000" w:themeColor="text1"/>
          <w:sz w:val="24"/>
          <w:szCs w:val="24"/>
        </w:rPr>
        <w:t>րմ</w:t>
      </w:r>
      <w:r w:rsidRPr="00A702E8">
        <w:rPr>
          <w:rFonts w:ascii="GHEA Grapalat" w:hAnsi="GHEA Grapalat" w:cs="Arial"/>
          <w:color w:val="000000" w:themeColor="text1"/>
          <w:sz w:val="24"/>
          <w:szCs w:val="24"/>
          <w:lang w:val="en-US"/>
        </w:rPr>
        <w:t>ն</w:t>
      </w:r>
      <w:r w:rsidRPr="00A702E8">
        <w:rPr>
          <w:rFonts w:ascii="GHEA Grapalat" w:hAnsi="GHEA Grapalat" w:cs="Arial"/>
          <w:color w:val="000000" w:themeColor="text1"/>
          <w:sz w:val="24"/>
          <w:szCs w:val="24"/>
        </w:rPr>
        <w:t>ին</w:t>
      </w:r>
      <w:r w:rsidRPr="00A702E8">
        <w:rPr>
          <w:rFonts w:ascii="GHEA Grapalat" w:hAnsi="GHEA Grapalat" w:cs="Arial"/>
          <w:color w:val="000000" w:themeColor="text1"/>
          <w:sz w:val="24"/>
          <w:szCs w:val="24"/>
          <w:lang w:val="en-US"/>
        </w:rPr>
        <w:t>՝</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կից</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ներկայացնելով</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կարգի</w:t>
      </w:r>
      <w:r w:rsidRPr="00A702E8">
        <w:rPr>
          <w:rFonts w:ascii="GHEA Grapalat" w:hAnsi="GHEA Grapalat" w:cs="Arial"/>
          <w:color w:val="000000" w:themeColor="text1"/>
          <w:sz w:val="24"/>
          <w:szCs w:val="24"/>
          <w:lang w:val="hy"/>
        </w:rPr>
        <w:t xml:space="preserve"> 13-</w:t>
      </w:r>
      <w:r w:rsidRPr="00A702E8">
        <w:rPr>
          <w:rFonts w:ascii="GHEA Grapalat" w:hAnsi="GHEA Grapalat" w:cs="Arial"/>
          <w:color w:val="000000" w:themeColor="text1"/>
          <w:sz w:val="24"/>
          <w:szCs w:val="24"/>
          <w:lang w:val="en-US"/>
        </w:rPr>
        <w:t>րդ</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կետով</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սահմանված</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մեթոդական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փաթեթի</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փոփոխվող</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բաղադրիչները։</w:t>
      </w:r>
      <w:r w:rsidRPr="00A702E8">
        <w:rPr>
          <w:rFonts w:ascii="GHEA Grapalat" w:hAnsi="GHEA Grapalat" w:cs="Arial"/>
          <w:color w:val="000000" w:themeColor="text1"/>
          <w:sz w:val="24"/>
          <w:szCs w:val="24"/>
          <w:lang w:val="hy"/>
        </w:rPr>
        <w:t xml:space="preserve"> </w:t>
      </w:r>
    </w:p>
    <w:p w14:paraId="7DD994A9" w14:textId="35E7E9F0" w:rsidR="009A0AC0" w:rsidRPr="00A702E8" w:rsidRDefault="009A0AC0" w:rsidP="009A0AC0">
      <w:pPr>
        <w:numPr>
          <w:ilvl w:val="0"/>
          <w:numId w:val="3"/>
        </w:numPr>
        <w:shd w:val="clear" w:color="auto" w:fill="FFFFFF"/>
        <w:spacing w:after="0" w:line="360" w:lineRule="auto"/>
        <w:ind w:left="720" w:hanging="720"/>
        <w:jc w:val="both"/>
        <w:rPr>
          <w:rFonts w:ascii="GHEA Grapalat" w:hAnsi="GHEA Grapalat" w:cs="Arial"/>
          <w:color w:val="000000" w:themeColor="text1"/>
          <w:sz w:val="24"/>
          <w:szCs w:val="24"/>
          <w:lang w:val="hy"/>
        </w:rPr>
      </w:pPr>
      <w:bookmarkStart w:id="2" w:name="_Ref222499518"/>
      <w:r w:rsidRPr="00A702E8">
        <w:rPr>
          <w:rFonts w:ascii="GHEA Grapalat" w:hAnsi="GHEA Grapalat" w:cs="Arial"/>
          <w:color w:val="000000" w:themeColor="text1"/>
          <w:sz w:val="24"/>
          <w:szCs w:val="24"/>
          <w:lang w:val="en-US"/>
        </w:rPr>
        <w:t>ԳԱՈՒ</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կազմակերպման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մեթոդական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փաթեթը</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ներառում</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է</w:t>
      </w:r>
      <w:r w:rsidRPr="00A702E8">
        <w:rPr>
          <w:rFonts w:ascii="GHEA Grapalat" w:hAnsi="GHEA Grapalat" w:cs="Arial"/>
          <w:color w:val="000000" w:themeColor="text1"/>
          <w:sz w:val="24"/>
          <w:szCs w:val="24"/>
        </w:rPr>
        <w:t>՝</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ԳԱՈՒ</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մոդուլային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ծրագիրը՝</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ըստ</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ընտրված</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ձևերի</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ժամանակացույցը</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գործընկերների</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հետ</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համագործակցության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պայմանագիրը</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մի</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ձևից</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մյուսին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անցումը</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կամ</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զուգահեռ</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կիրառումն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ապահովող</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գործողությունների</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պլան</w:t>
      </w:r>
      <w:r w:rsidR="0078513C" w:rsidRPr="00A702E8">
        <w:rPr>
          <w:rFonts w:ascii="GHEA Grapalat" w:hAnsi="GHEA Grapalat" w:cs="Arial"/>
          <w:color w:val="000000" w:themeColor="text1"/>
          <w:sz w:val="24"/>
          <w:szCs w:val="24"/>
          <w:lang w:val="en-US"/>
        </w:rPr>
        <w:t>ը</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որոնցով</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հիմնավորվ</w:t>
      </w:r>
      <w:r w:rsidR="00B25EE7" w:rsidRPr="00A702E8">
        <w:rPr>
          <w:rFonts w:ascii="GHEA Grapalat" w:hAnsi="GHEA Grapalat" w:cs="Arial"/>
          <w:color w:val="000000" w:themeColor="text1"/>
          <w:sz w:val="24"/>
          <w:szCs w:val="24"/>
          <w:lang w:val="en-US"/>
        </w:rPr>
        <w:t>ում</w:t>
      </w:r>
      <w:r w:rsidR="00B25EE7" w:rsidRPr="00A702E8">
        <w:rPr>
          <w:rFonts w:ascii="GHEA Grapalat" w:hAnsi="GHEA Grapalat" w:cs="Arial"/>
          <w:color w:val="000000" w:themeColor="text1"/>
          <w:sz w:val="24"/>
          <w:szCs w:val="24"/>
          <w:lang w:val="hy"/>
        </w:rPr>
        <w:t xml:space="preserve"> </w:t>
      </w:r>
      <w:r w:rsidR="00B25EE7" w:rsidRPr="00A702E8">
        <w:rPr>
          <w:rFonts w:ascii="GHEA Grapalat" w:hAnsi="GHEA Grapalat" w:cs="Arial"/>
          <w:color w:val="000000" w:themeColor="text1"/>
          <w:sz w:val="24"/>
          <w:szCs w:val="24"/>
          <w:lang w:val="en-US"/>
        </w:rPr>
        <w:t>է</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որակավորման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մոդուլային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ծրագրի</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ամբողջականությունը</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և</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ուսանողի</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հետ</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կնքված</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rPr>
        <w:t>կրթական</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rPr>
        <w:t>ծառայությունների</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պայմանագրի</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դրույթները</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պահպանելու</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հանգամանք։</w:t>
      </w:r>
      <w:bookmarkEnd w:id="2"/>
      <w:r w:rsidRPr="00A702E8">
        <w:rPr>
          <w:rFonts w:ascii="GHEA Grapalat" w:hAnsi="GHEA Grapalat" w:cs="Arial"/>
          <w:color w:val="000000" w:themeColor="text1"/>
          <w:sz w:val="24"/>
          <w:szCs w:val="24"/>
          <w:lang w:val="hy"/>
        </w:rPr>
        <w:t xml:space="preserve"> </w:t>
      </w:r>
    </w:p>
    <w:p w14:paraId="1F2901B8" w14:textId="5112857E" w:rsidR="009A0AC0" w:rsidRPr="00A702E8" w:rsidRDefault="00E767AE" w:rsidP="009A0AC0">
      <w:pPr>
        <w:numPr>
          <w:ilvl w:val="0"/>
          <w:numId w:val="3"/>
        </w:numPr>
        <w:shd w:val="clear" w:color="auto" w:fill="FFFFFF"/>
        <w:spacing w:after="0" w:line="360" w:lineRule="auto"/>
        <w:ind w:left="720" w:hanging="720"/>
        <w:jc w:val="both"/>
        <w:rPr>
          <w:rFonts w:ascii="GHEA Grapalat" w:hAnsi="GHEA Grapalat" w:cs="Arial"/>
          <w:color w:val="000000" w:themeColor="text1"/>
          <w:sz w:val="24"/>
          <w:szCs w:val="24"/>
          <w:lang w:val="hy"/>
        </w:rPr>
      </w:pPr>
      <w:r w:rsidRPr="00A702E8">
        <w:rPr>
          <w:rFonts w:ascii="GHEA Grapalat" w:hAnsi="GHEA Grapalat" w:cs="Arial"/>
          <w:color w:val="000000" w:themeColor="text1"/>
          <w:sz w:val="24"/>
          <w:szCs w:val="24"/>
          <w:lang w:val="en-US"/>
        </w:rPr>
        <w:t>ՄՈՒՀ</w:t>
      </w:r>
      <w:r w:rsidRPr="00A702E8">
        <w:rPr>
          <w:rFonts w:ascii="GHEA Grapalat" w:hAnsi="GHEA Grapalat" w:cs="Arial"/>
          <w:color w:val="000000" w:themeColor="text1"/>
          <w:sz w:val="24"/>
          <w:szCs w:val="24"/>
          <w:lang w:val="hy"/>
        </w:rPr>
        <w:t>-</w:t>
      </w:r>
      <w:r w:rsidR="009A0AC0" w:rsidRPr="00A702E8">
        <w:rPr>
          <w:rFonts w:ascii="GHEA Grapalat" w:hAnsi="GHEA Grapalat" w:cs="Arial"/>
          <w:color w:val="000000" w:themeColor="text1"/>
          <w:sz w:val="24"/>
          <w:szCs w:val="24"/>
          <w:lang w:val="en-US"/>
        </w:rPr>
        <w:t>ը</w:t>
      </w:r>
      <w:r w:rsidR="009A0AC0" w:rsidRPr="00A702E8">
        <w:rPr>
          <w:rFonts w:ascii="GHEA Grapalat" w:hAnsi="GHEA Grapalat" w:cs="Arial"/>
          <w:color w:val="000000" w:themeColor="text1"/>
          <w:sz w:val="24"/>
          <w:szCs w:val="24"/>
          <w:lang w:val="hy"/>
        </w:rPr>
        <w:t xml:space="preserve"> </w:t>
      </w:r>
      <w:r w:rsidR="009A0AC0" w:rsidRPr="00A702E8">
        <w:rPr>
          <w:rFonts w:ascii="GHEA Grapalat" w:hAnsi="GHEA Grapalat" w:cs="Arial"/>
          <w:color w:val="000000" w:themeColor="text1"/>
          <w:sz w:val="24"/>
          <w:szCs w:val="24"/>
          <w:lang w:val="en-US"/>
        </w:rPr>
        <w:t>կազմում</w:t>
      </w:r>
      <w:r w:rsidR="009A0AC0" w:rsidRPr="00A702E8">
        <w:rPr>
          <w:rFonts w:ascii="GHEA Grapalat" w:hAnsi="GHEA Grapalat" w:cs="Arial"/>
          <w:color w:val="000000" w:themeColor="text1"/>
          <w:sz w:val="24"/>
          <w:szCs w:val="24"/>
          <w:lang w:val="hy"/>
        </w:rPr>
        <w:t xml:space="preserve"> </w:t>
      </w:r>
      <w:r w:rsidR="009A0AC0" w:rsidRPr="00A702E8">
        <w:rPr>
          <w:rFonts w:ascii="GHEA Grapalat" w:hAnsi="GHEA Grapalat" w:cs="Arial"/>
          <w:color w:val="000000" w:themeColor="text1"/>
          <w:sz w:val="24"/>
          <w:szCs w:val="24"/>
          <w:lang w:val="en-US"/>
        </w:rPr>
        <w:t>է</w:t>
      </w:r>
      <w:r w:rsidR="009A0AC0" w:rsidRPr="00A702E8">
        <w:rPr>
          <w:rFonts w:ascii="GHEA Grapalat" w:hAnsi="GHEA Grapalat" w:cs="Arial"/>
          <w:color w:val="000000" w:themeColor="text1"/>
          <w:sz w:val="24"/>
          <w:szCs w:val="24"/>
          <w:lang w:val="hy"/>
        </w:rPr>
        <w:t xml:space="preserve"> </w:t>
      </w:r>
      <w:r w:rsidR="009A0AC0" w:rsidRPr="00A702E8">
        <w:rPr>
          <w:rFonts w:ascii="GHEA Grapalat" w:hAnsi="GHEA Grapalat" w:cs="Arial"/>
          <w:color w:val="000000" w:themeColor="text1"/>
          <w:sz w:val="24"/>
          <w:szCs w:val="24"/>
          <w:lang w:val="en-US"/>
        </w:rPr>
        <w:t>ԳԱՈՒ</w:t>
      </w:r>
      <w:r w:rsidR="009A0AC0" w:rsidRPr="00A702E8">
        <w:rPr>
          <w:rFonts w:ascii="GHEA Grapalat" w:hAnsi="GHEA Grapalat" w:cs="Arial"/>
          <w:color w:val="000000" w:themeColor="text1"/>
          <w:sz w:val="24"/>
          <w:szCs w:val="24"/>
          <w:lang w:val="hy"/>
        </w:rPr>
        <w:t xml:space="preserve"> </w:t>
      </w:r>
      <w:r w:rsidR="009A0AC0" w:rsidRPr="00A702E8">
        <w:rPr>
          <w:rFonts w:ascii="GHEA Grapalat" w:hAnsi="GHEA Grapalat" w:cs="Arial"/>
          <w:color w:val="000000" w:themeColor="text1"/>
          <w:sz w:val="24"/>
          <w:szCs w:val="24"/>
          <w:lang w:val="en-US"/>
        </w:rPr>
        <w:t>մոդուլային</w:t>
      </w:r>
      <w:r w:rsidR="009A0AC0" w:rsidRPr="00A702E8">
        <w:rPr>
          <w:rFonts w:ascii="GHEA Grapalat" w:hAnsi="GHEA Grapalat" w:cs="Arial"/>
          <w:color w:val="000000" w:themeColor="text1"/>
          <w:sz w:val="24"/>
          <w:szCs w:val="24"/>
          <w:lang w:val="hy"/>
        </w:rPr>
        <w:t xml:space="preserve"> </w:t>
      </w:r>
      <w:r w:rsidR="009A0AC0" w:rsidRPr="00A702E8">
        <w:rPr>
          <w:rFonts w:ascii="GHEA Grapalat" w:hAnsi="GHEA Grapalat" w:cs="Arial"/>
          <w:color w:val="000000" w:themeColor="text1"/>
          <w:sz w:val="24"/>
          <w:szCs w:val="24"/>
          <w:lang w:val="en-US"/>
        </w:rPr>
        <w:t>ծրագրի</w:t>
      </w:r>
      <w:r w:rsidR="009A0AC0" w:rsidRPr="00A702E8">
        <w:rPr>
          <w:rFonts w:ascii="GHEA Grapalat" w:hAnsi="GHEA Grapalat" w:cs="Arial"/>
          <w:color w:val="000000" w:themeColor="text1"/>
          <w:sz w:val="24"/>
          <w:szCs w:val="24"/>
          <w:lang w:val="hy"/>
        </w:rPr>
        <w:t xml:space="preserve"> </w:t>
      </w:r>
      <w:r w:rsidR="009A0AC0" w:rsidRPr="00A702E8">
        <w:rPr>
          <w:rFonts w:ascii="GHEA Grapalat" w:hAnsi="GHEA Grapalat" w:cs="Arial"/>
          <w:color w:val="000000" w:themeColor="text1"/>
          <w:sz w:val="24"/>
          <w:szCs w:val="24"/>
          <w:lang w:val="en-US"/>
        </w:rPr>
        <w:t>իրականացման</w:t>
      </w:r>
      <w:r w:rsidR="009A0AC0" w:rsidRPr="00A702E8">
        <w:rPr>
          <w:rFonts w:ascii="GHEA Grapalat" w:hAnsi="GHEA Grapalat" w:cs="Arial"/>
          <w:color w:val="000000" w:themeColor="text1"/>
          <w:sz w:val="24"/>
          <w:szCs w:val="24"/>
          <w:lang w:val="hy"/>
        </w:rPr>
        <w:t xml:space="preserve"> </w:t>
      </w:r>
      <w:r w:rsidR="009A0AC0" w:rsidRPr="00A702E8">
        <w:rPr>
          <w:rFonts w:ascii="GHEA Grapalat" w:hAnsi="GHEA Grapalat" w:cs="Arial"/>
          <w:color w:val="000000" w:themeColor="text1"/>
          <w:sz w:val="24"/>
          <w:szCs w:val="24"/>
          <w:lang w:val="en-US"/>
        </w:rPr>
        <w:t>նախահաշիվ</w:t>
      </w:r>
      <w:r w:rsidR="009A0AC0" w:rsidRPr="00A702E8">
        <w:rPr>
          <w:rFonts w:ascii="GHEA Grapalat" w:hAnsi="GHEA Grapalat" w:cs="Arial"/>
          <w:color w:val="000000" w:themeColor="text1"/>
          <w:sz w:val="24"/>
          <w:szCs w:val="24"/>
          <w:lang w:val="hy-AM"/>
        </w:rPr>
        <w:t>ն</w:t>
      </w:r>
      <w:r w:rsidR="009A0AC0" w:rsidRPr="00A702E8">
        <w:rPr>
          <w:rFonts w:ascii="GHEA Grapalat" w:hAnsi="GHEA Grapalat" w:cs="Arial"/>
          <w:color w:val="000000" w:themeColor="text1"/>
          <w:sz w:val="24"/>
          <w:szCs w:val="24"/>
          <w:lang w:val="en-US"/>
        </w:rPr>
        <w:t>՝</w:t>
      </w:r>
      <w:r w:rsidR="009A0AC0" w:rsidRPr="00A702E8">
        <w:rPr>
          <w:rFonts w:ascii="GHEA Grapalat" w:hAnsi="GHEA Grapalat" w:cs="Arial"/>
          <w:color w:val="000000" w:themeColor="text1"/>
          <w:sz w:val="24"/>
          <w:szCs w:val="24"/>
          <w:lang w:val="hy"/>
        </w:rPr>
        <w:t xml:space="preserve"> </w:t>
      </w:r>
      <w:r w:rsidR="009A0AC0" w:rsidRPr="00A702E8">
        <w:rPr>
          <w:rFonts w:ascii="GHEA Grapalat" w:hAnsi="GHEA Grapalat" w:cs="Arial"/>
          <w:color w:val="000000" w:themeColor="text1"/>
          <w:sz w:val="24"/>
          <w:szCs w:val="24"/>
          <w:lang w:val="en-US"/>
        </w:rPr>
        <w:t>ըստ</w:t>
      </w:r>
      <w:r w:rsidR="009A0AC0" w:rsidRPr="00A702E8">
        <w:rPr>
          <w:rFonts w:ascii="GHEA Grapalat" w:hAnsi="GHEA Grapalat" w:cs="Arial"/>
          <w:color w:val="000000" w:themeColor="text1"/>
          <w:sz w:val="24"/>
          <w:szCs w:val="24"/>
          <w:lang w:val="hy"/>
        </w:rPr>
        <w:t xml:space="preserve"> </w:t>
      </w:r>
      <w:r w:rsidR="009A0AC0" w:rsidRPr="00A702E8">
        <w:rPr>
          <w:rFonts w:ascii="GHEA Grapalat" w:hAnsi="GHEA Grapalat" w:cs="Arial"/>
          <w:color w:val="000000" w:themeColor="text1"/>
          <w:sz w:val="24"/>
          <w:szCs w:val="24"/>
          <w:lang w:val="en-US"/>
        </w:rPr>
        <w:t>ընտրված</w:t>
      </w:r>
      <w:r w:rsidR="009A0AC0" w:rsidRPr="00A702E8">
        <w:rPr>
          <w:rFonts w:ascii="GHEA Grapalat" w:hAnsi="GHEA Grapalat" w:cs="Arial"/>
          <w:color w:val="000000" w:themeColor="text1"/>
          <w:sz w:val="24"/>
          <w:szCs w:val="24"/>
          <w:lang w:val="hy"/>
        </w:rPr>
        <w:t xml:space="preserve"> </w:t>
      </w:r>
      <w:r w:rsidR="009A0AC0" w:rsidRPr="00A702E8">
        <w:rPr>
          <w:rFonts w:ascii="GHEA Grapalat" w:hAnsi="GHEA Grapalat" w:cs="Arial"/>
          <w:color w:val="000000" w:themeColor="text1"/>
          <w:sz w:val="24"/>
          <w:szCs w:val="24"/>
          <w:lang w:val="en-US"/>
        </w:rPr>
        <w:t>ձևի</w:t>
      </w:r>
      <w:r w:rsidR="009A0AC0" w:rsidRPr="00A702E8">
        <w:rPr>
          <w:rFonts w:ascii="GHEA Grapalat" w:hAnsi="GHEA Grapalat" w:cs="Arial"/>
          <w:color w:val="000000" w:themeColor="text1"/>
          <w:sz w:val="24"/>
          <w:szCs w:val="24"/>
          <w:lang w:val="hy"/>
        </w:rPr>
        <w:t xml:space="preserve"> </w:t>
      </w:r>
      <w:r w:rsidR="009A0AC0" w:rsidRPr="00A702E8">
        <w:rPr>
          <w:rFonts w:ascii="GHEA Grapalat" w:hAnsi="GHEA Grapalat" w:cs="Arial"/>
          <w:color w:val="000000" w:themeColor="text1"/>
          <w:sz w:val="24"/>
          <w:szCs w:val="24"/>
          <w:lang w:val="en-US"/>
        </w:rPr>
        <w:t>կամ</w:t>
      </w:r>
      <w:r w:rsidR="009A0AC0" w:rsidRPr="00A702E8">
        <w:rPr>
          <w:rFonts w:ascii="GHEA Grapalat" w:hAnsi="GHEA Grapalat" w:cs="Arial"/>
          <w:color w:val="000000" w:themeColor="text1"/>
          <w:sz w:val="24"/>
          <w:szCs w:val="24"/>
          <w:lang w:val="hy"/>
        </w:rPr>
        <w:t xml:space="preserve"> </w:t>
      </w:r>
      <w:r w:rsidR="009A0AC0" w:rsidRPr="00A702E8">
        <w:rPr>
          <w:rFonts w:ascii="GHEA Grapalat" w:hAnsi="GHEA Grapalat" w:cs="Arial"/>
          <w:color w:val="000000" w:themeColor="text1"/>
          <w:sz w:val="24"/>
          <w:szCs w:val="24"/>
          <w:lang w:val="en-US"/>
        </w:rPr>
        <w:t>ձևերի</w:t>
      </w:r>
      <w:r w:rsidR="009A0AC0" w:rsidRPr="00A702E8">
        <w:rPr>
          <w:rFonts w:ascii="GHEA Grapalat" w:hAnsi="GHEA Grapalat" w:cs="Arial"/>
          <w:color w:val="000000" w:themeColor="text1"/>
          <w:sz w:val="24"/>
          <w:szCs w:val="24"/>
          <w:lang w:val="hy"/>
        </w:rPr>
        <w:t xml:space="preserve">, </w:t>
      </w:r>
      <w:r w:rsidR="009A0AC0" w:rsidRPr="00A702E8">
        <w:rPr>
          <w:rFonts w:ascii="GHEA Grapalat" w:hAnsi="GHEA Grapalat" w:cs="Arial"/>
          <w:color w:val="000000" w:themeColor="text1"/>
          <w:sz w:val="24"/>
          <w:szCs w:val="24"/>
          <w:lang w:val="en-US"/>
        </w:rPr>
        <w:t>որը</w:t>
      </w:r>
      <w:r w:rsidR="009A0AC0" w:rsidRPr="00A702E8">
        <w:rPr>
          <w:rFonts w:ascii="GHEA Grapalat" w:hAnsi="GHEA Grapalat" w:cs="Arial"/>
          <w:color w:val="000000" w:themeColor="text1"/>
          <w:sz w:val="24"/>
          <w:szCs w:val="24"/>
          <w:lang w:val="hy"/>
        </w:rPr>
        <w:t xml:space="preserve"> </w:t>
      </w:r>
      <w:r w:rsidR="009A0AC0" w:rsidRPr="00A702E8">
        <w:rPr>
          <w:rFonts w:ascii="GHEA Grapalat" w:hAnsi="GHEA Grapalat" w:cs="Arial"/>
          <w:color w:val="000000" w:themeColor="text1"/>
          <w:sz w:val="24"/>
          <w:szCs w:val="24"/>
          <w:lang w:val="en-US"/>
        </w:rPr>
        <w:t>կցվում</w:t>
      </w:r>
      <w:r w:rsidR="009A0AC0" w:rsidRPr="00A702E8">
        <w:rPr>
          <w:rFonts w:ascii="GHEA Grapalat" w:hAnsi="GHEA Grapalat" w:cs="Arial"/>
          <w:color w:val="000000" w:themeColor="text1"/>
          <w:sz w:val="24"/>
          <w:szCs w:val="24"/>
          <w:lang w:val="hy"/>
        </w:rPr>
        <w:t xml:space="preserve"> </w:t>
      </w:r>
      <w:r w:rsidR="009A0AC0" w:rsidRPr="00A702E8">
        <w:rPr>
          <w:rFonts w:ascii="GHEA Grapalat" w:hAnsi="GHEA Grapalat" w:cs="Arial"/>
          <w:color w:val="000000" w:themeColor="text1"/>
          <w:sz w:val="24"/>
          <w:szCs w:val="24"/>
          <w:lang w:val="en-US"/>
        </w:rPr>
        <w:t>է</w:t>
      </w:r>
      <w:r w:rsidR="009A0AC0" w:rsidRPr="00A702E8">
        <w:rPr>
          <w:rFonts w:ascii="GHEA Grapalat" w:hAnsi="GHEA Grapalat" w:cs="Arial"/>
          <w:color w:val="000000" w:themeColor="text1"/>
          <w:sz w:val="24"/>
          <w:szCs w:val="24"/>
          <w:lang w:val="hy"/>
        </w:rPr>
        <w:t xml:space="preserve"> </w:t>
      </w:r>
      <w:r w:rsidR="009A0AC0" w:rsidRPr="00A702E8">
        <w:rPr>
          <w:rFonts w:ascii="GHEA Grapalat" w:hAnsi="GHEA Grapalat" w:cs="Arial"/>
          <w:color w:val="000000" w:themeColor="text1"/>
          <w:sz w:val="24"/>
          <w:szCs w:val="24"/>
          <w:lang w:val="en-US"/>
        </w:rPr>
        <w:t>որակավորման</w:t>
      </w:r>
      <w:r w:rsidR="009A0AC0" w:rsidRPr="00A702E8">
        <w:rPr>
          <w:rFonts w:ascii="GHEA Grapalat" w:hAnsi="GHEA Grapalat" w:cs="Arial"/>
          <w:color w:val="000000" w:themeColor="text1"/>
          <w:sz w:val="24"/>
          <w:szCs w:val="24"/>
          <w:lang w:val="hy"/>
        </w:rPr>
        <w:t xml:space="preserve"> </w:t>
      </w:r>
      <w:r w:rsidR="009A0AC0" w:rsidRPr="00A702E8">
        <w:rPr>
          <w:rFonts w:ascii="GHEA Grapalat" w:hAnsi="GHEA Grapalat" w:cs="Arial"/>
          <w:color w:val="000000" w:themeColor="text1"/>
          <w:sz w:val="24"/>
          <w:szCs w:val="24"/>
          <w:lang w:val="en-US"/>
        </w:rPr>
        <w:t>նախահաշվին։</w:t>
      </w:r>
      <w:r w:rsidR="009A0AC0" w:rsidRPr="00A702E8">
        <w:rPr>
          <w:rFonts w:ascii="GHEA Grapalat" w:hAnsi="GHEA Grapalat" w:cs="Arial"/>
          <w:color w:val="000000" w:themeColor="text1"/>
          <w:sz w:val="24"/>
          <w:szCs w:val="24"/>
          <w:lang w:val="hy"/>
        </w:rPr>
        <w:t xml:space="preserve"> </w:t>
      </w:r>
    </w:p>
    <w:p w14:paraId="0333C019" w14:textId="77777777" w:rsidR="009A0AC0" w:rsidRPr="00A702E8" w:rsidRDefault="009A0AC0" w:rsidP="009A0AC0">
      <w:pPr>
        <w:shd w:val="clear" w:color="auto" w:fill="FFFFFF"/>
        <w:spacing w:line="360" w:lineRule="auto"/>
        <w:ind w:left="720" w:hanging="720"/>
        <w:jc w:val="both"/>
        <w:rPr>
          <w:rFonts w:ascii="GHEA Grapalat" w:hAnsi="GHEA Grapalat" w:cs="Arial"/>
          <w:color w:val="000000" w:themeColor="text1"/>
          <w:sz w:val="24"/>
          <w:szCs w:val="24"/>
          <w:lang w:val="hy"/>
        </w:rPr>
      </w:pPr>
    </w:p>
    <w:p w14:paraId="56C02846" w14:textId="77777777" w:rsidR="009A0AC0" w:rsidRPr="00A702E8" w:rsidRDefault="009A0AC0" w:rsidP="009A0AC0">
      <w:pPr>
        <w:numPr>
          <w:ilvl w:val="0"/>
          <w:numId w:val="39"/>
        </w:numPr>
        <w:shd w:val="clear" w:color="auto" w:fill="FFFFFF"/>
        <w:spacing w:after="0" w:line="360" w:lineRule="auto"/>
        <w:ind w:left="720" w:hanging="720"/>
        <w:contextualSpacing/>
        <w:jc w:val="center"/>
        <w:rPr>
          <w:rFonts w:ascii="GHEA Grapalat" w:hAnsi="GHEA Grapalat" w:cs="Arial"/>
          <w:b/>
          <w:bCs/>
          <w:color w:val="000000" w:themeColor="text1"/>
          <w:sz w:val="24"/>
          <w:szCs w:val="24"/>
        </w:rPr>
      </w:pPr>
      <w:r w:rsidRPr="00A702E8">
        <w:rPr>
          <w:rFonts w:ascii="GHEA Grapalat" w:hAnsi="GHEA Grapalat" w:cs="Arial"/>
          <w:b/>
          <w:bCs/>
          <w:color w:val="000000" w:themeColor="text1"/>
          <w:sz w:val="24"/>
          <w:szCs w:val="24"/>
          <w:lang w:val="en-US"/>
        </w:rPr>
        <w:t>ՍՈՑԻԱԼԱԿԱՆ</w:t>
      </w:r>
      <w:r w:rsidRPr="00A702E8">
        <w:rPr>
          <w:rFonts w:ascii="GHEA Grapalat" w:hAnsi="GHEA Grapalat" w:cs="Arial"/>
          <w:b/>
          <w:bCs/>
          <w:color w:val="000000" w:themeColor="text1"/>
          <w:sz w:val="24"/>
          <w:szCs w:val="24"/>
        </w:rPr>
        <w:t xml:space="preserve"> </w:t>
      </w:r>
      <w:r w:rsidRPr="00A702E8">
        <w:rPr>
          <w:rFonts w:ascii="GHEA Grapalat" w:hAnsi="GHEA Grapalat" w:cs="Arial"/>
          <w:b/>
          <w:bCs/>
          <w:color w:val="000000" w:themeColor="text1"/>
          <w:sz w:val="24"/>
          <w:szCs w:val="24"/>
          <w:lang w:val="en-US"/>
        </w:rPr>
        <w:t>ԳՈՐԾԸՆԿԵՐՈՒԹՅՈՒՆԸ</w:t>
      </w:r>
    </w:p>
    <w:p w14:paraId="24D5E112" w14:textId="77777777" w:rsidR="009A0AC0" w:rsidRPr="00A702E8" w:rsidRDefault="009A0AC0" w:rsidP="009A0AC0">
      <w:pPr>
        <w:shd w:val="clear" w:color="auto" w:fill="FFFFFF"/>
        <w:spacing w:line="360" w:lineRule="auto"/>
        <w:ind w:left="720" w:hanging="720"/>
        <w:contextualSpacing/>
        <w:jc w:val="center"/>
        <w:rPr>
          <w:rFonts w:ascii="GHEA Grapalat" w:hAnsi="GHEA Grapalat" w:cs="Arial"/>
          <w:b/>
          <w:bCs/>
          <w:color w:val="000000" w:themeColor="text1"/>
          <w:sz w:val="24"/>
          <w:szCs w:val="24"/>
        </w:rPr>
      </w:pPr>
      <w:r w:rsidRPr="00A702E8">
        <w:rPr>
          <w:rFonts w:ascii="GHEA Grapalat" w:hAnsi="GHEA Grapalat" w:cs="Arial"/>
          <w:b/>
          <w:bCs/>
          <w:color w:val="000000" w:themeColor="text1"/>
          <w:sz w:val="24"/>
          <w:szCs w:val="24"/>
          <w:lang w:val="en-US"/>
        </w:rPr>
        <w:lastRenderedPageBreak/>
        <w:t>ԱՀՈՒ</w:t>
      </w:r>
      <w:r w:rsidRPr="00A702E8">
        <w:rPr>
          <w:rFonts w:ascii="GHEA Grapalat" w:hAnsi="GHEA Grapalat" w:cs="Arial"/>
          <w:b/>
          <w:bCs/>
          <w:color w:val="000000" w:themeColor="text1"/>
          <w:sz w:val="24"/>
          <w:szCs w:val="24"/>
        </w:rPr>
        <w:t xml:space="preserve"> </w:t>
      </w:r>
      <w:r w:rsidRPr="00A702E8">
        <w:rPr>
          <w:rFonts w:ascii="GHEA Grapalat" w:hAnsi="GHEA Grapalat" w:cs="Arial"/>
          <w:b/>
          <w:bCs/>
          <w:color w:val="000000" w:themeColor="text1"/>
          <w:sz w:val="24"/>
          <w:szCs w:val="24"/>
          <w:lang w:val="en-US"/>
        </w:rPr>
        <w:t>ՆԱԽԱՊԱՏՐԱՍՏՄԱՆ</w:t>
      </w:r>
      <w:r w:rsidRPr="00A702E8">
        <w:rPr>
          <w:rFonts w:ascii="GHEA Grapalat" w:hAnsi="GHEA Grapalat" w:cs="Arial"/>
          <w:b/>
          <w:bCs/>
          <w:color w:val="000000" w:themeColor="text1"/>
          <w:sz w:val="24"/>
          <w:szCs w:val="24"/>
        </w:rPr>
        <w:t xml:space="preserve"> </w:t>
      </w:r>
      <w:r w:rsidRPr="00A702E8">
        <w:rPr>
          <w:rFonts w:ascii="GHEA Grapalat" w:hAnsi="GHEA Grapalat" w:cs="Arial"/>
          <w:b/>
          <w:bCs/>
          <w:color w:val="000000" w:themeColor="text1"/>
          <w:sz w:val="24"/>
          <w:szCs w:val="24"/>
          <w:lang w:val="en-US"/>
        </w:rPr>
        <w:t>ԱՇԽԱՏԱՆՔՆԵՐՈՒՄ</w:t>
      </w:r>
    </w:p>
    <w:p w14:paraId="3C2828A3" w14:textId="77777777" w:rsidR="009A0AC0" w:rsidRPr="00A702E8" w:rsidRDefault="009A0AC0" w:rsidP="009A0AC0">
      <w:pPr>
        <w:shd w:val="clear" w:color="auto" w:fill="FFFFFF"/>
        <w:spacing w:line="360" w:lineRule="auto"/>
        <w:ind w:left="720" w:hanging="720"/>
        <w:jc w:val="both"/>
        <w:rPr>
          <w:rFonts w:ascii="GHEA Grapalat" w:hAnsi="GHEA Grapalat" w:cs="Arial"/>
          <w:color w:val="000000" w:themeColor="text1"/>
          <w:sz w:val="24"/>
          <w:szCs w:val="24"/>
        </w:rPr>
      </w:pPr>
    </w:p>
    <w:p w14:paraId="6BABB86C" w14:textId="77777777" w:rsidR="009A0AC0" w:rsidRPr="00A702E8" w:rsidRDefault="009A0AC0" w:rsidP="009A0AC0">
      <w:pPr>
        <w:numPr>
          <w:ilvl w:val="0"/>
          <w:numId w:val="3"/>
        </w:numPr>
        <w:shd w:val="clear" w:color="auto" w:fill="FFFFFF"/>
        <w:spacing w:after="0" w:line="360" w:lineRule="auto"/>
        <w:ind w:left="720" w:hanging="720"/>
        <w:contextualSpacing/>
        <w:jc w:val="both"/>
        <w:rPr>
          <w:rFonts w:ascii="GHEA Grapalat" w:hAnsi="GHEA Grapalat" w:cs="Arial"/>
          <w:color w:val="000000" w:themeColor="text1"/>
          <w:sz w:val="24"/>
          <w:szCs w:val="24"/>
        </w:rPr>
      </w:pPr>
      <w:r w:rsidRPr="00A702E8">
        <w:rPr>
          <w:rFonts w:ascii="GHEA Grapalat" w:hAnsi="GHEA Grapalat" w:cs="Arial"/>
          <w:color w:val="000000" w:themeColor="text1"/>
          <w:sz w:val="24"/>
          <w:szCs w:val="24"/>
          <w:lang w:val="en-US"/>
        </w:rPr>
        <w:t>ՄՈՒՀ</w:t>
      </w:r>
      <w:r w:rsidRPr="00A702E8">
        <w:rPr>
          <w:rFonts w:ascii="GHEA Grapalat" w:hAnsi="GHEA Grapalat" w:cs="Arial"/>
          <w:color w:val="000000" w:themeColor="text1"/>
          <w:sz w:val="24"/>
          <w:szCs w:val="24"/>
        </w:rPr>
        <w:t>-</w:t>
      </w:r>
      <w:r w:rsidRPr="00A702E8">
        <w:rPr>
          <w:rFonts w:ascii="GHEA Grapalat" w:hAnsi="GHEA Grapalat" w:cs="Arial"/>
          <w:color w:val="000000" w:themeColor="text1"/>
          <w:sz w:val="24"/>
          <w:szCs w:val="24"/>
          <w:lang w:val="en-US"/>
        </w:rPr>
        <w:t>ը</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իր</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կողմից</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իրականացվող</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որակավորման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ծրագրի</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ԳԱՈՒ</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բաղադրիչն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ապահովելու</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և</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ԱՀՈՒ</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ձևը</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որոշելու</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համար</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ինքնուրույն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կամ</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մասնագիտացված</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կառույցների</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տեղեկատվական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բազաների</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կամ</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ՄԿՈՒ</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համակարգող</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կառույցի</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միջոցով</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ուսումնասիրում</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է՝</w:t>
      </w:r>
      <w:r w:rsidRPr="00A702E8">
        <w:rPr>
          <w:rFonts w:ascii="GHEA Grapalat" w:hAnsi="GHEA Grapalat" w:cs="Arial"/>
          <w:color w:val="000000" w:themeColor="text1"/>
          <w:sz w:val="24"/>
          <w:szCs w:val="24"/>
        </w:rPr>
        <w:t xml:space="preserve"> </w:t>
      </w:r>
    </w:p>
    <w:p w14:paraId="35CF04D1" w14:textId="77777777" w:rsidR="009A0AC0" w:rsidRPr="00A702E8" w:rsidRDefault="009A0AC0" w:rsidP="009A0AC0">
      <w:pPr>
        <w:numPr>
          <w:ilvl w:val="0"/>
          <w:numId w:val="4"/>
        </w:numPr>
        <w:shd w:val="clear" w:color="auto" w:fill="FFFFFF"/>
        <w:spacing w:after="0" w:line="360" w:lineRule="auto"/>
        <w:ind w:left="720" w:hanging="720"/>
        <w:contextualSpacing/>
        <w:jc w:val="both"/>
        <w:rPr>
          <w:rFonts w:ascii="GHEA Grapalat" w:eastAsia="GHEA Grapalat" w:hAnsi="GHEA Grapalat" w:cs="GHEA Grapalat"/>
          <w:color w:val="000000" w:themeColor="text1"/>
          <w:sz w:val="24"/>
          <w:szCs w:val="24"/>
        </w:rPr>
      </w:pPr>
      <w:r w:rsidRPr="00A702E8">
        <w:rPr>
          <w:rFonts w:ascii="GHEA Grapalat" w:hAnsi="GHEA Grapalat" w:cs="Arial"/>
          <w:color w:val="000000" w:themeColor="text1"/>
          <w:sz w:val="24"/>
          <w:szCs w:val="24"/>
          <w:lang w:val="en-US"/>
        </w:rPr>
        <w:t>իր</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գործունեության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տարածաշրջանում</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և</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որակավորման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ոլորտում</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սոցիալական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գործընկերների</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առկայությունը</w:t>
      </w:r>
      <w:r w:rsidRPr="00A702E8">
        <w:rPr>
          <w:rFonts w:ascii="GHEA Grapalat" w:hAnsi="GHEA Grapalat" w:cs="Arial"/>
          <w:color w:val="000000" w:themeColor="text1"/>
          <w:sz w:val="24"/>
          <w:szCs w:val="24"/>
        </w:rPr>
        <w:t xml:space="preserve">. </w:t>
      </w:r>
      <w:bookmarkStart w:id="3" w:name="_Hlk210822744"/>
    </w:p>
    <w:p w14:paraId="61F889E2" w14:textId="77777777" w:rsidR="009A0AC0" w:rsidRPr="00A702E8" w:rsidRDefault="009A0AC0" w:rsidP="009A0AC0">
      <w:pPr>
        <w:numPr>
          <w:ilvl w:val="0"/>
          <w:numId w:val="4"/>
        </w:numPr>
        <w:shd w:val="clear" w:color="auto" w:fill="FFFFFF"/>
        <w:spacing w:after="0" w:line="360" w:lineRule="auto"/>
        <w:ind w:left="720" w:hanging="720"/>
        <w:contextualSpacing/>
        <w:jc w:val="both"/>
        <w:rPr>
          <w:rFonts w:ascii="GHEA Grapalat" w:eastAsia="GHEA Grapalat" w:hAnsi="GHEA Grapalat" w:cs="GHEA Grapalat"/>
          <w:color w:val="000000" w:themeColor="text1"/>
          <w:sz w:val="24"/>
          <w:szCs w:val="24"/>
        </w:rPr>
      </w:pPr>
      <w:r w:rsidRPr="00A702E8">
        <w:rPr>
          <w:rFonts w:ascii="GHEA Grapalat" w:hAnsi="GHEA Grapalat" w:cs="Arial"/>
          <w:color w:val="000000" w:themeColor="text1"/>
          <w:sz w:val="24"/>
          <w:szCs w:val="24"/>
          <w:lang w:val="en-US"/>
        </w:rPr>
        <w:t>հավանական</w:t>
      </w:r>
      <w:r w:rsidRPr="00A702E8">
        <w:rPr>
          <w:rFonts w:ascii="GHEA Grapalat" w:hAnsi="GHEA Grapalat" w:cs="Arial"/>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գործընկեր</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կողմ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հանդիսացող</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կազմակերպությունների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առկայությունը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դրանց</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կադրային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պահանջարկի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կարիքները</w:t>
      </w:r>
      <w:r w:rsidRPr="00A702E8">
        <w:rPr>
          <w:rFonts w:ascii="GHEA Grapalat" w:eastAsia="GHEA Grapalat" w:hAnsi="GHEA Grapalat" w:cs="GHEA Grapalat"/>
          <w:color w:val="000000" w:themeColor="text1"/>
          <w:sz w:val="24"/>
          <w:szCs w:val="24"/>
        </w:rPr>
        <w:t xml:space="preserve">. </w:t>
      </w:r>
    </w:p>
    <w:p w14:paraId="16CE99A4" w14:textId="77777777" w:rsidR="009A0AC0" w:rsidRPr="00A702E8" w:rsidRDefault="009A0AC0" w:rsidP="009A0AC0">
      <w:pPr>
        <w:numPr>
          <w:ilvl w:val="0"/>
          <w:numId w:val="4"/>
        </w:numPr>
        <w:shd w:val="clear" w:color="auto" w:fill="FFFFFF"/>
        <w:spacing w:after="0" w:line="360" w:lineRule="auto"/>
        <w:ind w:left="720" w:hanging="720"/>
        <w:contextualSpacing/>
        <w:jc w:val="both"/>
        <w:rPr>
          <w:rFonts w:ascii="GHEA Grapalat" w:eastAsia="GHEA Grapalat" w:hAnsi="GHEA Grapalat" w:cs="GHEA Grapalat"/>
          <w:color w:val="000000" w:themeColor="text1"/>
          <w:sz w:val="24"/>
          <w:szCs w:val="24"/>
        </w:rPr>
      </w:pPr>
      <w:r w:rsidRPr="00A702E8">
        <w:rPr>
          <w:rFonts w:ascii="GHEA Grapalat" w:eastAsia="GHEA Grapalat" w:hAnsi="GHEA Grapalat" w:cs="GHEA Grapalat"/>
          <w:color w:val="000000" w:themeColor="text1"/>
          <w:sz w:val="24"/>
          <w:szCs w:val="24"/>
          <w:lang w:val="en-US"/>
        </w:rPr>
        <w:t>տարածաշրջանում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Հայաստանում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տվյալ</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զբաղվածության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զարգացման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ռազմավարական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ծրագրերը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մասնագիտական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կադրերի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կարողունակություններին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ներկայացվող</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պահանջարկը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որոնք</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կարող</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են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լուծվել</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ՄԿՈՒ</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ծրագրերի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շրջանակում</w:t>
      </w:r>
      <w:r w:rsidRPr="00A702E8">
        <w:rPr>
          <w:rFonts w:ascii="GHEA Grapalat" w:eastAsia="GHEA Grapalat" w:hAnsi="GHEA Grapalat" w:cs="GHEA Grapalat"/>
          <w:color w:val="000000" w:themeColor="text1"/>
          <w:sz w:val="24"/>
          <w:szCs w:val="24"/>
        </w:rPr>
        <w:t xml:space="preserve">. </w:t>
      </w:r>
    </w:p>
    <w:p w14:paraId="0EE8E9B2" w14:textId="77777777" w:rsidR="009A0AC0" w:rsidRPr="00A702E8" w:rsidRDefault="009A0AC0" w:rsidP="009A0AC0">
      <w:pPr>
        <w:numPr>
          <w:ilvl w:val="0"/>
          <w:numId w:val="4"/>
        </w:numPr>
        <w:shd w:val="clear" w:color="auto" w:fill="FFFFFF"/>
        <w:spacing w:after="0" w:line="360" w:lineRule="auto"/>
        <w:ind w:left="720" w:hanging="720"/>
        <w:contextualSpacing/>
        <w:jc w:val="both"/>
        <w:rPr>
          <w:rFonts w:ascii="GHEA Grapalat" w:eastAsia="GHEA Grapalat" w:hAnsi="GHEA Grapalat" w:cs="GHEA Grapalat"/>
          <w:color w:val="000000" w:themeColor="text1"/>
          <w:sz w:val="24"/>
          <w:szCs w:val="24"/>
        </w:rPr>
      </w:pPr>
      <w:r w:rsidRPr="00A702E8">
        <w:rPr>
          <w:rFonts w:ascii="GHEA Grapalat" w:eastAsia="GHEA Grapalat" w:hAnsi="GHEA Grapalat" w:cs="GHEA Grapalat"/>
          <w:color w:val="000000" w:themeColor="text1"/>
          <w:sz w:val="24"/>
          <w:szCs w:val="24"/>
          <w:lang w:val="en-US"/>
        </w:rPr>
        <w:t>որոշակի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որակավորմամբ</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դրա</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ուղղվածությամբ</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միկրոորակավորմամբ</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մասնագետների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շարունակական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պահանջարկը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ընդգրկվածության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շրջանակը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մասնավորապես՝</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որոշակի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որակավորման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պահանջարկի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քանակը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կադրային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հոսունությունը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համալրման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պարբերականությունը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և</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այլն</w:t>
      </w:r>
      <w:r w:rsidRPr="00A702E8">
        <w:rPr>
          <w:rFonts w:ascii="GHEA Grapalat" w:eastAsia="GHEA Grapalat" w:hAnsi="GHEA Grapalat" w:cs="GHEA Grapalat"/>
          <w:color w:val="000000" w:themeColor="text1"/>
          <w:sz w:val="24"/>
          <w:szCs w:val="24"/>
        </w:rPr>
        <w:t xml:space="preserve">. </w:t>
      </w:r>
    </w:p>
    <w:p w14:paraId="1859FF39" w14:textId="77777777" w:rsidR="009A0AC0" w:rsidRPr="00A702E8" w:rsidRDefault="009A0AC0" w:rsidP="009A0AC0">
      <w:pPr>
        <w:numPr>
          <w:ilvl w:val="0"/>
          <w:numId w:val="4"/>
        </w:numPr>
        <w:shd w:val="clear" w:color="auto" w:fill="FFFFFF"/>
        <w:spacing w:after="0" w:line="360" w:lineRule="auto"/>
        <w:ind w:left="720" w:hanging="720"/>
        <w:contextualSpacing/>
        <w:jc w:val="both"/>
        <w:rPr>
          <w:rFonts w:ascii="GHEA Grapalat" w:eastAsia="GHEA Grapalat" w:hAnsi="GHEA Grapalat" w:cs="GHEA Grapalat"/>
          <w:color w:val="000000" w:themeColor="text1"/>
          <w:sz w:val="24"/>
          <w:szCs w:val="24"/>
        </w:rPr>
      </w:pPr>
      <w:r w:rsidRPr="00A702E8">
        <w:rPr>
          <w:rFonts w:ascii="GHEA Grapalat" w:eastAsia="GHEA Grapalat" w:hAnsi="GHEA Grapalat" w:cs="GHEA Grapalat"/>
          <w:color w:val="000000" w:themeColor="text1"/>
          <w:sz w:val="24"/>
          <w:szCs w:val="24"/>
          <w:lang w:val="en-US"/>
        </w:rPr>
        <w:t>իր</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կողմից</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կազմակերպվող</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որակավորման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ծրագրի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համար</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շահառու</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կազմակերպության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հետաքրքրությունները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տվյալ</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կազմակերպության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նպատակներն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ու</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գործունեությունը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տվյալ</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որակավորումից</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բխող</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գործառույթները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դրանցով</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պայմանավորված՝</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որոշակի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զբաղմունքի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աշխատողի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կարողունակությունների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պահանջարկը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կազմակերպության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զարգացման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միտումներով</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պայմանավորված</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մասնագիտական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կարողությունների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ակնկալիքները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և</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այլն։</w:t>
      </w:r>
      <w:r w:rsidRPr="00A702E8">
        <w:rPr>
          <w:rFonts w:ascii="GHEA Grapalat" w:eastAsia="GHEA Grapalat" w:hAnsi="GHEA Grapalat" w:cs="GHEA Grapalat"/>
          <w:color w:val="000000" w:themeColor="text1"/>
          <w:sz w:val="24"/>
          <w:szCs w:val="24"/>
        </w:rPr>
        <w:t xml:space="preserve">   </w:t>
      </w:r>
    </w:p>
    <w:p w14:paraId="4FA0F1F7" w14:textId="3F718B1A" w:rsidR="009A0AC0" w:rsidRPr="00A702E8" w:rsidRDefault="009A0AC0" w:rsidP="009A0AC0">
      <w:pPr>
        <w:numPr>
          <w:ilvl w:val="0"/>
          <w:numId w:val="3"/>
        </w:numPr>
        <w:shd w:val="clear" w:color="auto" w:fill="FFFFFF"/>
        <w:spacing w:after="0" w:line="360" w:lineRule="auto"/>
        <w:ind w:left="720" w:hanging="720"/>
        <w:contextualSpacing/>
        <w:jc w:val="both"/>
        <w:rPr>
          <w:rFonts w:ascii="GHEA Grapalat" w:eastAsia="GHEA Grapalat" w:hAnsi="GHEA Grapalat" w:cs="GHEA Grapalat"/>
          <w:color w:val="000000" w:themeColor="text1"/>
          <w:sz w:val="24"/>
          <w:szCs w:val="24"/>
        </w:rPr>
      </w:pPr>
      <w:r w:rsidRPr="00A702E8">
        <w:rPr>
          <w:rFonts w:ascii="GHEA Grapalat" w:eastAsia="GHEA Grapalat" w:hAnsi="GHEA Grapalat" w:cs="GHEA Grapalat"/>
          <w:color w:val="000000" w:themeColor="text1"/>
          <w:sz w:val="24"/>
          <w:szCs w:val="24"/>
          <w:lang w:val="en-US"/>
        </w:rPr>
        <w:t>ՄՈՒՀ</w:t>
      </w:r>
      <w:r w:rsidRPr="00A702E8">
        <w:rPr>
          <w:rFonts w:ascii="GHEA Grapalat" w:eastAsia="GHEA Grapalat" w:hAnsi="GHEA Grapalat" w:cs="GHEA Grapalat"/>
          <w:color w:val="000000" w:themeColor="text1"/>
          <w:sz w:val="24"/>
          <w:szCs w:val="24"/>
        </w:rPr>
        <w:t>-</w:t>
      </w:r>
      <w:r w:rsidRPr="00A702E8">
        <w:rPr>
          <w:rFonts w:ascii="GHEA Grapalat" w:eastAsia="GHEA Grapalat" w:hAnsi="GHEA Grapalat" w:cs="GHEA Grapalat"/>
          <w:color w:val="000000" w:themeColor="text1"/>
          <w:sz w:val="24"/>
          <w:szCs w:val="24"/>
          <w:lang w:val="en-US"/>
        </w:rPr>
        <w:t>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իր</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որակավորման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մոդուլային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ծրագրի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ԱՀՈՒ</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ձևը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որոշելու</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համար</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գնահատում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է</w:t>
      </w:r>
      <w:r w:rsidRPr="00A702E8">
        <w:rPr>
          <w:rFonts w:ascii="GHEA Grapalat" w:eastAsia="GHEA Grapalat" w:hAnsi="GHEA Grapalat" w:cs="GHEA Grapalat"/>
          <w:color w:val="000000" w:themeColor="text1"/>
          <w:sz w:val="24"/>
          <w:szCs w:val="24"/>
        </w:rPr>
        <w:t xml:space="preserve"> </w:t>
      </w:r>
      <w:r w:rsidR="004214E1" w:rsidRPr="00A702E8">
        <w:rPr>
          <w:rFonts w:ascii="GHEA Grapalat" w:eastAsia="GHEA Grapalat" w:hAnsi="GHEA Grapalat" w:cs="GHEA Grapalat"/>
          <w:color w:val="000000" w:themeColor="text1"/>
          <w:sz w:val="24"/>
          <w:szCs w:val="24"/>
          <w:lang w:val="en-US"/>
        </w:rPr>
        <w:t>ՄՈՒՀ-</w:t>
      </w:r>
      <w:r w:rsidRPr="00A702E8">
        <w:rPr>
          <w:rFonts w:ascii="GHEA Grapalat" w:eastAsia="GHEA Grapalat" w:hAnsi="GHEA Grapalat" w:cs="GHEA Grapalat"/>
          <w:color w:val="000000" w:themeColor="text1"/>
          <w:sz w:val="24"/>
          <w:szCs w:val="24"/>
          <w:lang w:val="en-US"/>
        </w:rPr>
        <w:t>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և</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գործընկեր</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hy-AM"/>
        </w:rPr>
        <w:t xml:space="preserve">կազմակերպության </w:t>
      </w:r>
      <w:r w:rsidRPr="00A702E8">
        <w:rPr>
          <w:rFonts w:ascii="GHEA Grapalat" w:eastAsia="GHEA Grapalat" w:hAnsi="GHEA Grapalat" w:cs="GHEA Grapalat"/>
          <w:color w:val="000000" w:themeColor="text1"/>
          <w:sz w:val="24"/>
          <w:szCs w:val="24"/>
          <w:lang w:val="en-US"/>
        </w:rPr>
        <w:t>հետ</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համագործակցության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իրատեսական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լինելը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կողմերի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միջև</w:t>
      </w:r>
      <w:r w:rsidRPr="00A702E8">
        <w:rPr>
          <w:rFonts w:ascii="GHEA Grapalat" w:eastAsia="GHEA Grapalat" w:hAnsi="GHEA Grapalat" w:cs="GHEA Grapalat"/>
          <w:color w:val="000000" w:themeColor="text1"/>
          <w:sz w:val="24"/>
          <w:szCs w:val="24"/>
        </w:rPr>
        <w:t xml:space="preserve"> </w:t>
      </w:r>
      <w:r w:rsidRPr="00A702E8">
        <w:rPr>
          <w:rFonts w:ascii="GHEA Grapalat" w:hAnsi="GHEA Grapalat" w:cs="Arial"/>
          <w:color w:val="000000" w:themeColor="text1"/>
          <w:sz w:val="24"/>
          <w:szCs w:val="24"/>
        </w:rPr>
        <w:t xml:space="preserve">համընդհանուր համաձայնեցված կրթական, </w:t>
      </w:r>
      <w:r w:rsidRPr="00A702E8">
        <w:rPr>
          <w:rFonts w:ascii="GHEA Grapalat" w:hAnsi="GHEA Grapalat" w:cs="Arial"/>
          <w:color w:val="000000" w:themeColor="text1"/>
          <w:sz w:val="24"/>
          <w:szCs w:val="24"/>
        </w:rPr>
        <w:lastRenderedPageBreak/>
        <w:t xml:space="preserve">աշխատանքային </w:t>
      </w:r>
      <w:r w:rsidRPr="00A702E8">
        <w:rPr>
          <w:rFonts w:ascii="GHEA Grapalat" w:hAnsi="GHEA Grapalat" w:cs="Arial"/>
          <w:color w:val="000000" w:themeColor="text1"/>
          <w:sz w:val="24"/>
          <w:szCs w:val="24"/>
          <w:lang w:val="en-US"/>
        </w:rPr>
        <w:t>ու</w:t>
      </w:r>
      <w:r w:rsidRPr="00A702E8">
        <w:rPr>
          <w:rFonts w:ascii="GHEA Grapalat" w:hAnsi="GHEA Grapalat" w:cs="Arial"/>
          <w:color w:val="000000" w:themeColor="text1"/>
          <w:sz w:val="24"/>
          <w:szCs w:val="24"/>
        </w:rPr>
        <w:t xml:space="preserve"> գործընկերային </w:t>
      </w:r>
      <w:r w:rsidRPr="00A702E8">
        <w:rPr>
          <w:rFonts w:ascii="GHEA Grapalat" w:hAnsi="GHEA Grapalat" w:cs="Arial"/>
          <w:color w:val="000000" w:themeColor="text1"/>
          <w:sz w:val="24"/>
          <w:szCs w:val="24"/>
          <w:lang w:val="en-US"/>
        </w:rPr>
        <w:t>հետաքրքրությունները։</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Կողմերի</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միջև</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հարաբերությունները</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և</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համագործակցության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շրջանակը</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սահմանվում</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են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համագործակցության</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պայմանագրով</w:t>
      </w:r>
      <w:r w:rsidRPr="00A702E8">
        <w:rPr>
          <w:rFonts w:ascii="GHEA Grapalat" w:hAnsi="GHEA Grapalat" w:cs="Arial"/>
          <w:color w:val="000000" w:themeColor="text1"/>
          <w:sz w:val="24"/>
          <w:szCs w:val="24"/>
        </w:rPr>
        <w:t xml:space="preserve">՝ համաձայն </w:t>
      </w:r>
      <w:r w:rsidRPr="00A702E8">
        <w:rPr>
          <w:rFonts w:ascii="GHEA Grapalat" w:hAnsi="GHEA Grapalat" w:cs="Arial"/>
          <w:color w:val="000000" w:themeColor="text1"/>
          <w:sz w:val="24"/>
          <w:szCs w:val="24"/>
          <w:lang w:val="hy-AM"/>
        </w:rPr>
        <w:t>Ձև</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hy-AM"/>
        </w:rPr>
        <w:t>3-</w:t>
      </w:r>
      <w:r w:rsidRPr="00A702E8">
        <w:rPr>
          <w:rFonts w:ascii="GHEA Grapalat" w:hAnsi="GHEA Grapalat" w:cs="Arial"/>
          <w:color w:val="000000" w:themeColor="text1"/>
          <w:sz w:val="24"/>
          <w:szCs w:val="24"/>
        </w:rPr>
        <w:t>ի</w:t>
      </w:r>
      <w:r w:rsidRPr="00A702E8">
        <w:rPr>
          <w:rFonts w:ascii="GHEA Grapalat" w:hAnsi="GHEA Grapalat" w:cs="Arial"/>
          <w:color w:val="000000" w:themeColor="text1"/>
          <w:sz w:val="24"/>
          <w:szCs w:val="24"/>
          <w:lang w:val="en-US"/>
        </w:rPr>
        <w:t>։</w:t>
      </w:r>
    </w:p>
    <w:p w14:paraId="6C6F7CC6" w14:textId="2D6C3706" w:rsidR="009A0AC0" w:rsidRPr="00A702E8" w:rsidRDefault="009A0AC0" w:rsidP="009A0AC0">
      <w:pPr>
        <w:numPr>
          <w:ilvl w:val="0"/>
          <w:numId w:val="3"/>
        </w:numPr>
        <w:shd w:val="clear" w:color="auto" w:fill="FFFFFF"/>
        <w:spacing w:after="0" w:line="360" w:lineRule="auto"/>
        <w:ind w:left="720" w:hanging="720"/>
        <w:contextualSpacing/>
        <w:jc w:val="both"/>
        <w:rPr>
          <w:rFonts w:ascii="GHEA Grapalat" w:eastAsia="GHEA Grapalat" w:hAnsi="GHEA Grapalat" w:cs="GHEA Grapalat"/>
          <w:color w:val="000000" w:themeColor="text1"/>
          <w:sz w:val="24"/>
          <w:szCs w:val="24"/>
        </w:rPr>
      </w:pPr>
      <w:r w:rsidRPr="00A702E8">
        <w:rPr>
          <w:rFonts w:ascii="GHEA Grapalat" w:eastAsia="GHEA Grapalat" w:hAnsi="GHEA Grapalat" w:cs="GHEA Grapalat"/>
          <w:color w:val="000000" w:themeColor="text1"/>
          <w:sz w:val="24"/>
          <w:szCs w:val="24"/>
          <w:lang w:val="en-US"/>
        </w:rPr>
        <w:t>ՄՈՒՀ</w:t>
      </w:r>
      <w:r w:rsidRPr="00A702E8">
        <w:rPr>
          <w:rFonts w:ascii="GHEA Grapalat" w:eastAsia="GHEA Grapalat" w:hAnsi="GHEA Grapalat" w:cs="GHEA Grapalat"/>
          <w:color w:val="000000" w:themeColor="text1"/>
          <w:sz w:val="24"/>
          <w:szCs w:val="24"/>
        </w:rPr>
        <w:t>-</w:t>
      </w:r>
      <w:r w:rsidRPr="00A702E8">
        <w:rPr>
          <w:rFonts w:ascii="GHEA Grapalat" w:eastAsia="GHEA Grapalat" w:hAnsi="GHEA Grapalat" w:cs="GHEA Grapalat"/>
          <w:color w:val="000000" w:themeColor="text1"/>
          <w:sz w:val="24"/>
          <w:szCs w:val="24"/>
          <w:lang w:val="en-US"/>
        </w:rPr>
        <w:t>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իր</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հնարավոր</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գործընկերների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հետ</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բանակցությունների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ընթացքում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ներկայացնում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է</w:t>
      </w:r>
      <w:r w:rsidRPr="00A702E8">
        <w:rPr>
          <w:rFonts w:ascii="GHEA Grapalat" w:eastAsia="GHEA Grapalat" w:hAnsi="GHEA Grapalat" w:cs="GHEA Grapalat"/>
          <w:color w:val="000000" w:themeColor="text1"/>
          <w:sz w:val="24"/>
          <w:szCs w:val="24"/>
        </w:rPr>
        <w:t xml:space="preserve"> </w:t>
      </w:r>
      <w:r w:rsidR="004214E1" w:rsidRPr="00A702E8">
        <w:rPr>
          <w:rFonts w:ascii="GHEA Grapalat" w:eastAsia="GHEA Grapalat" w:hAnsi="GHEA Grapalat" w:cs="GHEA Grapalat"/>
          <w:color w:val="000000" w:themeColor="text1"/>
          <w:sz w:val="24"/>
          <w:szCs w:val="24"/>
          <w:lang w:val="en-US"/>
        </w:rPr>
        <w:t>ՄՈՒՀ-</w:t>
      </w:r>
      <w:r w:rsidRPr="00A702E8">
        <w:rPr>
          <w:rFonts w:ascii="GHEA Grapalat" w:eastAsia="GHEA Grapalat" w:hAnsi="GHEA Grapalat" w:cs="GHEA Grapalat"/>
          <w:color w:val="000000" w:themeColor="text1"/>
          <w:sz w:val="24"/>
          <w:szCs w:val="24"/>
          <w:lang w:val="en-US"/>
        </w:rPr>
        <w:t>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հետ</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համագործակցության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առավելությունները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պետություն</w:t>
      </w:r>
      <w:r w:rsidRPr="00A702E8">
        <w:rPr>
          <w:rFonts w:ascii="GHEA Grapalat" w:eastAsia="GHEA Grapalat" w:hAnsi="GHEA Grapalat" w:cs="GHEA Grapalat"/>
          <w:color w:val="000000" w:themeColor="text1"/>
          <w:sz w:val="24"/>
          <w:szCs w:val="24"/>
        </w:rPr>
        <w:t>-</w:t>
      </w:r>
      <w:r w:rsidRPr="00A702E8">
        <w:rPr>
          <w:rFonts w:ascii="GHEA Grapalat" w:eastAsia="GHEA Grapalat" w:hAnsi="GHEA Grapalat" w:cs="GHEA Grapalat"/>
          <w:color w:val="000000" w:themeColor="text1"/>
          <w:sz w:val="24"/>
          <w:szCs w:val="24"/>
          <w:lang w:val="en-US"/>
        </w:rPr>
        <w:t>մասնավոր</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հատված</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համագործակցության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պետական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երաշխիքները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փոխադարձ</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շահեկանությունը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և</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շահադրդող</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այլ</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իրատեսական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հիմնավորումները։</w:t>
      </w:r>
      <w:r w:rsidRPr="00A702E8">
        <w:rPr>
          <w:rFonts w:ascii="GHEA Grapalat" w:eastAsia="GHEA Grapalat" w:hAnsi="GHEA Grapalat" w:cs="GHEA Grapalat"/>
          <w:color w:val="000000" w:themeColor="text1"/>
          <w:sz w:val="24"/>
          <w:szCs w:val="24"/>
        </w:rPr>
        <w:t xml:space="preserve"> </w:t>
      </w:r>
    </w:p>
    <w:p w14:paraId="0C12B54A" w14:textId="77777777" w:rsidR="009A0AC0" w:rsidRPr="00A702E8" w:rsidRDefault="009A0AC0" w:rsidP="009A0AC0">
      <w:pPr>
        <w:numPr>
          <w:ilvl w:val="0"/>
          <w:numId w:val="3"/>
        </w:numPr>
        <w:shd w:val="clear" w:color="auto" w:fill="FFFFFF"/>
        <w:spacing w:after="0" w:line="360" w:lineRule="auto"/>
        <w:ind w:left="720" w:hanging="720"/>
        <w:contextualSpacing/>
        <w:jc w:val="both"/>
        <w:rPr>
          <w:rFonts w:ascii="GHEA Grapalat" w:eastAsia="GHEA Grapalat" w:hAnsi="GHEA Grapalat" w:cs="GHEA Grapalat"/>
          <w:color w:val="000000" w:themeColor="text1"/>
          <w:sz w:val="24"/>
          <w:szCs w:val="24"/>
        </w:rPr>
      </w:pPr>
      <w:r w:rsidRPr="00A702E8">
        <w:rPr>
          <w:rFonts w:ascii="GHEA Grapalat" w:eastAsia="GHEA Grapalat" w:hAnsi="GHEA Grapalat" w:cs="GHEA Grapalat"/>
          <w:color w:val="000000" w:themeColor="text1"/>
          <w:sz w:val="24"/>
          <w:szCs w:val="24"/>
          <w:lang w:val="en-US"/>
        </w:rPr>
        <w:t>ՄՈՒՀ</w:t>
      </w:r>
      <w:r w:rsidRPr="00A702E8">
        <w:rPr>
          <w:rFonts w:ascii="GHEA Grapalat" w:eastAsia="GHEA Grapalat" w:hAnsi="GHEA Grapalat" w:cs="GHEA Grapalat"/>
          <w:color w:val="000000" w:themeColor="text1"/>
          <w:sz w:val="24"/>
          <w:szCs w:val="24"/>
        </w:rPr>
        <w:t>-</w:t>
      </w:r>
      <w:r w:rsidRPr="00A702E8">
        <w:rPr>
          <w:rFonts w:ascii="GHEA Grapalat" w:eastAsia="GHEA Grapalat" w:hAnsi="GHEA Grapalat" w:cs="GHEA Grapalat"/>
          <w:color w:val="000000" w:themeColor="text1"/>
          <w:sz w:val="24"/>
          <w:szCs w:val="24"/>
          <w:lang w:val="en-US"/>
        </w:rPr>
        <w:t>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ընտրած</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ԱՀՈՒ</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ձևով</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ԳԱՈՒ</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մոդուլային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ծրագիրը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մշակում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են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մասնագիտական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բաղադրիչը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վարող</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մանկավարժական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աշխատողները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և</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իր</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գործընկեր</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կողմ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հանդիսացող</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կազմակերպության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ներկայացուցիչները։</w:t>
      </w:r>
      <w:r w:rsidRPr="00A702E8">
        <w:rPr>
          <w:rFonts w:ascii="GHEA Grapalat" w:eastAsia="GHEA Grapalat" w:hAnsi="GHEA Grapalat" w:cs="GHEA Grapalat"/>
          <w:color w:val="000000" w:themeColor="text1"/>
          <w:sz w:val="24"/>
          <w:szCs w:val="24"/>
        </w:rPr>
        <w:t xml:space="preserve"> </w:t>
      </w:r>
    </w:p>
    <w:p w14:paraId="44C18703" w14:textId="6AE67553" w:rsidR="009A0AC0" w:rsidRPr="00A702E8" w:rsidRDefault="009A0AC0" w:rsidP="009A0AC0">
      <w:pPr>
        <w:numPr>
          <w:ilvl w:val="0"/>
          <w:numId w:val="3"/>
        </w:numPr>
        <w:shd w:val="clear" w:color="auto" w:fill="FFFFFF"/>
        <w:spacing w:after="0" w:line="360" w:lineRule="auto"/>
        <w:ind w:left="720" w:hanging="720"/>
        <w:contextualSpacing/>
        <w:jc w:val="both"/>
        <w:rPr>
          <w:rFonts w:ascii="GHEA Grapalat" w:eastAsia="GHEA Grapalat" w:hAnsi="GHEA Grapalat" w:cs="GHEA Grapalat"/>
          <w:color w:val="000000" w:themeColor="text1"/>
          <w:sz w:val="24"/>
          <w:szCs w:val="24"/>
        </w:rPr>
      </w:pPr>
      <w:r w:rsidRPr="00A702E8">
        <w:rPr>
          <w:rFonts w:ascii="GHEA Grapalat" w:eastAsia="GHEA Grapalat" w:hAnsi="GHEA Grapalat" w:cs="GHEA Grapalat"/>
          <w:color w:val="000000" w:themeColor="text1"/>
          <w:sz w:val="24"/>
          <w:szCs w:val="24"/>
          <w:lang w:val="en-US"/>
        </w:rPr>
        <w:t>Մեկից</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ավելի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գործընկերների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հետ</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ՄՈՒՀ</w:t>
      </w:r>
      <w:r w:rsidRPr="00A702E8">
        <w:rPr>
          <w:rFonts w:ascii="GHEA Grapalat" w:eastAsia="GHEA Grapalat" w:hAnsi="GHEA Grapalat" w:cs="GHEA Grapalat"/>
          <w:color w:val="000000" w:themeColor="text1"/>
          <w:sz w:val="24"/>
          <w:szCs w:val="24"/>
        </w:rPr>
        <w:t>-</w:t>
      </w:r>
      <w:r w:rsidRPr="00A702E8">
        <w:rPr>
          <w:rFonts w:ascii="GHEA Grapalat" w:eastAsia="GHEA Grapalat" w:hAnsi="GHEA Grapalat" w:cs="GHEA Grapalat"/>
          <w:color w:val="000000" w:themeColor="text1"/>
          <w:sz w:val="24"/>
          <w:szCs w:val="24"/>
          <w:lang w:val="en-US"/>
        </w:rPr>
        <w:t>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կողմից</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գործնական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աշխատանքային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իրավիճակին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հարմարեցված</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միջավայրում</w:t>
      </w:r>
      <w:r w:rsidRPr="00A702E8">
        <w:rPr>
          <w:rFonts w:ascii="GHEA Grapalat" w:eastAsia="GHEA Grapalat" w:hAnsi="GHEA Grapalat" w:cs="GHEA Grapalat"/>
          <w:color w:val="000000" w:themeColor="text1"/>
          <w:sz w:val="24"/>
          <w:szCs w:val="24"/>
        </w:rPr>
        <w:t xml:space="preserve"> </w:t>
      </w:r>
      <w:r w:rsidR="007F52D4" w:rsidRPr="00A702E8">
        <w:rPr>
          <w:rFonts w:ascii="GHEA Grapalat" w:eastAsia="GHEA Grapalat" w:hAnsi="GHEA Grapalat" w:cs="GHEA Grapalat"/>
          <w:color w:val="000000" w:themeColor="text1"/>
          <w:sz w:val="24"/>
          <w:szCs w:val="24"/>
        </w:rPr>
        <w:t xml:space="preserve">ԳԱՈՒ </w:t>
      </w:r>
      <w:r w:rsidRPr="00A702E8">
        <w:rPr>
          <w:rFonts w:ascii="GHEA Grapalat" w:eastAsia="GHEA Grapalat" w:hAnsi="GHEA Grapalat" w:cs="GHEA Grapalat"/>
          <w:color w:val="000000" w:themeColor="text1"/>
          <w:sz w:val="24"/>
          <w:szCs w:val="24"/>
          <w:lang w:val="en-US"/>
        </w:rPr>
        <w:t>կազմակերպելու</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ռոտացիայի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հիբրիդային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եղանակով</w:t>
      </w:r>
      <w:r w:rsidRPr="00A702E8">
        <w:rPr>
          <w:rFonts w:ascii="GHEA Grapalat" w:eastAsia="GHEA Grapalat" w:hAnsi="GHEA Grapalat" w:cs="GHEA Grapalat"/>
          <w:color w:val="000000" w:themeColor="text1"/>
          <w:sz w:val="24"/>
          <w:szCs w:val="24"/>
        </w:rPr>
        <w:t xml:space="preserve"> ուսումնառություն </w:t>
      </w:r>
      <w:r w:rsidRPr="00A702E8">
        <w:rPr>
          <w:rFonts w:ascii="GHEA Grapalat" w:eastAsia="GHEA Grapalat" w:hAnsi="GHEA Grapalat" w:cs="GHEA Grapalat"/>
          <w:color w:val="000000" w:themeColor="text1"/>
          <w:sz w:val="24"/>
          <w:szCs w:val="24"/>
          <w:lang w:val="en-US"/>
        </w:rPr>
        <w:t>կազմակերպելու</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դեպքում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տվյալ</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մոդուլը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կարող</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է</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ունենալ</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հավելվածներ՝</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ըստ</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իրականացման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վայրի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ծառայությունների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հնարավորությունների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այլ</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առանձնահատկությունների։</w:t>
      </w:r>
      <w:r w:rsidRPr="00A702E8">
        <w:rPr>
          <w:rFonts w:ascii="GHEA Grapalat" w:eastAsia="GHEA Grapalat" w:hAnsi="GHEA Grapalat" w:cs="GHEA Grapalat"/>
          <w:color w:val="000000" w:themeColor="text1"/>
          <w:sz w:val="24"/>
          <w:szCs w:val="24"/>
        </w:rPr>
        <w:t xml:space="preserve">  </w:t>
      </w:r>
    </w:p>
    <w:p w14:paraId="4F656198" w14:textId="77777777" w:rsidR="009A0AC0" w:rsidRPr="00A702E8" w:rsidRDefault="009A0AC0" w:rsidP="009A0AC0">
      <w:pPr>
        <w:numPr>
          <w:ilvl w:val="0"/>
          <w:numId w:val="3"/>
        </w:numPr>
        <w:shd w:val="clear" w:color="auto" w:fill="FFFFFF"/>
        <w:spacing w:after="0" w:line="360" w:lineRule="auto"/>
        <w:ind w:left="720" w:hanging="720"/>
        <w:contextualSpacing/>
        <w:jc w:val="both"/>
        <w:rPr>
          <w:rFonts w:ascii="GHEA Grapalat" w:eastAsia="GHEA Grapalat" w:hAnsi="GHEA Grapalat" w:cs="GHEA Grapalat"/>
          <w:color w:val="000000" w:themeColor="text1"/>
          <w:sz w:val="24"/>
          <w:szCs w:val="24"/>
        </w:rPr>
      </w:pPr>
      <w:r w:rsidRPr="00A702E8">
        <w:rPr>
          <w:rFonts w:ascii="GHEA Grapalat" w:eastAsia="GHEA Grapalat" w:hAnsi="GHEA Grapalat" w:cs="GHEA Grapalat"/>
          <w:color w:val="000000" w:themeColor="text1"/>
          <w:sz w:val="24"/>
          <w:szCs w:val="24"/>
          <w:lang w:val="en-US"/>
        </w:rPr>
        <w:t>ԳԱՈՒ</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մոդուլային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ծրագիրը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հաստատում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է</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ՄՈՒՀ</w:t>
      </w:r>
      <w:r w:rsidRPr="00A702E8">
        <w:rPr>
          <w:rFonts w:ascii="GHEA Grapalat" w:eastAsia="GHEA Grapalat" w:hAnsi="GHEA Grapalat" w:cs="GHEA Grapalat"/>
          <w:color w:val="000000" w:themeColor="text1"/>
          <w:sz w:val="24"/>
          <w:szCs w:val="24"/>
        </w:rPr>
        <w:t>-</w:t>
      </w:r>
      <w:r w:rsidRPr="00A702E8">
        <w:rPr>
          <w:rFonts w:ascii="GHEA Grapalat" w:eastAsia="GHEA Grapalat" w:hAnsi="GHEA Grapalat" w:cs="GHEA Grapalat"/>
          <w:color w:val="000000" w:themeColor="text1"/>
          <w:sz w:val="24"/>
          <w:szCs w:val="24"/>
          <w:lang w:val="en-US"/>
        </w:rPr>
        <w:t>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խորհուրդը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իսկ</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դրա</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բացակայության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դեպքում՝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ՄՈՒՀ</w:t>
      </w:r>
      <w:r w:rsidRPr="00A702E8">
        <w:rPr>
          <w:rFonts w:ascii="GHEA Grapalat" w:eastAsia="GHEA Grapalat" w:hAnsi="GHEA Grapalat" w:cs="GHEA Grapalat"/>
          <w:color w:val="000000" w:themeColor="text1"/>
          <w:sz w:val="24"/>
          <w:szCs w:val="24"/>
        </w:rPr>
        <w:t>-</w:t>
      </w:r>
      <w:r w:rsidRPr="00A702E8">
        <w:rPr>
          <w:rFonts w:ascii="GHEA Grapalat" w:eastAsia="GHEA Grapalat" w:hAnsi="GHEA Grapalat" w:cs="GHEA Grapalat"/>
          <w:color w:val="000000" w:themeColor="text1"/>
          <w:sz w:val="24"/>
          <w:szCs w:val="24"/>
          <w:lang w:val="en-US"/>
        </w:rPr>
        <w:t>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կանոնադրությամբ</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լիազորված</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անձը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մարմինը</w:t>
      </w:r>
      <w:r w:rsidRPr="00A702E8">
        <w:rPr>
          <w:rFonts w:ascii="GHEA Grapalat" w:eastAsia="GHEA Grapalat" w:hAnsi="GHEA Grapalat" w:cs="GHEA Grapalat"/>
          <w:color w:val="000000" w:themeColor="text1"/>
          <w:sz w:val="24"/>
          <w:szCs w:val="24"/>
        </w:rPr>
        <w:t>)</w:t>
      </w:r>
      <w:r w:rsidRPr="00A702E8">
        <w:rPr>
          <w:rFonts w:ascii="GHEA Grapalat" w:eastAsia="GHEA Grapalat" w:hAnsi="GHEA Grapalat" w:cs="GHEA Grapalat"/>
          <w:color w:val="000000" w:themeColor="text1"/>
          <w:sz w:val="24"/>
          <w:szCs w:val="24"/>
          <w:lang w:val="en-US"/>
        </w:rPr>
        <w:t>։</w:t>
      </w:r>
      <w:r w:rsidRPr="00A702E8">
        <w:rPr>
          <w:rFonts w:ascii="GHEA Grapalat" w:eastAsia="GHEA Grapalat" w:hAnsi="GHEA Grapalat" w:cs="GHEA Grapalat"/>
          <w:color w:val="000000" w:themeColor="text1"/>
          <w:sz w:val="24"/>
          <w:szCs w:val="24"/>
        </w:rPr>
        <w:t xml:space="preserve"> </w:t>
      </w:r>
    </w:p>
    <w:bookmarkEnd w:id="3"/>
    <w:p w14:paraId="7F5DE672" w14:textId="77777777" w:rsidR="009A0AC0" w:rsidRPr="00A702E8" w:rsidRDefault="009A0AC0" w:rsidP="009A0AC0">
      <w:pPr>
        <w:shd w:val="clear" w:color="auto" w:fill="FFFFFF"/>
        <w:spacing w:line="360" w:lineRule="auto"/>
        <w:ind w:left="720" w:hanging="720"/>
        <w:contextualSpacing/>
        <w:jc w:val="both"/>
        <w:rPr>
          <w:rFonts w:ascii="GHEA Grapalat" w:eastAsia="GHEA Grapalat" w:hAnsi="GHEA Grapalat" w:cs="GHEA Grapalat"/>
          <w:color w:val="000000" w:themeColor="text1"/>
          <w:sz w:val="24"/>
          <w:szCs w:val="24"/>
        </w:rPr>
      </w:pPr>
    </w:p>
    <w:p w14:paraId="505EA8A3" w14:textId="77777777" w:rsidR="009A0AC0" w:rsidRPr="00A702E8" w:rsidRDefault="009A0AC0" w:rsidP="009A0AC0">
      <w:pPr>
        <w:numPr>
          <w:ilvl w:val="0"/>
          <w:numId w:val="39"/>
        </w:numPr>
        <w:shd w:val="clear" w:color="auto" w:fill="FFFFFF"/>
        <w:spacing w:after="0" w:line="360" w:lineRule="auto"/>
        <w:ind w:left="720" w:hanging="720"/>
        <w:contextualSpacing/>
        <w:jc w:val="center"/>
        <w:rPr>
          <w:rFonts w:ascii="GHEA Grapalat" w:eastAsia="GHEA Grapalat" w:hAnsi="GHEA Grapalat" w:cs="GHEA Grapalat"/>
          <w:b/>
          <w:bCs/>
          <w:color w:val="000000" w:themeColor="text1"/>
          <w:sz w:val="24"/>
          <w:szCs w:val="24"/>
        </w:rPr>
      </w:pPr>
      <w:r w:rsidRPr="00A702E8">
        <w:rPr>
          <w:rFonts w:ascii="GHEA Grapalat" w:eastAsia="GHEA Grapalat" w:hAnsi="GHEA Grapalat" w:cs="GHEA Grapalat"/>
          <w:b/>
          <w:bCs/>
          <w:color w:val="000000" w:themeColor="text1"/>
          <w:sz w:val="24"/>
          <w:szCs w:val="24"/>
          <w:lang w:val="en-US"/>
        </w:rPr>
        <w:t>ԳԱՈՒ</w:t>
      </w:r>
      <w:r w:rsidRPr="00A702E8">
        <w:rPr>
          <w:rFonts w:ascii="GHEA Grapalat" w:eastAsia="GHEA Grapalat" w:hAnsi="GHEA Grapalat" w:cs="GHEA Grapalat"/>
          <w:b/>
          <w:bCs/>
          <w:color w:val="000000" w:themeColor="text1"/>
          <w:sz w:val="24"/>
          <w:szCs w:val="24"/>
        </w:rPr>
        <w:t xml:space="preserve"> </w:t>
      </w:r>
      <w:r w:rsidRPr="00A702E8">
        <w:rPr>
          <w:rFonts w:ascii="GHEA Grapalat" w:eastAsia="GHEA Grapalat" w:hAnsi="GHEA Grapalat" w:cs="GHEA Grapalat"/>
          <w:b/>
          <w:bCs/>
          <w:color w:val="000000" w:themeColor="text1"/>
          <w:sz w:val="24"/>
          <w:szCs w:val="24"/>
          <w:lang w:val="en-US"/>
        </w:rPr>
        <w:t>ՄՈԴՈՒԼԱՅԻՆ</w:t>
      </w:r>
      <w:r w:rsidRPr="00A702E8">
        <w:rPr>
          <w:rFonts w:ascii="GHEA Grapalat" w:eastAsia="GHEA Grapalat" w:hAnsi="GHEA Grapalat" w:cs="GHEA Grapalat"/>
          <w:b/>
          <w:bCs/>
          <w:color w:val="000000" w:themeColor="text1"/>
          <w:sz w:val="24"/>
          <w:szCs w:val="24"/>
        </w:rPr>
        <w:t xml:space="preserve"> </w:t>
      </w:r>
      <w:r w:rsidRPr="00A702E8">
        <w:rPr>
          <w:rFonts w:ascii="GHEA Grapalat" w:eastAsia="GHEA Grapalat" w:hAnsi="GHEA Grapalat" w:cs="GHEA Grapalat"/>
          <w:b/>
          <w:bCs/>
          <w:color w:val="000000" w:themeColor="text1"/>
          <w:sz w:val="24"/>
          <w:szCs w:val="24"/>
          <w:lang w:val="en-US"/>
        </w:rPr>
        <w:t>ԾՐԱԳՐԻ</w:t>
      </w:r>
      <w:r w:rsidRPr="00A702E8">
        <w:rPr>
          <w:rFonts w:ascii="GHEA Grapalat" w:eastAsia="GHEA Grapalat" w:hAnsi="GHEA Grapalat" w:cs="GHEA Grapalat"/>
          <w:b/>
          <w:bCs/>
          <w:color w:val="000000" w:themeColor="text1"/>
          <w:sz w:val="24"/>
          <w:szCs w:val="24"/>
        </w:rPr>
        <w:t xml:space="preserve"> </w:t>
      </w:r>
      <w:r w:rsidRPr="00A702E8">
        <w:rPr>
          <w:rFonts w:ascii="GHEA Grapalat" w:eastAsia="GHEA Grapalat" w:hAnsi="GHEA Grapalat" w:cs="GHEA Grapalat"/>
          <w:b/>
          <w:bCs/>
          <w:color w:val="000000" w:themeColor="text1"/>
          <w:sz w:val="24"/>
          <w:szCs w:val="24"/>
          <w:lang w:val="en-US"/>
        </w:rPr>
        <w:t>ՄՇԱԿՄԱՆ</w:t>
      </w:r>
      <w:r w:rsidRPr="00A702E8">
        <w:rPr>
          <w:rFonts w:ascii="GHEA Grapalat" w:eastAsia="GHEA Grapalat" w:hAnsi="GHEA Grapalat" w:cs="GHEA Grapalat"/>
          <w:b/>
          <w:bCs/>
          <w:color w:val="000000" w:themeColor="text1"/>
          <w:sz w:val="24"/>
          <w:szCs w:val="24"/>
        </w:rPr>
        <w:t xml:space="preserve"> </w:t>
      </w:r>
      <w:r w:rsidRPr="00A702E8">
        <w:rPr>
          <w:rFonts w:ascii="GHEA Grapalat" w:eastAsia="GHEA Grapalat" w:hAnsi="GHEA Grapalat" w:cs="GHEA Grapalat"/>
          <w:b/>
          <w:bCs/>
          <w:color w:val="000000" w:themeColor="text1"/>
          <w:sz w:val="24"/>
          <w:szCs w:val="24"/>
          <w:lang w:val="en-US"/>
        </w:rPr>
        <w:t>ՄԵԹՈԴԱԲԱՆՈՒԹՅՈՒՆԸ</w:t>
      </w:r>
      <w:r w:rsidRPr="00A702E8">
        <w:rPr>
          <w:rFonts w:ascii="GHEA Grapalat" w:eastAsia="GHEA Grapalat" w:hAnsi="GHEA Grapalat" w:cs="GHEA Grapalat"/>
          <w:b/>
          <w:bCs/>
          <w:color w:val="000000" w:themeColor="text1"/>
          <w:sz w:val="24"/>
          <w:szCs w:val="24"/>
        </w:rPr>
        <w:t xml:space="preserve"> </w:t>
      </w:r>
      <w:r w:rsidRPr="00A702E8">
        <w:rPr>
          <w:rFonts w:ascii="GHEA Grapalat" w:eastAsia="GHEA Grapalat" w:hAnsi="GHEA Grapalat" w:cs="GHEA Grapalat"/>
          <w:b/>
          <w:bCs/>
          <w:color w:val="000000" w:themeColor="text1"/>
          <w:sz w:val="24"/>
          <w:szCs w:val="24"/>
          <w:lang w:val="en-US"/>
        </w:rPr>
        <w:t>ԵՎ</w:t>
      </w:r>
      <w:r w:rsidRPr="00A702E8">
        <w:rPr>
          <w:rFonts w:ascii="GHEA Grapalat" w:eastAsia="GHEA Grapalat" w:hAnsi="GHEA Grapalat" w:cs="GHEA Grapalat"/>
          <w:b/>
          <w:bCs/>
          <w:color w:val="000000" w:themeColor="text1"/>
          <w:sz w:val="24"/>
          <w:szCs w:val="24"/>
        </w:rPr>
        <w:t xml:space="preserve"> </w:t>
      </w:r>
      <w:r w:rsidRPr="00A702E8">
        <w:rPr>
          <w:rFonts w:ascii="GHEA Grapalat" w:eastAsia="GHEA Grapalat" w:hAnsi="GHEA Grapalat" w:cs="GHEA Grapalat"/>
          <w:b/>
          <w:bCs/>
          <w:color w:val="000000" w:themeColor="text1"/>
          <w:sz w:val="24"/>
          <w:szCs w:val="24"/>
          <w:lang w:val="en-US"/>
        </w:rPr>
        <w:t>ԻՐԱԿԱՆԱՑՆՈՒՄԸ</w:t>
      </w:r>
    </w:p>
    <w:p w14:paraId="5A784D8E" w14:textId="77777777" w:rsidR="009A0AC0" w:rsidRPr="00A702E8" w:rsidRDefault="009A0AC0" w:rsidP="009A0AC0">
      <w:pPr>
        <w:numPr>
          <w:ilvl w:val="0"/>
          <w:numId w:val="3"/>
        </w:numPr>
        <w:shd w:val="clear" w:color="auto" w:fill="FFFFFF"/>
        <w:spacing w:after="0" w:line="360" w:lineRule="auto"/>
        <w:ind w:left="720" w:hanging="720"/>
        <w:contextualSpacing/>
        <w:jc w:val="both"/>
        <w:rPr>
          <w:rFonts w:ascii="GHEA Grapalat" w:eastAsia="GHEA Grapalat" w:hAnsi="GHEA Grapalat" w:cs="GHEA Grapalat"/>
          <w:color w:val="000000" w:themeColor="text1"/>
          <w:sz w:val="24"/>
          <w:szCs w:val="24"/>
        </w:rPr>
      </w:pPr>
      <w:r w:rsidRPr="00A702E8">
        <w:rPr>
          <w:rFonts w:ascii="GHEA Grapalat" w:eastAsia="GHEA Grapalat" w:hAnsi="GHEA Grapalat" w:cs="GHEA Grapalat"/>
          <w:color w:val="000000" w:themeColor="text1"/>
          <w:sz w:val="24"/>
          <w:szCs w:val="24"/>
          <w:lang w:val="en-US"/>
        </w:rPr>
        <w:t>ԳԱՈՒ</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մոդուլային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ծրագիրը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պետք</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է</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ապահովի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որակավորման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շրջանակային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նկարագրի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մաս</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կազմող</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նախապայմանները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հաշվի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առնելով՝</w:t>
      </w:r>
    </w:p>
    <w:p w14:paraId="54442058" w14:textId="77777777" w:rsidR="009A0AC0" w:rsidRPr="00A702E8" w:rsidRDefault="009A0AC0" w:rsidP="009A0AC0">
      <w:pPr>
        <w:numPr>
          <w:ilvl w:val="0"/>
          <w:numId w:val="5"/>
        </w:numPr>
        <w:shd w:val="clear" w:color="auto" w:fill="FFFFFF"/>
        <w:spacing w:after="0" w:line="360" w:lineRule="auto"/>
        <w:ind w:hanging="720"/>
        <w:contextualSpacing/>
        <w:jc w:val="both"/>
        <w:rPr>
          <w:rFonts w:ascii="GHEA Grapalat" w:eastAsia="GHEA Grapalat" w:hAnsi="GHEA Grapalat" w:cs="GHEA Grapalat"/>
          <w:color w:val="000000" w:themeColor="text1"/>
          <w:sz w:val="24"/>
          <w:szCs w:val="24"/>
        </w:rPr>
      </w:pPr>
      <w:r w:rsidRPr="00A702E8">
        <w:rPr>
          <w:rFonts w:ascii="GHEA Grapalat" w:eastAsia="GHEA Grapalat" w:hAnsi="GHEA Grapalat" w:cs="GHEA Grapalat"/>
          <w:color w:val="000000" w:themeColor="text1"/>
          <w:sz w:val="24"/>
          <w:szCs w:val="24"/>
          <w:lang w:val="en-US"/>
        </w:rPr>
        <w:t>աշխատանքային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այն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խնդիրները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որոնք</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սահմանված</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են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տվյալ</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զբաղմունքի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նկարագրով</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և</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ուսումնառության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վերջնարդյունքներով</w:t>
      </w:r>
      <w:r w:rsidRPr="00A702E8">
        <w:rPr>
          <w:rFonts w:ascii="GHEA Grapalat" w:eastAsia="GHEA Grapalat" w:hAnsi="GHEA Grapalat" w:cs="GHEA Grapalat"/>
          <w:color w:val="000000" w:themeColor="text1"/>
          <w:sz w:val="24"/>
          <w:szCs w:val="24"/>
        </w:rPr>
        <w:t>,</w:t>
      </w:r>
    </w:p>
    <w:p w14:paraId="5499AF0D" w14:textId="77777777" w:rsidR="009A0AC0" w:rsidRPr="00A702E8" w:rsidRDefault="009A0AC0" w:rsidP="009A0AC0">
      <w:pPr>
        <w:numPr>
          <w:ilvl w:val="0"/>
          <w:numId w:val="5"/>
        </w:numPr>
        <w:shd w:val="clear" w:color="auto" w:fill="FFFFFF"/>
        <w:spacing w:after="0" w:line="360" w:lineRule="auto"/>
        <w:ind w:hanging="720"/>
        <w:contextualSpacing/>
        <w:jc w:val="both"/>
        <w:rPr>
          <w:rFonts w:ascii="GHEA Grapalat" w:eastAsia="GHEA Grapalat" w:hAnsi="GHEA Grapalat" w:cs="GHEA Grapalat"/>
          <w:color w:val="000000" w:themeColor="text1"/>
          <w:sz w:val="24"/>
          <w:szCs w:val="24"/>
        </w:rPr>
      </w:pPr>
      <w:r w:rsidRPr="00A702E8">
        <w:rPr>
          <w:rFonts w:ascii="GHEA Grapalat" w:eastAsia="GHEA Grapalat" w:hAnsi="GHEA Grapalat" w:cs="GHEA Grapalat"/>
          <w:color w:val="000000" w:themeColor="text1"/>
          <w:sz w:val="24"/>
          <w:szCs w:val="24"/>
          <w:lang w:val="en-US"/>
        </w:rPr>
        <w:t>ԱՀՈՒ</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մասնակից</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ուսանողի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մուտքային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պահանջները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մասնավորապես՝</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կրթության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հիմքը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և</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այդ</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պահին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ձեռք</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բերած</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գիտելիքները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ու</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կարողությունները</w:t>
      </w:r>
      <w:r w:rsidRPr="00A702E8">
        <w:rPr>
          <w:rFonts w:ascii="GHEA Grapalat" w:eastAsia="GHEA Grapalat" w:hAnsi="GHEA Grapalat" w:cs="GHEA Grapalat"/>
          <w:color w:val="000000" w:themeColor="text1"/>
          <w:sz w:val="24"/>
          <w:szCs w:val="24"/>
        </w:rPr>
        <w:t>,</w:t>
      </w:r>
    </w:p>
    <w:p w14:paraId="26DD72D2" w14:textId="77777777" w:rsidR="009A0AC0" w:rsidRPr="00A702E8" w:rsidRDefault="009A0AC0" w:rsidP="009A0AC0">
      <w:pPr>
        <w:numPr>
          <w:ilvl w:val="0"/>
          <w:numId w:val="5"/>
        </w:numPr>
        <w:shd w:val="clear" w:color="auto" w:fill="FFFFFF"/>
        <w:spacing w:after="0" w:line="360" w:lineRule="auto"/>
        <w:ind w:hanging="720"/>
        <w:contextualSpacing/>
        <w:jc w:val="both"/>
        <w:rPr>
          <w:rFonts w:ascii="GHEA Grapalat" w:eastAsia="GHEA Grapalat" w:hAnsi="GHEA Grapalat" w:cs="GHEA Grapalat"/>
          <w:color w:val="000000" w:themeColor="text1"/>
          <w:sz w:val="24"/>
          <w:szCs w:val="24"/>
        </w:rPr>
      </w:pPr>
      <w:r w:rsidRPr="00A702E8">
        <w:rPr>
          <w:rFonts w:ascii="GHEA Grapalat" w:eastAsia="GHEA Grapalat" w:hAnsi="GHEA Grapalat" w:cs="GHEA Grapalat"/>
          <w:color w:val="000000" w:themeColor="text1"/>
          <w:sz w:val="24"/>
          <w:szCs w:val="24"/>
          <w:lang w:val="en-US"/>
        </w:rPr>
        <w:lastRenderedPageBreak/>
        <w:t>ԱՀՈՒ</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մասնակից</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ուսանողի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տարիքը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և</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դրանով</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պայմանավորված</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աշխատանքային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օրենսդրությամբ</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սահմանված</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սահմանափակումների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կարգավորումը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խելամիտ</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հարմարեցումների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շրջանակը</w:t>
      </w:r>
      <w:r w:rsidRPr="00A702E8">
        <w:rPr>
          <w:rFonts w:ascii="GHEA Grapalat" w:eastAsia="GHEA Grapalat" w:hAnsi="GHEA Grapalat" w:cs="GHEA Grapalat"/>
          <w:color w:val="000000" w:themeColor="text1"/>
          <w:sz w:val="24"/>
          <w:szCs w:val="24"/>
        </w:rPr>
        <w:t xml:space="preserve">,  </w:t>
      </w:r>
    </w:p>
    <w:p w14:paraId="188AA7C0" w14:textId="77777777" w:rsidR="009A0AC0" w:rsidRPr="00A702E8" w:rsidRDefault="009A0AC0" w:rsidP="009A0AC0">
      <w:pPr>
        <w:numPr>
          <w:ilvl w:val="0"/>
          <w:numId w:val="5"/>
        </w:numPr>
        <w:shd w:val="clear" w:color="auto" w:fill="FFFFFF"/>
        <w:spacing w:after="0" w:line="360" w:lineRule="auto"/>
        <w:ind w:hanging="720"/>
        <w:contextualSpacing/>
        <w:jc w:val="both"/>
        <w:rPr>
          <w:rFonts w:ascii="GHEA Grapalat" w:eastAsia="GHEA Grapalat" w:hAnsi="GHEA Grapalat" w:cs="GHEA Grapalat"/>
          <w:color w:val="000000" w:themeColor="text1"/>
          <w:sz w:val="24"/>
          <w:szCs w:val="24"/>
        </w:rPr>
      </w:pPr>
      <w:r w:rsidRPr="00A702E8">
        <w:rPr>
          <w:rFonts w:ascii="GHEA Grapalat" w:eastAsia="GHEA Grapalat" w:hAnsi="GHEA Grapalat" w:cs="GHEA Grapalat"/>
          <w:color w:val="000000" w:themeColor="text1"/>
          <w:sz w:val="24"/>
          <w:szCs w:val="24"/>
          <w:lang w:val="en-US"/>
        </w:rPr>
        <w:t>ԳԱՈՒ</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ընթացքում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ձեռք</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բերած</w:t>
      </w:r>
      <w:r w:rsidRPr="00A702E8">
        <w:rPr>
          <w:rFonts w:ascii="GHEA Grapalat" w:eastAsia="GHEA Grapalat" w:hAnsi="GHEA Grapalat" w:cs="GHEA Grapalat"/>
          <w:color w:val="000000" w:themeColor="text1"/>
          <w:sz w:val="24"/>
          <w:szCs w:val="24"/>
        </w:rPr>
        <w:t xml:space="preserve"> </w:t>
      </w:r>
      <w:r w:rsidRPr="00A702E8">
        <w:rPr>
          <w:rFonts w:ascii="GHEA Grapalat" w:hAnsi="GHEA Grapalat" w:cs="Arial"/>
          <w:color w:val="000000" w:themeColor="text1"/>
          <w:sz w:val="24"/>
          <w:szCs w:val="24"/>
          <w:lang w:val="hy-AM"/>
        </w:rPr>
        <w:t>վերջնարդյունքներ</w:t>
      </w:r>
      <w:r w:rsidRPr="00A702E8">
        <w:rPr>
          <w:rFonts w:ascii="GHEA Grapalat" w:hAnsi="GHEA Grapalat" w:cs="Arial"/>
          <w:color w:val="000000" w:themeColor="text1"/>
          <w:sz w:val="24"/>
          <w:szCs w:val="24"/>
          <w:lang w:val="en-US"/>
        </w:rPr>
        <w:t>ը</w:t>
      </w:r>
      <w:r w:rsidRPr="00A702E8">
        <w:rPr>
          <w:rFonts w:ascii="GHEA Grapalat" w:hAnsi="GHEA Grapalat" w:cs="Arial"/>
          <w:color w:val="000000" w:themeColor="text1"/>
          <w:sz w:val="24"/>
          <w:szCs w:val="24"/>
          <w:lang w:val="hy-AM"/>
        </w:rPr>
        <w:t xml:space="preserve"> գործնական միջավայրում</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և</w:t>
      </w:r>
      <w:r w:rsidRPr="00A702E8">
        <w:rPr>
          <w:rFonts w:ascii="GHEA Grapalat" w:hAnsi="GHEA Grapalat" w:cs="Arial"/>
          <w:color w:val="000000" w:themeColor="text1"/>
          <w:sz w:val="24"/>
          <w:szCs w:val="24"/>
          <w:lang w:val="hy-AM"/>
        </w:rPr>
        <w:t xml:space="preserve"> գործ</w:t>
      </w:r>
      <w:r w:rsidRPr="00A702E8">
        <w:rPr>
          <w:rFonts w:ascii="GHEA Grapalat" w:hAnsi="GHEA Grapalat" w:cs="Arial"/>
          <w:color w:val="000000" w:themeColor="text1"/>
          <w:sz w:val="24"/>
          <w:szCs w:val="24"/>
          <w:lang w:val="en-US"/>
        </w:rPr>
        <w:t>ընկեր</w:t>
      </w:r>
      <w:r w:rsidRPr="00A702E8">
        <w:rPr>
          <w:rFonts w:ascii="GHEA Grapalat" w:hAnsi="GHEA Grapalat" w:cs="Arial"/>
          <w:color w:val="000000" w:themeColor="text1"/>
          <w:sz w:val="24"/>
          <w:szCs w:val="24"/>
          <w:lang w:val="hy-AM"/>
        </w:rPr>
        <w:t>ների ներգրավմամբ</w:t>
      </w:r>
      <w:r w:rsidRPr="00A702E8">
        <w:rPr>
          <w:rFonts w:ascii="GHEA Grapalat" w:eastAsia="GHEA Grapalat" w:hAnsi="GHEA Grapalat" w:cs="GHEA Grapalat"/>
          <w:color w:val="000000" w:themeColor="text1"/>
          <w:sz w:val="24"/>
          <w:szCs w:val="24"/>
        </w:rPr>
        <w:t xml:space="preserve"> </w:t>
      </w:r>
      <w:r w:rsidRPr="00A702E8">
        <w:rPr>
          <w:rFonts w:ascii="GHEA Grapalat" w:hAnsi="GHEA Grapalat" w:cs="Arial"/>
          <w:color w:val="000000" w:themeColor="text1"/>
          <w:sz w:val="24"/>
          <w:szCs w:val="24"/>
          <w:lang w:val="hy-AM"/>
        </w:rPr>
        <w:t>ստուգ</w:t>
      </w:r>
      <w:r w:rsidRPr="00A702E8">
        <w:rPr>
          <w:rFonts w:ascii="GHEA Grapalat" w:hAnsi="GHEA Grapalat" w:cs="Arial"/>
          <w:color w:val="000000" w:themeColor="text1"/>
          <w:sz w:val="24"/>
          <w:szCs w:val="24"/>
          <w:lang w:val="en-US"/>
        </w:rPr>
        <w:t>ելու</w:t>
      </w:r>
      <w:r w:rsidRPr="00A702E8">
        <w:rPr>
          <w:rFonts w:ascii="GHEA Grapalat" w:hAnsi="GHEA Grapalat" w:cs="Arial"/>
          <w:color w:val="000000" w:themeColor="text1"/>
          <w:sz w:val="24"/>
          <w:szCs w:val="24"/>
          <w:lang w:val="hy"/>
        </w:rPr>
        <w:t xml:space="preserve"> </w:t>
      </w:r>
      <w:r w:rsidRPr="00A702E8">
        <w:rPr>
          <w:rFonts w:ascii="GHEA Grapalat" w:hAnsi="GHEA Grapalat" w:cs="Arial"/>
          <w:color w:val="000000" w:themeColor="text1"/>
          <w:sz w:val="24"/>
          <w:szCs w:val="24"/>
          <w:lang w:val="en-US"/>
        </w:rPr>
        <w:t>մեթոդաբանությունը՝</w:t>
      </w:r>
      <w:r w:rsidRPr="00A702E8">
        <w:rPr>
          <w:rFonts w:ascii="GHEA Grapalat" w:hAnsi="GHEA Grapalat" w:cs="Arial"/>
          <w:color w:val="000000" w:themeColor="text1"/>
          <w:sz w:val="24"/>
          <w:szCs w:val="24"/>
        </w:rPr>
        <w:t xml:space="preserve"> </w:t>
      </w:r>
      <w:r w:rsidRPr="00A702E8">
        <w:rPr>
          <w:rFonts w:ascii="GHEA Grapalat" w:hAnsi="GHEA Grapalat" w:cs="Arial"/>
          <w:color w:val="000000" w:themeColor="text1"/>
          <w:sz w:val="24"/>
          <w:szCs w:val="24"/>
          <w:lang w:val="en-US"/>
        </w:rPr>
        <w:t>ըստ</w:t>
      </w:r>
      <w:r w:rsidRPr="00A702E8">
        <w:rPr>
          <w:rFonts w:ascii="GHEA Grapalat" w:hAnsi="GHEA Grapalat" w:cs="Arial"/>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պետական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ամփոփիչ</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ստուգման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սահմանված</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ձևի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և</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պարբերականության</w:t>
      </w:r>
      <w:r w:rsidRPr="00A702E8">
        <w:rPr>
          <w:rFonts w:ascii="GHEA Grapalat" w:eastAsia="GHEA Grapalat" w:hAnsi="GHEA Grapalat" w:cs="GHEA Grapalat"/>
          <w:color w:val="000000" w:themeColor="text1"/>
          <w:sz w:val="24"/>
          <w:szCs w:val="24"/>
        </w:rPr>
        <w:t xml:space="preserve">, </w:t>
      </w:r>
    </w:p>
    <w:p w14:paraId="1A5232D7" w14:textId="77777777" w:rsidR="009A0AC0" w:rsidRPr="00A702E8" w:rsidRDefault="009A0AC0" w:rsidP="009A0AC0">
      <w:pPr>
        <w:numPr>
          <w:ilvl w:val="0"/>
          <w:numId w:val="5"/>
        </w:numPr>
        <w:shd w:val="clear" w:color="auto" w:fill="FFFFFF"/>
        <w:spacing w:after="0" w:line="360" w:lineRule="auto"/>
        <w:ind w:hanging="720"/>
        <w:contextualSpacing/>
        <w:jc w:val="both"/>
        <w:rPr>
          <w:rFonts w:ascii="GHEA Grapalat" w:eastAsia="GHEA Grapalat" w:hAnsi="GHEA Grapalat" w:cs="GHEA Grapalat"/>
          <w:color w:val="000000" w:themeColor="text1"/>
          <w:sz w:val="24"/>
          <w:szCs w:val="24"/>
        </w:rPr>
      </w:pPr>
      <w:r w:rsidRPr="00A702E8">
        <w:rPr>
          <w:rFonts w:ascii="GHEA Grapalat" w:eastAsia="GHEA Grapalat" w:hAnsi="GHEA Grapalat" w:cs="GHEA Grapalat"/>
          <w:color w:val="000000" w:themeColor="text1"/>
          <w:sz w:val="24"/>
          <w:szCs w:val="24"/>
          <w:lang w:val="en-US"/>
        </w:rPr>
        <w:t>ԳԱՈՒ</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մոդուլային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ծրագրի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համար</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տրվող</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կրեդիտը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առկայության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դեպքում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և</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դրա</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կուտակման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գործակիցները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գնահատման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միջոցը</w:t>
      </w:r>
      <w:r w:rsidRPr="00A702E8">
        <w:rPr>
          <w:rFonts w:ascii="GHEA Grapalat" w:eastAsia="GHEA Grapalat" w:hAnsi="GHEA Grapalat" w:cs="GHEA Grapalat"/>
          <w:color w:val="000000" w:themeColor="text1"/>
          <w:sz w:val="24"/>
          <w:szCs w:val="24"/>
        </w:rPr>
        <w:t xml:space="preserve">, </w:t>
      </w:r>
    </w:p>
    <w:p w14:paraId="5E751D86" w14:textId="77777777" w:rsidR="009A0AC0" w:rsidRPr="00A702E8" w:rsidRDefault="009A0AC0" w:rsidP="009A0AC0">
      <w:pPr>
        <w:numPr>
          <w:ilvl w:val="0"/>
          <w:numId w:val="5"/>
        </w:numPr>
        <w:shd w:val="clear" w:color="auto" w:fill="FFFFFF"/>
        <w:spacing w:after="0" w:line="360" w:lineRule="auto"/>
        <w:ind w:hanging="720"/>
        <w:contextualSpacing/>
        <w:jc w:val="both"/>
        <w:rPr>
          <w:rFonts w:ascii="GHEA Grapalat" w:eastAsia="GHEA Grapalat" w:hAnsi="GHEA Grapalat" w:cs="GHEA Grapalat"/>
          <w:color w:val="000000" w:themeColor="text1"/>
          <w:sz w:val="24"/>
          <w:szCs w:val="24"/>
        </w:rPr>
      </w:pPr>
      <w:r w:rsidRPr="00A702E8">
        <w:rPr>
          <w:rFonts w:ascii="GHEA Grapalat" w:eastAsia="GHEA Grapalat" w:hAnsi="GHEA Grapalat" w:cs="GHEA Grapalat"/>
          <w:color w:val="000000" w:themeColor="text1"/>
          <w:sz w:val="24"/>
          <w:szCs w:val="24"/>
          <w:lang w:val="en-US"/>
        </w:rPr>
        <w:t>ԳԱՈՒ</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մոդուլային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ծրագրի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շրջանակում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ուսանողի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բեռնվածությունը՝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չգերազանցելով</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նրա</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բեռնվածության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առավելագույն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ծավալը</w:t>
      </w:r>
      <w:r w:rsidRPr="00A702E8">
        <w:rPr>
          <w:rFonts w:ascii="GHEA Grapalat" w:eastAsia="GHEA Grapalat" w:hAnsi="GHEA Grapalat" w:cs="GHEA Grapalat"/>
          <w:color w:val="000000" w:themeColor="text1"/>
          <w:sz w:val="24"/>
          <w:szCs w:val="24"/>
        </w:rPr>
        <w:t xml:space="preserve">, </w:t>
      </w:r>
    </w:p>
    <w:p w14:paraId="4DFA7917" w14:textId="77777777" w:rsidR="009A0AC0" w:rsidRPr="00A702E8" w:rsidRDefault="009A0AC0" w:rsidP="009A0AC0">
      <w:pPr>
        <w:numPr>
          <w:ilvl w:val="0"/>
          <w:numId w:val="5"/>
        </w:numPr>
        <w:shd w:val="clear" w:color="auto" w:fill="FFFFFF"/>
        <w:spacing w:after="0" w:line="360" w:lineRule="auto"/>
        <w:ind w:hanging="720"/>
        <w:contextualSpacing/>
        <w:jc w:val="both"/>
        <w:rPr>
          <w:rFonts w:ascii="GHEA Grapalat" w:eastAsia="GHEA Grapalat" w:hAnsi="GHEA Grapalat" w:cs="GHEA Grapalat"/>
          <w:color w:val="000000" w:themeColor="text1"/>
          <w:sz w:val="24"/>
          <w:szCs w:val="24"/>
        </w:rPr>
      </w:pPr>
      <w:r w:rsidRPr="00A702E8">
        <w:rPr>
          <w:rFonts w:ascii="GHEA Grapalat" w:eastAsia="GHEA Grapalat" w:hAnsi="GHEA Grapalat" w:cs="GHEA Grapalat"/>
          <w:color w:val="000000" w:themeColor="text1"/>
          <w:sz w:val="24"/>
          <w:szCs w:val="24"/>
          <w:lang w:val="en-US"/>
        </w:rPr>
        <w:t>Գործընկեր</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կազմակերպության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տնօրինության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տակ</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գտնվող</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որակավորման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համապատասխան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աշխատանքային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միջավայրի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գույքի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և</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սարքավորումների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առկայությունը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անհրաժեշտության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դեպքում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և</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այլն։</w:t>
      </w:r>
      <w:r w:rsidRPr="00A702E8">
        <w:rPr>
          <w:rFonts w:ascii="GHEA Grapalat" w:eastAsia="GHEA Grapalat" w:hAnsi="GHEA Grapalat" w:cs="GHEA Grapalat"/>
          <w:color w:val="000000" w:themeColor="text1"/>
          <w:sz w:val="24"/>
          <w:szCs w:val="24"/>
        </w:rPr>
        <w:t xml:space="preserve">  </w:t>
      </w:r>
    </w:p>
    <w:p w14:paraId="1D045846" w14:textId="77777777" w:rsidR="009A0AC0" w:rsidRPr="00A702E8" w:rsidRDefault="009A0AC0" w:rsidP="009A0AC0">
      <w:pPr>
        <w:numPr>
          <w:ilvl w:val="0"/>
          <w:numId w:val="3"/>
        </w:numPr>
        <w:shd w:val="clear" w:color="auto" w:fill="FFFFFF"/>
        <w:spacing w:after="0" w:line="360" w:lineRule="auto"/>
        <w:ind w:left="720" w:hanging="720"/>
        <w:contextualSpacing/>
        <w:jc w:val="both"/>
        <w:rPr>
          <w:rFonts w:ascii="GHEA Grapalat" w:eastAsia="GHEA Grapalat" w:hAnsi="GHEA Grapalat" w:cs="GHEA Grapalat"/>
          <w:color w:val="000000" w:themeColor="text1"/>
          <w:sz w:val="24"/>
          <w:szCs w:val="24"/>
        </w:rPr>
      </w:pPr>
      <w:r w:rsidRPr="00A702E8">
        <w:rPr>
          <w:rFonts w:ascii="GHEA Grapalat" w:eastAsia="GHEA Grapalat" w:hAnsi="GHEA Grapalat" w:cs="GHEA Grapalat"/>
          <w:color w:val="000000" w:themeColor="text1"/>
          <w:sz w:val="24"/>
          <w:szCs w:val="24"/>
          <w:lang w:val="en-US"/>
        </w:rPr>
        <w:t>ԱՀՈՒ</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ընտրված</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ձևի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համար</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ԳԱՈՒ</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մոդուլային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ծրագիրը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կազմվում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է</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հետևյալ</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բաղադրիչներով՝</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անկախ</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ԱՀՈՒ</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ընտրված</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ձևից</w:t>
      </w:r>
      <w:r w:rsidRPr="00A702E8">
        <w:rPr>
          <w:rFonts w:ascii="GHEA Grapalat" w:eastAsia="GHEA Grapalat" w:hAnsi="GHEA Grapalat" w:cs="GHEA Grapalat"/>
          <w:color w:val="000000" w:themeColor="text1"/>
          <w:sz w:val="24"/>
          <w:szCs w:val="24"/>
        </w:rPr>
        <w:t xml:space="preserve">. </w:t>
      </w:r>
    </w:p>
    <w:p w14:paraId="4ABB4501" w14:textId="60D82F3D" w:rsidR="009A0AC0" w:rsidRPr="00A702E8" w:rsidRDefault="009A0AC0" w:rsidP="009A0AC0">
      <w:pPr>
        <w:pStyle w:val="ListParagraph"/>
        <w:numPr>
          <w:ilvl w:val="0"/>
          <w:numId w:val="9"/>
        </w:numPr>
        <w:shd w:val="clear" w:color="auto" w:fill="FFFFFF"/>
        <w:spacing w:line="360" w:lineRule="auto"/>
        <w:ind w:left="720" w:hanging="720"/>
        <w:jc w:val="both"/>
        <w:rPr>
          <w:rFonts w:ascii="GHEA Grapalat" w:eastAsia="GHEA Grapalat" w:hAnsi="GHEA Grapalat" w:cs="GHEA Grapalat"/>
          <w:color w:val="000000" w:themeColor="text1"/>
          <w:sz w:val="24"/>
          <w:szCs w:val="24"/>
        </w:rPr>
      </w:pPr>
      <w:r w:rsidRPr="00A702E8">
        <w:rPr>
          <w:rFonts w:ascii="GHEA Grapalat" w:eastAsia="GHEA Grapalat" w:hAnsi="GHEA Grapalat" w:cs="GHEA Grapalat"/>
          <w:b/>
          <w:bCs/>
          <w:color w:val="000000" w:themeColor="text1"/>
          <w:sz w:val="24"/>
          <w:szCs w:val="24"/>
          <w:lang w:val="en-US"/>
        </w:rPr>
        <w:t>ԱՀՈՒ</w:t>
      </w:r>
      <w:r w:rsidRPr="00A702E8">
        <w:rPr>
          <w:rFonts w:ascii="GHEA Grapalat" w:eastAsia="GHEA Grapalat" w:hAnsi="GHEA Grapalat" w:cs="GHEA Grapalat"/>
          <w:b/>
          <w:bCs/>
          <w:color w:val="000000" w:themeColor="text1"/>
          <w:sz w:val="24"/>
          <w:szCs w:val="24"/>
        </w:rPr>
        <w:t xml:space="preserve"> </w:t>
      </w:r>
      <w:r w:rsidRPr="00A702E8">
        <w:rPr>
          <w:rFonts w:ascii="GHEA Grapalat" w:eastAsia="GHEA Grapalat" w:hAnsi="GHEA Grapalat" w:cs="GHEA Grapalat"/>
          <w:b/>
          <w:bCs/>
          <w:color w:val="000000" w:themeColor="text1"/>
          <w:sz w:val="24"/>
          <w:szCs w:val="24"/>
          <w:lang w:val="en-US"/>
        </w:rPr>
        <w:t>ծրագրի</w:t>
      </w:r>
      <w:r w:rsidRPr="00A702E8">
        <w:rPr>
          <w:rFonts w:ascii="GHEA Grapalat" w:eastAsia="GHEA Grapalat" w:hAnsi="GHEA Grapalat" w:cs="GHEA Grapalat"/>
          <w:b/>
          <w:bCs/>
          <w:color w:val="000000" w:themeColor="text1"/>
          <w:sz w:val="24"/>
          <w:szCs w:val="24"/>
        </w:rPr>
        <w:t xml:space="preserve"> </w:t>
      </w:r>
      <w:r w:rsidRPr="00A702E8">
        <w:rPr>
          <w:rFonts w:ascii="GHEA Grapalat" w:eastAsia="GHEA Grapalat" w:hAnsi="GHEA Grapalat" w:cs="GHEA Grapalat"/>
          <w:b/>
          <w:bCs/>
          <w:color w:val="000000" w:themeColor="text1"/>
          <w:sz w:val="24"/>
          <w:szCs w:val="24"/>
          <w:lang w:val="en-US"/>
        </w:rPr>
        <w:t>ընդհանուր</w:t>
      </w:r>
      <w:r w:rsidRPr="00A702E8">
        <w:rPr>
          <w:rFonts w:ascii="GHEA Grapalat" w:eastAsia="GHEA Grapalat" w:hAnsi="GHEA Grapalat" w:cs="GHEA Grapalat"/>
          <w:b/>
          <w:bCs/>
          <w:color w:val="000000" w:themeColor="text1"/>
          <w:sz w:val="24"/>
          <w:szCs w:val="24"/>
        </w:rPr>
        <w:t xml:space="preserve"> </w:t>
      </w:r>
      <w:r w:rsidRPr="00A702E8">
        <w:rPr>
          <w:rFonts w:ascii="GHEA Grapalat" w:eastAsia="GHEA Grapalat" w:hAnsi="GHEA Grapalat" w:cs="GHEA Grapalat"/>
          <w:b/>
          <w:bCs/>
          <w:color w:val="000000" w:themeColor="text1"/>
          <w:sz w:val="24"/>
          <w:szCs w:val="24"/>
          <w:lang w:val="en-US"/>
        </w:rPr>
        <w:t>նկարագիրը</w:t>
      </w:r>
      <w:r w:rsidRPr="00A702E8">
        <w:rPr>
          <w:rFonts w:ascii="GHEA Grapalat" w:eastAsia="GHEA Grapalat" w:hAnsi="GHEA Grapalat" w:cs="GHEA Grapalat"/>
          <w:b/>
          <w:bCs/>
          <w:color w:val="000000" w:themeColor="text1"/>
          <w:sz w:val="24"/>
          <w:szCs w:val="24"/>
        </w:rPr>
        <w:t>.</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որակավորման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անվանումը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ԱՀՈՒ</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ձևը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մոդուլի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նպատակը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տևողությունը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իրականացնող</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կազմակերպությունը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և</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վայրը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պատասխանատուները</w:t>
      </w:r>
      <w:r w:rsidRPr="00A702E8">
        <w:rPr>
          <w:rFonts w:ascii="GHEA Grapalat" w:eastAsia="GHEA Grapalat" w:hAnsi="GHEA Grapalat" w:cs="GHEA Grapalat"/>
          <w:color w:val="000000" w:themeColor="text1"/>
          <w:sz w:val="24"/>
          <w:szCs w:val="24"/>
        </w:rPr>
        <w:t xml:space="preserve">, </w:t>
      </w:r>
    </w:p>
    <w:p w14:paraId="0D530D76" w14:textId="77777777" w:rsidR="009A0AC0" w:rsidRPr="00A702E8" w:rsidRDefault="009A0AC0" w:rsidP="009A0AC0">
      <w:pPr>
        <w:pStyle w:val="ListParagraph"/>
        <w:numPr>
          <w:ilvl w:val="0"/>
          <w:numId w:val="9"/>
        </w:numPr>
        <w:spacing w:line="360" w:lineRule="auto"/>
        <w:ind w:left="720" w:hanging="720"/>
        <w:jc w:val="both"/>
        <w:rPr>
          <w:rFonts w:ascii="GHEA Grapalat" w:eastAsia="GHEA Grapalat" w:hAnsi="GHEA Grapalat" w:cs="GHEA Grapalat"/>
          <w:color w:val="000000" w:themeColor="text1"/>
          <w:sz w:val="24"/>
          <w:szCs w:val="24"/>
        </w:rPr>
      </w:pPr>
      <w:r w:rsidRPr="00A702E8">
        <w:rPr>
          <w:rFonts w:ascii="GHEA Grapalat" w:eastAsia="GHEA Grapalat" w:hAnsi="GHEA Grapalat" w:cs="GHEA Grapalat"/>
          <w:b/>
          <w:bCs/>
          <w:color w:val="000000" w:themeColor="text1"/>
          <w:sz w:val="24"/>
          <w:szCs w:val="24"/>
          <w:lang w:val="hy-AM"/>
        </w:rPr>
        <w:t>ո</w:t>
      </w:r>
      <w:r w:rsidRPr="00A702E8">
        <w:rPr>
          <w:rFonts w:ascii="GHEA Grapalat" w:eastAsia="GHEA Grapalat" w:hAnsi="GHEA Grapalat" w:cs="GHEA Grapalat"/>
          <w:b/>
          <w:bCs/>
          <w:color w:val="000000" w:themeColor="text1"/>
          <w:sz w:val="24"/>
          <w:szCs w:val="24"/>
          <w:lang w:val="en-US"/>
        </w:rPr>
        <w:t>ւսումնառության</w:t>
      </w:r>
      <w:r w:rsidRPr="00A702E8">
        <w:rPr>
          <w:rFonts w:ascii="GHEA Grapalat" w:eastAsia="GHEA Grapalat" w:hAnsi="GHEA Grapalat" w:cs="GHEA Grapalat"/>
          <w:b/>
          <w:bCs/>
          <w:color w:val="000000" w:themeColor="text1"/>
          <w:sz w:val="24"/>
          <w:szCs w:val="24"/>
        </w:rPr>
        <w:t xml:space="preserve"> </w:t>
      </w:r>
      <w:r w:rsidRPr="00A702E8">
        <w:rPr>
          <w:rFonts w:ascii="GHEA Grapalat" w:eastAsia="GHEA Grapalat" w:hAnsi="GHEA Grapalat" w:cs="GHEA Grapalat"/>
          <w:b/>
          <w:bCs/>
          <w:color w:val="000000" w:themeColor="text1"/>
          <w:sz w:val="24"/>
          <w:szCs w:val="24"/>
          <w:lang w:val="en-US"/>
        </w:rPr>
        <w:t>արդյունքներ</w:t>
      </w:r>
      <w:r w:rsidRPr="00A702E8">
        <w:rPr>
          <w:rFonts w:ascii="GHEA Grapalat" w:eastAsia="GHEA Grapalat" w:hAnsi="GHEA Grapalat" w:cs="GHEA Grapalat"/>
          <w:b/>
          <w:bCs/>
          <w:color w:val="000000" w:themeColor="text1"/>
          <w:sz w:val="24"/>
          <w:szCs w:val="24"/>
          <w:lang w:val="hy-AM"/>
        </w:rPr>
        <w:t>ն</w:t>
      </w:r>
      <w:r w:rsidRPr="00A702E8">
        <w:rPr>
          <w:rFonts w:ascii="GHEA Grapalat" w:eastAsia="GHEA Grapalat" w:hAnsi="GHEA Grapalat" w:cs="GHEA Grapalat"/>
          <w:color w:val="000000" w:themeColor="text1"/>
          <w:sz w:val="24"/>
          <w:szCs w:val="24"/>
          <w:lang w:val="en-US"/>
        </w:rPr>
        <w:t>՝</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ըստ</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որակավորման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ծրագրի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գործնական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աշխատանքային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բաղադրիչի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վերջնարդյունքների</w:t>
      </w:r>
      <w:r w:rsidRPr="00A702E8">
        <w:rPr>
          <w:rFonts w:ascii="GHEA Grapalat" w:eastAsia="GHEA Grapalat" w:hAnsi="GHEA Grapalat" w:cs="GHEA Grapalat"/>
          <w:color w:val="000000" w:themeColor="text1"/>
          <w:sz w:val="24"/>
          <w:szCs w:val="24"/>
        </w:rPr>
        <w:t xml:space="preserve">, </w:t>
      </w:r>
    </w:p>
    <w:p w14:paraId="46381007" w14:textId="6B7990D1" w:rsidR="009A0AC0" w:rsidRPr="00A702E8" w:rsidRDefault="009A0AC0" w:rsidP="009A0AC0">
      <w:pPr>
        <w:numPr>
          <w:ilvl w:val="0"/>
          <w:numId w:val="9"/>
        </w:numPr>
        <w:spacing w:after="0" w:line="360" w:lineRule="auto"/>
        <w:ind w:left="720" w:hanging="720"/>
        <w:contextualSpacing/>
        <w:jc w:val="both"/>
        <w:rPr>
          <w:rFonts w:ascii="GHEA Grapalat" w:eastAsia="GHEA Grapalat" w:hAnsi="GHEA Grapalat" w:cs="GHEA Grapalat"/>
          <w:color w:val="000000" w:themeColor="text1"/>
          <w:sz w:val="24"/>
          <w:szCs w:val="24"/>
        </w:rPr>
      </w:pPr>
      <w:r w:rsidRPr="00A702E8">
        <w:rPr>
          <w:rFonts w:ascii="GHEA Grapalat" w:eastAsia="GHEA Grapalat" w:hAnsi="GHEA Grapalat" w:cs="GHEA Grapalat"/>
          <w:b/>
          <w:bCs/>
          <w:color w:val="000000" w:themeColor="text1"/>
          <w:sz w:val="24"/>
          <w:szCs w:val="24"/>
          <w:lang w:val="en-US"/>
        </w:rPr>
        <w:t>կատարման</w:t>
      </w:r>
      <w:r w:rsidRPr="00A702E8">
        <w:rPr>
          <w:rFonts w:ascii="GHEA Grapalat" w:eastAsia="GHEA Grapalat" w:hAnsi="GHEA Grapalat" w:cs="GHEA Grapalat"/>
          <w:b/>
          <w:bCs/>
          <w:color w:val="000000" w:themeColor="text1"/>
          <w:sz w:val="24"/>
          <w:szCs w:val="24"/>
        </w:rPr>
        <w:t xml:space="preserve"> </w:t>
      </w:r>
      <w:r w:rsidRPr="00A702E8">
        <w:rPr>
          <w:rFonts w:ascii="GHEA Grapalat" w:eastAsia="GHEA Grapalat" w:hAnsi="GHEA Grapalat" w:cs="GHEA Grapalat"/>
          <w:b/>
          <w:bCs/>
          <w:color w:val="000000" w:themeColor="text1"/>
          <w:sz w:val="24"/>
          <w:szCs w:val="24"/>
          <w:lang w:val="en-US"/>
        </w:rPr>
        <w:t>չափանիշներ</w:t>
      </w:r>
      <w:r w:rsidRPr="00A702E8">
        <w:rPr>
          <w:rFonts w:ascii="GHEA Grapalat" w:eastAsia="GHEA Grapalat" w:hAnsi="GHEA Grapalat" w:cs="GHEA Grapalat"/>
          <w:b/>
          <w:bCs/>
          <w:color w:val="000000" w:themeColor="text1"/>
          <w:sz w:val="24"/>
          <w:szCs w:val="24"/>
          <w:lang w:val="hy-AM"/>
        </w:rPr>
        <w:t>ն</w:t>
      </w:r>
      <w:r w:rsidRPr="00A702E8">
        <w:rPr>
          <w:rFonts w:ascii="GHEA Grapalat" w:eastAsia="GHEA Grapalat" w:hAnsi="GHEA Grapalat" w:cs="GHEA Grapalat"/>
          <w:color w:val="000000" w:themeColor="text1"/>
          <w:sz w:val="24"/>
          <w:szCs w:val="24"/>
          <w:lang w:val="en-US"/>
        </w:rPr>
        <w:t>՝</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ըստ</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հիմնական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աշխատանքային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գործողությունների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և</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դրանց</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իրականացման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համար</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անհրաժեշտ</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փափուկ</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հմտությունների</w:t>
      </w:r>
      <w:r w:rsidRPr="00A702E8">
        <w:rPr>
          <w:rFonts w:ascii="GHEA Grapalat" w:eastAsia="GHEA Grapalat" w:hAnsi="GHEA Grapalat" w:cs="GHEA Grapalat"/>
          <w:color w:val="000000" w:themeColor="text1"/>
          <w:sz w:val="24"/>
          <w:szCs w:val="24"/>
        </w:rPr>
        <w:t>, (</w:t>
      </w:r>
      <w:r w:rsidRPr="00A702E8">
        <w:rPr>
          <w:rFonts w:ascii="GHEA Grapalat" w:eastAsia="GHEA Grapalat" w:hAnsi="GHEA Grapalat" w:cs="GHEA Grapalat"/>
          <w:color w:val="000000" w:themeColor="text1"/>
          <w:sz w:val="24"/>
          <w:szCs w:val="24"/>
          <w:lang w:val="en-US"/>
        </w:rPr>
        <w:t>մասնավորապես՝</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անվտանգության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այլ</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կանոնների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ժամանակի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կառավարման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հաղորդակցման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կոնֆլիկտների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կանխարգելման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իրավիճակային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կողմնորոշման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և</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արագ</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արձագանքման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աստիճանակարգության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և</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այլ</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փափուկ</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հմտությունների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տիրապետելու</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նախապայմանը</w:t>
      </w:r>
      <w:r w:rsidRPr="00A702E8">
        <w:rPr>
          <w:rFonts w:ascii="GHEA Grapalat" w:eastAsia="GHEA Grapalat" w:hAnsi="GHEA Grapalat" w:cs="GHEA Grapalat"/>
          <w:color w:val="000000" w:themeColor="text1"/>
          <w:sz w:val="24"/>
          <w:szCs w:val="24"/>
        </w:rPr>
        <w:t xml:space="preserve">), </w:t>
      </w:r>
    </w:p>
    <w:p w14:paraId="6FCBC42B" w14:textId="77777777" w:rsidR="009A0AC0" w:rsidRPr="00A702E8" w:rsidRDefault="009A0AC0" w:rsidP="009A0AC0">
      <w:pPr>
        <w:numPr>
          <w:ilvl w:val="0"/>
          <w:numId w:val="9"/>
        </w:numPr>
        <w:spacing w:after="0" w:line="360" w:lineRule="auto"/>
        <w:ind w:left="720" w:hanging="720"/>
        <w:contextualSpacing/>
        <w:jc w:val="both"/>
        <w:rPr>
          <w:rFonts w:ascii="GHEA Grapalat" w:eastAsia="GHEA Grapalat" w:hAnsi="GHEA Grapalat" w:cs="GHEA Grapalat"/>
          <w:color w:val="000000" w:themeColor="text1"/>
          <w:sz w:val="24"/>
          <w:szCs w:val="24"/>
        </w:rPr>
      </w:pPr>
      <w:r w:rsidRPr="00A702E8">
        <w:rPr>
          <w:rFonts w:ascii="GHEA Grapalat" w:eastAsia="GHEA Grapalat" w:hAnsi="GHEA Grapalat" w:cs="GHEA Grapalat"/>
          <w:b/>
          <w:bCs/>
          <w:color w:val="000000" w:themeColor="text1"/>
          <w:sz w:val="24"/>
          <w:szCs w:val="24"/>
          <w:lang w:val="en-US"/>
        </w:rPr>
        <w:t>գնահատման</w:t>
      </w:r>
      <w:r w:rsidRPr="00A702E8">
        <w:rPr>
          <w:rFonts w:ascii="GHEA Grapalat" w:eastAsia="GHEA Grapalat" w:hAnsi="GHEA Grapalat" w:cs="GHEA Grapalat"/>
          <w:b/>
          <w:bCs/>
          <w:color w:val="000000" w:themeColor="text1"/>
          <w:sz w:val="24"/>
          <w:szCs w:val="24"/>
        </w:rPr>
        <w:t xml:space="preserve"> </w:t>
      </w:r>
      <w:r w:rsidRPr="00A702E8">
        <w:rPr>
          <w:rFonts w:ascii="GHEA Grapalat" w:eastAsia="GHEA Grapalat" w:hAnsi="GHEA Grapalat" w:cs="GHEA Grapalat"/>
          <w:b/>
          <w:bCs/>
          <w:color w:val="000000" w:themeColor="text1"/>
          <w:sz w:val="24"/>
          <w:szCs w:val="24"/>
          <w:lang w:val="en-US"/>
        </w:rPr>
        <w:t>միջոց</w:t>
      </w:r>
      <w:r w:rsidRPr="00A702E8">
        <w:rPr>
          <w:rFonts w:ascii="GHEA Grapalat" w:eastAsia="GHEA Grapalat" w:hAnsi="GHEA Grapalat" w:cs="GHEA Grapalat"/>
          <w:b/>
          <w:bCs/>
          <w:color w:val="000000" w:themeColor="text1"/>
          <w:sz w:val="24"/>
          <w:szCs w:val="24"/>
          <w:lang w:val="hy-AM"/>
        </w:rPr>
        <w:t>ն</w:t>
      </w:r>
      <w:r w:rsidRPr="00A702E8">
        <w:rPr>
          <w:rFonts w:ascii="GHEA Grapalat" w:eastAsia="GHEA Grapalat" w:hAnsi="GHEA Grapalat" w:cs="GHEA Grapalat"/>
          <w:b/>
          <w:bCs/>
          <w:color w:val="000000" w:themeColor="text1"/>
          <w:sz w:val="24"/>
          <w:szCs w:val="24"/>
          <w:lang w:val="en-US"/>
        </w:rPr>
        <w:t>՝</w:t>
      </w:r>
      <w:r w:rsidRPr="00A702E8">
        <w:rPr>
          <w:rFonts w:ascii="GHEA Grapalat" w:eastAsia="GHEA Grapalat" w:hAnsi="GHEA Grapalat" w:cs="GHEA Grapalat"/>
          <w:b/>
          <w:bCs/>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ըստ</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ուսումնառության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արդյունքի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կատարման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չափանիշներն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ապահովող</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աշխատանքային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խնդիրներ</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կատարելու</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ունակությունների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դրանց</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lastRenderedPageBreak/>
        <w:t>գնահատման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չափանիշների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քայլերի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նվազագույն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պահանջների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և</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գնահատողների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շրջանակի</w:t>
      </w:r>
      <w:r w:rsidRPr="00A702E8">
        <w:rPr>
          <w:rFonts w:ascii="GHEA Grapalat" w:eastAsia="GHEA Grapalat" w:hAnsi="GHEA Grapalat" w:cs="GHEA Grapalat"/>
          <w:color w:val="000000" w:themeColor="text1"/>
          <w:sz w:val="24"/>
          <w:szCs w:val="24"/>
        </w:rPr>
        <w:t xml:space="preserve">,  </w:t>
      </w:r>
    </w:p>
    <w:p w14:paraId="77318779" w14:textId="77777777" w:rsidR="009A0AC0" w:rsidRPr="00A702E8" w:rsidRDefault="009A0AC0" w:rsidP="009A0AC0">
      <w:pPr>
        <w:numPr>
          <w:ilvl w:val="0"/>
          <w:numId w:val="9"/>
        </w:numPr>
        <w:spacing w:after="0" w:line="360" w:lineRule="auto"/>
        <w:ind w:left="720" w:hanging="720"/>
        <w:contextualSpacing/>
        <w:jc w:val="both"/>
        <w:rPr>
          <w:rFonts w:ascii="GHEA Grapalat" w:eastAsia="GHEA Grapalat" w:hAnsi="GHEA Grapalat" w:cs="GHEA Grapalat"/>
          <w:color w:val="000000" w:themeColor="text1"/>
          <w:sz w:val="24"/>
          <w:szCs w:val="24"/>
        </w:rPr>
      </w:pPr>
      <w:r w:rsidRPr="00A702E8">
        <w:rPr>
          <w:rFonts w:ascii="GHEA Grapalat" w:eastAsia="GHEA Grapalat" w:hAnsi="GHEA Grapalat" w:cs="GHEA Grapalat"/>
          <w:b/>
          <w:bCs/>
          <w:color w:val="000000" w:themeColor="text1"/>
          <w:sz w:val="24"/>
          <w:szCs w:val="24"/>
          <w:lang w:val="en-US"/>
        </w:rPr>
        <w:t>ռեսուրսները</w:t>
      </w:r>
      <w:r w:rsidRPr="00A702E8">
        <w:rPr>
          <w:rFonts w:ascii="GHEA Grapalat" w:eastAsia="GHEA Grapalat" w:hAnsi="GHEA Grapalat" w:cs="GHEA Grapalat"/>
          <w:b/>
          <w:bCs/>
          <w:color w:val="000000" w:themeColor="text1"/>
          <w:sz w:val="24"/>
          <w:szCs w:val="24"/>
        </w:rPr>
        <w:t xml:space="preserve"> </w:t>
      </w:r>
      <w:r w:rsidRPr="00A702E8">
        <w:rPr>
          <w:rFonts w:ascii="GHEA Grapalat" w:eastAsia="GHEA Grapalat" w:hAnsi="GHEA Grapalat" w:cs="GHEA Grapalat"/>
          <w:b/>
          <w:bCs/>
          <w:color w:val="000000" w:themeColor="text1"/>
          <w:sz w:val="24"/>
          <w:szCs w:val="24"/>
          <w:lang w:val="en-US"/>
        </w:rPr>
        <w:t>և</w:t>
      </w:r>
      <w:r w:rsidRPr="00A702E8">
        <w:rPr>
          <w:rFonts w:ascii="GHEA Grapalat" w:eastAsia="GHEA Grapalat" w:hAnsi="GHEA Grapalat" w:cs="GHEA Grapalat"/>
          <w:b/>
          <w:bCs/>
          <w:color w:val="000000" w:themeColor="text1"/>
          <w:sz w:val="24"/>
          <w:szCs w:val="24"/>
        </w:rPr>
        <w:t xml:space="preserve"> </w:t>
      </w:r>
      <w:r w:rsidRPr="00A702E8">
        <w:rPr>
          <w:rFonts w:ascii="GHEA Grapalat" w:eastAsia="GHEA Grapalat" w:hAnsi="GHEA Grapalat" w:cs="GHEA Grapalat"/>
          <w:b/>
          <w:bCs/>
          <w:color w:val="000000" w:themeColor="text1"/>
          <w:sz w:val="24"/>
          <w:szCs w:val="24"/>
          <w:lang w:val="en-US"/>
        </w:rPr>
        <w:t>մեթոդաբանություն</w:t>
      </w:r>
      <w:r w:rsidRPr="00A702E8">
        <w:rPr>
          <w:rFonts w:ascii="GHEA Grapalat" w:eastAsia="GHEA Grapalat" w:hAnsi="GHEA Grapalat" w:cs="GHEA Grapalat"/>
          <w:b/>
          <w:bCs/>
          <w:color w:val="000000" w:themeColor="text1"/>
          <w:sz w:val="24"/>
          <w:szCs w:val="24"/>
          <w:lang w:val="hy-AM"/>
        </w:rPr>
        <w:t>ն</w:t>
      </w:r>
      <w:r w:rsidRPr="00A702E8">
        <w:rPr>
          <w:rFonts w:ascii="GHEA Grapalat" w:eastAsia="GHEA Grapalat" w:hAnsi="GHEA Grapalat" w:cs="GHEA Grapalat"/>
          <w:b/>
          <w:bCs/>
          <w:color w:val="000000" w:themeColor="text1"/>
          <w:sz w:val="24"/>
          <w:szCs w:val="24"/>
          <w:lang w:val="en-US"/>
        </w:rPr>
        <w:t>՝</w:t>
      </w:r>
      <w:r w:rsidRPr="00A702E8">
        <w:rPr>
          <w:rFonts w:ascii="GHEA Grapalat" w:eastAsia="GHEA Grapalat" w:hAnsi="GHEA Grapalat" w:cs="GHEA Grapalat"/>
          <w:b/>
          <w:bCs/>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ըստ</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տվյալ</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ուսումնառության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արդյունքի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ապահովման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վայրի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հասանելի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ու</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հարմարեցված</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միջավայրի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միջոցների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և</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ուսուցանման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մեթոդների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այդ</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թվում՝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հաշմանդամություն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ունեցող</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անձանց</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խելամիտ</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հարմարեցումների</w:t>
      </w:r>
      <w:r w:rsidRPr="00A702E8">
        <w:rPr>
          <w:rFonts w:ascii="GHEA Grapalat" w:eastAsia="GHEA Grapalat" w:hAnsi="GHEA Grapalat" w:cs="GHEA Grapalat"/>
          <w:color w:val="000000" w:themeColor="text1"/>
          <w:sz w:val="24"/>
          <w:szCs w:val="24"/>
        </w:rPr>
        <w:t xml:space="preserve">, </w:t>
      </w:r>
    </w:p>
    <w:p w14:paraId="422735DA" w14:textId="77777777" w:rsidR="009A0AC0" w:rsidRPr="00A702E8" w:rsidRDefault="009A0AC0" w:rsidP="009A0AC0">
      <w:pPr>
        <w:numPr>
          <w:ilvl w:val="0"/>
          <w:numId w:val="9"/>
        </w:numPr>
        <w:shd w:val="clear" w:color="auto" w:fill="FFFFFF"/>
        <w:spacing w:after="0" w:line="360" w:lineRule="auto"/>
        <w:ind w:left="720" w:hanging="720"/>
        <w:contextualSpacing/>
        <w:jc w:val="both"/>
        <w:rPr>
          <w:rFonts w:ascii="GHEA Grapalat" w:eastAsia="GHEA Grapalat" w:hAnsi="GHEA Grapalat" w:cs="GHEA Grapalat"/>
          <w:color w:val="000000" w:themeColor="text1"/>
          <w:sz w:val="24"/>
          <w:szCs w:val="24"/>
        </w:rPr>
      </w:pPr>
      <w:r w:rsidRPr="00A702E8">
        <w:rPr>
          <w:rFonts w:ascii="GHEA Grapalat" w:eastAsia="GHEA Grapalat" w:hAnsi="GHEA Grapalat" w:cs="GHEA Grapalat"/>
          <w:b/>
          <w:bCs/>
          <w:color w:val="000000" w:themeColor="text1"/>
          <w:sz w:val="24"/>
          <w:szCs w:val="24"/>
          <w:lang w:val="en-US"/>
        </w:rPr>
        <w:t>երաշխավորված</w:t>
      </w:r>
      <w:r w:rsidRPr="00A702E8">
        <w:rPr>
          <w:rFonts w:ascii="GHEA Grapalat" w:eastAsia="GHEA Grapalat" w:hAnsi="GHEA Grapalat" w:cs="GHEA Grapalat"/>
          <w:b/>
          <w:bCs/>
          <w:color w:val="000000" w:themeColor="text1"/>
          <w:sz w:val="24"/>
          <w:szCs w:val="24"/>
        </w:rPr>
        <w:t xml:space="preserve"> </w:t>
      </w:r>
      <w:r w:rsidRPr="00A702E8">
        <w:rPr>
          <w:rFonts w:ascii="GHEA Grapalat" w:eastAsia="GHEA Grapalat" w:hAnsi="GHEA Grapalat" w:cs="GHEA Grapalat"/>
          <w:b/>
          <w:bCs/>
          <w:color w:val="000000" w:themeColor="text1"/>
          <w:sz w:val="24"/>
          <w:szCs w:val="24"/>
          <w:lang w:val="en-US"/>
        </w:rPr>
        <w:t>ժամկետ</w:t>
      </w:r>
      <w:r w:rsidRPr="00A702E8">
        <w:rPr>
          <w:rFonts w:ascii="GHEA Grapalat" w:eastAsia="GHEA Grapalat" w:hAnsi="GHEA Grapalat" w:cs="GHEA Grapalat"/>
          <w:b/>
          <w:bCs/>
          <w:color w:val="000000" w:themeColor="text1"/>
          <w:sz w:val="24"/>
          <w:szCs w:val="24"/>
          <w:lang w:val="hy-AM"/>
        </w:rPr>
        <w:t>ն</w:t>
      </w:r>
      <w:r w:rsidRPr="00A702E8">
        <w:rPr>
          <w:rFonts w:ascii="GHEA Grapalat" w:eastAsia="GHEA Grapalat" w:hAnsi="GHEA Grapalat" w:cs="GHEA Grapalat"/>
          <w:b/>
          <w:bCs/>
          <w:color w:val="000000" w:themeColor="text1"/>
          <w:sz w:val="24"/>
          <w:szCs w:val="24"/>
          <w:lang w:val="en-US"/>
        </w:rPr>
        <w:t>՝</w:t>
      </w:r>
      <w:r w:rsidRPr="00A702E8">
        <w:rPr>
          <w:rFonts w:ascii="GHEA Grapalat" w:eastAsia="GHEA Grapalat" w:hAnsi="GHEA Grapalat" w:cs="GHEA Grapalat"/>
          <w:b/>
          <w:bCs/>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ըստ</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տվյալ</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ուսումնառության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արդյունքների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ապահովման</w:t>
      </w:r>
      <w:r w:rsidRPr="00A702E8">
        <w:rPr>
          <w:rFonts w:ascii="GHEA Grapalat" w:eastAsia="GHEA Grapalat" w:hAnsi="GHEA Grapalat" w:cs="GHEA Grapalat"/>
          <w:color w:val="000000" w:themeColor="text1"/>
          <w:sz w:val="24"/>
          <w:szCs w:val="24"/>
          <w:lang w:val="hy"/>
        </w:rPr>
        <w:t>,</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ուսուցողական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և</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աշխատանքային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բեռնվածության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ժամերի</w:t>
      </w:r>
      <w:r w:rsidRPr="00A702E8">
        <w:rPr>
          <w:rFonts w:ascii="GHEA Grapalat" w:eastAsia="GHEA Grapalat" w:hAnsi="GHEA Grapalat" w:cs="GHEA Grapalat"/>
          <w:color w:val="000000" w:themeColor="text1"/>
          <w:sz w:val="24"/>
          <w:szCs w:val="24"/>
          <w:lang w:val="hy"/>
        </w:rPr>
        <w:t xml:space="preserve"> </w:t>
      </w:r>
      <w:r w:rsidRPr="00A702E8">
        <w:rPr>
          <w:rFonts w:ascii="GHEA Grapalat" w:eastAsia="GHEA Grapalat" w:hAnsi="GHEA Grapalat" w:cs="GHEA Grapalat"/>
          <w:color w:val="000000" w:themeColor="text1"/>
          <w:sz w:val="24"/>
          <w:szCs w:val="24"/>
          <w:lang w:val="en-US"/>
        </w:rPr>
        <w:t>բաշխման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հաշվի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առնելով</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w:t>
      </w:r>
      <w:r w:rsidRPr="00A702E8">
        <w:rPr>
          <w:rFonts w:ascii="GHEA Grapalat" w:hAnsi="GHEA Grapalat" w:cs="Arial"/>
          <w:color w:val="000000" w:themeColor="text1"/>
          <w:sz w:val="24"/>
          <w:szCs w:val="24"/>
        </w:rPr>
        <w:t>ւսումնական գործընթացի կազմակերպման սկիզբը և ավարտը, դասերի կազմակերպման ռեժիմը (ժամերը և գրաֆիկը), ինչպես նաև ուսանողի արձակուրդի տևողությունը</w:t>
      </w:r>
      <w:r w:rsidRPr="00A702E8">
        <w:rPr>
          <w:rFonts w:ascii="GHEA Grapalat" w:eastAsia="GHEA Grapalat" w:hAnsi="GHEA Grapalat" w:cs="GHEA Grapalat"/>
          <w:color w:val="000000" w:themeColor="text1"/>
          <w:sz w:val="24"/>
          <w:szCs w:val="24"/>
          <w:lang w:val="en-US"/>
        </w:rPr>
        <w:t>։</w:t>
      </w:r>
      <w:r w:rsidRPr="00A702E8">
        <w:rPr>
          <w:rFonts w:ascii="GHEA Grapalat" w:eastAsia="GHEA Grapalat" w:hAnsi="GHEA Grapalat" w:cs="GHEA Grapalat"/>
          <w:color w:val="000000" w:themeColor="text1"/>
          <w:sz w:val="24"/>
          <w:szCs w:val="24"/>
        </w:rPr>
        <w:t xml:space="preserve">  </w:t>
      </w:r>
    </w:p>
    <w:p w14:paraId="7549C0A3" w14:textId="5EBB3545" w:rsidR="009A0AC0" w:rsidRPr="00A702E8" w:rsidRDefault="00AF6371" w:rsidP="009A0AC0">
      <w:pPr>
        <w:numPr>
          <w:ilvl w:val="0"/>
          <w:numId w:val="3"/>
        </w:numPr>
        <w:spacing w:after="0" w:line="360" w:lineRule="auto"/>
        <w:ind w:left="720" w:hanging="720"/>
        <w:contextualSpacing/>
        <w:jc w:val="both"/>
        <w:rPr>
          <w:rFonts w:ascii="GHEA Grapalat" w:eastAsia="GHEA Grapalat" w:hAnsi="GHEA Grapalat" w:cs="GHEA Grapalat"/>
          <w:color w:val="000000" w:themeColor="text1"/>
          <w:sz w:val="24"/>
          <w:szCs w:val="24"/>
        </w:rPr>
      </w:pPr>
      <w:r w:rsidRPr="00A702E8">
        <w:rPr>
          <w:rFonts w:ascii="GHEA Grapalat" w:eastAsia="GHEA Grapalat" w:hAnsi="GHEA Grapalat" w:cs="GHEA Grapalat"/>
          <w:color w:val="000000" w:themeColor="text1"/>
          <w:sz w:val="24"/>
          <w:szCs w:val="24"/>
          <w:lang w:val="en-US"/>
        </w:rPr>
        <w:t>Կ</w:t>
      </w:r>
      <w:r w:rsidR="009A0AC0" w:rsidRPr="00A702E8">
        <w:rPr>
          <w:rFonts w:ascii="GHEA Grapalat" w:eastAsia="GHEA Grapalat" w:hAnsi="GHEA Grapalat" w:cs="GHEA Grapalat"/>
          <w:color w:val="000000" w:themeColor="text1"/>
          <w:sz w:val="24"/>
          <w:szCs w:val="24"/>
          <w:lang w:val="en-US"/>
        </w:rPr>
        <w:t>արգի</w:t>
      </w:r>
      <w:r w:rsidR="009A0AC0" w:rsidRPr="00A702E8">
        <w:rPr>
          <w:rFonts w:ascii="GHEA Grapalat" w:eastAsia="GHEA Grapalat" w:hAnsi="GHEA Grapalat" w:cs="GHEA Grapalat"/>
          <w:color w:val="000000" w:themeColor="text1"/>
          <w:sz w:val="24"/>
          <w:szCs w:val="24"/>
        </w:rPr>
        <w:t xml:space="preserve"> 22-</w:t>
      </w:r>
      <w:r w:rsidR="009A0AC0" w:rsidRPr="00A702E8">
        <w:rPr>
          <w:rFonts w:ascii="GHEA Grapalat" w:eastAsia="GHEA Grapalat" w:hAnsi="GHEA Grapalat" w:cs="GHEA Grapalat"/>
          <w:color w:val="000000" w:themeColor="text1"/>
          <w:sz w:val="24"/>
          <w:szCs w:val="24"/>
          <w:lang w:val="en-US"/>
        </w:rPr>
        <w:t>րդ</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կետի</w:t>
      </w:r>
      <w:r w:rsidR="009A0AC0" w:rsidRPr="00A702E8">
        <w:rPr>
          <w:rFonts w:ascii="GHEA Grapalat" w:eastAsia="GHEA Grapalat" w:hAnsi="GHEA Grapalat" w:cs="GHEA Grapalat"/>
          <w:color w:val="000000" w:themeColor="text1"/>
          <w:sz w:val="24"/>
          <w:szCs w:val="24"/>
        </w:rPr>
        <w:t xml:space="preserve"> 1-3-</w:t>
      </w:r>
      <w:r w:rsidR="009A0AC0" w:rsidRPr="00A702E8">
        <w:rPr>
          <w:rFonts w:ascii="GHEA Grapalat" w:eastAsia="GHEA Grapalat" w:hAnsi="GHEA Grapalat" w:cs="GHEA Grapalat"/>
          <w:color w:val="000000" w:themeColor="text1"/>
          <w:sz w:val="24"/>
          <w:szCs w:val="24"/>
          <w:lang w:val="en-US"/>
        </w:rPr>
        <w:t>րդ</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ենթակետերը</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ընդհանուր</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են</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ԱՀՈՒ</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բոլոր</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ձևերի</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համար</w:t>
      </w:r>
      <w:r w:rsidR="009A0AC0" w:rsidRPr="00A702E8">
        <w:rPr>
          <w:rFonts w:ascii="GHEA Grapalat" w:eastAsia="GHEA Grapalat" w:hAnsi="GHEA Grapalat" w:cs="GHEA Grapalat"/>
          <w:color w:val="000000" w:themeColor="text1"/>
          <w:sz w:val="24"/>
          <w:szCs w:val="24"/>
        </w:rPr>
        <w:t>, 4-6-</w:t>
      </w:r>
      <w:r w:rsidR="009A0AC0" w:rsidRPr="00A702E8">
        <w:rPr>
          <w:rFonts w:ascii="GHEA Grapalat" w:eastAsia="GHEA Grapalat" w:hAnsi="GHEA Grapalat" w:cs="GHEA Grapalat"/>
          <w:color w:val="000000" w:themeColor="text1"/>
          <w:sz w:val="24"/>
          <w:szCs w:val="24"/>
          <w:lang w:val="en-US"/>
        </w:rPr>
        <w:t>րդ</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ենթակետերը</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կարող</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են</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փոփոխվել՝</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ըստ</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ԱՀՈՒ</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ձևի</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առանձնահատկության</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և</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տվյալ</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գործընկեր</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կազմակերպության</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հետ</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համաձայնեցված</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նախապայմանների։</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Բացառություն</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կարող</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է</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սահմանվել</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աշխատանքի</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ընթացքում</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ուսումնառության</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ձևով</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ԱՀՈՒ</w:t>
      </w:r>
      <w:r w:rsidRPr="00A702E8">
        <w:rPr>
          <w:rFonts w:ascii="GHEA Grapalat" w:eastAsia="GHEA Grapalat" w:hAnsi="GHEA Grapalat" w:cs="GHEA Grapalat"/>
          <w:color w:val="000000" w:themeColor="text1"/>
          <w:sz w:val="24"/>
          <w:szCs w:val="24"/>
          <w:lang w:val="en-US"/>
        </w:rPr>
        <w:t>-ին</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մասնակից</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աշխատող</w:t>
      </w:r>
      <w:r w:rsidR="009A0AC0" w:rsidRPr="00A702E8">
        <w:rPr>
          <w:rFonts w:ascii="GHEA Grapalat" w:eastAsia="GHEA Grapalat" w:hAnsi="GHEA Grapalat" w:cs="GHEA Grapalat"/>
          <w:color w:val="000000" w:themeColor="text1"/>
          <w:sz w:val="24"/>
          <w:szCs w:val="24"/>
        </w:rPr>
        <w:t>-</w:t>
      </w:r>
      <w:r w:rsidR="009A0AC0" w:rsidRPr="00A702E8">
        <w:rPr>
          <w:rFonts w:ascii="GHEA Grapalat" w:eastAsia="GHEA Grapalat" w:hAnsi="GHEA Grapalat" w:cs="GHEA Grapalat"/>
          <w:color w:val="000000" w:themeColor="text1"/>
          <w:sz w:val="24"/>
          <w:szCs w:val="24"/>
          <w:lang w:val="en-US"/>
        </w:rPr>
        <w:t>ուսանող</w:t>
      </w:r>
      <w:r w:rsidR="004E3B3B" w:rsidRPr="00A702E8">
        <w:rPr>
          <w:rFonts w:ascii="GHEA Grapalat" w:eastAsia="GHEA Grapalat" w:hAnsi="GHEA Grapalat" w:cs="GHEA Grapalat"/>
          <w:color w:val="000000" w:themeColor="text1"/>
          <w:sz w:val="24"/>
          <w:szCs w:val="24"/>
          <w:lang w:val="en-US"/>
        </w:rPr>
        <w:t>ներ</w:t>
      </w:r>
      <w:r w:rsidR="009A0AC0" w:rsidRPr="00A702E8">
        <w:rPr>
          <w:rFonts w:ascii="GHEA Grapalat" w:eastAsia="GHEA Grapalat" w:hAnsi="GHEA Grapalat" w:cs="GHEA Grapalat"/>
          <w:color w:val="000000" w:themeColor="text1"/>
          <w:sz w:val="24"/>
          <w:szCs w:val="24"/>
          <w:lang w:val="en-US"/>
        </w:rPr>
        <w:t>ի</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դեպքում</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որոնց</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համար</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ԳԱՈՒ</w:t>
      </w:r>
      <w:r w:rsidR="009A0AC0" w:rsidRPr="00A702E8">
        <w:rPr>
          <w:rFonts w:ascii="GHEA Grapalat" w:eastAsia="GHEA Grapalat" w:hAnsi="GHEA Grapalat" w:cs="GHEA Grapalat"/>
          <w:color w:val="000000" w:themeColor="text1"/>
          <w:sz w:val="24"/>
          <w:szCs w:val="24"/>
        </w:rPr>
        <w:t>-</w:t>
      </w:r>
      <w:r w:rsidR="009A0AC0" w:rsidRPr="00A702E8">
        <w:rPr>
          <w:rFonts w:ascii="GHEA Grapalat" w:eastAsia="GHEA Grapalat" w:hAnsi="GHEA Grapalat" w:cs="GHEA Grapalat"/>
          <w:color w:val="000000" w:themeColor="text1"/>
          <w:sz w:val="24"/>
          <w:szCs w:val="24"/>
          <w:lang w:val="en-US"/>
        </w:rPr>
        <w:t>ն</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մշակվում</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է</w:t>
      </w:r>
      <w:r w:rsidR="009A0AC0" w:rsidRPr="00A702E8">
        <w:rPr>
          <w:rFonts w:ascii="GHEA Grapalat" w:eastAsia="GHEA Grapalat" w:hAnsi="GHEA Grapalat" w:cs="GHEA Grapalat"/>
          <w:color w:val="000000" w:themeColor="text1"/>
          <w:sz w:val="24"/>
          <w:szCs w:val="24"/>
          <w:lang w:val="hy-AM"/>
        </w:rPr>
        <w:t>՝</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հաշվի</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առնելով</w:t>
      </w:r>
      <w:r w:rsidR="009A0AC0" w:rsidRPr="00A702E8">
        <w:rPr>
          <w:rFonts w:ascii="GHEA Grapalat" w:eastAsia="GHEA Grapalat" w:hAnsi="GHEA Grapalat" w:cs="GHEA Grapalat"/>
          <w:color w:val="000000" w:themeColor="text1"/>
          <w:sz w:val="24"/>
          <w:szCs w:val="24"/>
        </w:rPr>
        <w:t xml:space="preserve"> </w:t>
      </w:r>
      <w:r w:rsidR="004E3B3B" w:rsidRPr="00A702E8">
        <w:rPr>
          <w:rFonts w:ascii="GHEA Grapalat" w:eastAsia="GHEA Grapalat" w:hAnsi="GHEA Grapalat" w:cs="GHEA Grapalat"/>
          <w:color w:val="000000" w:themeColor="text1"/>
          <w:sz w:val="24"/>
          <w:szCs w:val="24"/>
        </w:rPr>
        <w:t>կ</w:t>
      </w:r>
      <w:r w:rsidR="009A0AC0" w:rsidRPr="00A702E8">
        <w:rPr>
          <w:rFonts w:ascii="GHEA Grapalat" w:eastAsia="GHEA Grapalat" w:hAnsi="GHEA Grapalat" w:cs="GHEA Grapalat"/>
          <w:color w:val="000000" w:themeColor="text1"/>
          <w:sz w:val="24"/>
          <w:szCs w:val="24"/>
          <w:lang w:val="en-US"/>
        </w:rPr>
        <w:t>արգի</w:t>
      </w:r>
      <w:r w:rsidR="009A0AC0" w:rsidRPr="00A702E8">
        <w:rPr>
          <w:rFonts w:ascii="GHEA Grapalat" w:eastAsia="GHEA Grapalat" w:hAnsi="GHEA Grapalat" w:cs="GHEA Grapalat"/>
          <w:color w:val="000000" w:themeColor="text1"/>
          <w:sz w:val="24"/>
          <w:szCs w:val="24"/>
        </w:rPr>
        <w:t xml:space="preserve"> 8-</w:t>
      </w:r>
      <w:r w:rsidR="009A0AC0" w:rsidRPr="00A702E8">
        <w:rPr>
          <w:rFonts w:ascii="GHEA Grapalat" w:eastAsia="GHEA Grapalat" w:hAnsi="GHEA Grapalat" w:cs="GHEA Grapalat"/>
          <w:color w:val="000000" w:themeColor="text1"/>
          <w:sz w:val="24"/>
          <w:szCs w:val="24"/>
          <w:lang w:val="en-US"/>
        </w:rPr>
        <w:t>րդ</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կետի</w:t>
      </w:r>
      <w:r w:rsidR="009A0AC0" w:rsidRPr="00A702E8">
        <w:rPr>
          <w:rFonts w:ascii="GHEA Grapalat" w:eastAsia="GHEA Grapalat" w:hAnsi="GHEA Grapalat" w:cs="GHEA Grapalat"/>
          <w:color w:val="000000" w:themeColor="text1"/>
          <w:sz w:val="24"/>
          <w:szCs w:val="24"/>
        </w:rPr>
        <w:t xml:space="preserve"> </w:t>
      </w:r>
      <w:r w:rsidR="009A0AC0" w:rsidRPr="00A702E8">
        <w:rPr>
          <w:rFonts w:ascii="GHEA Grapalat" w:eastAsia="GHEA Grapalat" w:hAnsi="GHEA Grapalat" w:cs="GHEA Grapalat"/>
          <w:color w:val="000000" w:themeColor="text1"/>
          <w:sz w:val="24"/>
          <w:szCs w:val="24"/>
          <w:lang w:val="en-US"/>
        </w:rPr>
        <w:t>պայմանները։</w:t>
      </w:r>
      <w:r w:rsidR="009A0AC0" w:rsidRPr="00A702E8">
        <w:rPr>
          <w:rFonts w:ascii="GHEA Grapalat" w:eastAsia="GHEA Grapalat" w:hAnsi="GHEA Grapalat" w:cs="GHEA Grapalat"/>
          <w:color w:val="000000" w:themeColor="text1"/>
          <w:sz w:val="24"/>
          <w:szCs w:val="24"/>
        </w:rPr>
        <w:t xml:space="preserve">  </w:t>
      </w:r>
    </w:p>
    <w:p w14:paraId="29702241" w14:textId="64729948" w:rsidR="009A0AC0" w:rsidRPr="00A702E8" w:rsidRDefault="009A0AC0" w:rsidP="009A0AC0">
      <w:pPr>
        <w:numPr>
          <w:ilvl w:val="0"/>
          <w:numId w:val="3"/>
        </w:numPr>
        <w:spacing w:after="0" w:line="360" w:lineRule="auto"/>
        <w:ind w:left="720" w:hanging="720"/>
        <w:contextualSpacing/>
        <w:jc w:val="both"/>
        <w:rPr>
          <w:rFonts w:ascii="GHEA Grapalat" w:eastAsia="GHEA Grapalat" w:hAnsi="GHEA Grapalat" w:cs="GHEA Grapalat"/>
          <w:color w:val="000000" w:themeColor="text1"/>
          <w:sz w:val="24"/>
          <w:szCs w:val="24"/>
        </w:rPr>
      </w:pPr>
      <w:r w:rsidRPr="00A702E8">
        <w:rPr>
          <w:rFonts w:ascii="GHEA Grapalat" w:eastAsia="GHEA Grapalat" w:hAnsi="GHEA Grapalat" w:cs="GHEA Grapalat"/>
          <w:color w:val="000000" w:themeColor="text1"/>
          <w:sz w:val="24"/>
          <w:szCs w:val="24"/>
          <w:lang w:val="en-US"/>
        </w:rPr>
        <w:t>ԳԱՈՒ</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մոդուլային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ծրագրով</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սահմանված</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վերջնարդյունքներն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ապահովելու</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համար</w:t>
      </w:r>
      <w:r w:rsidRPr="00A702E8">
        <w:rPr>
          <w:rFonts w:ascii="GHEA Grapalat" w:eastAsia="GHEA Grapalat" w:hAnsi="GHEA Grapalat" w:cs="GHEA Grapalat"/>
          <w:color w:val="000000" w:themeColor="text1"/>
          <w:sz w:val="24"/>
          <w:szCs w:val="24"/>
        </w:rPr>
        <w:t xml:space="preserve"> </w:t>
      </w:r>
      <w:r w:rsidR="00E767AE" w:rsidRPr="00A702E8">
        <w:rPr>
          <w:rFonts w:ascii="GHEA Grapalat" w:eastAsia="GHEA Grapalat" w:hAnsi="GHEA Grapalat" w:cs="GHEA Grapalat"/>
          <w:color w:val="000000" w:themeColor="text1"/>
          <w:sz w:val="24"/>
          <w:szCs w:val="24"/>
          <w:lang w:val="en-US"/>
        </w:rPr>
        <w:t>ՄՈՒՀ-</w:t>
      </w:r>
      <w:r w:rsidRPr="00A702E8">
        <w:rPr>
          <w:rFonts w:ascii="GHEA Grapalat" w:eastAsia="GHEA Grapalat" w:hAnsi="GHEA Grapalat" w:cs="GHEA Grapalat"/>
          <w:color w:val="000000" w:themeColor="text1"/>
          <w:sz w:val="24"/>
          <w:szCs w:val="24"/>
          <w:lang w:val="en-US"/>
        </w:rPr>
        <w:t>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կարող</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է</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այն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իրականացնել</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տարբեր</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եղանակներով</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տարբեր</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գործընկերների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մոտ</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կամ</w:t>
      </w:r>
      <w:r w:rsidRPr="00A702E8">
        <w:rPr>
          <w:rFonts w:ascii="GHEA Grapalat" w:eastAsia="GHEA Grapalat" w:hAnsi="GHEA Grapalat" w:cs="GHEA Grapalat"/>
          <w:color w:val="000000" w:themeColor="text1"/>
          <w:sz w:val="24"/>
          <w:szCs w:val="24"/>
        </w:rPr>
        <w:t xml:space="preserve"> </w:t>
      </w:r>
      <w:r w:rsidR="004214E1" w:rsidRPr="00A702E8">
        <w:rPr>
          <w:rFonts w:ascii="GHEA Grapalat" w:eastAsia="GHEA Grapalat" w:hAnsi="GHEA Grapalat" w:cs="GHEA Grapalat"/>
          <w:color w:val="000000" w:themeColor="text1"/>
          <w:sz w:val="24"/>
          <w:szCs w:val="24"/>
          <w:lang w:val="en-US"/>
        </w:rPr>
        <w:t>ՄՈՒՀ-</w:t>
      </w:r>
      <w:r w:rsidRPr="00A702E8">
        <w:rPr>
          <w:rFonts w:ascii="GHEA Grapalat" w:eastAsia="GHEA Grapalat" w:hAnsi="GHEA Grapalat" w:cs="GHEA Grapalat"/>
          <w:color w:val="000000" w:themeColor="text1"/>
          <w:sz w:val="24"/>
          <w:szCs w:val="24"/>
          <w:lang w:val="en-US"/>
        </w:rPr>
        <w:t>ում՝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կիրառելով</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ներքին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և</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արտաքին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ռոտացիայի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իմիտացիայի</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կամ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որակավորման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ծրագրով</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սահմանած</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մոդուլային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ծրագրին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հավելելու</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և</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այլ</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եղանակներով։</w:t>
      </w:r>
      <w:r w:rsidRPr="00A702E8">
        <w:rPr>
          <w:rFonts w:ascii="GHEA Grapalat" w:eastAsia="GHEA Grapalat" w:hAnsi="GHEA Grapalat" w:cs="GHEA Grapalat"/>
          <w:color w:val="000000" w:themeColor="text1"/>
          <w:sz w:val="24"/>
          <w:szCs w:val="24"/>
        </w:rPr>
        <w:t xml:space="preserve"> </w:t>
      </w:r>
    </w:p>
    <w:p w14:paraId="4DDEE6F6" w14:textId="7525B9CD" w:rsidR="009A0AC0" w:rsidRPr="00A702E8" w:rsidRDefault="009A0AC0" w:rsidP="009A0AC0">
      <w:pPr>
        <w:numPr>
          <w:ilvl w:val="0"/>
          <w:numId w:val="3"/>
        </w:numPr>
        <w:spacing w:after="0" w:line="360" w:lineRule="auto"/>
        <w:ind w:left="720" w:hanging="720"/>
        <w:contextualSpacing/>
        <w:jc w:val="both"/>
        <w:rPr>
          <w:rFonts w:ascii="GHEA Grapalat" w:eastAsia="GHEA Grapalat" w:hAnsi="GHEA Grapalat" w:cs="GHEA Grapalat"/>
          <w:color w:val="000000" w:themeColor="text1"/>
          <w:sz w:val="24"/>
          <w:szCs w:val="24"/>
        </w:rPr>
      </w:pPr>
      <w:r w:rsidRPr="00A702E8">
        <w:rPr>
          <w:rFonts w:ascii="GHEA Grapalat" w:eastAsia="GHEA Grapalat" w:hAnsi="GHEA Grapalat" w:cs="GHEA Grapalat"/>
          <w:color w:val="000000" w:themeColor="text1"/>
          <w:sz w:val="24"/>
          <w:szCs w:val="24"/>
          <w:lang w:val="en-US"/>
        </w:rPr>
        <w:t>Յուրաքանչյուր</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ուսումնական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տարվա</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ավարտին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հաջորդող</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առնվազն</w:t>
      </w:r>
      <w:r w:rsidRPr="00A702E8">
        <w:rPr>
          <w:rFonts w:ascii="GHEA Grapalat" w:eastAsia="GHEA Grapalat" w:hAnsi="GHEA Grapalat" w:cs="GHEA Grapalat"/>
          <w:color w:val="000000" w:themeColor="text1"/>
          <w:sz w:val="24"/>
          <w:szCs w:val="24"/>
        </w:rPr>
        <w:t xml:space="preserve"> 15-</w:t>
      </w:r>
      <w:r w:rsidRPr="00A702E8">
        <w:rPr>
          <w:rFonts w:ascii="GHEA Grapalat" w:eastAsia="GHEA Grapalat" w:hAnsi="GHEA Grapalat" w:cs="GHEA Grapalat"/>
          <w:color w:val="000000" w:themeColor="text1"/>
          <w:sz w:val="24"/>
          <w:szCs w:val="24"/>
          <w:lang w:val="en-US"/>
        </w:rPr>
        <w:t>րդ</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աշխատանքային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օրը</w:t>
      </w:r>
      <w:r w:rsidRPr="00A702E8">
        <w:rPr>
          <w:rFonts w:ascii="GHEA Grapalat" w:eastAsia="GHEA Grapalat" w:hAnsi="GHEA Grapalat" w:cs="GHEA Grapalat"/>
          <w:color w:val="000000" w:themeColor="text1"/>
          <w:sz w:val="24"/>
          <w:szCs w:val="24"/>
        </w:rPr>
        <w:t xml:space="preserve"> </w:t>
      </w:r>
      <w:r w:rsidR="00E767AE" w:rsidRPr="00A702E8">
        <w:rPr>
          <w:rFonts w:ascii="GHEA Grapalat" w:eastAsia="GHEA Grapalat" w:hAnsi="GHEA Grapalat" w:cs="GHEA Grapalat"/>
          <w:color w:val="000000" w:themeColor="text1"/>
          <w:sz w:val="24"/>
          <w:szCs w:val="24"/>
          <w:lang w:val="en-US"/>
        </w:rPr>
        <w:t>ՄՈՒ</w:t>
      </w:r>
      <w:r w:rsidR="00841AD1">
        <w:rPr>
          <w:rFonts w:ascii="GHEA Grapalat" w:eastAsia="GHEA Grapalat" w:hAnsi="GHEA Grapalat" w:cs="GHEA Grapalat"/>
          <w:color w:val="000000" w:themeColor="text1"/>
          <w:sz w:val="24"/>
          <w:szCs w:val="24"/>
          <w:lang w:val="hy-AM"/>
        </w:rPr>
        <w:t>Հ</w:t>
      </w:r>
      <w:r w:rsidR="00E767AE" w:rsidRPr="00A702E8">
        <w:rPr>
          <w:rFonts w:ascii="GHEA Grapalat" w:eastAsia="GHEA Grapalat" w:hAnsi="GHEA Grapalat" w:cs="GHEA Grapalat"/>
          <w:color w:val="000000" w:themeColor="text1"/>
          <w:sz w:val="24"/>
          <w:szCs w:val="24"/>
          <w:lang w:val="en-US"/>
        </w:rPr>
        <w:t>-</w:t>
      </w:r>
      <w:r w:rsidRPr="00A702E8">
        <w:rPr>
          <w:rFonts w:ascii="GHEA Grapalat" w:eastAsia="GHEA Grapalat" w:hAnsi="GHEA Grapalat" w:cs="GHEA Grapalat"/>
          <w:color w:val="000000" w:themeColor="text1"/>
          <w:sz w:val="24"/>
          <w:szCs w:val="24"/>
          <w:lang w:val="en-US"/>
        </w:rPr>
        <w:t>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հաստատում</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է</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տվյալ</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որակավորման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համար</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ԱՀՈՒ</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ձևը</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և</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ԳԱՈՒ</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մոդուլային</w:t>
      </w:r>
      <w:r w:rsidRPr="00A702E8">
        <w:rPr>
          <w:rFonts w:ascii="GHEA Grapalat" w:eastAsia="GHEA Grapalat" w:hAnsi="GHEA Grapalat" w:cs="GHEA Grapalat"/>
          <w:color w:val="000000" w:themeColor="text1"/>
          <w:sz w:val="24"/>
          <w:szCs w:val="24"/>
        </w:rPr>
        <w:t xml:space="preserve"> </w:t>
      </w:r>
      <w:r w:rsidRPr="00A702E8">
        <w:rPr>
          <w:rFonts w:ascii="GHEA Grapalat" w:eastAsia="GHEA Grapalat" w:hAnsi="GHEA Grapalat" w:cs="GHEA Grapalat"/>
          <w:color w:val="000000" w:themeColor="text1"/>
          <w:sz w:val="24"/>
          <w:szCs w:val="24"/>
          <w:lang w:val="en-US"/>
        </w:rPr>
        <w:t>ծրագիրը։</w:t>
      </w:r>
      <w:r w:rsidRPr="00A702E8">
        <w:rPr>
          <w:rFonts w:ascii="GHEA Grapalat" w:eastAsia="GHEA Grapalat" w:hAnsi="GHEA Grapalat" w:cs="GHEA Grapalat"/>
          <w:color w:val="000000" w:themeColor="text1"/>
          <w:sz w:val="24"/>
          <w:szCs w:val="24"/>
        </w:rPr>
        <w:t xml:space="preserve"> </w:t>
      </w:r>
    </w:p>
    <w:p w14:paraId="7B4F52EA" w14:textId="77777777" w:rsidR="009A0AC0" w:rsidRPr="00A702E8" w:rsidRDefault="009A0AC0" w:rsidP="009A0AC0">
      <w:pPr>
        <w:pStyle w:val="Heading2"/>
        <w:keepLines/>
        <w:numPr>
          <w:ilvl w:val="0"/>
          <w:numId w:val="3"/>
        </w:numPr>
        <w:tabs>
          <w:tab w:val="left" w:pos="851"/>
        </w:tabs>
        <w:spacing w:line="360" w:lineRule="auto"/>
        <w:ind w:left="720" w:hanging="720"/>
        <w:jc w:val="both"/>
        <w:rPr>
          <w:rFonts w:ascii="GHEA Grapalat" w:eastAsia="GHEA Grapalat" w:hAnsi="GHEA Grapalat" w:cs="GHEA Grapalat"/>
          <w:b w:val="0"/>
          <w:bCs/>
          <w:color w:val="000000" w:themeColor="text1"/>
          <w:sz w:val="24"/>
          <w:szCs w:val="24"/>
        </w:rPr>
      </w:pPr>
      <w:r w:rsidRPr="00A702E8">
        <w:rPr>
          <w:rFonts w:ascii="GHEA Grapalat" w:eastAsia="GHEA Grapalat" w:hAnsi="GHEA Grapalat" w:cs="GHEA Grapalat"/>
          <w:b w:val="0"/>
          <w:bCs/>
          <w:color w:val="000000" w:themeColor="text1"/>
          <w:sz w:val="24"/>
          <w:szCs w:val="24"/>
          <w:lang w:val="en-US"/>
        </w:rPr>
        <w:lastRenderedPageBreak/>
        <w:t>ԳԱՈՒ</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en-US"/>
        </w:rPr>
        <w:t>մոդուլային</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en-US"/>
        </w:rPr>
        <w:t>ծրագրի</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en-US"/>
        </w:rPr>
        <w:t>կազմակերպման</w:t>
      </w:r>
      <w:r w:rsidRPr="00A702E8">
        <w:rPr>
          <w:rFonts w:ascii="GHEA Grapalat" w:eastAsia="GHEA Grapalat" w:hAnsi="GHEA Grapalat" w:cs="GHEA Grapalat"/>
          <w:b w:val="0"/>
          <w:bCs/>
          <w:color w:val="000000" w:themeColor="text1"/>
          <w:sz w:val="24"/>
          <w:szCs w:val="24"/>
        </w:rPr>
        <w:t xml:space="preserve"> </w:t>
      </w:r>
      <w:r w:rsidRPr="00A702E8">
        <w:rPr>
          <w:rFonts w:ascii="GHEA Grapalat" w:hAnsi="GHEA Grapalat"/>
          <w:b w:val="0"/>
          <w:bCs/>
          <w:color w:val="000000" w:themeColor="text1"/>
          <w:sz w:val="24"/>
          <w:szCs w:val="24"/>
          <w:lang w:val="en-US"/>
        </w:rPr>
        <w:t>ընթացքը</w:t>
      </w:r>
      <w:r w:rsidRPr="00A702E8">
        <w:rPr>
          <w:rFonts w:ascii="GHEA Grapalat" w:hAnsi="GHEA Grapalat"/>
          <w:b w:val="0"/>
          <w:bCs/>
          <w:color w:val="000000" w:themeColor="text1"/>
          <w:sz w:val="24"/>
          <w:szCs w:val="24"/>
        </w:rPr>
        <w:t xml:space="preserve"> </w:t>
      </w:r>
      <w:r w:rsidRPr="00A702E8">
        <w:rPr>
          <w:rFonts w:ascii="GHEA Grapalat" w:hAnsi="GHEA Grapalat"/>
          <w:b w:val="0"/>
          <w:bCs/>
          <w:color w:val="000000" w:themeColor="text1"/>
          <w:sz w:val="24"/>
          <w:szCs w:val="24"/>
          <w:lang w:val="en-US"/>
        </w:rPr>
        <w:t>հաշվառելու</w:t>
      </w:r>
      <w:r w:rsidRPr="00A702E8">
        <w:rPr>
          <w:rFonts w:ascii="GHEA Grapalat" w:hAnsi="GHEA Grapalat"/>
          <w:b w:val="0"/>
          <w:bCs/>
          <w:color w:val="000000" w:themeColor="text1"/>
          <w:sz w:val="24"/>
          <w:szCs w:val="24"/>
        </w:rPr>
        <w:t xml:space="preserve">, </w:t>
      </w:r>
      <w:r w:rsidRPr="00A702E8">
        <w:rPr>
          <w:rFonts w:ascii="GHEA Grapalat" w:hAnsi="GHEA Grapalat"/>
          <w:b w:val="0"/>
          <w:bCs/>
          <w:color w:val="000000" w:themeColor="text1"/>
          <w:sz w:val="24"/>
          <w:szCs w:val="24"/>
          <w:lang w:val="en-US"/>
        </w:rPr>
        <w:t>վերահսկելու</w:t>
      </w:r>
      <w:r w:rsidRPr="00A702E8">
        <w:rPr>
          <w:rFonts w:ascii="GHEA Grapalat" w:hAnsi="GHEA Grapalat"/>
          <w:b w:val="0"/>
          <w:bCs/>
          <w:color w:val="000000" w:themeColor="text1"/>
          <w:sz w:val="24"/>
          <w:szCs w:val="24"/>
        </w:rPr>
        <w:t xml:space="preserve"> </w:t>
      </w:r>
      <w:r w:rsidRPr="00A702E8">
        <w:rPr>
          <w:rFonts w:ascii="GHEA Grapalat" w:hAnsi="GHEA Grapalat"/>
          <w:b w:val="0"/>
          <w:bCs/>
          <w:color w:val="000000" w:themeColor="text1"/>
          <w:sz w:val="24"/>
          <w:szCs w:val="24"/>
          <w:lang w:val="en-US"/>
        </w:rPr>
        <w:t>և</w:t>
      </w:r>
      <w:r w:rsidRPr="00A702E8">
        <w:rPr>
          <w:rFonts w:ascii="GHEA Grapalat" w:hAnsi="GHEA Grapalat"/>
          <w:b w:val="0"/>
          <w:bCs/>
          <w:color w:val="000000" w:themeColor="text1"/>
          <w:sz w:val="24"/>
          <w:szCs w:val="24"/>
        </w:rPr>
        <w:t xml:space="preserve"> </w:t>
      </w:r>
      <w:r w:rsidRPr="00A702E8">
        <w:rPr>
          <w:rFonts w:ascii="GHEA Grapalat" w:hAnsi="GHEA Grapalat"/>
          <w:b w:val="0"/>
          <w:bCs/>
          <w:color w:val="000000" w:themeColor="text1"/>
          <w:sz w:val="24"/>
          <w:szCs w:val="24"/>
          <w:lang w:val="en-US"/>
        </w:rPr>
        <w:t>արդյունքները</w:t>
      </w:r>
      <w:r w:rsidRPr="00A702E8">
        <w:rPr>
          <w:rFonts w:ascii="GHEA Grapalat" w:hAnsi="GHEA Grapalat"/>
          <w:b w:val="0"/>
          <w:bCs/>
          <w:color w:val="000000" w:themeColor="text1"/>
          <w:sz w:val="24"/>
          <w:szCs w:val="24"/>
        </w:rPr>
        <w:t xml:space="preserve"> </w:t>
      </w:r>
      <w:r w:rsidRPr="00A702E8">
        <w:rPr>
          <w:rFonts w:ascii="GHEA Grapalat" w:hAnsi="GHEA Grapalat"/>
          <w:b w:val="0"/>
          <w:bCs/>
          <w:color w:val="000000" w:themeColor="text1"/>
          <w:sz w:val="24"/>
          <w:szCs w:val="24"/>
          <w:lang w:val="en-US"/>
        </w:rPr>
        <w:t>գնահատելու</w:t>
      </w:r>
      <w:r w:rsidRPr="00A702E8">
        <w:rPr>
          <w:rFonts w:ascii="GHEA Grapalat" w:hAnsi="GHEA Grapalat"/>
          <w:b w:val="0"/>
          <w:bCs/>
          <w:color w:val="000000" w:themeColor="text1"/>
          <w:sz w:val="24"/>
          <w:szCs w:val="24"/>
        </w:rPr>
        <w:t xml:space="preserve"> </w:t>
      </w:r>
      <w:r w:rsidRPr="00A702E8">
        <w:rPr>
          <w:rFonts w:ascii="GHEA Grapalat" w:hAnsi="GHEA Grapalat"/>
          <w:b w:val="0"/>
          <w:bCs/>
          <w:color w:val="000000" w:themeColor="text1"/>
          <w:sz w:val="24"/>
          <w:szCs w:val="24"/>
          <w:lang w:val="en-US"/>
        </w:rPr>
        <w:t>նպատակով</w:t>
      </w:r>
      <w:r w:rsidRPr="00A702E8">
        <w:rPr>
          <w:rFonts w:ascii="GHEA Grapalat" w:hAnsi="GHEA Grapalat"/>
          <w:b w:val="0"/>
          <w:bCs/>
          <w:color w:val="000000" w:themeColor="text1"/>
          <w:sz w:val="24"/>
          <w:szCs w:val="24"/>
        </w:rPr>
        <w:t xml:space="preserve"> </w:t>
      </w:r>
      <w:r w:rsidRPr="00A702E8">
        <w:rPr>
          <w:rFonts w:ascii="GHEA Grapalat" w:hAnsi="GHEA Grapalat"/>
          <w:b w:val="0"/>
          <w:bCs/>
          <w:color w:val="000000" w:themeColor="text1"/>
          <w:sz w:val="24"/>
          <w:szCs w:val="24"/>
          <w:lang w:val="en-US"/>
        </w:rPr>
        <w:t>կողմերը</w:t>
      </w:r>
      <w:r w:rsidRPr="00A702E8">
        <w:rPr>
          <w:rFonts w:ascii="GHEA Grapalat" w:hAnsi="GHEA Grapalat"/>
          <w:b w:val="0"/>
          <w:bCs/>
          <w:color w:val="000000" w:themeColor="text1"/>
          <w:sz w:val="24"/>
          <w:szCs w:val="24"/>
        </w:rPr>
        <w:t xml:space="preserve"> </w:t>
      </w:r>
      <w:r w:rsidRPr="00A702E8">
        <w:rPr>
          <w:rFonts w:ascii="GHEA Grapalat" w:hAnsi="GHEA Grapalat"/>
          <w:b w:val="0"/>
          <w:bCs/>
          <w:color w:val="000000" w:themeColor="text1"/>
          <w:sz w:val="24"/>
          <w:szCs w:val="24"/>
          <w:lang w:val="en-US"/>
        </w:rPr>
        <w:t>կիրառում</w:t>
      </w:r>
      <w:r w:rsidRPr="00A702E8">
        <w:rPr>
          <w:rFonts w:ascii="GHEA Grapalat" w:hAnsi="GHEA Grapalat"/>
          <w:b w:val="0"/>
          <w:bCs/>
          <w:color w:val="000000" w:themeColor="text1"/>
          <w:sz w:val="24"/>
          <w:szCs w:val="24"/>
        </w:rPr>
        <w:t xml:space="preserve"> </w:t>
      </w:r>
      <w:r w:rsidRPr="00A702E8">
        <w:rPr>
          <w:rFonts w:ascii="GHEA Grapalat" w:hAnsi="GHEA Grapalat"/>
          <w:b w:val="0"/>
          <w:bCs/>
          <w:color w:val="000000" w:themeColor="text1"/>
          <w:sz w:val="24"/>
          <w:szCs w:val="24"/>
          <w:lang w:val="en-US"/>
        </w:rPr>
        <w:t>են</w:t>
      </w:r>
      <w:r w:rsidRPr="00A702E8">
        <w:rPr>
          <w:rFonts w:ascii="GHEA Grapalat" w:hAnsi="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en-US"/>
        </w:rPr>
        <w:t>ԳԱՈՒ</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en-US"/>
        </w:rPr>
        <w:t>օրագիր</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en-US"/>
        </w:rPr>
        <w:t>այսուհետև՝</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en-US"/>
        </w:rPr>
        <w:t>Օրագիր</w:t>
      </w:r>
      <w:r w:rsidRPr="00A702E8">
        <w:rPr>
          <w:rFonts w:ascii="GHEA Grapalat" w:eastAsia="GHEA Grapalat" w:hAnsi="GHEA Grapalat" w:cs="GHEA Grapalat"/>
          <w:b w:val="0"/>
          <w:bCs/>
          <w:color w:val="000000" w:themeColor="text1"/>
          <w:sz w:val="24"/>
          <w:szCs w:val="24"/>
        </w:rPr>
        <w:t>)</w:t>
      </w:r>
      <w:r w:rsidRPr="00A702E8">
        <w:rPr>
          <w:rFonts w:ascii="GHEA Grapalat" w:eastAsia="GHEA Grapalat" w:hAnsi="GHEA Grapalat" w:cs="GHEA Grapalat"/>
          <w:b w:val="0"/>
          <w:bCs/>
          <w:color w:val="000000" w:themeColor="text1"/>
          <w:sz w:val="24"/>
          <w:szCs w:val="24"/>
          <w:lang w:val="en-US"/>
        </w:rPr>
        <w:t>՝</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en-US"/>
        </w:rPr>
        <w:t>համաձայն</w:t>
      </w:r>
      <w:r w:rsidRPr="00A702E8">
        <w:rPr>
          <w:rFonts w:ascii="GHEA Grapalat" w:eastAsia="GHEA Grapalat" w:hAnsi="GHEA Grapalat" w:cs="GHEA Grapalat"/>
          <w:b w:val="0"/>
          <w:bCs/>
          <w:color w:val="000000" w:themeColor="text1"/>
          <w:sz w:val="24"/>
          <w:szCs w:val="24"/>
          <w:lang w:val="hy-AM"/>
        </w:rPr>
        <w:t xml:space="preserve"> Ձև 6-</w:t>
      </w:r>
      <w:r w:rsidRPr="00A702E8">
        <w:rPr>
          <w:rFonts w:ascii="GHEA Grapalat" w:eastAsia="GHEA Grapalat" w:hAnsi="GHEA Grapalat" w:cs="GHEA Grapalat"/>
          <w:b w:val="0"/>
          <w:bCs/>
          <w:color w:val="000000" w:themeColor="text1"/>
          <w:sz w:val="24"/>
          <w:szCs w:val="24"/>
          <w:lang w:val="en-US"/>
        </w:rPr>
        <w:t>ի։</w:t>
      </w:r>
      <w:r w:rsidRPr="00A702E8">
        <w:rPr>
          <w:rFonts w:ascii="GHEA Grapalat" w:eastAsia="GHEA Grapalat" w:hAnsi="GHEA Grapalat" w:cs="GHEA Grapalat"/>
          <w:b w:val="0"/>
          <w:bCs/>
          <w:color w:val="000000" w:themeColor="text1"/>
          <w:sz w:val="24"/>
          <w:szCs w:val="24"/>
        </w:rPr>
        <w:t xml:space="preserve"> </w:t>
      </w:r>
    </w:p>
    <w:p w14:paraId="2D2CDC43" w14:textId="46DC584D" w:rsidR="009A0AC0" w:rsidRPr="00A702E8" w:rsidRDefault="009A0AC0" w:rsidP="009A0AC0">
      <w:pPr>
        <w:pStyle w:val="Heading2"/>
        <w:keepLines/>
        <w:numPr>
          <w:ilvl w:val="0"/>
          <w:numId w:val="3"/>
        </w:numPr>
        <w:tabs>
          <w:tab w:val="left" w:pos="851"/>
        </w:tabs>
        <w:spacing w:line="360" w:lineRule="auto"/>
        <w:ind w:left="720" w:hanging="720"/>
        <w:jc w:val="both"/>
        <w:rPr>
          <w:rFonts w:ascii="GHEA Grapalat" w:eastAsia="GHEA Grapalat" w:hAnsi="GHEA Grapalat" w:cs="GHEA Grapalat"/>
          <w:b w:val="0"/>
          <w:bCs/>
          <w:color w:val="000000" w:themeColor="text1"/>
          <w:sz w:val="24"/>
          <w:szCs w:val="24"/>
        </w:rPr>
      </w:pPr>
      <w:r w:rsidRPr="00A702E8">
        <w:rPr>
          <w:rFonts w:ascii="GHEA Grapalat" w:eastAsia="GHEA Grapalat" w:hAnsi="GHEA Grapalat" w:cs="GHEA Grapalat"/>
          <w:b w:val="0"/>
          <w:bCs/>
          <w:color w:val="000000" w:themeColor="text1"/>
          <w:sz w:val="24"/>
          <w:szCs w:val="24"/>
          <w:lang w:val="en-US"/>
        </w:rPr>
        <w:t>Օրագիրը</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en-US"/>
        </w:rPr>
        <w:t>ԳԱՈՒ</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en-US"/>
        </w:rPr>
        <w:t>մոդուլային</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en-US"/>
        </w:rPr>
        <w:t>ծրագրում</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en-US"/>
        </w:rPr>
        <w:t>ընդգրկված</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en-US"/>
        </w:rPr>
        <w:t>ուսանողի</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en-US"/>
        </w:rPr>
        <w:t>ձեռք</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en-US"/>
        </w:rPr>
        <w:t>բերած</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en-US"/>
        </w:rPr>
        <w:t>վերջնարդյունքները</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en-US"/>
        </w:rPr>
        <w:t>գնահատելու</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en-US"/>
        </w:rPr>
        <w:t>փաստաթուղթն</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en-US"/>
        </w:rPr>
        <w:t>է</w:t>
      </w:r>
      <w:r w:rsidRPr="00A702E8">
        <w:rPr>
          <w:rFonts w:ascii="GHEA Grapalat" w:eastAsia="GHEA Grapalat" w:hAnsi="GHEA Grapalat" w:cs="GHEA Grapalat"/>
          <w:b w:val="0"/>
          <w:bCs/>
          <w:color w:val="000000" w:themeColor="text1"/>
          <w:sz w:val="24"/>
          <w:szCs w:val="24"/>
        </w:rPr>
        <w:t>,</w:t>
      </w:r>
      <w:r w:rsidR="00D96A81"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en-US"/>
        </w:rPr>
        <w:t>կիրառվում</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en-US"/>
        </w:rPr>
        <w:t>է</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en-US"/>
        </w:rPr>
        <w:t>ԱՀՈՒ</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en-US"/>
        </w:rPr>
        <w:t>բոլոր</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en-US"/>
        </w:rPr>
        <w:t>ձևերի</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en-US"/>
        </w:rPr>
        <w:t>համար</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en-US"/>
        </w:rPr>
        <w:t>և</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en-US"/>
        </w:rPr>
        <w:t>հանդիսանում</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en-US"/>
        </w:rPr>
        <w:t>է</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hy-AM"/>
        </w:rPr>
        <w:t xml:space="preserve">պետական ամփոփիչ ստուգման բաղկացուցիչ։ </w:t>
      </w:r>
    </w:p>
    <w:p w14:paraId="2D0AB68E" w14:textId="77777777" w:rsidR="009A0AC0" w:rsidRPr="00A702E8" w:rsidRDefault="009A0AC0" w:rsidP="009A0AC0">
      <w:pPr>
        <w:pStyle w:val="ListParagraph"/>
        <w:numPr>
          <w:ilvl w:val="0"/>
          <w:numId w:val="3"/>
        </w:numPr>
        <w:tabs>
          <w:tab w:val="left" w:pos="851"/>
        </w:tabs>
        <w:spacing w:before="120" w:after="120" w:line="360" w:lineRule="auto"/>
        <w:ind w:left="720" w:hanging="720"/>
        <w:jc w:val="both"/>
        <w:rPr>
          <w:rFonts w:ascii="GHEA Grapalat" w:hAnsi="GHEA Grapalat"/>
          <w:color w:val="000000" w:themeColor="text1"/>
          <w:sz w:val="24"/>
          <w:szCs w:val="24"/>
        </w:rPr>
      </w:pPr>
      <w:r w:rsidRPr="00A702E8">
        <w:rPr>
          <w:rFonts w:ascii="GHEA Grapalat" w:hAnsi="GHEA Grapalat"/>
          <w:color w:val="000000" w:themeColor="text1"/>
          <w:sz w:val="24"/>
          <w:szCs w:val="24"/>
          <w:lang w:val="en-US"/>
        </w:rPr>
        <w:t>Օրագիրը</w:t>
      </w:r>
      <w:r w:rsidRPr="00A702E8">
        <w:rPr>
          <w:rFonts w:ascii="GHEA Grapalat" w:hAnsi="GHEA Grapalat"/>
          <w:color w:val="000000" w:themeColor="text1"/>
          <w:sz w:val="24"/>
          <w:szCs w:val="24"/>
        </w:rPr>
        <w:t xml:space="preserve"> </w:t>
      </w:r>
      <w:r w:rsidRPr="00A702E8">
        <w:rPr>
          <w:rFonts w:ascii="GHEA Grapalat" w:hAnsi="GHEA Grapalat"/>
          <w:color w:val="000000" w:themeColor="text1"/>
          <w:sz w:val="24"/>
          <w:szCs w:val="24"/>
          <w:lang w:val="en-US"/>
        </w:rPr>
        <w:t>կազմվում</w:t>
      </w:r>
      <w:r w:rsidRPr="00A702E8">
        <w:rPr>
          <w:rFonts w:ascii="GHEA Grapalat" w:hAnsi="GHEA Grapalat"/>
          <w:color w:val="000000" w:themeColor="text1"/>
          <w:sz w:val="24"/>
          <w:szCs w:val="24"/>
        </w:rPr>
        <w:t xml:space="preserve"> </w:t>
      </w:r>
      <w:r w:rsidRPr="00A702E8">
        <w:rPr>
          <w:rFonts w:ascii="GHEA Grapalat" w:hAnsi="GHEA Grapalat"/>
          <w:color w:val="000000" w:themeColor="text1"/>
          <w:sz w:val="24"/>
          <w:szCs w:val="24"/>
          <w:lang w:val="en-US"/>
        </w:rPr>
        <w:t>է</w:t>
      </w:r>
      <w:r w:rsidRPr="00A702E8">
        <w:rPr>
          <w:rFonts w:ascii="GHEA Grapalat" w:hAnsi="GHEA Grapalat"/>
          <w:color w:val="000000" w:themeColor="text1"/>
          <w:sz w:val="24"/>
          <w:szCs w:val="24"/>
        </w:rPr>
        <w:t xml:space="preserve"> </w:t>
      </w:r>
      <w:r w:rsidRPr="00A702E8">
        <w:rPr>
          <w:rFonts w:ascii="GHEA Grapalat" w:hAnsi="GHEA Grapalat"/>
          <w:color w:val="000000" w:themeColor="text1"/>
          <w:sz w:val="24"/>
          <w:szCs w:val="24"/>
          <w:lang w:val="en-US"/>
        </w:rPr>
        <w:t>համապատասխան</w:t>
      </w:r>
      <w:r w:rsidRPr="00A702E8">
        <w:rPr>
          <w:rFonts w:ascii="GHEA Grapalat" w:hAnsi="GHEA Grapalat"/>
          <w:color w:val="000000" w:themeColor="text1"/>
          <w:sz w:val="24"/>
          <w:szCs w:val="24"/>
        </w:rPr>
        <w:t xml:space="preserve"> </w:t>
      </w:r>
      <w:r w:rsidRPr="00A702E8">
        <w:rPr>
          <w:rFonts w:ascii="GHEA Grapalat" w:hAnsi="GHEA Grapalat"/>
          <w:color w:val="000000" w:themeColor="text1"/>
          <w:sz w:val="24"/>
          <w:szCs w:val="24"/>
          <w:lang w:val="en-US"/>
        </w:rPr>
        <w:t>որակավորման</w:t>
      </w:r>
      <w:r w:rsidRPr="00A702E8">
        <w:rPr>
          <w:rFonts w:ascii="GHEA Grapalat" w:hAnsi="GHEA Grapalat"/>
          <w:color w:val="000000" w:themeColor="text1"/>
          <w:sz w:val="24"/>
          <w:szCs w:val="24"/>
        </w:rPr>
        <w:t xml:space="preserve"> </w:t>
      </w:r>
      <w:r w:rsidRPr="00A702E8">
        <w:rPr>
          <w:rFonts w:ascii="GHEA Grapalat" w:hAnsi="GHEA Grapalat"/>
          <w:color w:val="000000" w:themeColor="text1"/>
          <w:sz w:val="24"/>
          <w:szCs w:val="24"/>
          <w:lang w:val="en-US"/>
        </w:rPr>
        <w:t>ծրագրի</w:t>
      </w:r>
      <w:r w:rsidRPr="00A702E8">
        <w:rPr>
          <w:rFonts w:ascii="GHEA Grapalat" w:hAnsi="GHEA Grapalat"/>
          <w:color w:val="000000" w:themeColor="text1"/>
          <w:sz w:val="24"/>
          <w:szCs w:val="24"/>
        </w:rPr>
        <w:t xml:space="preserve"> </w:t>
      </w:r>
      <w:r w:rsidRPr="00A702E8">
        <w:rPr>
          <w:rFonts w:ascii="GHEA Grapalat" w:hAnsi="GHEA Grapalat"/>
          <w:color w:val="000000" w:themeColor="text1"/>
          <w:sz w:val="24"/>
          <w:szCs w:val="24"/>
          <w:lang w:val="en-US"/>
        </w:rPr>
        <w:t>ամբողջ</w:t>
      </w:r>
      <w:r w:rsidRPr="00A702E8">
        <w:rPr>
          <w:rFonts w:ascii="GHEA Grapalat" w:hAnsi="GHEA Grapalat"/>
          <w:color w:val="000000" w:themeColor="text1"/>
          <w:sz w:val="24"/>
          <w:szCs w:val="24"/>
        </w:rPr>
        <w:t xml:space="preserve"> </w:t>
      </w:r>
      <w:r w:rsidRPr="00A702E8">
        <w:rPr>
          <w:rFonts w:ascii="GHEA Grapalat" w:hAnsi="GHEA Grapalat"/>
          <w:color w:val="000000" w:themeColor="text1"/>
          <w:sz w:val="24"/>
          <w:szCs w:val="24"/>
          <w:lang w:val="en-US"/>
        </w:rPr>
        <w:t>ժամանակահատվածի</w:t>
      </w:r>
      <w:r w:rsidRPr="00A702E8">
        <w:rPr>
          <w:rFonts w:ascii="GHEA Grapalat" w:hAnsi="GHEA Grapalat"/>
          <w:color w:val="000000" w:themeColor="text1"/>
          <w:sz w:val="24"/>
          <w:szCs w:val="24"/>
        </w:rPr>
        <w:t xml:space="preserve"> </w:t>
      </w:r>
      <w:r w:rsidRPr="00A702E8">
        <w:rPr>
          <w:rFonts w:ascii="GHEA Grapalat" w:hAnsi="GHEA Grapalat"/>
          <w:color w:val="000000" w:themeColor="text1"/>
          <w:sz w:val="24"/>
          <w:szCs w:val="24"/>
          <w:lang w:val="en-US"/>
        </w:rPr>
        <w:t>համար</w:t>
      </w:r>
      <w:r w:rsidRPr="00A702E8">
        <w:rPr>
          <w:rFonts w:ascii="GHEA Grapalat" w:hAnsi="GHEA Grapalat"/>
          <w:color w:val="000000" w:themeColor="text1"/>
          <w:sz w:val="24"/>
          <w:szCs w:val="24"/>
        </w:rPr>
        <w:t xml:space="preserve"> </w:t>
      </w:r>
      <w:r w:rsidRPr="00A702E8">
        <w:rPr>
          <w:rFonts w:ascii="GHEA Grapalat" w:hAnsi="GHEA Grapalat"/>
          <w:color w:val="000000" w:themeColor="text1"/>
          <w:sz w:val="24"/>
          <w:szCs w:val="24"/>
          <w:lang w:val="en-US"/>
        </w:rPr>
        <w:t>և</w:t>
      </w:r>
      <w:r w:rsidRPr="00A702E8">
        <w:rPr>
          <w:rFonts w:ascii="GHEA Grapalat" w:hAnsi="GHEA Grapalat"/>
          <w:color w:val="000000" w:themeColor="text1"/>
          <w:sz w:val="24"/>
          <w:szCs w:val="24"/>
        </w:rPr>
        <w:t xml:space="preserve"> </w:t>
      </w:r>
      <w:r w:rsidRPr="00A702E8">
        <w:rPr>
          <w:rFonts w:ascii="GHEA Grapalat" w:hAnsi="GHEA Grapalat"/>
          <w:color w:val="000000" w:themeColor="text1"/>
          <w:sz w:val="24"/>
          <w:szCs w:val="24"/>
          <w:lang w:val="en-US"/>
        </w:rPr>
        <w:t>իր</w:t>
      </w:r>
      <w:r w:rsidRPr="00A702E8">
        <w:rPr>
          <w:rFonts w:ascii="GHEA Grapalat" w:hAnsi="GHEA Grapalat"/>
          <w:color w:val="000000" w:themeColor="text1"/>
          <w:sz w:val="24"/>
          <w:szCs w:val="24"/>
        </w:rPr>
        <w:t xml:space="preserve"> </w:t>
      </w:r>
      <w:r w:rsidRPr="00A702E8">
        <w:rPr>
          <w:rFonts w:ascii="GHEA Grapalat" w:hAnsi="GHEA Grapalat"/>
          <w:color w:val="000000" w:themeColor="text1"/>
          <w:sz w:val="24"/>
          <w:szCs w:val="24"/>
          <w:lang w:val="en-US"/>
        </w:rPr>
        <w:t>մեջ</w:t>
      </w:r>
      <w:r w:rsidRPr="00A702E8">
        <w:rPr>
          <w:rFonts w:ascii="GHEA Grapalat" w:hAnsi="GHEA Grapalat"/>
          <w:color w:val="000000" w:themeColor="text1"/>
          <w:sz w:val="24"/>
          <w:szCs w:val="24"/>
        </w:rPr>
        <w:t xml:space="preserve"> </w:t>
      </w:r>
      <w:r w:rsidRPr="00A702E8">
        <w:rPr>
          <w:rFonts w:ascii="GHEA Grapalat" w:hAnsi="GHEA Grapalat"/>
          <w:color w:val="000000" w:themeColor="text1"/>
          <w:sz w:val="24"/>
          <w:szCs w:val="24"/>
          <w:lang w:val="en-US"/>
        </w:rPr>
        <w:t>ամփոփում</w:t>
      </w:r>
      <w:r w:rsidRPr="00A702E8">
        <w:rPr>
          <w:rFonts w:ascii="GHEA Grapalat" w:hAnsi="GHEA Grapalat"/>
          <w:color w:val="000000" w:themeColor="text1"/>
          <w:sz w:val="24"/>
          <w:szCs w:val="24"/>
        </w:rPr>
        <w:t xml:space="preserve"> </w:t>
      </w:r>
      <w:r w:rsidRPr="00A702E8">
        <w:rPr>
          <w:rFonts w:ascii="GHEA Grapalat" w:hAnsi="GHEA Grapalat"/>
          <w:color w:val="000000" w:themeColor="text1"/>
          <w:sz w:val="24"/>
          <w:szCs w:val="24"/>
          <w:lang w:val="en-US"/>
        </w:rPr>
        <w:t>է</w:t>
      </w:r>
      <w:r w:rsidRPr="00A702E8">
        <w:rPr>
          <w:rFonts w:ascii="GHEA Grapalat" w:hAnsi="GHEA Grapalat"/>
          <w:color w:val="000000" w:themeColor="text1"/>
          <w:sz w:val="24"/>
          <w:szCs w:val="24"/>
        </w:rPr>
        <w:t xml:space="preserve"> </w:t>
      </w:r>
      <w:r w:rsidRPr="00A702E8">
        <w:rPr>
          <w:rFonts w:ascii="GHEA Grapalat" w:hAnsi="GHEA Grapalat"/>
          <w:color w:val="000000" w:themeColor="text1"/>
          <w:sz w:val="24"/>
          <w:szCs w:val="24"/>
          <w:lang w:val="en-US"/>
        </w:rPr>
        <w:t>ուսումնառության</w:t>
      </w:r>
      <w:r w:rsidRPr="00A702E8">
        <w:rPr>
          <w:rFonts w:ascii="GHEA Grapalat" w:hAnsi="GHEA Grapalat"/>
          <w:color w:val="000000" w:themeColor="text1"/>
          <w:sz w:val="24"/>
          <w:szCs w:val="24"/>
        </w:rPr>
        <w:t xml:space="preserve"> </w:t>
      </w:r>
      <w:r w:rsidRPr="00A702E8">
        <w:rPr>
          <w:rFonts w:ascii="GHEA Grapalat" w:hAnsi="GHEA Grapalat"/>
          <w:color w:val="000000" w:themeColor="text1"/>
          <w:sz w:val="24"/>
          <w:szCs w:val="24"/>
          <w:lang w:val="en-US"/>
        </w:rPr>
        <w:t>ընթացքում</w:t>
      </w:r>
      <w:r w:rsidRPr="00A702E8">
        <w:rPr>
          <w:rFonts w:ascii="GHEA Grapalat" w:hAnsi="GHEA Grapalat"/>
          <w:color w:val="000000" w:themeColor="text1"/>
          <w:sz w:val="24"/>
          <w:szCs w:val="24"/>
        </w:rPr>
        <w:t xml:space="preserve"> </w:t>
      </w:r>
      <w:r w:rsidRPr="00A702E8">
        <w:rPr>
          <w:rFonts w:ascii="GHEA Grapalat" w:hAnsi="GHEA Grapalat"/>
          <w:color w:val="000000" w:themeColor="text1"/>
          <w:sz w:val="24"/>
          <w:szCs w:val="24"/>
          <w:lang w:val="en-US"/>
        </w:rPr>
        <w:t>բոլոր</w:t>
      </w:r>
      <w:r w:rsidRPr="00A702E8">
        <w:rPr>
          <w:rFonts w:ascii="GHEA Grapalat" w:hAnsi="GHEA Grapalat"/>
          <w:color w:val="000000" w:themeColor="text1"/>
          <w:sz w:val="24"/>
          <w:szCs w:val="24"/>
        </w:rPr>
        <w:t xml:space="preserve"> </w:t>
      </w:r>
      <w:r w:rsidRPr="00A702E8">
        <w:rPr>
          <w:rFonts w:ascii="GHEA Grapalat" w:hAnsi="GHEA Grapalat"/>
          <w:color w:val="000000" w:themeColor="text1"/>
          <w:sz w:val="24"/>
          <w:szCs w:val="24"/>
          <w:lang w:val="en-US"/>
        </w:rPr>
        <w:t>կազմակերպություններում</w:t>
      </w:r>
      <w:r w:rsidRPr="00A702E8">
        <w:rPr>
          <w:rFonts w:ascii="GHEA Grapalat" w:hAnsi="GHEA Grapalat"/>
          <w:color w:val="000000" w:themeColor="text1"/>
          <w:sz w:val="24"/>
          <w:szCs w:val="24"/>
        </w:rPr>
        <w:t xml:space="preserve"> </w:t>
      </w:r>
      <w:r w:rsidRPr="00A702E8">
        <w:rPr>
          <w:rFonts w:ascii="GHEA Grapalat" w:hAnsi="GHEA Grapalat"/>
          <w:color w:val="000000" w:themeColor="text1"/>
          <w:sz w:val="24"/>
          <w:szCs w:val="24"/>
          <w:lang w:val="en-US"/>
        </w:rPr>
        <w:t>ուսանողի</w:t>
      </w:r>
      <w:r w:rsidRPr="00A702E8">
        <w:rPr>
          <w:rFonts w:ascii="GHEA Grapalat" w:hAnsi="GHEA Grapalat"/>
          <w:color w:val="000000" w:themeColor="text1"/>
          <w:sz w:val="24"/>
          <w:szCs w:val="24"/>
        </w:rPr>
        <w:t xml:space="preserve"> </w:t>
      </w:r>
      <w:r w:rsidRPr="00A702E8">
        <w:rPr>
          <w:rFonts w:ascii="GHEA Grapalat" w:hAnsi="GHEA Grapalat"/>
          <w:color w:val="000000" w:themeColor="text1"/>
          <w:sz w:val="24"/>
          <w:szCs w:val="24"/>
          <w:lang w:val="en-US"/>
        </w:rPr>
        <w:t>անցած</w:t>
      </w:r>
      <w:r w:rsidRPr="00A702E8">
        <w:rPr>
          <w:rFonts w:ascii="GHEA Grapalat" w:hAnsi="GHEA Grapalat"/>
          <w:color w:val="000000" w:themeColor="text1"/>
          <w:sz w:val="24"/>
          <w:szCs w:val="24"/>
        </w:rPr>
        <w:t xml:space="preserve"> </w:t>
      </w:r>
      <w:r w:rsidRPr="00A702E8">
        <w:rPr>
          <w:rFonts w:ascii="GHEA Grapalat" w:hAnsi="GHEA Grapalat"/>
          <w:color w:val="000000" w:themeColor="text1"/>
          <w:sz w:val="24"/>
          <w:szCs w:val="24"/>
          <w:lang w:val="en-US"/>
        </w:rPr>
        <w:t>ԳԱՈՒ</w:t>
      </w:r>
      <w:r w:rsidRPr="00A702E8">
        <w:rPr>
          <w:rFonts w:ascii="GHEA Grapalat" w:hAnsi="GHEA Grapalat"/>
          <w:color w:val="000000" w:themeColor="text1"/>
          <w:sz w:val="24"/>
          <w:szCs w:val="24"/>
        </w:rPr>
        <w:t xml:space="preserve"> </w:t>
      </w:r>
      <w:r w:rsidRPr="00A702E8">
        <w:rPr>
          <w:rFonts w:ascii="GHEA Grapalat" w:hAnsi="GHEA Grapalat"/>
          <w:color w:val="000000" w:themeColor="text1"/>
          <w:sz w:val="24"/>
          <w:szCs w:val="24"/>
          <w:lang w:val="en-US"/>
        </w:rPr>
        <w:t>վերաբերյալ</w:t>
      </w:r>
      <w:r w:rsidRPr="00A702E8">
        <w:rPr>
          <w:rFonts w:ascii="GHEA Grapalat" w:hAnsi="GHEA Grapalat"/>
          <w:color w:val="000000" w:themeColor="text1"/>
          <w:sz w:val="24"/>
          <w:szCs w:val="24"/>
        </w:rPr>
        <w:t xml:space="preserve"> </w:t>
      </w:r>
      <w:r w:rsidRPr="00A702E8">
        <w:rPr>
          <w:rFonts w:ascii="GHEA Grapalat" w:hAnsi="GHEA Grapalat"/>
          <w:color w:val="000000" w:themeColor="text1"/>
          <w:sz w:val="24"/>
          <w:szCs w:val="24"/>
          <w:lang w:val="en-US"/>
        </w:rPr>
        <w:t>տեղեկատվությունը՝</w:t>
      </w:r>
      <w:r w:rsidRPr="00A702E8">
        <w:rPr>
          <w:rFonts w:ascii="GHEA Grapalat" w:hAnsi="GHEA Grapalat"/>
          <w:color w:val="000000" w:themeColor="text1"/>
          <w:sz w:val="24"/>
          <w:szCs w:val="24"/>
        </w:rPr>
        <w:t xml:space="preserve"> </w:t>
      </w:r>
      <w:r w:rsidRPr="00A702E8">
        <w:rPr>
          <w:rFonts w:ascii="GHEA Grapalat" w:hAnsi="GHEA Grapalat"/>
          <w:color w:val="000000" w:themeColor="text1"/>
          <w:sz w:val="24"/>
          <w:szCs w:val="24"/>
          <w:lang w:val="en-US"/>
        </w:rPr>
        <w:t>անկախ</w:t>
      </w:r>
      <w:r w:rsidRPr="00A702E8">
        <w:rPr>
          <w:rFonts w:ascii="GHEA Grapalat" w:hAnsi="GHEA Grapalat"/>
          <w:color w:val="000000" w:themeColor="text1"/>
          <w:sz w:val="24"/>
          <w:szCs w:val="24"/>
        </w:rPr>
        <w:t xml:space="preserve"> </w:t>
      </w:r>
      <w:r w:rsidRPr="00A702E8">
        <w:rPr>
          <w:rFonts w:ascii="GHEA Grapalat" w:hAnsi="GHEA Grapalat"/>
          <w:color w:val="000000" w:themeColor="text1"/>
          <w:sz w:val="24"/>
          <w:szCs w:val="24"/>
          <w:lang w:val="en-US"/>
        </w:rPr>
        <w:t>դրա</w:t>
      </w:r>
      <w:r w:rsidRPr="00A702E8">
        <w:rPr>
          <w:rFonts w:ascii="GHEA Grapalat" w:hAnsi="GHEA Grapalat"/>
          <w:color w:val="000000" w:themeColor="text1"/>
          <w:sz w:val="24"/>
          <w:szCs w:val="24"/>
        </w:rPr>
        <w:t xml:space="preserve"> </w:t>
      </w:r>
      <w:r w:rsidRPr="00A702E8">
        <w:rPr>
          <w:rFonts w:ascii="GHEA Grapalat" w:hAnsi="GHEA Grapalat"/>
          <w:color w:val="000000" w:themeColor="text1"/>
          <w:sz w:val="24"/>
          <w:szCs w:val="24"/>
          <w:lang w:val="en-US"/>
        </w:rPr>
        <w:t>իրականացման</w:t>
      </w:r>
      <w:r w:rsidRPr="00A702E8">
        <w:rPr>
          <w:rFonts w:ascii="GHEA Grapalat" w:hAnsi="GHEA Grapalat"/>
          <w:color w:val="000000" w:themeColor="text1"/>
          <w:sz w:val="24"/>
          <w:szCs w:val="24"/>
        </w:rPr>
        <w:t xml:space="preserve"> </w:t>
      </w:r>
      <w:r w:rsidRPr="00A702E8">
        <w:rPr>
          <w:rFonts w:ascii="GHEA Grapalat" w:hAnsi="GHEA Grapalat"/>
          <w:color w:val="000000" w:themeColor="text1"/>
          <w:sz w:val="24"/>
          <w:szCs w:val="24"/>
          <w:lang w:val="en-US"/>
        </w:rPr>
        <w:t>ձևից</w:t>
      </w:r>
      <w:r w:rsidRPr="00A702E8">
        <w:rPr>
          <w:rFonts w:ascii="GHEA Grapalat" w:hAnsi="GHEA Grapalat"/>
          <w:color w:val="000000" w:themeColor="text1"/>
          <w:sz w:val="24"/>
          <w:szCs w:val="24"/>
        </w:rPr>
        <w:t xml:space="preserve">, </w:t>
      </w:r>
      <w:r w:rsidRPr="00A702E8">
        <w:rPr>
          <w:rFonts w:ascii="GHEA Grapalat" w:hAnsi="GHEA Grapalat"/>
          <w:color w:val="000000" w:themeColor="text1"/>
          <w:sz w:val="24"/>
          <w:szCs w:val="24"/>
          <w:lang w:val="en-US"/>
        </w:rPr>
        <w:t>վայրից</w:t>
      </w:r>
      <w:r w:rsidRPr="00A702E8">
        <w:rPr>
          <w:rFonts w:ascii="GHEA Grapalat" w:hAnsi="GHEA Grapalat"/>
          <w:color w:val="000000" w:themeColor="text1"/>
          <w:sz w:val="24"/>
          <w:szCs w:val="24"/>
        </w:rPr>
        <w:t xml:space="preserve"> </w:t>
      </w:r>
      <w:r w:rsidRPr="00A702E8">
        <w:rPr>
          <w:rFonts w:ascii="GHEA Grapalat" w:hAnsi="GHEA Grapalat"/>
          <w:color w:val="000000" w:themeColor="text1"/>
          <w:sz w:val="24"/>
          <w:szCs w:val="24"/>
          <w:lang w:val="en-US"/>
        </w:rPr>
        <w:t>և</w:t>
      </w:r>
      <w:r w:rsidRPr="00A702E8">
        <w:rPr>
          <w:rFonts w:ascii="GHEA Grapalat" w:hAnsi="GHEA Grapalat"/>
          <w:color w:val="000000" w:themeColor="text1"/>
          <w:sz w:val="24"/>
          <w:szCs w:val="24"/>
        </w:rPr>
        <w:t xml:space="preserve"> </w:t>
      </w:r>
      <w:r w:rsidRPr="00A702E8">
        <w:rPr>
          <w:rFonts w:ascii="GHEA Grapalat" w:hAnsi="GHEA Grapalat"/>
          <w:color w:val="000000" w:themeColor="text1"/>
          <w:sz w:val="24"/>
          <w:szCs w:val="24"/>
          <w:lang w:val="en-US"/>
        </w:rPr>
        <w:t>կազմակերպությունների</w:t>
      </w:r>
      <w:r w:rsidRPr="00A702E8">
        <w:rPr>
          <w:rFonts w:ascii="GHEA Grapalat" w:hAnsi="GHEA Grapalat"/>
          <w:color w:val="000000" w:themeColor="text1"/>
          <w:sz w:val="24"/>
          <w:szCs w:val="24"/>
        </w:rPr>
        <w:t xml:space="preserve"> </w:t>
      </w:r>
      <w:r w:rsidRPr="00A702E8">
        <w:rPr>
          <w:rFonts w:ascii="GHEA Grapalat" w:hAnsi="GHEA Grapalat"/>
          <w:color w:val="000000" w:themeColor="text1"/>
          <w:sz w:val="24"/>
          <w:szCs w:val="24"/>
          <w:lang w:val="en-US"/>
        </w:rPr>
        <w:t>քանակից</w:t>
      </w:r>
      <w:r w:rsidRPr="00A702E8">
        <w:rPr>
          <w:rFonts w:ascii="GHEA Grapalat" w:hAnsi="GHEA Grapalat"/>
          <w:color w:val="000000" w:themeColor="text1"/>
          <w:sz w:val="24"/>
          <w:szCs w:val="24"/>
        </w:rPr>
        <w:t xml:space="preserve">: </w:t>
      </w:r>
    </w:p>
    <w:p w14:paraId="0F0A329E" w14:textId="77777777" w:rsidR="009A0AC0" w:rsidRPr="00A702E8" w:rsidRDefault="009A0AC0" w:rsidP="009A0AC0">
      <w:pPr>
        <w:pStyle w:val="Heading2"/>
        <w:keepLines/>
        <w:numPr>
          <w:ilvl w:val="0"/>
          <w:numId w:val="3"/>
        </w:numPr>
        <w:tabs>
          <w:tab w:val="left" w:pos="851"/>
        </w:tabs>
        <w:spacing w:line="360" w:lineRule="auto"/>
        <w:ind w:left="720" w:hanging="720"/>
        <w:jc w:val="both"/>
        <w:rPr>
          <w:rFonts w:ascii="GHEA Grapalat" w:hAnsi="GHEA Grapalat"/>
          <w:b w:val="0"/>
          <w:bCs/>
          <w:color w:val="000000" w:themeColor="text1"/>
          <w:sz w:val="24"/>
          <w:szCs w:val="24"/>
          <w:lang w:val="hy-AM"/>
        </w:rPr>
      </w:pPr>
      <w:bookmarkStart w:id="4" w:name="_Hlk222328391"/>
      <w:r w:rsidRPr="00A702E8">
        <w:rPr>
          <w:rFonts w:ascii="GHEA Grapalat" w:eastAsia="GHEA Grapalat" w:hAnsi="GHEA Grapalat" w:cs="GHEA Grapalat"/>
          <w:b w:val="0"/>
          <w:color w:val="000000" w:themeColor="text1"/>
          <w:sz w:val="24"/>
          <w:szCs w:val="24"/>
          <w:lang w:val="hy-AM"/>
        </w:rPr>
        <w:t>Օր</w:t>
      </w:r>
      <w:r w:rsidRPr="00A702E8">
        <w:rPr>
          <w:rFonts w:ascii="GHEA Grapalat" w:eastAsia="GHEA Grapalat" w:hAnsi="GHEA Grapalat" w:cs="GHEA Grapalat"/>
          <w:b w:val="0"/>
          <w:bCs/>
          <w:color w:val="000000" w:themeColor="text1"/>
          <w:sz w:val="24"/>
          <w:szCs w:val="24"/>
          <w:lang w:val="hy-AM"/>
        </w:rPr>
        <w:t>ագրում սահմանվում է տվյալ  կազմակերպությունում</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hy-AM"/>
        </w:rPr>
        <w:t>ստարաբաժանումում</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hy-AM"/>
        </w:rPr>
        <w:t>ԳԱՈՒ</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hy-AM"/>
        </w:rPr>
        <w:t>ծրագրի</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hy-AM"/>
        </w:rPr>
        <w:t>ապահովման</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hy-AM"/>
        </w:rPr>
        <w:t>այն</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hy-AM"/>
        </w:rPr>
        <w:t>բաղադրիչները</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hy-AM"/>
        </w:rPr>
        <w:t>գործառույթները</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hy-AM"/>
        </w:rPr>
        <w:t>աշխատանքային</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hy-AM"/>
        </w:rPr>
        <w:t>խնդիրները</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hy-AM"/>
        </w:rPr>
        <w:t>առաջադրանքները</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hy-AM"/>
        </w:rPr>
        <w:t>որոնք</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hy-AM"/>
        </w:rPr>
        <w:t>կողմերը</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hy-AM"/>
        </w:rPr>
        <w:t>ստանձնել</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hy-AM"/>
        </w:rPr>
        <w:t>են</w:t>
      </w:r>
      <w:r w:rsidRPr="00A702E8">
        <w:rPr>
          <w:rFonts w:ascii="GHEA Grapalat" w:eastAsia="GHEA Grapalat" w:hAnsi="GHEA Grapalat" w:cs="GHEA Grapalat"/>
          <w:b w:val="0"/>
          <w:bCs/>
          <w:color w:val="000000" w:themeColor="text1"/>
          <w:sz w:val="24"/>
          <w:szCs w:val="24"/>
        </w:rPr>
        <w:t xml:space="preserve"> </w:t>
      </w:r>
      <w:r w:rsidRPr="00A702E8">
        <w:rPr>
          <w:rFonts w:ascii="GHEA Grapalat" w:eastAsia="GHEA Grapalat" w:hAnsi="GHEA Grapalat" w:cs="GHEA Grapalat"/>
          <w:b w:val="0"/>
          <w:bCs/>
          <w:color w:val="000000" w:themeColor="text1"/>
          <w:sz w:val="24"/>
          <w:szCs w:val="24"/>
          <w:lang w:val="hy-AM"/>
        </w:rPr>
        <w:t>իրականացնել։</w:t>
      </w:r>
      <w:r w:rsidRPr="00A702E8">
        <w:rPr>
          <w:rFonts w:ascii="GHEA Grapalat" w:eastAsia="GHEA Grapalat" w:hAnsi="GHEA Grapalat" w:cs="GHEA Grapalat"/>
          <w:b w:val="0"/>
          <w:bCs/>
          <w:color w:val="000000" w:themeColor="text1"/>
          <w:sz w:val="24"/>
          <w:szCs w:val="24"/>
        </w:rPr>
        <w:t xml:space="preserve"> </w:t>
      </w:r>
    </w:p>
    <w:bookmarkEnd w:id="4"/>
    <w:p w14:paraId="15448063" w14:textId="77777777" w:rsidR="009A0AC0" w:rsidRPr="00A702E8" w:rsidRDefault="009A0AC0" w:rsidP="009A0AC0">
      <w:pPr>
        <w:pStyle w:val="Heading2"/>
        <w:keepLines/>
        <w:numPr>
          <w:ilvl w:val="0"/>
          <w:numId w:val="3"/>
        </w:numPr>
        <w:tabs>
          <w:tab w:val="left" w:pos="851"/>
        </w:tabs>
        <w:spacing w:line="360" w:lineRule="auto"/>
        <w:ind w:left="720" w:hanging="720"/>
        <w:jc w:val="both"/>
        <w:rPr>
          <w:rFonts w:ascii="GHEA Grapalat" w:hAnsi="GHEA Grapalat"/>
          <w:bCs/>
          <w:color w:val="000000" w:themeColor="text1"/>
          <w:sz w:val="24"/>
          <w:szCs w:val="24"/>
          <w:lang w:val="hy-AM"/>
        </w:rPr>
      </w:pPr>
      <w:r w:rsidRPr="00A702E8">
        <w:rPr>
          <w:rFonts w:ascii="GHEA Grapalat" w:eastAsia="GHEA Grapalat" w:hAnsi="GHEA Grapalat" w:cs="GHEA Grapalat"/>
          <w:b w:val="0"/>
          <w:bCs/>
          <w:color w:val="000000" w:themeColor="text1"/>
          <w:sz w:val="24"/>
          <w:szCs w:val="24"/>
          <w:lang w:val="hy-AM"/>
        </w:rPr>
        <w:t xml:space="preserve">ԳԱՈՒ մոդուլային ծրագրի շրջանակում՝ ըստ իրականացման  վայրի կատարած աշխատանքների, առաջադրանքների նկարագրությունը լրացնում է ուսանողը, դրանց իսկությունը հավաստում և կատարման արդյունքները գնահատում է  կազմակերպության Հրահանգիչը, իսկ ԳԱՈՒ մոդուլային ծրագրի Օրագրի համապատասխանությունը վերահսկում են ՄՈՒՀ-ի և տվյալ կազմակերպության պատասխանատու ներկայացուցիչները։ </w:t>
      </w:r>
    </w:p>
    <w:p w14:paraId="7FFE1726" w14:textId="77777777" w:rsidR="009A0AC0" w:rsidRPr="00A702E8" w:rsidRDefault="009A0AC0" w:rsidP="009A0AC0">
      <w:pPr>
        <w:pStyle w:val="Heading2"/>
        <w:keepLines/>
        <w:numPr>
          <w:ilvl w:val="0"/>
          <w:numId w:val="3"/>
        </w:numPr>
        <w:tabs>
          <w:tab w:val="left" w:pos="851"/>
        </w:tabs>
        <w:spacing w:line="360" w:lineRule="auto"/>
        <w:ind w:left="720" w:hanging="720"/>
        <w:jc w:val="both"/>
        <w:rPr>
          <w:rFonts w:ascii="GHEA Grapalat" w:hAnsi="GHEA Grapalat"/>
          <w:bCs/>
          <w:color w:val="000000" w:themeColor="text1"/>
          <w:sz w:val="24"/>
          <w:szCs w:val="24"/>
          <w:lang w:val="hy-AM"/>
        </w:rPr>
      </w:pPr>
      <w:r w:rsidRPr="00A702E8">
        <w:rPr>
          <w:rFonts w:ascii="GHEA Grapalat" w:eastAsia="GHEA Grapalat" w:hAnsi="GHEA Grapalat" w:cs="GHEA Grapalat"/>
          <w:b w:val="0"/>
          <w:bCs/>
          <w:color w:val="000000" w:themeColor="text1"/>
          <w:sz w:val="24"/>
          <w:szCs w:val="24"/>
          <w:lang w:val="hy-AM"/>
        </w:rPr>
        <w:t>Օրագիրը ՄՈՒՀ-ում պարտադիր պահպանման ենթակա փաստաթուղթ է և պահվում է ուսանողին որակավորում շնորհելուց հետո առնվազն երեք տարի։</w:t>
      </w:r>
    </w:p>
    <w:p w14:paraId="51CB0E0E" w14:textId="3D5F9FC2" w:rsidR="009A0AC0" w:rsidRPr="00A702E8" w:rsidRDefault="00E767AE" w:rsidP="009A0AC0">
      <w:pPr>
        <w:numPr>
          <w:ilvl w:val="0"/>
          <w:numId w:val="3"/>
        </w:numPr>
        <w:spacing w:after="0" w:line="360" w:lineRule="auto"/>
        <w:ind w:left="720" w:hanging="720"/>
        <w:contextualSpacing/>
        <w:jc w:val="both"/>
        <w:rPr>
          <w:rFonts w:ascii="GHEA Grapalat" w:eastAsia="GHEA Grapalat" w:hAnsi="GHEA Grapalat" w:cs="GHEA Grapalat"/>
          <w:color w:val="000000" w:themeColor="text1"/>
          <w:sz w:val="24"/>
          <w:szCs w:val="24"/>
          <w:lang w:val="hy-AM"/>
        </w:rPr>
      </w:pPr>
      <w:r w:rsidRPr="00A702E8">
        <w:rPr>
          <w:rFonts w:ascii="GHEA Grapalat" w:eastAsia="GHEA Grapalat" w:hAnsi="GHEA Grapalat" w:cs="GHEA Grapalat"/>
          <w:color w:val="000000" w:themeColor="text1"/>
          <w:sz w:val="24"/>
          <w:szCs w:val="24"/>
          <w:lang w:val="hy-AM"/>
        </w:rPr>
        <w:t>ՄՈՒՀ-</w:t>
      </w:r>
      <w:r w:rsidR="009A0AC0" w:rsidRPr="00A702E8">
        <w:rPr>
          <w:rFonts w:ascii="GHEA Grapalat" w:eastAsia="GHEA Grapalat" w:hAnsi="GHEA Grapalat" w:cs="GHEA Grapalat"/>
          <w:color w:val="000000" w:themeColor="text1"/>
          <w:sz w:val="24"/>
          <w:szCs w:val="24"/>
          <w:lang w:val="hy-AM"/>
        </w:rPr>
        <w:t xml:space="preserve">ի դիմորդը և ուսանողը պետք է պատշաճորեն տեղեկացված լինի ԱՀՈՒ ձևերով պայմանավորված մասնակիցների հնարավորությունների, պարտականությունների և իրավունքների մասին, ԳԱՈՒ մոդուլային ծրագրի կազմակերպման առանձնահատկությունների, ուսանողի հետ կնքվող պրակտիկայի կամ աշխատանքային պայմանագրի հիմնական սկզբունքների, ԱՀՈՒ </w:t>
      </w:r>
      <w:r w:rsidR="009A0AC0" w:rsidRPr="00A702E8">
        <w:rPr>
          <w:rFonts w:ascii="GHEA Grapalat" w:eastAsia="GHEA Grapalat" w:hAnsi="GHEA Grapalat" w:cs="GHEA Grapalat"/>
          <w:color w:val="000000" w:themeColor="text1"/>
          <w:sz w:val="24"/>
          <w:szCs w:val="24"/>
          <w:lang w:val="hy-AM"/>
        </w:rPr>
        <w:lastRenderedPageBreak/>
        <w:t xml:space="preserve">մասնակցության հետ կապված փոխհատուցումների տրամադրման, բժշկական պարտադիր զննության և </w:t>
      </w:r>
      <w:r w:rsidR="009A0AC0" w:rsidRPr="00A702E8">
        <w:rPr>
          <w:rFonts w:ascii="GHEA Grapalat" w:hAnsi="GHEA Grapalat" w:cs="Arial"/>
          <w:color w:val="000000" w:themeColor="text1"/>
          <w:sz w:val="24"/>
          <w:szCs w:val="24"/>
          <w:lang w:val="hy-AM"/>
        </w:rPr>
        <w:t>աշխատանքի վայրում դժբախտ դեպքերից ու մասնագիտական հիվանդություններից ապահովագրության</w:t>
      </w:r>
      <w:r w:rsidR="009A0AC0" w:rsidRPr="00A702E8">
        <w:rPr>
          <w:rFonts w:ascii="GHEA Grapalat" w:eastAsia="GHEA Grapalat" w:hAnsi="GHEA Grapalat" w:cs="GHEA Grapalat"/>
          <w:color w:val="000000" w:themeColor="text1"/>
          <w:sz w:val="24"/>
          <w:szCs w:val="24"/>
          <w:lang w:val="hy-AM"/>
        </w:rPr>
        <w:t xml:space="preserve"> պայմանների վերաբերյալ։   </w:t>
      </w:r>
    </w:p>
    <w:p w14:paraId="75E715A9" w14:textId="119F3353" w:rsidR="009A0AC0" w:rsidRPr="00A702E8" w:rsidRDefault="00E767AE" w:rsidP="009A0AC0">
      <w:pPr>
        <w:numPr>
          <w:ilvl w:val="0"/>
          <w:numId w:val="3"/>
        </w:numPr>
        <w:spacing w:after="0" w:line="360" w:lineRule="auto"/>
        <w:ind w:left="720" w:hanging="720"/>
        <w:contextualSpacing/>
        <w:jc w:val="both"/>
        <w:rPr>
          <w:rFonts w:ascii="GHEA Grapalat" w:eastAsia="GHEA Grapalat" w:hAnsi="GHEA Grapalat" w:cs="GHEA Grapalat"/>
          <w:color w:val="000000" w:themeColor="text1"/>
          <w:sz w:val="24"/>
          <w:szCs w:val="24"/>
          <w:lang w:val="hy-AM"/>
        </w:rPr>
      </w:pPr>
      <w:r w:rsidRPr="00A702E8">
        <w:rPr>
          <w:rFonts w:ascii="GHEA Grapalat" w:eastAsia="GHEA Grapalat" w:hAnsi="GHEA Grapalat" w:cs="GHEA Grapalat"/>
          <w:color w:val="000000" w:themeColor="text1"/>
          <w:sz w:val="24"/>
          <w:szCs w:val="24"/>
          <w:lang w:val="hy-AM"/>
        </w:rPr>
        <w:t>ՄՈՒՀ-</w:t>
      </w:r>
      <w:r w:rsidR="009A0AC0" w:rsidRPr="00A702E8">
        <w:rPr>
          <w:rFonts w:ascii="GHEA Grapalat" w:eastAsia="GHEA Grapalat" w:hAnsi="GHEA Grapalat" w:cs="GHEA Grapalat"/>
          <w:color w:val="000000" w:themeColor="text1"/>
          <w:sz w:val="24"/>
          <w:szCs w:val="24"/>
          <w:lang w:val="hy-AM"/>
        </w:rPr>
        <w:t>ում կազմակերպվող ո</w:t>
      </w:r>
      <w:r w:rsidR="009A0AC0" w:rsidRPr="00A702E8">
        <w:rPr>
          <w:rFonts w:ascii="GHEA Grapalat" w:hAnsi="GHEA Grapalat" w:cs="Arial"/>
          <w:color w:val="000000" w:themeColor="text1"/>
          <w:sz w:val="24"/>
          <w:szCs w:val="24"/>
          <w:lang w:val="hy-AM"/>
        </w:rPr>
        <w:t xml:space="preserve">րակավորման զբաղմունքից բխող ԳԱՈՒ </w:t>
      </w:r>
      <w:r w:rsidR="009A0AC0" w:rsidRPr="00A702E8">
        <w:rPr>
          <w:rFonts w:ascii="GHEA Grapalat" w:eastAsia="GHEA Grapalat" w:hAnsi="GHEA Grapalat" w:cs="GHEA Grapalat"/>
          <w:color w:val="000000" w:themeColor="text1"/>
          <w:sz w:val="24"/>
          <w:szCs w:val="24"/>
          <w:lang w:val="hy-AM"/>
        </w:rPr>
        <w:t xml:space="preserve">իրականացման առանձնահատկությունների մասին տեղեկությունները </w:t>
      </w:r>
      <w:r w:rsidR="00F803BD" w:rsidRPr="00A702E8">
        <w:rPr>
          <w:rFonts w:ascii="GHEA Grapalat" w:eastAsia="GHEA Grapalat" w:hAnsi="GHEA Grapalat" w:cs="GHEA Grapalat"/>
          <w:color w:val="000000" w:themeColor="text1"/>
          <w:sz w:val="24"/>
          <w:szCs w:val="24"/>
          <w:lang w:val="hy-AM"/>
        </w:rPr>
        <w:t>ՄՈՒՀ-ը</w:t>
      </w:r>
      <w:r w:rsidR="009A0AC0" w:rsidRPr="00A702E8">
        <w:rPr>
          <w:rFonts w:ascii="GHEA Grapalat" w:eastAsia="GHEA Grapalat" w:hAnsi="GHEA Grapalat" w:cs="GHEA Grapalat"/>
          <w:color w:val="000000" w:themeColor="text1"/>
          <w:sz w:val="24"/>
          <w:szCs w:val="24"/>
          <w:lang w:val="hy-AM"/>
        </w:rPr>
        <w:t xml:space="preserve"> հրապարակում է ընդունելության հայտարարության փաթեթում, ինչպես նաև դրանք սահմանում ուսանողի հետ կնքվելիք պայմանագրի դրույթներում։ Ուսանողի հետ կնքվելիք պայմանագրի ստորագրումը փաստ է կողմերի համաձայնության և պայմանների մասին տեղեկացվածության համար։ </w:t>
      </w:r>
    </w:p>
    <w:p w14:paraId="3D36E7C9" w14:textId="7592AF9E" w:rsidR="009A0AC0" w:rsidRPr="00A702E8" w:rsidRDefault="009A0AC0" w:rsidP="009A0AC0">
      <w:pPr>
        <w:numPr>
          <w:ilvl w:val="0"/>
          <w:numId w:val="3"/>
        </w:numPr>
        <w:spacing w:after="0" w:line="360" w:lineRule="auto"/>
        <w:ind w:left="720" w:hanging="720"/>
        <w:contextualSpacing/>
        <w:jc w:val="both"/>
        <w:rPr>
          <w:rFonts w:ascii="GHEA Grapalat" w:eastAsia="GHEA Grapalat" w:hAnsi="GHEA Grapalat" w:cs="GHEA Grapalat"/>
          <w:color w:val="000000" w:themeColor="text1"/>
          <w:sz w:val="24"/>
          <w:szCs w:val="24"/>
          <w:lang w:val="hy-AM"/>
        </w:rPr>
      </w:pPr>
      <w:r w:rsidRPr="00A702E8">
        <w:rPr>
          <w:rFonts w:ascii="GHEA Grapalat" w:hAnsi="GHEA Grapalat" w:cs="Arial"/>
          <w:color w:val="000000" w:themeColor="text1"/>
          <w:sz w:val="24"/>
          <w:szCs w:val="24"/>
          <w:lang w:val="hy-AM"/>
        </w:rPr>
        <w:t>Ուսումնառությունը ընդհատման, ազատման կամ հեռացման ձևով դադարեցրած, կամ մեկ հաստատությունից այլ հաստատություն տեղափոխված, կամ մեկից ավելի կրթական ծրագրով ուսումնառող ուսանողը պետք է ապահովի տվյալ որակավորման ԳԱՈՒ մոդուլային ծրագրի վերջնարդյունքները, որոնք ստուգվում են տվյալ ուսանողի ուսումնառած և այդ պահին սահմանված վերջնարդյունքները համեմատելու միջոցով։</w:t>
      </w:r>
      <w:r w:rsidR="00D96A81" w:rsidRPr="00A702E8">
        <w:rPr>
          <w:rFonts w:ascii="GHEA Grapalat" w:hAnsi="GHEA Grapalat" w:cs="Arial"/>
          <w:color w:val="000000" w:themeColor="text1"/>
          <w:sz w:val="24"/>
          <w:szCs w:val="24"/>
          <w:lang w:val="hy-AM"/>
        </w:rPr>
        <w:t xml:space="preserve"> Ուսանողի կողմից </w:t>
      </w:r>
      <w:r w:rsidR="009A5A90" w:rsidRPr="00A702E8">
        <w:rPr>
          <w:rFonts w:ascii="GHEA Grapalat" w:hAnsi="GHEA Grapalat" w:cs="Arial"/>
          <w:color w:val="000000" w:themeColor="text1"/>
          <w:sz w:val="24"/>
          <w:szCs w:val="24"/>
          <w:lang w:val="hy-AM"/>
        </w:rPr>
        <w:t xml:space="preserve">առկա </w:t>
      </w:r>
      <w:r w:rsidR="00D96A81" w:rsidRPr="00A702E8">
        <w:rPr>
          <w:rFonts w:ascii="GHEA Grapalat" w:hAnsi="GHEA Grapalat" w:cs="Arial"/>
          <w:color w:val="000000" w:themeColor="text1"/>
          <w:sz w:val="24"/>
          <w:szCs w:val="24"/>
          <w:lang w:val="hy-AM"/>
        </w:rPr>
        <w:t xml:space="preserve">տարբերությունները լրացնելու </w:t>
      </w:r>
      <w:r w:rsidR="009A5A90" w:rsidRPr="00A702E8">
        <w:rPr>
          <w:rFonts w:ascii="GHEA Grapalat" w:hAnsi="GHEA Grapalat" w:cs="Arial"/>
          <w:color w:val="000000" w:themeColor="text1"/>
          <w:sz w:val="24"/>
          <w:szCs w:val="24"/>
          <w:lang w:val="hy-AM"/>
        </w:rPr>
        <w:t xml:space="preserve">ժամկետները և </w:t>
      </w:r>
      <w:r w:rsidR="00D96A81" w:rsidRPr="00A702E8">
        <w:rPr>
          <w:rFonts w:ascii="GHEA Grapalat" w:hAnsi="GHEA Grapalat" w:cs="Arial"/>
          <w:color w:val="000000" w:themeColor="text1"/>
          <w:sz w:val="24"/>
          <w:szCs w:val="24"/>
          <w:lang w:val="hy-AM"/>
        </w:rPr>
        <w:t>պայմաններ</w:t>
      </w:r>
      <w:r w:rsidR="009A5A90" w:rsidRPr="00A702E8">
        <w:rPr>
          <w:rFonts w:ascii="GHEA Grapalat" w:hAnsi="GHEA Grapalat" w:cs="Arial"/>
          <w:color w:val="000000" w:themeColor="text1"/>
          <w:sz w:val="24"/>
          <w:szCs w:val="24"/>
          <w:lang w:val="hy-AM"/>
        </w:rPr>
        <w:t>ը սահմանվում են համապատասխան պայմանագրով</w:t>
      </w:r>
      <w:r w:rsidR="00D96A81" w:rsidRPr="00A702E8">
        <w:rPr>
          <w:rFonts w:ascii="GHEA Grapalat" w:hAnsi="GHEA Grapalat" w:cs="Arial"/>
          <w:color w:val="000000" w:themeColor="text1"/>
          <w:sz w:val="24"/>
          <w:szCs w:val="24"/>
          <w:lang w:val="hy-AM"/>
        </w:rPr>
        <w:t>։</w:t>
      </w:r>
    </w:p>
    <w:p w14:paraId="7E66D95D" w14:textId="5BABB578" w:rsidR="009A0AC0" w:rsidRPr="00A702E8" w:rsidRDefault="009A0AC0" w:rsidP="009A0AC0">
      <w:pPr>
        <w:numPr>
          <w:ilvl w:val="0"/>
          <w:numId w:val="3"/>
        </w:numPr>
        <w:spacing w:after="0" w:line="360" w:lineRule="auto"/>
        <w:ind w:left="720" w:hanging="720"/>
        <w:contextualSpacing/>
        <w:jc w:val="both"/>
        <w:rPr>
          <w:rFonts w:ascii="GHEA Grapalat" w:eastAsia="GHEA Grapalat" w:hAnsi="GHEA Grapalat" w:cs="GHEA Grapalat"/>
          <w:color w:val="000000" w:themeColor="text1"/>
          <w:sz w:val="24"/>
          <w:szCs w:val="24"/>
          <w:lang w:val="hy-AM"/>
        </w:rPr>
      </w:pPr>
      <w:r w:rsidRPr="00A702E8">
        <w:rPr>
          <w:rFonts w:ascii="GHEA Grapalat" w:hAnsi="GHEA Grapalat" w:cs="Arial"/>
          <w:color w:val="000000" w:themeColor="text1"/>
          <w:sz w:val="24"/>
          <w:szCs w:val="24"/>
          <w:lang w:val="hy-AM"/>
        </w:rPr>
        <w:t xml:space="preserve">Յուրաքանչյուր </w:t>
      </w:r>
      <w:r w:rsidR="00E767AE" w:rsidRPr="00A702E8">
        <w:rPr>
          <w:rFonts w:ascii="GHEA Grapalat" w:hAnsi="GHEA Grapalat" w:cs="Arial"/>
          <w:color w:val="000000" w:themeColor="text1"/>
          <w:sz w:val="24"/>
          <w:szCs w:val="24"/>
          <w:lang w:val="hy-AM"/>
        </w:rPr>
        <w:t>ՄՈՒՀ</w:t>
      </w:r>
      <w:r w:rsidRPr="00A702E8">
        <w:rPr>
          <w:rFonts w:ascii="GHEA Grapalat" w:hAnsi="GHEA Grapalat" w:cs="Arial"/>
          <w:color w:val="000000" w:themeColor="text1"/>
          <w:sz w:val="24"/>
          <w:szCs w:val="24"/>
          <w:lang w:val="hy-AM"/>
        </w:rPr>
        <w:t xml:space="preserve">, իր կողմից կազմակերպվող որակավորման ծրագրին համապատասխան սահմանում է կարգի 23-րդ </w:t>
      </w:r>
      <w:r w:rsidR="00902725" w:rsidRPr="00A702E8">
        <w:rPr>
          <w:rFonts w:ascii="GHEA Grapalat" w:hAnsi="GHEA Grapalat" w:cs="Arial"/>
          <w:color w:val="000000" w:themeColor="text1"/>
          <w:sz w:val="24"/>
          <w:szCs w:val="24"/>
          <w:lang w:val="hy-AM"/>
        </w:rPr>
        <w:t xml:space="preserve">կետով </w:t>
      </w:r>
      <w:r w:rsidRPr="00A702E8">
        <w:rPr>
          <w:rFonts w:ascii="GHEA Grapalat" w:hAnsi="GHEA Grapalat" w:cs="Arial"/>
          <w:color w:val="000000" w:themeColor="text1"/>
          <w:sz w:val="24"/>
          <w:szCs w:val="24"/>
          <w:lang w:val="hy-AM"/>
        </w:rPr>
        <w:t xml:space="preserve">սահմանված տարբերությունները լրացնելու եղանակները և հաստատում ԳԱՈւ մոդուլային ծրագրի փաթեթում։ </w:t>
      </w:r>
    </w:p>
    <w:p w14:paraId="4AADD2B3" w14:textId="77777777" w:rsidR="009A0AC0" w:rsidRPr="00A702E8" w:rsidRDefault="009A0AC0" w:rsidP="009A0AC0">
      <w:pPr>
        <w:spacing w:line="360" w:lineRule="auto"/>
        <w:ind w:left="720" w:hanging="720"/>
        <w:contextualSpacing/>
        <w:jc w:val="both"/>
        <w:rPr>
          <w:rFonts w:ascii="GHEA Grapalat" w:eastAsia="GHEA Grapalat" w:hAnsi="GHEA Grapalat" w:cs="GHEA Grapalat"/>
          <w:color w:val="000000" w:themeColor="text1"/>
          <w:sz w:val="24"/>
          <w:szCs w:val="24"/>
          <w:lang w:val="hy-AM"/>
        </w:rPr>
      </w:pPr>
    </w:p>
    <w:p w14:paraId="0978F812" w14:textId="77777777" w:rsidR="009A0AC0" w:rsidRPr="00A702E8" w:rsidRDefault="009A0AC0" w:rsidP="009A0AC0">
      <w:pPr>
        <w:numPr>
          <w:ilvl w:val="0"/>
          <w:numId w:val="39"/>
        </w:numPr>
        <w:spacing w:after="0" w:line="360" w:lineRule="auto"/>
        <w:ind w:left="720" w:hanging="720"/>
        <w:contextualSpacing/>
        <w:jc w:val="center"/>
        <w:rPr>
          <w:rFonts w:ascii="GHEA Grapalat" w:eastAsia="GHEA Grapalat" w:hAnsi="GHEA Grapalat" w:cs="GHEA Grapalat"/>
          <w:b/>
          <w:bCs/>
          <w:color w:val="000000" w:themeColor="text1"/>
          <w:sz w:val="24"/>
          <w:szCs w:val="24"/>
          <w:lang w:val="hy-AM"/>
        </w:rPr>
      </w:pPr>
      <w:r w:rsidRPr="00A702E8">
        <w:rPr>
          <w:rFonts w:ascii="GHEA Grapalat" w:eastAsia="GHEA Grapalat" w:hAnsi="GHEA Grapalat" w:cs="GHEA Grapalat"/>
          <w:b/>
          <w:bCs/>
          <w:color w:val="000000" w:themeColor="text1"/>
          <w:sz w:val="24"/>
          <w:szCs w:val="24"/>
          <w:lang w:val="hy-AM"/>
        </w:rPr>
        <w:t>Գործընկեր կազմակերպության հետ ԱՀՈՒ համագործակցության պայմանների սահմանումը և վեճերի կարգավորում</w:t>
      </w:r>
    </w:p>
    <w:p w14:paraId="00D17241" w14:textId="77777777" w:rsidR="009A0AC0" w:rsidRPr="00A702E8" w:rsidRDefault="009A0AC0" w:rsidP="009A0AC0">
      <w:pPr>
        <w:spacing w:line="360" w:lineRule="auto"/>
        <w:ind w:left="720" w:hanging="720"/>
        <w:contextualSpacing/>
        <w:rPr>
          <w:rFonts w:ascii="GHEA Grapalat" w:eastAsia="GHEA Grapalat" w:hAnsi="GHEA Grapalat" w:cs="GHEA Grapalat"/>
          <w:b/>
          <w:bCs/>
          <w:color w:val="000000" w:themeColor="text1"/>
          <w:sz w:val="24"/>
          <w:szCs w:val="24"/>
          <w:lang w:val="hy-AM"/>
        </w:rPr>
      </w:pPr>
    </w:p>
    <w:p w14:paraId="7E18E56D" w14:textId="77777777" w:rsidR="009A0AC0" w:rsidRPr="00A702E8" w:rsidRDefault="009A0AC0" w:rsidP="009A0AC0">
      <w:pPr>
        <w:pStyle w:val="ListParagraph"/>
        <w:numPr>
          <w:ilvl w:val="0"/>
          <w:numId w:val="3"/>
        </w:numPr>
        <w:spacing w:after="160" w:line="360" w:lineRule="auto"/>
        <w:ind w:left="720" w:hanging="720"/>
        <w:jc w:val="both"/>
        <w:rPr>
          <w:rFonts w:ascii="GHEA Grapalat" w:eastAsiaTheme="minorHAnsi" w:hAnsi="GHEA Grapalat" w:cs="Segoe UI"/>
          <w:color w:val="000000" w:themeColor="text1"/>
          <w:kern w:val="2"/>
          <w:lang w:val="hy-AM" w:eastAsia="en-US"/>
          <w14:ligatures w14:val="standardContextual"/>
        </w:rPr>
      </w:pPr>
      <w:r w:rsidRPr="00A702E8">
        <w:rPr>
          <w:rFonts w:ascii="GHEA Grapalat" w:hAnsi="GHEA Grapalat"/>
          <w:color w:val="000000" w:themeColor="text1"/>
          <w:sz w:val="24"/>
          <w:szCs w:val="24"/>
          <w:shd w:val="clear" w:color="auto" w:fill="FFFFFF"/>
          <w:lang w:val="hy-AM"/>
        </w:rPr>
        <w:t>ԱՀՈՒ բոլոր ձևերով ԳԱՈՒ-ն կանոնակարգված կազմակերպելու համար ՄՈՒՀ-ի և գործատուի</w:t>
      </w:r>
      <w:r w:rsidRPr="00A702E8">
        <w:rPr>
          <w:rFonts w:ascii="GHEA Grapalat" w:hAnsi="GHEA Grapalat" w:cs="Arial"/>
          <w:color w:val="000000" w:themeColor="text1"/>
          <w:sz w:val="24"/>
          <w:szCs w:val="24"/>
          <w:lang w:val="hy-AM"/>
        </w:rPr>
        <w:t xml:space="preserve"> </w:t>
      </w:r>
      <w:r w:rsidRPr="00A702E8">
        <w:rPr>
          <w:rFonts w:ascii="GHEA Grapalat" w:hAnsi="GHEA Grapalat"/>
          <w:color w:val="000000" w:themeColor="text1"/>
          <w:sz w:val="24"/>
          <w:szCs w:val="24"/>
          <w:shd w:val="clear" w:color="auto" w:fill="FFFFFF"/>
          <w:lang w:val="hy-AM"/>
        </w:rPr>
        <w:t xml:space="preserve">միջև կնքվում են համագործակցության շրջանակը սահմանող </w:t>
      </w:r>
      <w:r w:rsidRPr="00A702E8">
        <w:rPr>
          <w:rFonts w:ascii="GHEA Grapalat" w:hAnsi="GHEA Grapalat"/>
          <w:color w:val="000000" w:themeColor="text1"/>
          <w:sz w:val="24"/>
          <w:szCs w:val="24"/>
          <w:shd w:val="clear" w:color="auto" w:fill="FFFFFF"/>
          <w:lang w:val="hy-AM"/>
        </w:rPr>
        <w:lastRenderedPageBreak/>
        <w:t xml:space="preserve">փաստաթղթեր՝ փոխըմբռնման հուշագիր՝ համաձայն Ձև 2-ի և Համագործակցության պայմանագիր՝ </w:t>
      </w:r>
      <w:r w:rsidRPr="00A702E8">
        <w:rPr>
          <w:rFonts w:ascii="GHEA Grapalat" w:eastAsiaTheme="minorHAnsi" w:hAnsi="GHEA Grapalat" w:cs="Segoe UI"/>
          <w:color w:val="000000" w:themeColor="text1"/>
          <w:kern w:val="2"/>
          <w:sz w:val="24"/>
          <w:szCs w:val="24"/>
          <w:lang w:val="hy-AM" w:eastAsia="en-US"/>
          <w14:ligatures w14:val="standardContextual"/>
        </w:rPr>
        <w:t xml:space="preserve">համաձայն </w:t>
      </w:r>
      <w:r w:rsidRPr="00A702E8">
        <w:rPr>
          <w:rFonts w:ascii="GHEA Grapalat" w:eastAsia="GHEA Grapalat" w:hAnsi="GHEA Grapalat" w:cs="GHEA Grapalat"/>
          <w:color w:val="000000" w:themeColor="text1"/>
          <w:sz w:val="24"/>
          <w:szCs w:val="24"/>
          <w:lang w:val="hy-AM"/>
        </w:rPr>
        <w:t>Ձև</w:t>
      </w:r>
      <w:r w:rsidRPr="00A702E8">
        <w:rPr>
          <w:rFonts w:ascii="GHEA Grapalat" w:eastAsiaTheme="minorHAnsi" w:hAnsi="GHEA Grapalat" w:cs="Segoe UI"/>
          <w:color w:val="000000" w:themeColor="text1"/>
          <w:kern w:val="2"/>
          <w:sz w:val="24"/>
          <w:szCs w:val="24"/>
          <w:lang w:val="hy-AM" w:eastAsia="en-US"/>
          <w14:ligatures w14:val="standardContextual"/>
        </w:rPr>
        <w:t xml:space="preserve"> 3-ի</w:t>
      </w:r>
      <w:r w:rsidRPr="00A702E8">
        <w:rPr>
          <w:rFonts w:ascii="GHEA Grapalat" w:hAnsi="GHEA Grapalat"/>
          <w:color w:val="000000" w:themeColor="text1"/>
          <w:sz w:val="24"/>
          <w:szCs w:val="24"/>
          <w:shd w:val="clear" w:color="auto" w:fill="FFFFFF"/>
          <w:lang w:val="hy-AM"/>
        </w:rPr>
        <w:t>։</w:t>
      </w:r>
    </w:p>
    <w:p w14:paraId="1C26812F" w14:textId="77777777" w:rsidR="009A0AC0" w:rsidRPr="00A702E8" w:rsidRDefault="009A0AC0" w:rsidP="009A0AC0">
      <w:pPr>
        <w:pStyle w:val="ListParagraph"/>
        <w:numPr>
          <w:ilvl w:val="0"/>
          <w:numId w:val="3"/>
        </w:numPr>
        <w:tabs>
          <w:tab w:val="left" w:pos="851"/>
        </w:tabs>
        <w:spacing w:before="120" w:after="120" w:line="360" w:lineRule="auto"/>
        <w:ind w:left="720" w:hanging="720"/>
        <w:jc w:val="both"/>
        <w:rPr>
          <w:rFonts w:ascii="GHEA Grapalat" w:eastAsiaTheme="minorHAnsi" w:hAnsi="GHEA Grapalat" w:cs="Segoe UI"/>
          <w:color w:val="000000" w:themeColor="text1"/>
          <w:kern w:val="2"/>
          <w:sz w:val="24"/>
          <w:szCs w:val="24"/>
          <w:lang w:val="hy-AM" w:eastAsia="en-US"/>
          <w14:ligatures w14:val="standardContextual"/>
        </w:rPr>
      </w:pPr>
      <w:r w:rsidRPr="00A702E8">
        <w:rPr>
          <w:rFonts w:ascii="GHEA Grapalat" w:hAnsi="GHEA Grapalat" w:cs="Arial"/>
          <w:color w:val="000000" w:themeColor="text1"/>
          <w:sz w:val="24"/>
          <w:szCs w:val="24"/>
          <w:lang w:val="hy-AM"/>
        </w:rPr>
        <w:t xml:space="preserve">Փոխըմբռնման հուշագրով </w:t>
      </w:r>
      <w:r w:rsidRPr="00A702E8">
        <w:rPr>
          <w:rFonts w:ascii="GHEA Grapalat" w:hAnsi="GHEA Grapalat" w:cs="Segoe UI"/>
          <w:bCs/>
          <w:color w:val="000000" w:themeColor="text1"/>
          <w:sz w:val="24"/>
          <w:szCs w:val="24"/>
          <w:shd w:val="clear" w:color="auto" w:fill="FFFFFF"/>
          <w:lang w:val="hy-AM"/>
        </w:rPr>
        <w:t xml:space="preserve">ամրագրվում է սոցիալական գործընկերության համընդհանուր համաձայնեցված նպատակների իրականացմանը միտված կողմերի համագործակցության </w:t>
      </w:r>
      <w:r w:rsidRPr="00A702E8">
        <w:rPr>
          <w:rFonts w:ascii="GHEA Grapalat" w:eastAsiaTheme="minorHAnsi" w:hAnsi="GHEA Grapalat" w:cs="Segoe UI"/>
          <w:color w:val="000000" w:themeColor="text1"/>
          <w:kern w:val="2"/>
          <w:sz w:val="24"/>
          <w:szCs w:val="24"/>
          <w:lang w:val="hy-AM" w:eastAsia="en-US"/>
          <w14:ligatures w14:val="standardContextual"/>
        </w:rPr>
        <w:t xml:space="preserve">մտադրությունը և պատրաստակամությունը, սահմանվում համագործակցության </w:t>
      </w:r>
      <w:r w:rsidRPr="00A702E8">
        <w:rPr>
          <w:rFonts w:ascii="GHEA Grapalat" w:hAnsi="GHEA Grapalat" w:cs="Segoe UI"/>
          <w:bCs/>
          <w:color w:val="000000" w:themeColor="text1"/>
          <w:sz w:val="24"/>
          <w:szCs w:val="24"/>
          <w:shd w:val="clear" w:color="auto" w:fill="FFFFFF"/>
          <w:lang w:val="hy-AM"/>
        </w:rPr>
        <w:t xml:space="preserve">շրջանակները։ Փոխըմբռնման հուշագրով </w:t>
      </w:r>
      <w:r w:rsidRPr="00A702E8">
        <w:rPr>
          <w:rFonts w:ascii="GHEA Grapalat" w:eastAsiaTheme="minorHAnsi" w:hAnsi="GHEA Grapalat" w:cs="Segoe UI"/>
          <w:color w:val="000000" w:themeColor="text1"/>
          <w:kern w:val="2"/>
          <w:sz w:val="24"/>
          <w:szCs w:val="24"/>
          <w:lang w:val="hy-AM" w:eastAsia="en-US"/>
          <w14:ligatures w14:val="standardContextual"/>
        </w:rPr>
        <w:t xml:space="preserve">կողմերի համար պարտադիր պարտավորություններ չեն առաջանում: Համագործակցության պայմանագիրը կողմերի միջև կնքվում է ԳԱՈւ մոդուլային ծրագիր կազմակերպելու և իրականացնելու նպատակով։ </w:t>
      </w:r>
      <w:r w:rsidRPr="00A702E8">
        <w:rPr>
          <w:rFonts w:ascii="GHEA Grapalat" w:hAnsi="GHEA Grapalat"/>
          <w:color w:val="000000" w:themeColor="text1"/>
          <w:sz w:val="24"/>
          <w:szCs w:val="24"/>
          <w:shd w:val="clear" w:color="auto" w:fill="FFFFFF"/>
          <w:lang w:val="hy-AM" w:eastAsia="en-US"/>
        </w:rPr>
        <w:t xml:space="preserve">Այն սահմանում է կողմերի  պարտականությունները, ԳԱՈՒ գործընթացի կազմակերպման պայմանները և այլ համաձայնեցրած պարտավորություններ։ </w:t>
      </w:r>
      <w:r w:rsidRPr="00A702E8">
        <w:rPr>
          <w:rFonts w:ascii="GHEA Grapalat" w:hAnsi="GHEA Grapalat"/>
          <w:color w:val="000000" w:themeColor="text1"/>
          <w:sz w:val="24"/>
          <w:szCs w:val="24"/>
          <w:shd w:val="clear" w:color="auto" w:fill="FFFFFF"/>
          <w:lang w:val="de-DE" w:eastAsia="en-US"/>
        </w:rPr>
        <w:t xml:space="preserve">Համագործակցության պայմանագիրը </w:t>
      </w:r>
      <w:r w:rsidRPr="00A702E8">
        <w:rPr>
          <w:rFonts w:ascii="GHEA Grapalat" w:eastAsiaTheme="minorHAnsi" w:hAnsi="GHEA Grapalat" w:cs="Segoe UI"/>
          <w:color w:val="000000" w:themeColor="text1"/>
          <w:kern w:val="2"/>
          <w:sz w:val="24"/>
          <w:szCs w:val="24"/>
          <w:lang w:val="hy-AM" w:eastAsia="en-US"/>
          <w14:ligatures w14:val="standardContextual"/>
        </w:rPr>
        <w:t xml:space="preserve">կնքվում է  մինչև ԳԱՈՒ մոդուլային ծրագիրը սկսելը: </w:t>
      </w:r>
    </w:p>
    <w:p w14:paraId="0C36AD63" w14:textId="21964F6C" w:rsidR="009A0AC0" w:rsidRPr="00A702E8" w:rsidRDefault="009A0AC0" w:rsidP="009A0AC0">
      <w:pPr>
        <w:pStyle w:val="ListParagraph"/>
        <w:numPr>
          <w:ilvl w:val="0"/>
          <w:numId w:val="3"/>
        </w:numPr>
        <w:tabs>
          <w:tab w:val="left" w:pos="851"/>
        </w:tabs>
        <w:spacing w:after="160" w:line="360" w:lineRule="auto"/>
        <w:ind w:left="720" w:hanging="720"/>
        <w:jc w:val="both"/>
        <w:rPr>
          <w:rFonts w:ascii="GHEA Grapalat" w:eastAsiaTheme="minorHAnsi" w:hAnsi="GHEA Grapalat" w:cs="Segoe UI"/>
          <w:color w:val="000000" w:themeColor="text1"/>
          <w:kern w:val="2"/>
          <w:sz w:val="24"/>
          <w:szCs w:val="24"/>
          <w:lang w:val="hy-AM" w:eastAsia="en-US"/>
          <w14:ligatures w14:val="standardContextual"/>
        </w:rPr>
      </w:pPr>
      <w:r w:rsidRPr="00A702E8">
        <w:rPr>
          <w:rFonts w:ascii="GHEA Grapalat" w:eastAsiaTheme="minorHAnsi" w:hAnsi="GHEA Grapalat" w:cs="Segoe UI"/>
          <w:color w:val="000000" w:themeColor="text1"/>
          <w:kern w:val="2"/>
          <w:sz w:val="24"/>
          <w:szCs w:val="24"/>
          <w:lang w:val="hy-AM" w:eastAsia="en-US"/>
          <w14:ligatures w14:val="standardContextual"/>
        </w:rPr>
        <w:t xml:space="preserve">ԳԱՈՒ մոդուլային ծրագիրը և </w:t>
      </w:r>
      <w:r w:rsidR="00E767AE" w:rsidRPr="00A702E8">
        <w:rPr>
          <w:rFonts w:ascii="GHEA Grapalat" w:eastAsiaTheme="minorHAnsi" w:hAnsi="GHEA Grapalat" w:cs="Segoe UI"/>
          <w:color w:val="000000" w:themeColor="text1"/>
          <w:kern w:val="2"/>
          <w:sz w:val="24"/>
          <w:szCs w:val="24"/>
          <w:lang w:val="hy-AM" w:eastAsia="en-US"/>
          <w14:ligatures w14:val="standardContextual"/>
        </w:rPr>
        <w:t>ՄՈՒՀ-</w:t>
      </w:r>
      <w:r w:rsidRPr="00A702E8">
        <w:rPr>
          <w:rFonts w:ascii="GHEA Grapalat" w:eastAsiaTheme="minorHAnsi" w:hAnsi="GHEA Grapalat" w:cs="Segoe UI"/>
          <w:color w:val="000000" w:themeColor="text1"/>
          <w:kern w:val="2"/>
          <w:sz w:val="24"/>
          <w:szCs w:val="24"/>
          <w:lang w:val="hy-AM" w:eastAsia="en-US"/>
          <w14:ligatures w14:val="standardContextual"/>
        </w:rPr>
        <w:t xml:space="preserve">ի կողմից առաջարկվող ուսանողների </w:t>
      </w:r>
      <w:r w:rsidR="00A70B78" w:rsidRPr="00A702E8">
        <w:rPr>
          <w:rFonts w:ascii="GHEA Grapalat" w:eastAsiaTheme="minorHAnsi" w:hAnsi="GHEA Grapalat" w:cs="Segoe UI"/>
          <w:color w:val="000000" w:themeColor="text1"/>
          <w:kern w:val="2"/>
          <w:sz w:val="24"/>
          <w:szCs w:val="24"/>
          <w:lang w:val="hy-AM" w:eastAsia="en-US"/>
          <w14:ligatures w14:val="standardContextual"/>
        </w:rPr>
        <w:t xml:space="preserve">անվանական </w:t>
      </w:r>
      <w:r w:rsidRPr="00A702E8">
        <w:rPr>
          <w:rFonts w:ascii="GHEA Grapalat" w:eastAsiaTheme="minorHAnsi" w:hAnsi="GHEA Grapalat" w:cs="Segoe UI"/>
          <w:color w:val="000000" w:themeColor="text1"/>
          <w:kern w:val="2"/>
          <w:sz w:val="24"/>
          <w:szCs w:val="24"/>
          <w:lang w:val="hy-AM" w:eastAsia="en-US"/>
          <w14:ligatures w14:val="standardContextual"/>
        </w:rPr>
        <w:t>ցանկը համարվում է յուրաքանչյուր գործընկեր կազմակերպության հետ կնքվող համագործակցության պայմանագրի անբաժանելի և համապարտադիր մաս։ Կողմերի համաձայնությամբ ԳԱՈՒ մոդուլային ծրագիրը կարող է փոփոխվել կամ հաստատվել նոր ծրագիր, իսկ ուսանողների ցանկը թարմացվել</w:t>
      </w:r>
      <w:r w:rsidR="00F803BD" w:rsidRPr="00A702E8">
        <w:rPr>
          <w:rFonts w:ascii="GHEA Grapalat" w:eastAsiaTheme="minorHAnsi" w:hAnsi="GHEA Grapalat" w:cs="Segoe UI"/>
          <w:color w:val="000000" w:themeColor="text1"/>
          <w:kern w:val="2"/>
          <w:sz w:val="24"/>
          <w:szCs w:val="24"/>
          <w:lang w:val="hy-AM" w:eastAsia="en-US"/>
          <w14:ligatures w14:val="standardContextual"/>
        </w:rPr>
        <w:t>՝</w:t>
      </w:r>
      <w:r w:rsidRPr="00A702E8">
        <w:rPr>
          <w:rFonts w:ascii="GHEA Grapalat" w:eastAsiaTheme="minorHAnsi" w:hAnsi="GHEA Grapalat" w:cs="Segoe UI"/>
          <w:color w:val="000000" w:themeColor="text1"/>
          <w:kern w:val="2"/>
          <w:sz w:val="24"/>
          <w:szCs w:val="24"/>
          <w:lang w:val="hy-AM" w:eastAsia="en-US"/>
          <w14:ligatures w14:val="standardContextual"/>
        </w:rPr>
        <w:t xml:space="preserve"> մասնակիցների կազմի փոփոխությունով պայմանավորված։ </w:t>
      </w:r>
    </w:p>
    <w:p w14:paraId="28A6631E" w14:textId="30730D3A" w:rsidR="009A0AC0" w:rsidRPr="00A702E8" w:rsidRDefault="009A0AC0" w:rsidP="009A0AC0">
      <w:pPr>
        <w:pStyle w:val="ListParagraph"/>
        <w:numPr>
          <w:ilvl w:val="0"/>
          <w:numId w:val="3"/>
        </w:numPr>
        <w:spacing w:after="160" w:line="360" w:lineRule="auto"/>
        <w:ind w:left="720" w:hanging="720"/>
        <w:jc w:val="both"/>
        <w:rPr>
          <w:rFonts w:ascii="GHEA Grapalat" w:eastAsiaTheme="minorHAnsi" w:hAnsi="GHEA Grapalat" w:cs="Segoe UI"/>
          <w:color w:val="000000" w:themeColor="text1"/>
          <w:kern w:val="2"/>
          <w:sz w:val="24"/>
          <w:szCs w:val="24"/>
          <w:lang w:val="hy-AM" w:eastAsia="en-US"/>
          <w14:ligatures w14:val="standardContextual"/>
        </w:rPr>
      </w:pPr>
      <w:r w:rsidRPr="00A702E8">
        <w:rPr>
          <w:rFonts w:ascii="GHEA Grapalat" w:hAnsi="GHEA Grapalat" w:cs="Segoe UI"/>
          <w:color w:val="000000" w:themeColor="text1"/>
          <w:sz w:val="24"/>
          <w:szCs w:val="24"/>
          <w:lang w:val="hy-AM" w:eastAsia="en-US"/>
        </w:rPr>
        <w:t xml:space="preserve">Համագործակցության պայմանագրի շրջանակում </w:t>
      </w:r>
      <w:r w:rsidR="00F803BD" w:rsidRPr="00A702E8">
        <w:rPr>
          <w:rFonts w:ascii="GHEA Grapalat" w:hAnsi="GHEA Grapalat" w:cs="Segoe UI"/>
          <w:color w:val="000000" w:themeColor="text1"/>
          <w:sz w:val="24"/>
          <w:szCs w:val="24"/>
          <w:lang w:val="hy-AM" w:eastAsia="en-US"/>
        </w:rPr>
        <w:t>ՄՈՒՀ-</w:t>
      </w:r>
      <w:r w:rsidRPr="00A702E8">
        <w:rPr>
          <w:rFonts w:ascii="GHEA Grapalat" w:hAnsi="GHEA Grapalat" w:cs="Segoe UI"/>
          <w:color w:val="000000" w:themeColor="text1"/>
          <w:sz w:val="24"/>
          <w:szCs w:val="24"/>
          <w:lang w:val="hy-AM" w:eastAsia="en-US"/>
        </w:rPr>
        <w:t>ը.</w:t>
      </w:r>
    </w:p>
    <w:p w14:paraId="12353990" w14:textId="77777777" w:rsidR="009A0AC0" w:rsidRPr="00A702E8" w:rsidRDefault="009A0AC0" w:rsidP="009A0AC0">
      <w:pPr>
        <w:pStyle w:val="ListParagraph"/>
        <w:numPr>
          <w:ilvl w:val="0"/>
          <w:numId w:val="6"/>
        </w:numPr>
        <w:spacing w:after="160" w:line="360" w:lineRule="auto"/>
        <w:ind w:hanging="720"/>
        <w:jc w:val="both"/>
        <w:rPr>
          <w:rFonts w:ascii="GHEA Grapalat" w:eastAsiaTheme="minorHAnsi" w:hAnsi="GHEA Grapalat" w:cs="Segoe UI"/>
          <w:color w:val="000000" w:themeColor="text1"/>
          <w:kern w:val="2"/>
          <w:sz w:val="24"/>
          <w:szCs w:val="24"/>
          <w:lang w:val="hy-AM" w:eastAsia="en-US"/>
          <w14:ligatures w14:val="standardContextual"/>
        </w:rPr>
      </w:pPr>
      <w:r w:rsidRPr="00A702E8">
        <w:rPr>
          <w:rFonts w:ascii="GHEA Grapalat" w:hAnsi="GHEA Grapalat" w:cs="Segoe UI"/>
          <w:color w:val="000000" w:themeColor="text1"/>
          <w:sz w:val="24"/>
          <w:szCs w:val="24"/>
          <w:lang w:val="hy-AM" w:eastAsia="en-US"/>
        </w:rPr>
        <w:t xml:space="preserve"> ապահովում է համապա</w:t>
      </w:r>
      <w:r w:rsidRPr="00A702E8">
        <w:rPr>
          <w:rFonts w:ascii="GHEA Grapalat" w:hAnsi="GHEA Grapalat" w:cs="Segoe UI"/>
          <w:color w:val="000000" w:themeColor="text1"/>
          <w:sz w:val="24"/>
          <w:szCs w:val="24"/>
          <w:lang w:val="hy-AM" w:eastAsia="en-US"/>
        </w:rPr>
        <w:softHyphen/>
        <w:t xml:space="preserve">տասխան որակավորման մոդուլային ծրագրով սահմանված հիմնարար գիտելիքների և կարողությունների ձևավորումը, իրականացնում է ուսումնամեթոդական և համակարգման աշխատանքներ, </w:t>
      </w:r>
    </w:p>
    <w:p w14:paraId="1EEDFD9D" w14:textId="4DF2267B" w:rsidR="009A0AC0" w:rsidRPr="00A702E8" w:rsidRDefault="009A0AC0" w:rsidP="009A0AC0">
      <w:pPr>
        <w:pStyle w:val="ListParagraph"/>
        <w:numPr>
          <w:ilvl w:val="0"/>
          <w:numId w:val="6"/>
        </w:numPr>
        <w:spacing w:after="160" w:line="360" w:lineRule="auto"/>
        <w:ind w:hanging="720"/>
        <w:jc w:val="both"/>
        <w:rPr>
          <w:rFonts w:ascii="GHEA Grapalat" w:eastAsiaTheme="minorHAnsi" w:hAnsi="GHEA Grapalat" w:cs="Segoe UI"/>
          <w:color w:val="000000" w:themeColor="text1"/>
          <w:kern w:val="2"/>
          <w:sz w:val="24"/>
          <w:szCs w:val="24"/>
          <w:lang w:val="hy-AM" w:eastAsia="en-US"/>
          <w14:ligatures w14:val="standardContextual"/>
        </w:rPr>
      </w:pPr>
      <w:r w:rsidRPr="00A702E8">
        <w:rPr>
          <w:rFonts w:ascii="GHEA Grapalat" w:hAnsi="GHEA Grapalat" w:cs="Segoe UI"/>
          <w:color w:val="000000" w:themeColor="text1"/>
          <w:sz w:val="24"/>
          <w:szCs w:val="24"/>
          <w:lang w:val="hy-AM" w:eastAsia="en-US"/>
        </w:rPr>
        <w:t xml:space="preserve">փոխհամաձայնեցմամբ որոշվում </w:t>
      </w:r>
      <w:r w:rsidR="00BF13A4" w:rsidRPr="00A702E8">
        <w:rPr>
          <w:rFonts w:ascii="GHEA Grapalat" w:hAnsi="GHEA Grapalat" w:cs="Segoe UI"/>
          <w:color w:val="000000" w:themeColor="text1"/>
          <w:sz w:val="24"/>
          <w:szCs w:val="24"/>
          <w:lang w:val="hy-AM" w:eastAsia="en-US"/>
        </w:rPr>
        <w:t xml:space="preserve">է </w:t>
      </w:r>
      <w:r w:rsidRPr="00A702E8">
        <w:rPr>
          <w:rFonts w:ascii="GHEA Grapalat" w:hAnsi="GHEA Grapalat" w:cs="Segoe UI"/>
          <w:color w:val="000000" w:themeColor="text1"/>
          <w:sz w:val="24"/>
          <w:szCs w:val="24"/>
          <w:lang w:val="hy-AM" w:eastAsia="en-US"/>
        </w:rPr>
        <w:t>ԳԱՈՒ իրականացման ժամկետները՝ մինչև ուսումնական տարվա սկիզբը,</w:t>
      </w:r>
    </w:p>
    <w:p w14:paraId="2B2741A2" w14:textId="5DBB1B9E" w:rsidR="009A0AC0" w:rsidRPr="00A702E8" w:rsidRDefault="009A0AC0" w:rsidP="009A0AC0">
      <w:pPr>
        <w:pStyle w:val="ListParagraph"/>
        <w:numPr>
          <w:ilvl w:val="0"/>
          <w:numId w:val="6"/>
        </w:numPr>
        <w:spacing w:after="160" w:line="360" w:lineRule="auto"/>
        <w:ind w:hanging="720"/>
        <w:jc w:val="both"/>
        <w:rPr>
          <w:rFonts w:ascii="GHEA Grapalat" w:eastAsiaTheme="minorHAnsi" w:hAnsi="GHEA Grapalat" w:cs="Segoe UI"/>
          <w:color w:val="000000" w:themeColor="text1"/>
          <w:kern w:val="2"/>
          <w:sz w:val="24"/>
          <w:szCs w:val="24"/>
          <w:lang w:val="hy-AM" w:eastAsia="en-US"/>
          <w14:ligatures w14:val="standardContextual"/>
        </w:rPr>
      </w:pPr>
      <w:r w:rsidRPr="00A702E8">
        <w:rPr>
          <w:rFonts w:ascii="GHEA Grapalat" w:hAnsi="GHEA Grapalat" w:cs="Segoe UI"/>
          <w:color w:val="000000" w:themeColor="text1"/>
          <w:sz w:val="24"/>
          <w:szCs w:val="24"/>
          <w:lang w:val="hy-AM" w:eastAsia="en-US"/>
        </w:rPr>
        <w:t>տրամադր</w:t>
      </w:r>
      <w:r w:rsidR="00BF13A4" w:rsidRPr="00A702E8">
        <w:rPr>
          <w:rFonts w:ascii="GHEA Grapalat" w:hAnsi="GHEA Grapalat" w:cs="Segoe UI"/>
          <w:color w:val="000000" w:themeColor="text1"/>
          <w:sz w:val="24"/>
          <w:szCs w:val="24"/>
          <w:lang w:val="hy-AM" w:eastAsia="en-US"/>
        </w:rPr>
        <w:t>ում է</w:t>
      </w:r>
      <w:r w:rsidRPr="00A702E8">
        <w:rPr>
          <w:rFonts w:ascii="GHEA Grapalat" w:hAnsi="GHEA Grapalat" w:cs="Segoe UI"/>
          <w:color w:val="000000" w:themeColor="text1"/>
          <w:sz w:val="24"/>
          <w:szCs w:val="24"/>
          <w:lang w:val="hy-AM" w:eastAsia="en-US"/>
        </w:rPr>
        <w:t xml:space="preserve">  ԳԱՈՒ մասնակից ուսանողների </w:t>
      </w:r>
      <w:r w:rsidR="00A70B78" w:rsidRPr="00A702E8">
        <w:rPr>
          <w:rFonts w:ascii="GHEA Grapalat" w:hAnsi="GHEA Grapalat" w:cs="Segoe UI"/>
          <w:color w:val="000000" w:themeColor="text1"/>
          <w:sz w:val="24"/>
          <w:szCs w:val="24"/>
          <w:lang w:val="hy-AM" w:eastAsia="en-US"/>
        </w:rPr>
        <w:t xml:space="preserve">անվանական </w:t>
      </w:r>
      <w:r w:rsidRPr="00A702E8">
        <w:rPr>
          <w:rFonts w:ascii="GHEA Grapalat" w:hAnsi="GHEA Grapalat" w:cs="Segoe UI"/>
          <w:color w:val="000000" w:themeColor="text1"/>
          <w:sz w:val="24"/>
          <w:szCs w:val="24"/>
          <w:lang w:val="hy-AM" w:eastAsia="en-US"/>
        </w:rPr>
        <w:t xml:space="preserve">ցանկը (այդ թվում՝ փոփոխության դեպքում) Գործընկեր կազմակերպությանը՝  ուսումնական տարվան  (կիսամյակի) նախորդող առնվազն 15 աշխատանքային օր առաջ, </w:t>
      </w:r>
      <w:r w:rsidRPr="00A702E8">
        <w:rPr>
          <w:rFonts w:ascii="GHEA Grapalat" w:hAnsi="GHEA Grapalat" w:cs="Segoe UI"/>
          <w:color w:val="000000" w:themeColor="text1"/>
          <w:sz w:val="24"/>
          <w:szCs w:val="24"/>
          <w:lang w:val="hy-AM"/>
        </w:rPr>
        <w:t xml:space="preserve">իսկ ուսանողական իրավունքը վերականգնած, տեղափոխված կամ մեկից ավելի </w:t>
      </w:r>
      <w:r w:rsidRPr="00A702E8">
        <w:rPr>
          <w:rFonts w:ascii="GHEA Grapalat" w:hAnsi="GHEA Grapalat" w:cs="Segoe UI"/>
          <w:color w:val="000000" w:themeColor="text1"/>
          <w:sz w:val="24"/>
          <w:szCs w:val="24"/>
          <w:lang w:val="hy-AM"/>
        </w:rPr>
        <w:lastRenderedPageBreak/>
        <w:t>կրթություն ստացող ուսանողների դեպքում՝ հրամանագրվելուն հաջորդող 10 աշխատանքային օրվա ընթացքում</w:t>
      </w:r>
      <w:r w:rsidR="00735A1D" w:rsidRPr="00A702E8">
        <w:rPr>
          <w:rFonts w:ascii="GHEA Grapalat" w:hAnsi="GHEA Grapalat" w:cs="Segoe UI"/>
          <w:color w:val="000000" w:themeColor="text1"/>
          <w:sz w:val="24"/>
          <w:szCs w:val="24"/>
          <w:lang w:val="hy-AM"/>
        </w:rPr>
        <w:t xml:space="preserve">։ Ուսանողների </w:t>
      </w:r>
      <w:r w:rsidR="00EF3D4F" w:rsidRPr="00A702E8">
        <w:rPr>
          <w:rFonts w:ascii="GHEA Grapalat" w:hAnsi="GHEA Grapalat" w:cs="Segoe UI"/>
          <w:color w:val="000000" w:themeColor="text1"/>
          <w:sz w:val="24"/>
          <w:szCs w:val="24"/>
          <w:lang w:val="hy-AM"/>
        </w:rPr>
        <w:t xml:space="preserve">մասին </w:t>
      </w:r>
      <w:r w:rsidR="00F70856" w:rsidRPr="00A702E8">
        <w:rPr>
          <w:rFonts w:ascii="GHEA Grapalat" w:hAnsi="GHEA Grapalat" w:cs="Segoe UI"/>
          <w:color w:val="000000" w:themeColor="text1"/>
          <w:sz w:val="24"/>
          <w:szCs w:val="24"/>
          <w:lang w:val="hy-AM"/>
        </w:rPr>
        <w:t xml:space="preserve">ՄՈՒՀ-ի և Գործընկեր կազմակերպության միջև </w:t>
      </w:r>
      <w:r w:rsidR="00EF3D4F" w:rsidRPr="00A702E8">
        <w:rPr>
          <w:rFonts w:ascii="GHEA Grapalat" w:hAnsi="GHEA Grapalat" w:cs="Segoe UI"/>
          <w:color w:val="000000" w:themeColor="text1"/>
          <w:sz w:val="24"/>
          <w:szCs w:val="24"/>
          <w:lang w:val="hy-AM"/>
        </w:rPr>
        <w:t>փոխանակվող տվյալները</w:t>
      </w:r>
      <w:r w:rsidR="00A70B78" w:rsidRPr="00A702E8">
        <w:rPr>
          <w:rFonts w:ascii="GHEA Grapalat" w:eastAsia="GHEA Grapalat" w:hAnsi="GHEA Grapalat" w:cs="GHEA Grapalat"/>
          <w:color w:val="000000" w:themeColor="text1"/>
          <w:sz w:val="24"/>
          <w:szCs w:val="24"/>
          <w:lang w:val="hy-AM" w:eastAsia="en-US"/>
        </w:rPr>
        <w:t xml:space="preserve"> կարող են </w:t>
      </w:r>
      <w:r w:rsidR="00EC5454" w:rsidRPr="00A702E8">
        <w:rPr>
          <w:rFonts w:ascii="GHEA Grapalat" w:eastAsia="GHEA Grapalat" w:hAnsi="GHEA Grapalat" w:cs="GHEA Grapalat"/>
          <w:color w:val="000000" w:themeColor="text1"/>
          <w:sz w:val="24"/>
          <w:szCs w:val="24"/>
          <w:lang w:val="hy-AM" w:eastAsia="en-US"/>
        </w:rPr>
        <w:t xml:space="preserve">պահանջվել և </w:t>
      </w:r>
      <w:r w:rsidR="00A70B78" w:rsidRPr="00A702E8">
        <w:rPr>
          <w:rFonts w:ascii="GHEA Grapalat" w:eastAsia="GHEA Grapalat" w:hAnsi="GHEA Grapalat" w:cs="GHEA Grapalat"/>
          <w:color w:val="000000" w:themeColor="text1"/>
          <w:sz w:val="24"/>
          <w:szCs w:val="24"/>
          <w:lang w:val="hy-AM" w:eastAsia="en-US"/>
        </w:rPr>
        <w:t>օգտագործվել բացառապես ԳԱՈՒ կազմակերպ</w:t>
      </w:r>
      <w:r w:rsidR="00EC5454" w:rsidRPr="00A702E8">
        <w:rPr>
          <w:rFonts w:ascii="GHEA Grapalat" w:eastAsia="GHEA Grapalat" w:hAnsi="GHEA Grapalat" w:cs="GHEA Grapalat"/>
          <w:color w:val="000000" w:themeColor="text1"/>
          <w:sz w:val="24"/>
          <w:szCs w:val="24"/>
          <w:lang w:val="hy-AM" w:eastAsia="en-US"/>
        </w:rPr>
        <w:t>ելու</w:t>
      </w:r>
      <w:r w:rsidR="00A70B78" w:rsidRPr="00A702E8">
        <w:rPr>
          <w:rFonts w:ascii="GHEA Grapalat" w:eastAsia="GHEA Grapalat" w:hAnsi="GHEA Grapalat" w:cs="GHEA Grapalat"/>
          <w:color w:val="000000" w:themeColor="text1"/>
          <w:sz w:val="24"/>
          <w:szCs w:val="24"/>
          <w:lang w:val="hy-AM" w:eastAsia="en-US"/>
        </w:rPr>
        <w:t>, իրականաց</w:t>
      </w:r>
      <w:r w:rsidR="00EC5454" w:rsidRPr="00A702E8">
        <w:rPr>
          <w:rFonts w:ascii="GHEA Grapalat" w:eastAsia="GHEA Grapalat" w:hAnsi="GHEA Grapalat" w:cs="GHEA Grapalat"/>
          <w:color w:val="000000" w:themeColor="text1"/>
          <w:sz w:val="24"/>
          <w:szCs w:val="24"/>
          <w:lang w:val="hy-AM" w:eastAsia="en-US"/>
        </w:rPr>
        <w:t>նելու</w:t>
      </w:r>
      <w:r w:rsidR="00A70B78" w:rsidRPr="00A702E8">
        <w:rPr>
          <w:rFonts w:ascii="GHEA Grapalat" w:eastAsia="GHEA Grapalat" w:hAnsi="GHEA Grapalat" w:cs="GHEA Grapalat"/>
          <w:color w:val="000000" w:themeColor="text1"/>
          <w:sz w:val="24"/>
          <w:szCs w:val="24"/>
          <w:lang w:val="hy-AM" w:eastAsia="en-US"/>
        </w:rPr>
        <w:t>, վերահսկ</w:t>
      </w:r>
      <w:r w:rsidR="00EC5454" w:rsidRPr="00A702E8">
        <w:rPr>
          <w:rFonts w:ascii="GHEA Grapalat" w:eastAsia="GHEA Grapalat" w:hAnsi="GHEA Grapalat" w:cs="GHEA Grapalat"/>
          <w:color w:val="000000" w:themeColor="text1"/>
          <w:sz w:val="24"/>
          <w:szCs w:val="24"/>
          <w:lang w:val="hy-AM" w:eastAsia="en-US"/>
        </w:rPr>
        <w:t xml:space="preserve">ելու </w:t>
      </w:r>
      <w:r w:rsidR="00A70B78" w:rsidRPr="00A702E8">
        <w:rPr>
          <w:rFonts w:ascii="GHEA Grapalat" w:eastAsia="GHEA Grapalat" w:hAnsi="GHEA Grapalat" w:cs="GHEA Grapalat"/>
          <w:color w:val="000000" w:themeColor="text1"/>
          <w:sz w:val="24"/>
          <w:szCs w:val="24"/>
          <w:lang w:val="hy-AM" w:eastAsia="en-US"/>
        </w:rPr>
        <w:t>և գնահատ</w:t>
      </w:r>
      <w:r w:rsidR="00EC5454" w:rsidRPr="00A702E8">
        <w:rPr>
          <w:rFonts w:ascii="GHEA Grapalat" w:eastAsia="GHEA Grapalat" w:hAnsi="GHEA Grapalat" w:cs="GHEA Grapalat"/>
          <w:color w:val="000000" w:themeColor="text1"/>
          <w:sz w:val="24"/>
          <w:szCs w:val="24"/>
          <w:lang w:val="hy-AM" w:eastAsia="en-US"/>
        </w:rPr>
        <w:t xml:space="preserve">ելու </w:t>
      </w:r>
      <w:r w:rsidR="00A70B78" w:rsidRPr="00A702E8">
        <w:rPr>
          <w:rFonts w:ascii="GHEA Grapalat" w:eastAsia="GHEA Grapalat" w:hAnsi="GHEA Grapalat" w:cs="GHEA Grapalat"/>
          <w:color w:val="000000" w:themeColor="text1"/>
          <w:sz w:val="24"/>
          <w:szCs w:val="24"/>
          <w:lang w:val="hy-AM" w:eastAsia="en-US"/>
        </w:rPr>
        <w:t>նպատակով</w:t>
      </w:r>
      <w:r w:rsidRPr="00A702E8">
        <w:rPr>
          <w:rFonts w:ascii="GHEA Grapalat" w:hAnsi="GHEA Grapalat" w:cs="Segoe UI"/>
          <w:color w:val="000000" w:themeColor="text1"/>
          <w:sz w:val="24"/>
          <w:szCs w:val="24"/>
          <w:lang w:val="hy-AM" w:eastAsia="en-US"/>
        </w:rPr>
        <w:t xml:space="preserve">.  </w:t>
      </w:r>
    </w:p>
    <w:p w14:paraId="1C0DB646" w14:textId="45C016DD" w:rsidR="009A0AC0" w:rsidRPr="00A702E8" w:rsidRDefault="0023048B" w:rsidP="009A0AC0">
      <w:pPr>
        <w:pStyle w:val="ListParagraph"/>
        <w:numPr>
          <w:ilvl w:val="0"/>
          <w:numId w:val="6"/>
        </w:numPr>
        <w:spacing w:after="160" w:line="360" w:lineRule="auto"/>
        <w:ind w:hanging="720"/>
        <w:jc w:val="both"/>
        <w:rPr>
          <w:rFonts w:ascii="GHEA Grapalat" w:eastAsiaTheme="minorHAnsi" w:hAnsi="GHEA Grapalat" w:cs="Segoe UI"/>
          <w:color w:val="000000" w:themeColor="text1"/>
          <w:kern w:val="2"/>
          <w:sz w:val="24"/>
          <w:szCs w:val="24"/>
          <w:lang w:val="hy-AM" w:eastAsia="en-US"/>
          <w14:ligatures w14:val="standardContextual"/>
        </w:rPr>
      </w:pPr>
      <w:r w:rsidRPr="00A702E8">
        <w:rPr>
          <w:rFonts w:ascii="GHEA Grapalat" w:hAnsi="GHEA Grapalat" w:cs="Segoe UI"/>
          <w:color w:val="000000" w:themeColor="text1"/>
          <w:sz w:val="24"/>
          <w:szCs w:val="24"/>
          <w:lang w:val="hy-AM" w:eastAsia="en-US"/>
        </w:rPr>
        <w:t>պ</w:t>
      </w:r>
      <w:r w:rsidR="009A0AC0" w:rsidRPr="00A702E8">
        <w:rPr>
          <w:rFonts w:ascii="GHEA Grapalat" w:hAnsi="GHEA Grapalat" w:cs="Segoe UI"/>
          <w:color w:val="000000" w:themeColor="text1"/>
          <w:sz w:val="24"/>
          <w:szCs w:val="24"/>
          <w:lang w:val="hy-AM" w:eastAsia="en-US"/>
        </w:rPr>
        <w:t>ահպան</w:t>
      </w:r>
      <w:r w:rsidRPr="00A702E8">
        <w:rPr>
          <w:rFonts w:ascii="GHEA Grapalat" w:hAnsi="GHEA Grapalat" w:cs="Segoe UI"/>
          <w:color w:val="000000" w:themeColor="text1"/>
          <w:sz w:val="24"/>
          <w:szCs w:val="24"/>
          <w:lang w:val="hy-AM" w:eastAsia="en-US"/>
        </w:rPr>
        <w:t xml:space="preserve">ում է </w:t>
      </w:r>
      <w:r w:rsidR="009A0AC0" w:rsidRPr="00A702E8">
        <w:rPr>
          <w:rFonts w:ascii="GHEA Grapalat" w:hAnsi="GHEA Grapalat" w:cs="Segoe UI"/>
          <w:color w:val="000000" w:themeColor="text1"/>
          <w:sz w:val="24"/>
          <w:szCs w:val="24"/>
          <w:lang w:val="hy-AM" w:eastAsia="en-US"/>
        </w:rPr>
        <w:t xml:space="preserve"> իրեն հայտնի դարձած կամ տրամադրված անձնական տվյալների կամ առևտրային գաղտնիք համարվող տեղեկությունների գաղտնիությունը և պատշաճ պահպանությունը՝ օրենսդրությամբ սահմանված կարգով.</w:t>
      </w:r>
    </w:p>
    <w:p w14:paraId="55166DC6" w14:textId="117D8804" w:rsidR="009A0AC0" w:rsidRPr="00A702E8" w:rsidRDefault="0023048B" w:rsidP="009A0AC0">
      <w:pPr>
        <w:pStyle w:val="ListParagraph"/>
        <w:numPr>
          <w:ilvl w:val="0"/>
          <w:numId w:val="6"/>
        </w:numPr>
        <w:spacing w:after="160" w:line="360" w:lineRule="auto"/>
        <w:ind w:hanging="720"/>
        <w:jc w:val="both"/>
        <w:rPr>
          <w:rFonts w:ascii="GHEA Grapalat" w:eastAsiaTheme="minorHAnsi" w:hAnsi="GHEA Grapalat" w:cs="Segoe UI"/>
          <w:color w:val="000000" w:themeColor="text1"/>
          <w:kern w:val="2"/>
          <w:sz w:val="24"/>
          <w:szCs w:val="24"/>
          <w:lang w:val="hy-AM" w:eastAsia="en-US"/>
          <w14:ligatures w14:val="standardContextual"/>
        </w:rPr>
      </w:pPr>
      <w:r w:rsidRPr="00A702E8">
        <w:rPr>
          <w:rFonts w:ascii="GHEA Grapalat" w:hAnsi="GHEA Grapalat" w:cs="Segoe UI"/>
          <w:color w:val="000000" w:themeColor="text1"/>
          <w:sz w:val="24"/>
          <w:szCs w:val="24"/>
          <w:lang w:val="hy-AM" w:eastAsia="en-US"/>
        </w:rPr>
        <w:t>ն</w:t>
      </w:r>
      <w:r w:rsidR="009A0AC0" w:rsidRPr="00A702E8">
        <w:rPr>
          <w:rFonts w:ascii="GHEA Grapalat" w:hAnsi="GHEA Grapalat" w:cs="Segoe UI"/>
          <w:color w:val="000000" w:themeColor="text1"/>
          <w:sz w:val="24"/>
          <w:szCs w:val="24"/>
          <w:lang w:val="hy-AM" w:eastAsia="en-US"/>
        </w:rPr>
        <w:t>շանակ</w:t>
      </w:r>
      <w:r w:rsidRPr="00A702E8">
        <w:rPr>
          <w:rFonts w:ascii="GHEA Grapalat" w:hAnsi="GHEA Grapalat" w:cs="Segoe UI"/>
          <w:color w:val="000000" w:themeColor="text1"/>
          <w:sz w:val="24"/>
          <w:szCs w:val="24"/>
          <w:lang w:val="hy-AM" w:eastAsia="en-US"/>
        </w:rPr>
        <w:t xml:space="preserve">ում է </w:t>
      </w:r>
      <w:r w:rsidR="009A0AC0" w:rsidRPr="00A702E8">
        <w:rPr>
          <w:rFonts w:ascii="GHEA Grapalat" w:hAnsi="GHEA Grapalat" w:cs="Segoe UI"/>
          <w:color w:val="000000" w:themeColor="text1"/>
          <w:sz w:val="24"/>
          <w:szCs w:val="24"/>
          <w:lang w:val="hy-AM" w:eastAsia="en-US"/>
        </w:rPr>
        <w:t xml:space="preserve"> ԳԱՈւ ապահովման </w:t>
      </w:r>
      <w:r w:rsidR="00F803BD" w:rsidRPr="00A702E8">
        <w:rPr>
          <w:rFonts w:ascii="GHEA Grapalat" w:hAnsi="GHEA Grapalat" w:cs="Segoe UI"/>
          <w:color w:val="000000" w:themeColor="text1"/>
          <w:sz w:val="24"/>
          <w:szCs w:val="24"/>
          <w:lang w:val="hy-AM" w:eastAsia="en-US"/>
        </w:rPr>
        <w:t>ՄՈՒՀ-</w:t>
      </w:r>
      <w:r w:rsidR="009A0AC0" w:rsidRPr="00A702E8">
        <w:rPr>
          <w:rFonts w:ascii="GHEA Grapalat" w:hAnsi="GHEA Grapalat" w:cs="Segoe UI"/>
          <w:color w:val="000000" w:themeColor="text1"/>
          <w:sz w:val="24"/>
          <w:szCs w:val="24"/>
          <w:lang w:val="hy-AM" w:eastAsia="en-US"/>
        </w:rPr>
        <w:t>ի պատասխանատու՝ իրականացնելու  համար ԳԱՈւ համակարգումը և ընթացքի վերահսկողությունը.</w:t>
      </w:r>
    </w:p>
    <w:p w14:paraId="587E36AB" w14:textId="4E4282AB" w:rsidR="009A0AC0" w:rsidRPr="00A702E8" w:rsidRDefault="00A33B94" w:rsidP="009A0AC0">
      <w:pPr>
        <w:pStyle w:val="ListParagraph"/>
        <w:numPr>
          <w:ilvl w:val="0"/>
          <w:numId w:val="6"/>
        </w:numPr>
        <w:spacing w:after="160" w:line="360" w:lineRule="auto"/>
        <w:ind w:hanging="720"/>
        <w:jc w:val="both"/>
        <w:rPr>
          <w:rFonts w:ascii="GHEA Grapalat" w:eastAsiaTheme="minorHAnsi" w:hAnsi="GHEA Grapalat" w:cs="Segoe UI"/>
          <w:color w:val="000000" w:themeColor="text1"/>
          <w:kern w:val="2"/>
          <w:sz w:val="24"/>
          <w:szCs w:val="24"/>
          <w:lang w:val="hy-AM" w:eastAsia="en-US"/>
          <w14:ligatures w14:val="standardContextual"/>
        </w:rPr>
      </w:pPr>
      <w:r w:rsidRPr="00A702E8">
        <w:rPr>
          <w:rFonts w:ascii="GHEA Grapalat" w:hAnsi="GHEA Grapalat" w:cs="Segoe UI"/>
          <w:color w:val="000000" w:themeColor="text1"/>
          <w:sz w:val="24"/>
          <w:szCs w:val="24"/>
          <w:lang w:val="hy-AM" w:eastAsia="en-US"/>
        </w:rPr>
        <w:t>ի</w:t>
      </w:r>
      <w:r w:rsidR="009A0AC0" w:rsidRPr="00A702E8">
        <w:rPr>
          <w:rFonts w:ascii="GHEA Grapalat" w:hAnsi="GHEA Grapalat" w:cs="Segoe UI"/>
          <w:color w:val="000000" w:themeColor="text1"/>
          <w:sz w:val="24"/>
          <w:szCs w:val="24"/>
          <w:lang w:val="hy-AM" w:eastAsia="en-US"/>
        </w:rPr>
        <w:t>րականացն</w:t>
      </w:r>
      <w:r w:rsidR="0023048B" w:rsidRPr="00A702E8">
        <w:rPr>
          <w:rFonts w:ascii="GHEA Grapalat" w:hAnsi="GHEA Grapalat" w:cs="Segoe UI"/>
          <w:color w:val="000000" w:themeColor="text1"/>
          <w:sz w:val="24"/>
          <w:szCs w:val="24"/>
          <w:lang w:val="hy-AM" w:eastAsia="en-US"/>
        </w:rPr>
        <w:t xml:space="preserve">ում է </w:t>
      </w:r>
      <w:r w:rsidR="009A0AC0" w:rsidRPr="00A702E8">
        <w:rPr>
          <w:rFonts w:ascii="GHEA Grapalat" w:hAnsi="GHEA Grapalat" w:cs="Segoe UI"/>
          <w:color w:val="000000" w:themeColor="text1"/>
          <w:sz w:val="24"/>
          <w:szCs w:val="24"/>
          <w:lang w:val="hy-AM" w:eastAsia="en-US"/>
        </w:rPr>
        <w:t xml:space="preserve">ԳԱՈՒ մասնակից ուսանողների՝ </w:t>
      </w:r>
    </w:p>
    <w:p w14:paraId="7D0433FB" w14:textId="689BA978" w:rsidR="009A0AC0" w:rsidRPr="00A702E8" w:rsidRDefault="009A0AC0" w:rsidP="009A0AC0">
      <w:pPr>
        <w:pStyle w:val="ListParagraph"/>
        <w:spacing w:line="360" w:lineRule="auto"/>
        <w:jc w:val="both"/>
        <w:rPr>
          <w:rFonts w:ascii="GHEA Grapalat" w:hAnsi="GHEA Grapalat" w:cs="Segoe UI"/>
          <w:color w:val="000000" w:themeColor="text1"/>
          <w:sz w:val="24"/>
          <w:szCs w:val="24"/>
          <w:lang w:val="hy-AM" w:eastAsia="en-US"/>
        </w:rPr>
      </w:pPr>
      <w:r w:rsidRPr="00A702E8">
        <w:rPr>
          <w:rFonts w:ascii="GHEA Grapalat" w:hAnsi="GHEA Grapalat" w:cs="Segoe UI"/>
          <w:color w:val="000000" w:themeColor="text1"/>
          <w:sz w:val="24"/>
          <w:szCs w:val="24"/>
          <w:lang w:val="hy-AM" w:eastAsia="en-US"/>
        </w:rPr>
        <w:t>ա</w:t>
      </w:r>
      <w:r w:rsidR="00A33B94" w:rsidRPr="00A702E8">
        <w:rPr>
          <w:rFonts w:ascii="GHEA Grapalat" w:hAnsi="GHEA Grapalat" w:cs="Segoe UI"/>
          <w:color w:val="000000" w:themeColor="text1"/>
          <w:sz w:val="24"/>
          <w:szCs w:val="24"/>
          <w:lang w:val="hy-AM" w:eastAsia="en-US"/>
        </w:rPr>
        <w:t xml:space="preserve">. </w:t>
      </w:r>
      <w:r w:rsidRPr="00A702E8">
        <w:rPr>
          <w:rFonts w:ascii="GHEA Grapalat" w:hAnsi="GHEA Grapalat" w:cs="Segoe UI"/>
          <w:color w:val="000000" w:themeColor="text1"/>
          <w:sz w:val="24"/>
          <w:szCs w:val="24"/>
          <w:lang w:val="hy-AM" w:eastAsia="en-US"/>
        </w:rPr>
        <w:t xml:space="preserve">մասնագիտական և աշխատանքային կողմնորոշման, ինչպես նաև տեղեկատվական ու ճանաչողական աշխատանքներ, </w:t>
      </w:r>
    </w:p>
    <w:p w14:paraId="254B19AC" w14:textId="6C3F972E" w:rsidR="009A0AC0" w:rsidRPr="00A702E8" w:rsidRDefault="009A0AC0" w:rsidP="009A0AC0">
      <w:pPr>
        <w:pStyle w:val="ListParagraph"/>
        <w:spacing w:line="360" w:lineRule="auto"/>
        <w:jc w:val="both"/>
        <w:rPr>
          <w:rFonts w:ascii="GHEA Grapalat" w:hAnsi="GHEA Grapalat" w:cs="Segoe UI"/>
          <w:color w:val="000000" w:themeColor="text1"/>
          <w:sz w:val="24"/>
          <w:szCs w:val="24"/>
          <w:lang w:val="hy-AM" w:eastAsia="en-US"/>
        </w:rPr>
      </w:pPr>
      <w:r w:rsidRPr="00A702E8">
        <w:rPr>
          <w:rFonts w:ascii="GHEA Grapalat" w:hAnsi="GHEA Grapalat" w:cs="Segoe UI"/>
          <w:color w:val="000000" w:themeColor="text1"/>
          <w:sz w:val="24"/>
          <w:szCs w:val="24"/>
          <w:lang w:val="hy-AM" w:eastAsia="en-US"/>
        </w:rPr>
        <w:t>բ</w:t>
      </w:r>
      <w:r w:rsidR="00A33B94" w:rsidRPr="00A702E8">
        <w:rPr>
          <w:rFonts w:ascii="GHEA Grapalat" w:hAnsi="GHEA Grapalat" w:cs="Segoe UI"/>
          <w:color w:val="000000" w:themeColor="text1"/>
          <w:sz w:val="24"/>
          <w:szCs w:val="24"/>
          <w:lang w:val="hy-AM" w:eastAsia="en-US"/>
        </w:rPr>
        <w:t xml:space="preserve">. </w:t>
      </w:r>
      <w:r w:rsidR="00F20AF7" w:rsidRPr="00A702E8">
        <w:rPr>
          <w:rFonts w:ascii="GHEA Grapalat" w:hAnsi="GHEA Grapalat" w:cs="Segoe UI"/>
          <w:color w:val="000000" w:themeColor="text1"/>
          <w:sz w:val="24"/>
          <w:szCs w:val="24"/>
          <w:lang w:val="hy-AM" w:eastAsia="en-US"/>
        </w:rPr>
        <w:t>ը</w:t>
      </w:r>
      <w:r w:rsidRPr="00A702E8">
        <w:rPr>
          <w:rFonts w:ascii="GHEA Grapalat" w:hAnsi="GHEA Grapalat" w:cs="Segoe UI"/>
          <w:color w:val="000000" w:themeColor="text1"/>
          <w:sz w:val="24"/>
          <w:szCs w:val="24"/>
          <w:lang w:val="hy-AM" w:eastAsia="en-US"/>
        </w:rPr>
        <w:t>նտր</w:t>
      </w:r>
      <w:r w:rsidR="00F20AF7" w:rsidRPr="00A702E8">
        <w:rPr>
          <w:rFonts w:ascii="GHEA Grapalat" w:hAnsi="GHEA Grapalat" w:cs="Segoe UI"/>
          <w:color w:val="000000" w:themeColor="text1"/>
          <w:sz w:val="24"/>
          <w:szCs w:val="24"/>
          <w:lang w:val="hy-AM" w:eastAsia="en-US"/>
        </w:rPr>
        <w:t xml:space="preserve">ությունը և </w:t>
      </w:r>
      <w:r w:rsidRPr="00A702E8">
        <w:rPr>
          <w:rFonts w:ascii="GHEA Grapalat" w:hAnsi="GHEA Grapalat" w:cs="Segoe UI"/>
          <w:color w:val="000000" w:themeColor="text1"/>
          <w:sz w:val="24"/>
          <w:szCs w:val="24"/>
          <w:lang w:val="hy-AM" w:eastAsia="en-US"/>
        </w:rPr>
        <w:t>բաշխ</w:t>
      </w:r>
      <w:r w:rsidR="00F20AF7" w:rsidRPr="00A702E8">
        <w:rPr>
          <w:rFonts w:ascii="GHEA Grapalat" w:hAnsi="GHEA Grapalat" w:cs="Segoe UI"/>
          <w:color w:val="000000" w:themeColor="text1"/>
          <w:sz w:val="24"/>
          <w:szCs w:val="24"/>
          <w:lang w:val="hy-AM" w:eastAsia="en-US"/>
        </w:rPr>
        <w:t xml:space="preserve">ումը՝ </w:t>
      </w:r>
      <w:r w:rsidRPr="00A702E8">
        <w:rPr>
          <w:rFonts w:ascii="GHEA Grapalat" w:hAnsi="GHEA Grapalat" w:cs="Segoe UI"/>
          <w:color w:val="000000" w:themeColor="text1"/>
          <w:sz w:val="24"/>
          <w:szCs w:val="24"/>
          <w:lang w:val="hy-AM" w:eastAsia="en-US"/>
        </w:rPr>
        <w:t>ըստ ԳԱՈՒ մասնակցության վայրի</w:t>
      </w:r>
      <w:r w:rsidR="00F20AF7" w:rsidRPr="00A702E8">
        <w:rPr>
          <w:rFonts w:ascii="GHEA Grapalat" w:hAnsi="GHEA Grapalat" w:cs="Segoe UI"/>
          <w:color w:val="000000" w:themeColor="text1"/>
          <w:sz w:val="24"/>
          <w:szCs w:val="24"/>
          <w:lang w:val="hy-AM" w:eastAsia="en-US"/>
        </w:rPr>
        <w:t xml:space="preserve">, </w:t>
      </w:r>
      <w:r w:rsidRPr="00A702E8">
        <w:rPr>
          <w:rFonts w:ascii="GHEA Grapalat" w:hAnsi="GHEA Grapalat" w:cs="Segoe UI"/>
          <w:color w:val="000000" w:themeColor="text1"/>
          <w:sz w:val="24"/>
          <w:szCs w:val="24"/>
          <w:lang w:val="hy-AM" w:eastAsia="en-US"/>
        </w:rPr>
        <w:t>հաշվի առնելով նրանց նախընտրությունները և մոտիվացիաները,</w:t>
      </w:r>
    </w:p>
    <w:p w14:paraId="4D24AE21" w14:textId="2FF98E55" w:rsidR="009A0AC0" w:rsidRPr="00A702E8" w:rsidRDefault="009A0AC0" w:rsidP="009A0AC0">
      <w:pPr>
        <w:pStyle w:val="ListParagraph"/>
        <w:spacing w:line="360" w:lineRule="auto"/>
        <w:jc w:val="both"/>
        <w:rPr>
          <w:rFonts w:ascii="GHEA Grapalat" w:hAnsi="GHEA Grapalat" w:cs="Segoe UI"/>
          <w:color w:val="000000" w:themeColor="text1"/>
          <w:sz w:val="24"/>
          <w:szCs w:val="24"/>
          <w:lang w:val="hy-AM" w:eastAsia="en-US"/>
        </w:rPr>
      </w:pPr>
      <w:r w:rsidRPr="00A702E8">
        <w:rPr>
          <w:rFonts w:ascii="GHEA Grapalat" w:hAnsi="GHEA Grapalat" w:cs="Segoe UI"/>
          <w:color w:val="000000" w:themeColor="text1"/>
          <w:sz w:val="24"/>
          <w:szCs w:val="24"/>
          <w:lang w:val="hy-AM" w:eastAsia="en-US"/>
        </w:rPr>
        <w:t>գ</w:t>
      </w:r>
      <w:r w:rsidR="00A33B94" w:rsidRPr="00A702E8">
        <w:rPr>
          <w:rFonts w:ascii="GHEA Grapalat" w:hAnsi="GHEA Grapalat" w:cs="Segoe UI"/>
          <w:color w:val="000000" w:themeColor="text1"/>
          <w:sz w:val="24"/>
          <w:szCs w:val="24"/>
          <w:lang w:val="hy-AM" w:eastAsia="en-US"/>
        </w:rPr>
        <w:t>.</w:t>
      </w:r>
      <w:r w:rsidRPr="00A702E8">
        <w:rPr>
          <w:rFonts w:ascii="GHEA Grapalat" w:hAnsi="GHEA Grapalat" w:cs="Segoe UI"/>
          <w:color w:val="000000" w:themeColor="text1"/>
          <w:sz w:val="24"/>
          <w:szCs w:val="24"/>
          <w:lang w:val="hy-AM" w:eastAsia="en-US"/>
        </w:rPr>
        <w:t xml:space="preserve">նախապատրաստում և ուղղորդում, </w:t>
      </w:r>
    </w:p>
    <w:p w14:paraId="13390F3E" w14:textId="13D61305" w:rsidR="009A0AC0" w:rsidRPr="00A702E8" w:rsidRDefault="009A0AC0" w:rsidP="009A0AC0">
      <w:pPr>
        <w:pStyle w:val="ListParagraph"/>
        <w:spacing w:line="360" w:lineRule="auto"/>
        <w:jc w:val="both"/>
        <w:rPr>
          <w:rFonts w:ascii="GHEA Grapalat" w:eastAsiaTheme="minorHAnsi" w:hAnsi="GHEA Grapalat" w:cs="Segoe UI"/>
          <w:color w:val="000000" w:themeColor="text1"/>
          <w:kern w:val="2"/>
          <w:sz w:val="24"/>
          <w:szCs w:val="24"/>
          <w:lang w:val="hy-AM" w:eastAsia="en-US"/>
          <w14:ligatures w14:val="standardContextual"/>
        </w:rPr>
      </w:pPr>
      <w:r w:rsidRPr="00A702E8">
        <w:rPr>
          <w:rFonts w:ascii="GHEA Grapalat" w:hAnsi="GHEA Grapalat" w:cs="Segoe UI"/>
          <w:color w:val="000000" w:themeColor="text1"/>
          <w:sz w:val="24"/>
          <w:szCs w:val="24"/>
          <w:lang w:val="hy-AM" w:eastAsia="en-US"/>
        </w:rPr>
        <w:t>դ</w:t>
      </w:r>
      <w:r w:rsidR="00A33B94" w:rsidRPr="00A702E8">
        <w:rPr>
          <w:rFonts w:ascii="GHEA Grapalat" w:hAnsi="GHEA Grapalat" w:cs="Segoe UI"/>
          <w:color w:val="000000" w:themeColor="text1"/>
          <w:sz w:val="24"/>
          <w:szCs w:val="24"/>
          <w:lang w:val="hy-AM" w:eastAsia="en-US"/>
        </w:rPr>
        <w:t xml:space="preserve">. </w:t>
      </w:r>
      <w:r w:rsidRPr="00A702E8">
        <w:rPr>
          <w:rFonts w:ascii="GHEA Grapalat" w:hAnsi="GHEA Grapalat" w:cs="Segoe UI"/>
          <w:color w:val="000000" w:themeColor="text1"/>
          <w:sz w:val="24"/>
          <w:szCs w:val="24"/>
          <w:lang w:val="hy-AM" w:eastAsia="en-US"/>
        </w:rPr>
        <w:t>համագործակցության պայմանագրով սահմանված այլ գործառույթներ.</w:t>
      </w:r>
    </w:p>
    <w:p w14:paraId="0F0A7C8B" w14:textId="16A46CE1" w:rsidR="009A0AC0" w:rsidRPr="00A702E8" w:rsidRDefault="00AE2B14" w:rsidP="009A0AC0">
      <w:pPr>
        <w:pStyle w:val="ListParagraph"/>
        <w:numPr>
          <w:ilvl w:val="0"/>
          <w:numId w:val="6"/>
        </w:numPr>
        <w:spacing w:after="160" w:line="360" w:lineRule="auto"/>
        <w:ind w:hanging="720"/>
        <w:jc w:val="both"/>
        <w:rPr>
          <w:rFonts w:ascii="GHEA Grapalat" w:eastAsiaTheme="minorHAnsi" w:hAnsi="GHEA Grapalat" w:cs="Segoe UI"/>
          <w:color w:val="000000" w:themeColor="text1"/>
          <w:kern w:val="2"/>
          <w:sz w:val="24"/>
          <w:szCs w:val="24"/>
          <w:lang w:val="hy-AM" w:eastAsia="en-US"/>
          <w14:ligatures w14:val="standardContextual"/>
        </w:rPr>
      </w:pPr>
      <w:r w:rsidRPr="00A702E8">
        <w:rPr>
          <w:rFonts w:ascii="GHEA Grapalat" w:hAnsi="GHEA Grapalat" w:cs="Segoe UI"/>
          <w:color w:val="000000" w:themeColor="text1"/>
          <w:sz w:val="24"/>
          <w:szCs w:val="24"/>
          <w:lang w:val="hy-AM" w:eastAsia="en-US"/>
        </w:rPr>
        <w:t>գ</w:t>
      </w:r>
      <w:r w:rsidR="009A0AC0" w:rsidRPr="00A702E8">
        <w:rPr>
          <w:rFonts w:ascii="GHEA Grapalat" w:hAnsi="GHEA Grapalat" w:cs="Segoe UI"/>
          <w:color w:val="000000" w:themeColor="text1"/>
          <w:sz w:val="24"/>
          <w:szCs w:val="24"/>
          <w:lang w:val="hy-AM" w:eastAsia="en-US"/>
        </w:rPr>
        <w:t xml:space="preserve">ործընկեր կազմակերպության հետ համատեղ կողմերը՝  </w:t>
      </w:r>
    </w:p>
    <w:p w14:paraId="20588AC2" w14:textId="3CF1A0D8" w:rsidR="009A0AC0" w:rsidRPr="00A702E8" w:rsidRDefault="009A0AC0" w:rsidP="009A0AC0">
      <w:pPr>
        <w:pStyle w:val="ListParagraph"/>
        <w:spacing w:line="360" w:lineRule="auto"/>
        <w:jc w:val="both"/>
        <w:rPr>
          <w:rFonts w:ascii="GHEA Grapalat" w:hAnsi="GHEA Grapalat" w:cs="Segoe UI"/>
          <w:color w:val="000000" w:themeColor="text1"/>
          <w:sz w:val="24"/>
          <w:szCs w:val="24"/>
          <w:lang w:val="hy-AM" w:eastAsia="en-US"/>
        </w:rPr>
      </w:pPr>
      <w:r w:rsidRPr="00A702E8">
        <w:rPr>
          <w:rFonts w:ascii="GHEA Grapalat" w:hAnsi="GHEA Grapalat" w:cs="Segoe UI"/>
          <w:color w:val="000000" w:themeColor="text1"/>
          <w:sz w:val="24"/>
          <w:szCs w:val="24"/>
          <w:lang w:val="hy-AM" w:eastAsia="en-US"/>
        </w:rPr>
        <w:t>ա</w:t>
      </w:r>
      <w:r w:rsidR="00A33B94" w:rsidRPr="00A702E8">
        <w:rPr>
          <w:rFonts w:ascii="GHEA Grapalat" w:hAnsi="GHEA Grapalat" w:cs="Segoe UI"/>
          <w:color w:val="000000" w:themeColor="text1"/>
          <w:sz w:val="24"/>
          <w:szCs w:val="24"/>
          <w:lang w:val="hy-AM" w:eastAsia="en-US"/>
        </w:rPr>
        <w:t xml:space="preserve">. </w:t>
      </w:r>
      <w:r w:rsidRPr="00A702E8">
        <w:rPr>
          <w:rFonts w:ascii="GHEA Grapalat" w:hAnsi="GHEA Grapalat" w:cs="Segoe UI"/>
          <w:color w:val="000000" w:themeColor="text1"/>
          <w:sz w:val="24"/>
          <w:szCs w:val="24"/>
          <w:lang w:val="hy-AM" w:eastAsia="en-US"/>
        </w:rPr>
        <w:t>փոխադարձ տրա</w:t>
      </w:r>
      <w:r w:rsidRPr="00A702E8">
        <w:rPr>
          <w:rFonts w:ascii="GHEA Grapalat" w:hAnsi="GHEA Grapalat" w:cs="Segoe UI"/>
          <w:color w:val="000000" w:themeColor="text1"/>
          <w:sz w:val="24"/>
          <w:szCs w:val="24"/>
          <w:lang w:val="hy-AM" w:eastAsia="en-US"/>
        </w:rPr>
        <w:softHyphen/>
        <w:t xml:space="preserve">մադրում են ԳԱՈՒ իրականացման վերաբերյալ անհրաժեշտ տեղեկատվություն և խորհրդատվություն, </w:t>
      </w:r>
    </w:p>
    <w:p w14:paraId="7FCFF908" w14:textId="7DD86F44" w:rsidR="009A0AC0" w:rsidRPr="00A702E8" w:rsidRDefault="009A0AC0" w:rsidP="009A0AC0">
      <w:pPr>
        <w:pStyle w:val="ListParagraph"/>
        <w:spacing w:line="360" w:lineRule="auto"/>
        <w:jc w:val="both"/>
        <w:rPr>
          <w:rFonts w:ascii="GHEA Grapalat" w:hAnsi="GHEA Grapalat" w:cs="Segoe UI"/>
          <w:color w:val="000000" w:themeColor="text1"/>
          <w:sz w:val="24"/>
          <w:szCs w:val="24"/>
          <w:lang w:val="hy-AM" w:eastAsia="en-US"/>
        </w:rPr>
      </w:pPr>
      <w:r w:rsidRPr="00A702E8">
        <w:rPr>
          <w:rFonts w:ascii="GHEA Grapalat" w:hAnsi="GHEA Grapalat" w:cs="Segoe UI"/>
          <w:color w:val="000000" w:themeColor="text1"/>
          <w:sz w:val="24"/>
          <w:szCs w:val="24"/>
          <w:lang w:val="hy-AM" w:eastAsia="en-US"/>
        </w:rPr>
        <w:t>բ</w:t>
      </w:r>
      <w:r w:rsidR="00A33B94" w:rsidRPr="00A702E8">
        <w:rPr>
          <w:rFonts w:ascii="GHEA Grapalat" w:hAnsi="GHEA Grapalat" w:cs="Segoe UI"/>
          <w:color w:val="000000" w:themeColor="text1"/>
          <w:sz w:val="24"/>
          <w:szCs w:val="24"/>
          <w:lang w:val="hy-AM" w:eastAsia="en-US"/>
        </w:rPr>
        <w:t xml:space="preserve">. </w:t>
      </w:r>
      <w:r w:rsidRPr="00A702E8">
        <w:rPr>
          <w:rFonts w:ascii="GHEA Grapalat" w:hAnsi="GHEA Grapalat" w:cs="Segoe UI"/>
          <w:color w:val="000000" w:themeColor="text1"/>
          <w:sz w:val="24"/>
          <w:szCs w:val="24"/>
          <w:lang w:val="hy-AM" w:eastAsia="en-US"/>
        </w:rPr>
        <w:t xml:space="preserve">համաձայնեցնում են Օրագրում  լրացման ենթակա այն ծրագրային բաղադրիչները, որոնք </w:t>
      </w:r>
      <w:r w:rsidRPr="00A702E8">
        <w:rPr>
          <w:rFonts w:ascii="GHEA Grapalat" w:hAnsi="GHEA Grapalat"/>
          <w:bCs/>
          <w:color w:val="000000" w:themeColor="text1"/>
          <w:sz w:val="24"/>
          <w:szCs w:val="24"/>
          <w:lang w:val="hy-AM"/>
        </w:rPr>
        <w:t xml:space="preserve">տվյալ </w:t>
      </w:r>
      <w:r w:rsidRPr="00A702E8">
        <w:rPr>
          <w:rFonts w:ascii="GHEA Grapalat" w:hAnsi="GHEA Grapalat"/>
          <w:b/>
          <w:color w:val="000000" w:themeColor="text1"/>
          <w:sz w:val="24"/>
          <w:szCs w:val="24"/>
          <w:lang w:val="hy-AM"/>
        </w:rPr>
        <w:t xml:space="preserve"> </w:t>
      </w:r>
      <w:r w:rsidRPr="00A702E8">
        <w:rPr>
          <w:rFonts w:ascii="GHEA Grapalat" w:hAnsi="GHEA Grapalat"/>
          <w:color w:val="000000" w:themeColor="text1"/>
          <w:sz w:val="24"/>
          <w:szCs w:val="24"/>
          <w:lang w:val="hy-AM"/>
        </w:rPr>
        <w:t>կազմակերպությունում (ստ</w:t>
      </w:r>
      <w:r w:rsidR="00F20AF7" w:rsidRPr="00A702E8">
        <w:rPr>
          <w:rFonts w:ascii="GHEA Grapalat" w:hAnsi="GHEA Grapalat"/>
          <w:color w:val="000000" w:themeColor="text1"/>
          <w:sz w:val="24"/>
          <w:szCs w:val="24"/>
          <w:lang w:val="hy-AM"/>
        </w:rPr>
        <w:t>ո</w:t>
      </w:r>
      <w:r w:rsidRPr="00A702E8">
        <w:rPr>
          <w:rFonts w:ascii="GHEA Grapalat" w:hAnsi="GHEA Grapalat"/>
          <w:color w:val="000000" w:themeColor="text1"/>
          <w:sz w:val="24"/>
          <w:szCs w:val="24"/>
          <w:lang w:val="hy-AM"/>
        </w:rPr>
        <w:t xml:space="preserve">րաբաժանումում) կողմերը նախատեսում են իրականացնել, </w:t>
      </w:r>
    </w:p>
    <w:p w14:paraId="6891AFD3" w14:textId="4FAC495A" w:rsidR="009A0AC0" w:rsidRPr="00A702E8" w:rsidRDefault="009A0AC0" w:rsidP="009A0AC0">
      <w:pPr>
        <w:pStyle w:val="ListParagraph"/>
        <w:spacing w:line="360" w:lineRule="auto"/>
        <w:jc w:val="both"/>
        <w:rPr>
          <w:rFonts w:ascii="GHEA Grapalat" w:hAnsi="GHEA Grapalat" w:cs="Segoe UI"/>
          <w:color w:val="000000" w:themeColor="text1"/>
          <w:sz w:val="24"/>
          <w:szCs w:val="24"/>
          <w:lang w:val="hy-AM" w:eastAsia="en-US"/>
        </w:rPr>
      </w:pPr>
      <w:r w:rsidRPr="00A702E8">
        <w:rPr>
          <w:rFonts w:ascii="GHEA Grapalat" w:hAnsi="GHEA Grapalat" w:cs="Segoe UI"/>
          <w:color w:val="000000" w:themeColor="text1"/>
          <w:sz w:val="24"/>
          <w:szCs w:val="24"/>
          <w:lang w:val="hy-AM" w:eastAsia="en-US"/>
        </w:rPr>
        <w:t>գ</w:t>
      </w:r>
      <w:r w:rsidR="00A33B94" w:rsidRPr="00A702E8">
        <w:rPr>
          <w:rFonts w:ascii="GHEA Grapalat" w:hAnsi="GHEA Grapalat" w:cs="Segoe UI"/>
          <w:color w:val="000000" w:themeColor="text1"/>
          <w:sz w:val="24"/>
          <w:szCs w:val="24"/>
          <w:lang w:val="hy-AM" w:eastAsia="en-US"/>
        </w:rPr>
        <w:t xml:space="preserve">. </w:t>
      </w:r>
      <w:r w:rsidRPr="00A702E8">
        <w:rPr>
          <w:rFonts w:ascii="GHEA Grapalat" w:hAnsi="GHEA Grapalat" w:cs="Segoe UI"/>
          <w:color w:val="000000" w:themeColor="text1"/>
          <w:sz w:val="24"/>
          <w:szCs w:val="24"/>
          <w:lang w:val="hy-AM" w:eastAsia="en-US"/>
        </w:rPr>
        <w:t>քննարկում են ԳԱՈՒ մոդուլային ծրագրի և ուսանող</w:t>
      </w:r>
      <w:r w:rsidRPr="00A702E8">
        <w:rPr>
          <w:rFonts w:ascii="GHEA Grapalat" w:hAnsi="GHEA Grapalat" w:cs="Segoe UI"/>
          <w:color w:val="000000" w:themeColor="text1"/>
          <w:sz w:val="24"/>
          <w:szCs w:val="24"/>
          <w:lang w:val="hy-AM" w:eastAsia="en-US"/>
        </w:rPr>
        <w:softHyphen/>
        <w:t xml:space="preserve">ների գիտելիքների և կարողունակությունների բարելավման վերաբերյալ ընթացիկ առաջարկները, </w:t>
      </w:r>
    </w:p>
    <w:p w14:paraId="38131EAC" w14:textId="1F86D671" w:rsidR="009A0AC0" w:rsidRPr="00A702E8" w:rsidRDefault="009A0AC0" w:rsidP="009A0AC0">
      <w:pPr>
        <w:pStyle w:val="ListParagraph"/>
        <w:spacing w:line="360" w:lineRule="auto"/>
        <w:jc w:val="both"/>
        <w:rPr>
          <w:rFonts w:ascii="GHEA Grapalat" w:hAnsi="GHEA Grapalat" w:cs="Segoe UI"/>
          <w:color w:val="000000" w:themeColor="text1"/>
          <w:sz w:val="24"/>
          <w:szCs w:val="24"/>
          <w:lang w:val="hy-AM" w:eastAsia="en-US"/>
        </w:rPr>
      </w:pPr>
      <w:r w:rsidRPr="00A702E8">
        <w:rPr>
          <w:rFonts w:ascii="GHEA Grapalat" w:hAnsi="GHEA Grapalat" w:cs="Segoe UI"/>
          <w:color w:val="000000" w:themeColor="text1"/>
          <w:sz w:val="24"/>
          <w:szCs w:val="24"/>
          <w:lang w:val="hy-AM" w:eastAsia="en-US"/>
        </w:rPr>
        <w:t>դ</w:t>
      </w:r>
      <w:r w:rsidR="00A33B94" w:rsidRPr="00A702E8">
        <w:rPr>
          <w:rFonts w:ascii="GHEA Grapalat" w:hAnsi="GHEA Grapalat" w:cs="Segoe UI"/>
          <w:color w:val="000000" w:themeColor="text1"/>
          <w:sz w:val="24"/>
          <w:szCs w:val="24"/>
          <w:lang w:val="hy-AM" w:eastAsia="en-US"/>
        </w:rPr>
        <w:t xml:space="preserve">. </w:t>
      </w:r>
      <w:r w:rsidRPr="00A702E8">
        <w:rPr>
          <w:rFonts w:ascii="GHEA Grapalat" w:hAnsi="GHEA Grapalat" w:cs="Segoe UI"/>
          <w:color w:val="000000" w:themeColor="text1"/>
          <w:sz w:val="24"/>
          <w:szCs w:val="24"/>
          <w:lang w:val="hy-AM" w:eastAsia="en-US"/>
        </w:rPr>
        <w:t xml:space="preserve">անցկացնում են ԳԱՈՒ մոդուլային ծրագրով սահմանված ուսումնառության արդյունքների գնահատում և դրանք հաշվի են առնում ուսանողի պետական </w:t>
      </w:r>
      <w:r w:rsidRPr="00A702E8">
        <w:rPr>
          <w:rFonts w:ascii="GHEA Grapalat" w:hAnsi="GHEA Grapalat" w:cs="Segoe UI"/>
          <w:color w:val="000000" w:themeColor="text1"/>
          <w:sz w:val="24"/>
          <w:szCs w:val="24"/>
          <w:lang w:val="hy-AM" w:eastAsia="en-US"/>
        </w:rPr>
        <w:lastRenderedPageBreak/>
        <w:t xml:space="preserve">ամփոփիչ ստուգման ժամանակ՝ </w:t>
      </w:r>
      <w:r w:rsidRPr="00A702E8">
        <w:rPr>
          <w:rFonts w:ascii="GHEA Grapalat" w:hAnsi="GHEA Grapalat" w:cs="Segoe UI"/>
          <w:color w:val="000000" w:themeColor="text1"/>
          <w:sz w:val="24"/>
          <w:szCs w:val="24"/>
          <w:lang w:val="hy-AM"/>
        </w:rPr>
        <w:t>համաձայն օրենսդրության և պետական ամփոփիչ ստուգման կարգի</w:t>
      </w:r>
      <w:r w:rsidRPr="00A702E8">
        <w:rPr>
          <w:rFonts w:ascii="GHEA Grapalat" w:hAnsi="GHEA Grapalat" w:cs="Segoe UI"/>
          <w:color w:val="000000" w:themeColor="text1"/>
          <w:sz w:val="24"/>
          <w:szCs w:val="24"/>
          <w:lang w:val="hy-AM" w:eastAsia="en-US"/>
        </w:rPr>
        <w:t>,</w:t>
      </w:r>
    </w:p>
    <w:p w14:paraId="508C9156" w14:textId="12DD713D" w:rsidR="009A0AC0" w:rsidRPr="00A702E8" w:rsidRDefault="009A0AC0" w:rsidP="009A0AC0">
      <w:pPr>
        <w:pStyle w:val="ListParagraph"/>
        <w:spacing w:line="360" w:lineRule="auto"/>
        <w:jc w:val="both"/>
        <w:rPr>
          <w:rFonts w:ascii="GHEA Grapalat" w:eastAsiaTheme="minorHAnsi" w:hAnsi="GHEA Grapalat" w:cs="Segoe UI"/>
          <w:color w:val="000000" w:themeColor="text1"/>
          <w:kern w:val="2"/>
          <w:sz w:val="24"/>
          <w:szCs w:val="24"/>
          <w:lang w:val="hy-AM" w:eastAsia="en-US"/>
          <w14:ligatures w14:val="standardContextual"/>
        </w:rPr>
      </w:pPr>
      <w:r w:rsidRPr="00A702E8">
        <w:rPr>
          <w:rFonts w:ascii="GHEA Grapalat" w:hAnsi="GHEA Grapalat" w:cs="Segoe UI"/>
          <w:color w:val="000000" w:themeColor="text1"/>
          <w:sz w:val="24"/>
          <w:szCs w:val="24"/>
          <w:lang w:val="hy-AM" w:eastAsia="en-US"/>
        </w:rPr>
        <w:t>ե</w:t>
      </w:r>
      <w:r w:rsidR="00A33B94" w:rsidRPr="00A702E8">
        <w:rPr>
          <w:rFonts w:ascii="GHEA Grapalat" w:hAnsi="GHEA Grapalat" w:cs="Segoe UI"/>
          <w:color w:val="000000" w:themeColor="text1"/>
          <w:sz w:val="24"/>
          <w:szCs w:val="24"/>
          <w:lang w:val="hy-AM" w:eastAsia="en-US"/>
        </w:rPr>
        <w:t xml:space="preserve">. </w:t>
      </w:r>
      <w:r w:rsidRPr="00A702E8">
        <w:rPr>
          <w:rFonts w:ascii="GHEA Grapalat" w:hAnsi="GHEA Grapalat" w:cs="Segoe UI"/>
          <w:color w:val="000000" w:themeColor="text1"/>
          <w:sz w:val="24"/>
          <w:szCs w:val="24"/>
          <w:lang w:val="hy-AM" w:eastAsia="en-US"/>
        </w:rPr>
        <w:t xml:space="preserve">իրականացնում է համագործակցության պայմանագրով սահմանված այլ պարտավորություններ։ </w:t>
      </w:r>
    </w:p>
    <w:p w14:paraId="3BB07CD0" w14:textId="77777777" w:rsidR="009A0AC0" w:rsidRPr="00A702E8" w:rsidRDefault="009A0AC0" w:rsidP="009A0AC0">
      <w:pPr>
        <w:pStyle w:val="ListParagraph"/>
        <w:numPr>
          <w:ilvl w:val="0"/>
          <w:numId w:val="3"/>
        </w:numPr>
        <w:spacing w:after="160" w:line="360" w:lineRule="auto"/>
        <w:ind w:left="720" w:hanging="720"/>
        <w:jc w:val="both"/>
        <w:rPr>
          <w:rFonts w:ascii="GHEA Grapalat" w:eastAsiaTheme="minorHAnsi" w:hAnsi="GHEA Grapalat" w:cs="Segoe UI"/>
          <w:color w:val="000000" w:themeColor="text1"/>
          <w:kern w:val="2"/>
          <w:sz w:val="24"/>
          <w:szCs w:val="24"/>
          <w:lang w:val="hy-AM" w:eastAsia="en-US"/>
          <w14:ligatures w14:val="standardContextual"/>
        </w:rPr>
      </w:pPr>
      <w:r w:rsidRPr="00A702E8">
        <w:rPr>
          <w:rFonts w:ascii="GHEA Grapalat" w:hAnsi="GHEA Grapalat" w:cs="Segoe UI"/>
          <w:color w:val="000000" w:themeColor="text1"/>
          <w:sz w:val="24"/>
          <w:szCs w:val="24"/>
          <w:lang w:val="hy-AM" w:eastAsia="en-US"/>
        </w:rPr>
        <w:t xml:space="preserve">Գործընկեր Կազմակերպությունը ԳԱՈՒ մոդուլային ծրագրի շրջանակում՝ </w:t>
      </w:r>
    </w:p>
    <w:p w14:paraId="7CB118F7" w14:textId="73318B52" w:rsidR="009A0AC0" w:rsidRPr="00A702E8" w:rsidRDefault="009A0AC0">
      <w:pPr>
        <w:pStyle w:val="ListParagraph"/>
        <w:numPr>
          <w:ilvl w:val="0"/>
          <w:numId w:val="7"/>
        </w:numPr>
        <w:spacing w:after="160" w:line="360" w:lineRule="auto"/>
        <w:ind w:hanging="720"/>
        <w:jc w:val="both"/>
        <w:rPr>
          <w:rFonts w:ascii="GHEA Grapalat" w:eastAsiaTheme="minorHAnsi" w:hAnsi="GHEA Grapalat" w:cs="Segoe UI"/>
          <w:color w:val="000000" w:themeColor="text1"/>
          <w:kern w:val="2"/>
          <w:sz w:val="24"/>
          <w:szCs w:val="24"/>
          <w:lang w:val="hy-AM" w:eastAsia="en-US"/>
          <w14:ligatures w14:val="standardContextual"/>
        </w:rPr>
      </w:pPr>
      <w:r w:rsidRPr="00A702E8">
        <w:rPr>
          <w:rFonts w:ascii="GHEA Grapalat" w:eastAsiaTheme="minorHAnsi" w:hAnsi="GHEA Grapalat" w:cs="Segoe UI"/>
          <w:color w:val="000000" w:themeColor="text1"/>
          <w:kern w:val="2"/>
          <w:sz w:val="24"/>
          <w:szCs w:val="24"/>
          <w:lang w:val="hy-AM" w:eastAsia="en-US"/>
          <w14:ligatures w14:val="standardContextual"/>
        </w:rPr>
        <w:t xml:space="preserve">նշանակում է մասնագիտական ուսուցման հրահանգիչ,  իսկ </w:t>
      </w:r>
      <w:r w:rsidRPr="00A702E8">
        <w:rPr>
          <w:rFonts w:ascii="GHEA Grapalat" w:hAnsi="GHEA Grapalat" w:cs="Segoe UI"/>
          <w:color w:val="000000" w:themeColor="text1"/>
          <w:sz w:val="24"/>
          <w:szCs w:val="24"/>
          <w:lang w:val="hy-AM" w:eastAsia="en-US"/>
        </w:rPr>
        <w:t>ուսանողի առողջության և անվտանգության համար վտանգավոր աշխատանքների ոլորտների դեպքում՝ նշանակում է տվյալ ոլորտում մասնագիտական բավարար գիտելիքներ և փորձ ունեցող անձի հսկողություն</w:t>
      </w:r>
      <w:r w:rsidR="00FC347B" w:rsidRPr="00A702E8">
        <w:rPr>
          <w:rFonts w:ascii="GHEA Grapalat" w:hAnsi="GHEA Grapalat" w:cs="Segoe UI"/>
          <w:color w:val="000000" w:themeColor="text1"/>
          <w:sz w:val="24"/>
          <w:szCs w:val="24"/>
          <w:lang w:val="hy-AM" w:eastAsia="en-US"/>
        </w:rPr>
        <w:t xml:space="preserve">։ Հրահանգչի համապատասխանության համար հիմք է ընդունվում մասնագիտական կրթությունը, այդ թվում՝ </w:t>
      </w:r>
      <w:r w:rsidR="00B719E8" w:rsidRPr="00A702E8">
        <w:rPr>
          <w:rFonts w:ascii="GHEA Grapalat" w:hAnsi="GHEA Grapalat" w:cs="Segoe UI"/>
          <w:color w:val="000000" w:themeColor="text1"/>
          <w:sz w:val="24"/>
          <w:szCs w:val="24"/>
          <w:lang w:val="hy-AM" w:eastAsia="en-US"/>
        </w:rPr>
        <w:t xml:space="preserve">ոչ ֆորմալ, համապատասխան օրենսդրության </w:t>
      </w:r>
      <w:r w:rsidR="00FC347B" w:rsidRPr="00A702E8">
        <w:rPr>
          <w:rFonts w:ascii="GHEA Grapalat" w:hAnsi="GHEA Grapalat" w:cs="Segoe UI"/>
          <w:color w:val="000000" w:themeColor="text1"/>
          <w:sz w:val="24"/>
          <w:szCs w:val="24"/>
          <w:lang w:val="hy-AM" w:eastAsia="en-US"/>
        </w:rPr>
        <w:t xml:space="preserve"> </w:t>
      </w:r>
      <w:r w:rsidR="00B719E8" w:rsidRPr="00A702E8">
        <w:rPr>
          <w:rFonts w:ascii="GHEA Grapalat" w:hAnsi="GHEA Grapalat" w:cs="Segoe UI"/>
          <w:color w:val="000000" w:themeColor="text1"/>
          <w:sz w:val="24"/>
          <w:szCs w:val="24"/>
          <w:lang w:val="hy-AM" w:eastAsia="en-US"/>
        </w:rPr>
        <w:t>իմացությունը</w:t>
      </w:r>
      <w:r w:rsidR="00F20AF7" w:rsidRPr="00A702E8">
        <w:rPr>
          <w:rFonts w:ascii="GHEA Grapalat" w:hAnsi="GHEA Grapalat" w:cs="Segoe UI"/>
          <w:color w:val="000000" w:themeColor="text1"/>
          <w:sz w:val="24"/>
          <w:szCs w:val="24"/>
          <w:lang w:val="hy-AM" w:eastAsia="en-US"/>
        </w:rPr>
        <w:t>,</w:t>
      </w:r>
      <w:r w:rsidR="00FC347B" w:rsidRPr="00A702E8">
        <w:rPr>
          <w:rFonts w:ascii="GHEA Grapalat" w:hAnsi="GHEA Grapalat"/>
          <w:color w:val="000000" w:themeColor="text1"/>
          <w:sz w:val="24"/>
          <w:szCs w:val="24"/>
          <w:lang w:val="hy-AM"/>
        </w:rPr>
        <w:t xml:space="preserve"> ինչպես նաև տվյալ </w:t>
      </w:r>
      <w:r w:rsidR="00B719E8" w:rsidRPr="00A702E8">
        <w:rPr>
          <w:rFonts w:ascii="GHEA Grapalat" w:hAnsi="GHEA Grapalat"/>
          <w:color w:val="000000" w:themeColor="text1"/>
          <w:sz w:val="24"/>
          <w:szCs w:val="24"/>
          <w:lang w:val="hy-AM"/>
        </w:rPr>
        <w:t xml:space="preserve">զբաղմունքի </w:t>
      </w:r>
      <w:r w:rsidR="00FC347B" w:rsidRPr="00A702E8">
        <w:rPr>
          <w:rFonts w:ascii="GHEA Grapalat" w:hAnsi="GHEA Grapalat"/>
          <w:color w:val="000000" w:themeColor="text1"/>
          <w:sz w:val="24"/>
          <w:szCs w:val="24"/>
          <w:lang w:val="hy-AM"/>
        </w:rPr>
        <w:t>կամ հարակից ոլորտում գործնական աշխատանքի փորձի համակցություն</w:t>
      </w:r>
      <w:r w:rsidR="00B719E8" w:rsidRPr="00A702E8">
        <w:rPr>
          <w:rFonts w:ascii="GHEA Grapalat" w:hAnsi="GHEA Grapalat"/>
          <w:color w:val="000000" w:themeColor="text1"/>
          <w:sz w:val="24"/>
          <w:szCs w:val="24"/>
          <w:lang w:val="hy-AM"/>
        </w:rPr>
        <w:t>ը</w:t>
      </w:r>
      <w:r w:rsidR="00FC347B" w:rsidRPr="00A702E8">
        <w:rPr>
          <w:rFonts w:ascii="GHEA Grapalat" w:hAnsi="GHEA Grapalat"/>
          <w:color w:val="000000" w:themeColor="text1"/>
          <w:sz w:val="24"/>
          <w:szCs w:val="24"/>
          <w:lang w:val="hy-AM"/>
        </w:rPr>
        <w:t xml:space="preserve">, որը հնարավորություն </w:t>
      </w:r>
      <w:r w:rsidR="00441CB1" w:rsidRPr="00A702E8">
        <w:rPr>
          <w:rFonts w:ascii="GHEA Grapalat" w:hAnsi="GHEA Grapalat"/>
          <w:color w:val="000000" w:themeColor="text1"/>
          <w:sz w:val="24"/>
          <w:szCs w:val="24"/>
          <w:lang w:val="hy-AM"/>
        </w:rPr>
        <w:t>կտա</w:t>
      </w:r>
      <w:r w:rsidR="00FC347B" w:rsidRPr="00A702E8">
        <w:rPr>
          <w:rFonts w:ascii="GHEA Grapalat" w:hAnsi="GHEA Grapalat"/>
          <w:color w:val="000000" w:themeColor="text1"/>
          <w:sz w:val="24"/>
          <w:szCs w:val="24"/>
          <w:lang w:val="hy-AM"/>
        </w:rPr>
        <w:t xml:space="preserve"> աշխատողին լիարժեք և արդյունավետ իրականացնել </w:t>
      </w:r>
      <w:r w:rsidR="00441CB1" w:rsidRPr="00A702E8">
        <w:rPr>
          <w:rFonts w:ascii="GHEA Grapalat" w:hAnsi="GHEA Grapalat"/>
          <w:color w:val="000000" w:themeColor="text1"/>
          <w:sz w:val="24"/>
          <w:szCs w:val="24"/>
          <w:lang w:val="hy-AM"/>
        </w:rPr>
        <w:t xml:space="preserve">հրահանգչի </w:t>
      </w:r>
      <w:r w:rsidR="00FC347B" w:rsidRPr="00A702E8">
        <w:rPr>
          <w:rFonts w:ascii="GHEA Grapalat" w:hAnsi="GHEA Grapalat"/>
          <w:color w:val="000000" w:themeColor="text1"/>
          <w:sz w:val="24"/>
          <w:szCs w:val="24"/>
          <w:lang w:val="hy-AM"/>
        </w:rPr>
        <w:t>պարտականությունները</w:t>
      </w:r>
      <w:r w:rsidR="00441CB1" w:rsidRPr="00A702E8">
        <w:rPr>
          <w:rFonts w:ascii="GHEA Grapalat" w:hAnsi="GHEA Grapalat"/>
          <w:color w:val="000000" w:themeColor="text1"/>
          <w:sz w:val="24"/>
          <w:szCs w:val="24"/>
          <w:lang w:val="hy-AM"/>
        </w:rPr>
        <w:t>,</w:t>
      </w:r>
      <w:r w:rsidR="00B719E8" w:rsidRPr="00A702E8">
        <w:rPr>
          <w:color w:val="000000" w:themeColor="text1"/>
          <w:lang w:val="hy-AM"/>
        </w:rPr>
        <w:t xml:space="preserve"> </w:t>
      </w:r>
    </w:p>
    <w:p w14:paraId="3117C107" w14:textId="4172DFAB" w:rsidR="009A0AC0" w:rsidRPr="00A702E8" w:rsidRDefault="009A0AC0" w:rsidP="009A0AC0">
      <w:pPr>
        <w:pStyle w:val="ListParagraph"/>
        <w:numPr>
          <w:ilvl w:val="0"/>
          <w:numId w:val="7"/>
        </w:numPr>
        <w:spacing w:after="160" w:line="360" w:lineRule="auto"/>
        <w:ind w:hanging="720"/>
        <w:jc w:val="both"/>
        <w:rPr>
          <w:rFonts w:ascii="GHEA Grapalat" w:eastAsiaTheme="minorHAnsi" w:hAnsi="GHEA Grapalat" w:cs="Segoe UI"/>
          <w:color w:val="000000" w:themeColor="text1"/>
          <w:kern w:val="2"/>
          <w:sz w:val="24"/>
          <w:szCs w:val="24"/>
          <w:lang w:val="hy-AM" w:eastAsia="en-US"/>
          <w14:ligatures w14:val="standardContextual"/>
        </w:rPr>
      </w:pPr>
      <w:r w:rsidRPr="00A702E8">
        <w:rPr>
          <w:rFonts w:ascii="GHEA Grapalat" w:hAnsi="GHEA Grapalat" w:cs="Segoe UI"/>
          <w:color w:val="000000" w:themeColor="text1"/>
          <w:sz w:val="24"/>
          <w:szCs w:val="24"/>
          <w:lang w:val="hy-AM" w:eastAsia="en-US"/>
        </w:rPr>
        <w:t xml:space="preserve">տրամադրում է տեղեկատվություն </w:t>
      </w:r>
      <w:r w:rsidR="00F803BD" w:rsidRPr="00A702E8">
        <w:rPr>
          <w:rFonts w:ascii="GHEA Grapalat" w:hAnsi="GHEA Grapalat" w:cs="Segoe UI"/>
          <w:color w:val="000000" w:themeColor="text1"/>
          <w:sz w:val="24"/>
          <w:szCs w:val="24"/>
          <w:lang w:val="hy-AM" w:eastAsia="en-US"/>
        </w:rPr>
        <w:t>ՄՈՒՀ-</w:t>
      </w:r>
      <w:r w:rsidRPr="00A702E8">
        <w:rPr>
          <w:rFonts w:ascii="GHEA Grapalat" w:hAnsi="GHEA Grapalat" w:cs="Segoe UI"/>
          <w:color w:val="000000" w:themeColor="text1"/>
          <w:sz w:val="24"/>
          <w:szCs w:val="24"/>
          <w:lang w:val="hy-AM" w:eastAsia="en-US"/>
        </w:rPr>
        <w:t xml:space="preserve">ին՝ ԱՀՈՒ իրականացնելու համար անհրաժեշտ գույքային և նյութատեխնիկական   հագեցվածության վերաբերյալ, </w:t>
      </w:r>
    </w:p>
    <w:p w14:paraId="775508C6" w14:textId="77777777" w:rsidR="009A0AC0" w:rsidRPr="00A702E8" w:rsidRDefault="009A0AC0" w:rsidP="009A0AC0">
      <w:pPr>
        <w:pStyle w:val="ListParagraph"/>
        <w:numPr>
          <w:ilvl w:val="0"/>
          <w:numId w:val="7"/>
        </w:numPr>
        <w:spacing w:after="160" w:line="360" w:lineRule="auto"/>
        <w:ind w:hanging="720"/>
        <w:jc w:val="both"/>
        <w:rPr>
          <w:rFonts w:ascii="GHEA Grapalat" w:eastAsiaTheme="minorHAnsi" w:hAnsi="GHEA Grapalat" w:cs="Segoe UI"/>
          <w:color w:val="000000" w:themeColor="text1"/>
          <w:kern w:val="2"/>
          <w:sz w:val="24"/>
          <w:szCs w:val="24"/>
          <w:lang w:val="hy-AM" w:eastAsia="en-US"/>
          <w14:ligatures w14:val="standardContextual"/>
        </w:rPr>
      </w:pPr>
      <w:r w:rsidRPr="00A702E8">
        <w:rPr>
          <w:rFonts w:ascii="GHEA Grapalat" w:hAnsi="GHEA Grapalat" w:cs="Segoe UI"/>
          <w:color w:val="000000" w:themeColor="text1"/>
          <w:sz w:val="24"/>
          <w:szCs w:val="24"/>
          <w:lang w:val="hy-AM" w:eastAsia="en-US"/>
        </w:rPr>
        <w:t>ապահովում է ԳԱՈՒ</w:t>
      </w:r>
      <w:r w:rsidRPr="00A702E8" w:rsidDel="00054AC7">
        <w:rPr>
          <w:rFonts w:ascii="GHEA Grapalat" w:hAnsi="GHEA Grapalat" w:cs="Segoe UI"/>
          <w:color w:val="000000" w:themeColor="text1"/>
          <w:sz w:val="24"/>
          <w:szCs w:val="24"/>
          <w:lang w:val="hy-AM" w:eastAsia="en-US"/>
        </w:rPr>
        <w:t xml:space="preserve"> </w:t>
      </w:r>
      <w:r w:rsidRPr="00A702E8">
        <w:rPr>
          <w:rFonts w:ascii="GHEA Grapalat" w:hAnsi="GHEA Grapalat" w:cs="Segoe UI"/>
          <w:color w:val="000000" w:themeColor="text1"/>
          <w:sz w:val="24"/>
          <w:szCs w:val="24"/>
          <w:lang w:val="hy-AM" w:eastAsia="en-US"/>
        </w:rPr>
        <w:t>մոդուլային ծրագրի իրագործումը՝ ըստ ժամանակացույցի,</w:t>
      </w:r>
    </w:p>
    <w:p w14:paraId="143E8EF7" w14:textId="5454514F" w:rsidR="009A0AC0" w:rsidRPr="00A702E8" w:rsidRDefault="009A0AC0" w:rsidP="009A0AC0">
      <w:pPr>
        <w:pStyle w:val="ListParagraph"/>
        <w:numPr>
          <w:ilvl w:val="0"/>
          <w:numId w:val="7"/>
        </w:numPr>
        <w:spacing w:after="160" w:line="360" w:lineRule="auto"/>
        <w:ind w:hanging="720"/>
        <w:jc w:val="both"/>
        <w:rPr>
          <w:rFonts w:ascii="GHEA Grapalat" w:eastAsiaTheme="minorHAnsi" w:hAnsi="GHEA Grapalat" w:cs="Segoe UI"/>
          <w:color w:val="000000" w:themeColor="text1"/>
          <w:kern w:val="2"/>
          <w:sz w:val="24"/>
          <w:szCs w:val="24"/>
          <w:lang w:val="hy-AM" w:eastAsia="en-US"/>
          <w14:ligatures w14:val="standardContextual"/>
        </w:rPr>
      </w:pPr>
      <w:r w:rsidRPr="00A702E8">
        <w:rPr>
          <w:rFonts w:ascii="GHEA Grapalat" w:hAnsi="GHEA Grapalat" w:cs="Segoe UI"/>
          <w:color w:val="000000" w:themeColor="text1"/>
          <w:sz w:val="24"/>
          <w:szCs w:val="24"/>
          <w:lang w:val="hy-AM" w:eastAsia="en-US"/>
        </w:rPr>
        <w:t xml:space="preserve">ուսանողին ներգրավում է միայն առողջության համար անվնաս և անվտանգ աշխատանքներում, որոնք համապատասխանում են նրա տարիքին և հասունության մակարդակին (եթե Ուսանողին տրված հանձնարարությունը ենթադրում է ֆիզիկական ուժի գործադրում՝ վերջինիս ֆիզիկական </w:t>
      </w:r>
      <w:r w:rsidR="00F20AF7" w:rsidRPr="00A702E8">
        <w:rPr>
          <w:rFonts w:ascii="GHEA Grapalat" w:hAnsi="GHEA Grapalat" w:cs="Segoe UI"/>
          <w:color w:val="000000" w:themeColor="text1"/>
          <w:sz w:val="24"/>
          <w:szCs w:val="24"/>
          <w:lang w:val="hy-AM" w:eastAsia="en-US"/>
        </w:rPr>
        <w:t>տվյալներ</w:t>
      </w:r>
      <w:r w:rsidRPr="00A702E8">
        <w:rPr>
          <w:rFonts w:ascii="GHEA Grapalat" w:hAnsi="GHEA Grapalat" w:cs="Segoe UI"/>
          <w:color w:val="000000" w:themeColor="text1"/>
          <w:sz w:val="24"/>
          <w:szCs w:val="24"/>
          <w:lang w:val="hy-AM" w:eastAsia="en-US"/>
        </w:rPr>
        <w:t>ին)՝</w:t>
      </w:r>
      <w:r w:rsidRPr="00A702E8">
        <w:rPr>
          <w:rFonts w:ascii="GHEA Grapalat" w:hAnsi="GHEA Grapalat"/>
          <w:color w:val="000000" w:themeColor="text1"/>
          <w:sz w:val="24"/>
          <w:szCs w:val="24"/>
          <w:lang w:val="hy-AM" w:eastAsia="en-US"/>
        </w:rPr>
        <w:t xml:space="preserve"> </w:t>
      </w:r>
      <w:r w:rsidRPr="00A702E8">
        <w:rPr>
          <w:rFonts w:ascii="GHEA Grapalat" w:hAnsi="GHEA Grapalat" w:cs="Segoe UI"/>
          <w:color w:val="000000" w:themeColor="text1"/>
          <w:sz w:val="24"/>
          <w:szCs w:val="24"/>
          <w:lang w:val="hy-AM" w:eastAsia="en-US"/>
        </w:rPr>
        <w:t>պահպանելով ՀՀ օրենսդրության պահանջները</w:t>
      </w:r>
      <w:r w:rsidR="00090877" w:rsidRPr="00A702E8">
        <w:rPr>
          <w:rFonts w:ascii="GHEA Grapalat" w:hAnsi="GHEA Grapalat" w:cs="Segoe UI"/>
          <w:color w:val="000000" w:themeColor="text1"/>
          <w:sz w:val="24"/>
          <w:szCs w:val="24"/>
          <w:lang w:val="hy-AM" w:eastAsia="en-US"/>
        </w:rPr>
        <w:t>,</w:t>
      </w:r>
    </w:p>
    <w:p w14:paraId="3EFF5719" w14:textId="77777777" w:rsidR="009A0AC0" w:rsidRPr="00A702E8" w:rsidRDefault="009A0AC0" w:rsidP="009A0AC0">
      <w:pPr>
        <w:pStyle w:val="ListParagraph"/>
        <w:numPr>
          <w:ilvl w:val="0"/>
          <w:numId w:val="7"/>
        </w:numPr>
        <w:spacing w:before="120" w:after="120" w:line="360" w:lineRule="auto"/>
        <w:ind w:hanging="720"/>
        <w:jc w:val="both"/>
        <w:rPr>
          <w:rFonts w:ascii="GHEA Grapalat" w:hAnsi="GHEA Grapalat" w:cs="Segoe UI"/>
          <w:color w:val="000000" w:themeColor="text1"/>
          <w:sz w:val="24"/>
          <w:szCs w:val="24"/>
          <w:lang w:val="hy-AM" w:eastAsia="en-US"/>
        </w:rPr>
      </w:pPr>
      <w:r w:rsidRPr="00A702E8">
        <w:rPr>
          <w:rFonts w:ascii="GHEA Grapalat" w:hAnsi="GHEA Grapalat" w:cs="Segoe UI"/>
          <w:color w:val="000000" w:themeColor="text1"/>
          <w:sz w:val="24"/>
          <w:szCs w:val="24"/>
          <w:lang w:val="hy-AM" w:eastAsia="en-US"/>
        </w:rPr>
        <w:t>ապահովում է ուսանողի առողջության, անվտանգության և բարոյակա</w:t>
      </w:r>
      <w:r w:rsidRPr="00A702E8">
        <w:rPr>
          <w:rFonts w:ascii="GHEA Grapalat" w:hAnsi="GHEA Grapalat" w:cs="Segoe UI"/>
          <w:color w:val="000000" w:themeColor="text1"/>
          <w:sz w:val="24"/>
          <w:szCs w:val="24"/>
          <w:lang w:val="hy-AM" w:eastAsia="en-US"/>
        </w:rPr>
        <w:softHyphen/>
        <w:t>նության պահպանման համապատասխան պայմաններ և անհատական պաշտպանության միջոցներ, ինչպես նաև նախապես տրամադրում անվտանգ աշխատանքային գործունեու</w:t>
      </w:r>
      <w:r w:rsidRPr="00A702E8">
        <w:rPr>
          <w:rFonts w:ascii="GHEA Grapalat" w:hAnsi="GHEA Grapalat" w:cs="Segoe UI"/>
          <w:color w:val="000000" w:themeColor="text1"/>
          <w:sz w:val="24"/>
          <w:szCs w:val="24"/>
          <w:lang w:val="hy-AM" w:eastAsia="en-US"/>
        </w:rPr>
        <w:softHyphen/>
        <w:t>թյան վերաբերյալ տեղեկություններ, անցկացնում համապատասխան ուսուցում և հրահան</w:t>
      </w:r>
      <w:r w:rsidRPr="00A702E8">
        <w:rPr>
          <w:rFonts w:ascii="GHEA Grapalat" w:hAnsi="GHEA Grapalat" w:cs="Segoe UI"/>
          <w:color w:val="000000" w:themeColor="text1"/>
          <w:sz w:val="24"/>
          <w:szCs w:val="24"/>
          <w:lang w:val="hy-AM" w:eastAsia="en-US"/>
        </w:rPr>
        <w:softHyphen/>
        <w:t xml:space="preserve">գավորում, </w:t>
      </w:r>
    </w:p>
    <w:p w14:paraId="64BD2ADA" w14:textId="095E8486" w:rsidR="009A0AC0" w:rsidRPr="00A702E8" w:rsidRDefault="009A0AC0" w:rsidP="009A0AC0">
      <w:pPr>
        <w:pStyle w:val="ListParagraph"/>
        <w:numPr>
          <w:ilvl w:val="0"/>
          <w:numId w:val="7"/>
        </w:numPr>
        <w:spacing w:after="160" w:line="360" w:lineRule="auto"/>
        <w:ind w:hanging="720"/>
        <w:jc w:val="both"/>
        <w:rPr>
          <w:rFonts w:ascii="GHEA Grapalat" w:eastAsiaTheme="minorHAnsi" w:hAnsi="GHEA Grapalat" w:cs="Segoe UI"/>
          <w:color w:val="000000" w:themeColor="text1"/>
          <w:kern w:val="2"/>
          <w:sz w:val="24"/>
          <w:szCs w:val="24"/>
          <w:lang w:val="hy-AM" w:eastAsia="en-US"/>
          <w14:ligatures w14:val="standardContextual"/>
        </w:rPr>
      </w:pPr>
      <w:r w:rsidRPr="00A702E8">
        <w:rPr>
          <w:rFonts w:ascii="GHEA Grapalat" w:hAnsi="GHEA Grapalat" w:cs="Segoe UI"/>
          <w:color w:val="000000" w:themeColor="text1"/>
          <w:sz w:val="24"/>
          <w:szCs w:val="24"/>
          <w:lang w:val="hy-AM" w:eastAsia="en-US"/>
        </w:rPr>
        <w:lastRenderedPageBreak/>
        <w:t xml:space="preserve">անհապաղ տեղեկացնում է </w:t>
      </w:r>
      <w:r w:rsidR="00F803BD" w:rsidRPr="00A702E8">
        <w:rPr>
          <w:rFonts w:ascii="GHEA Grapalat" w:hAnsi="GHEA Grapalat" w:cs="Segoe UI"/>
          <w:color w:val="000000" w:themeColor="text1"/>
          <w:sz w:val="24"/>
          <w:szCs w:val="24"/>
          <w:lang w:val="hy-AM" w:eastAsia="en-US"/>
        </w:rPr>
        <w:t>ՄՈՒՀ-</w:t>
      </w:r>
      <w:r w:rsidRPr="00A702E8">
        <w:rPr>
          <w:rFonts w:ascii="GHEA Grapalat" w:hAnsi="GHEA Grapalat" w:cs="Segoe UI"/>
          <w:color w:val="000000" w:themeColor="text1"/>
          <w:sz w:val="24"/>
          <w:szCs w:val="24"/>
          <w:lang w:val="hy-AM" w:eastAsia="en-US"/>
        </w:rPr>
        <w:t>ին՝ ուսանողի կողմից պայմանագրային  պարտավորությունները, իր ներքին իրավական ակտերը, կարգապահական կանոնները խախտելու և դրանով պայմանավորված պատասխանատվության միջոցների, ինչպես նաև տարբեր հիմնավոր պատճառներով ուսանողի հետ կնքված պրակտիկայի կամ աշխատանքային պայմանագիրը լուծելու, փոփոխելու հիմքերի մասին՝ ուսանողի կրթության իրավունքը իրացնելու լավագույն այլընտրանքային լուծումներ գտնելու նպատակով</w:t>
      </w:r>
      <w:r w:rsidR="00090877" w:rsidRPr="00A702E8">
        <w:rPr>
          <w:rFonts w:ascii="GHEA Grapalat" w:hAnsi="GHEA Grapalat" w:cs="Segoe UI"/>
          <w:color w:val="000000" w:themeColor="text1"/>
          <w:sz w:val="24"/>
          <w:szCs w:val="24"/>
          <w:lang w:val="hy-AM" w:eastAsia="en-US"/>
        </w:rPr>
        <w:t xml:space="preserve">, </w:t>
      </w:r>
    </w:p>
    <w:p w14:paraId="4821E60E" w14:textId="745720E8" w:rsidR="009A0AC0" w:rsidRPr="00A702E8" w:rsidRDefault="009A0AC0" w:rsidP="009A0AC0">
      <w:pPr>
        <w:pStyle w:val="ListParagraph"/>
        <w:numPr>
          <w:ilvl w:val="0"/>
          <w:numId w:val="7"/>
        </w:numPr>
        <w:spacing w:after="160" w:line="360" w:lineRule="auto"/>
        <w:ind w:hanging="720"/>
        <w:jc w:val="both"/>
        <w:rPr>
          <w:rFonts w:ascii="GHEA Grapalat" w:eastAsiaTheme="minorHAnsi" w:hAnsi="GHEA Grapalat" w:cs="Segoe UI"/>
          <w:color w:val="000000" w:themeColor="text1"/>
          <w:kern w:val="2"/>
          <w:sz w:val="24"/>
          <w:szCs w:val="24"/>
          <w:lang w:val="hy-AM" w:eastAsia="en-US"/>
          <w14:ligatures w14:val="standardContextual"/>
        </w:rPr>
      </w:pPr>
      <w:r w:rsidRPr="00A702E8">
        <w:rPr>
          <w:rFonts w:ascii="GHEA Grapalat" w:hAnsi="GHEA Grapalat" w:cs="Segoe UI"/>
          <w:color w:val="000000" w:themeColor="text1"/>
          <w:sz w:val="24"/>
          <w:szCs w:val="24"/>
          <w:lang w:val="hy-AM" w:eastAsia="en-US"/>
        </w:rPr>
        <w:t xml:space="preserve">ծանուցում է </w:t>
      </w:r>
      <w:r w:rsidR="00F803BD" w:rsidRPr="00A702E8">
        <w:rPr>
          <w:rFonts w:ascii="GHEA Grapalat" w:hAnsi="GHEA Grapalat" w:cs="Segoe UI"/>
          <w:color w:val="000000" w:themeColor="text1"/>
          <w:sz w:val="24"/>
          <w:szCs w:val="24"/>
          <w:lang w:val="hy-AM" w:eastAsia="en-US"/>
        </w:rPr>
        <w:t>ՄՈՒՀ-</w:t>
      </w:r>
      <w:r w:rsidRPr="00A702E8">
        <w:rPr>
          <w:rFonts w:ascii="GHEA Grapalat" w:hAnsi="GHEA Grapalat" w:cs="Segoe UI"/>
          <w:color w:val="000000" w:themeColor="text1"/>
          <w:sz w:val="24"/>
          <w:szCs w:val="24"/>
          <w:lang w:val="hy-AM" w:eastAsia="en-US"/>
        </w:rPr>
        <w:t xml:space="preserve">ին իր լուծարման կամ վերակազմավորման կամ այլ օբյեկտիվ պատճառներով համագործակցությունը շարունակելու անհնարինության կամ դադարեցնելու որոշում կայացնելու մասին (հնարավորության դեպքում՝ մինչև նման որոշման կայացումը)։ </w:t>
      </w:r>
    </w:p>
    <w:p w14:paraId="57838066" w14:textId="77777777" w:rsidR="009A0AC0" w:rsidRPr="00A702E8" w:rsidRDefault="009A0AC0" w:rsidP="009A0AC0">
      <w:pPr>
        <w:pStyle w:val="ListParagraph"/>
        <w:numPr>
          <w:ilvl w:val="0"/>
          <w:numId w:val="3"/>
        </w:numPr>
        <w:spacing w:before="120" w:after="120" w:line="360" w:lineRule="auto"/>
        <w:ind w:left="720" w:hanging="720"/>
        <w:jc w:val="both"/>
        <w:rPr>
          <w:rFonts w:ascii="GHEA Grapalat" w:hAnsi="GHEA Grapalat" w:cs="Segoe UI"/>
          <w:color w:val="000000" w:themeColor="text1"/>
          <w:sz w:val="24"/>
          <w:szCs w:val="24"/>
          <w:lang w:val="hy-AM" w:eastAsia="en-US"/>
        </w:rPr>
      </w:pPr>
      <w:r w:rsidRPr="00A702E8">
        <w:rPr>
          <w:rFonts w:ascii="GHEA Grapalat" w:hAnsi="GHEA Grapalat" w:cs="Segoe UI"/>
          <w:color w:val="000000" w:themeColor="text1"/>
          <w:sz w:val="24"/>
          <w:szCs w:val="24"/>
          <w:lang w:val="hy-AM" w:eastAsia="en-US"/>
        </w:rPr>
        <w:t xml:space="preserve">Համագործակցության պայմանագրի շրջանակում կողմերը պետք է սահմանեն ԳԱՈՒ մոդուլային ծրագրի մասնակից ուսանողի հետևյալ ծախսերը վճարելու պարտավորություն ստանձնելու հարցը. </w:t>
      </w:r>
    </w:p>
    <w:p w14:paraId="6AE1B6AC" w14:textId="77777777" w:rsidR="009A0AC0" w:rsidRPr="00A702E8" w:rsidRDefault="009A0AC0" w:rsidP="009A0AC0">
      <w:pPr>
        <w:pStyle w:val="ListParagraph"/>
        <w:numPr>
          <w:ilvl w:val="0"/>
          <w:numId w:val="8"/>
        </w:numPr>
        <w:spacing w:before="120" w:after="120" w:line="360" w:lineRule="auto"/>
        <w:ind w:hanging="720"/>
        <w:jc w:val="both"/>
        <w:rPr>
          <w:rFonts w:ascii="GHEA Grapalat" w:hAnsi="GHEA Grapalat" w:cs="Segoe UI"/>
          <w:color w:val="000000" w:themeColor="text1"/>
          <w:sz w:val="24"/>
          <w:szCs w:val="24"/>
          <w:lang w:val="hy-AM" w:eastAsia="en-US"/>
        </w:rPr>
      </w:pPr>
      <w:r w:rsidRPr="00A702E8">
        <w:rPr>
          <w:rFonts w:ascii="GHEA Grapalat" w:hAnsi="GHEA Grapalat" w:cs="Segoe UI"/>
          <w:color w:val="000000" w:themeColor="text1"/>
          <w:sz w:val="24"/>
          <w:szCs w:val="24"/>
          <w:lang w:val="hy-AM" w:eastAsia="en-US"/>
        </w:rPr>
        <w:t xml:space="preserve">պարտադիր նախնական և պարբերական բժշկական զննություն անցնելու,  </w:t>
      </w:r>
    </w:p>
    <w:p w14:paraId="7029DAB8" w14:textId="77777777" w:rsidR="009A0AC0" w:rsidRPr="00A702E8" w:rsidRDefault="009A0AC0" w:rsidP="009A0AC0">
      <w:pPr>
        <w:pStyle w:val="ListParagraph"/>
        <w:numPr>
          <w:ilvl w:val="0"/>
          <w:numId w:val="8"/>
        </w:numPr>
        <w:spacing w:before="120" w:after="120" w:line="360" w:lineRule="auto"/>
        <w:ind w:hanging="720"/>
        <w:jc w:val="both"/>
        <w:rPr>
          <w:rFonts w:ascii="GHEA Grapalat" w:hAnsi="GHEA Grapalat" w:cs="Segoe UI"/>
          <w:color w:val="000000" w:themeColor="text1"/>
          <w:sz w:val="24"/>
          <w:szCs w:val="24"/>
          <w:lang w:val="hy-AM" w:eastAsia="en-US"/>
        </w:rPr>
      </w:pPr>
      <w:r w:rsidRPr="00A702E8">
        <w:rPr>
          <w:rFonts w:ascii="GHEA Grapalat" w:hAnsi="GHEA Grapalat" w:cs="Segoe UI"/>
          <w:color w:val="000000" w:themeColor="text1"/>
          <w:sz w:val="24"/>
          <w:szCs w:val="24"/>
          <w:lang w:val="hy-AM" w:eastAsia="en-US"/>
        </w:rPr>
        <w:t>աշխատանքի վայրում դժբախտ դեպքերից և մասնագիտական հիվանդու</w:t>
      </w:r>
      <w:r w:rsidRPr="00A702E8">
        <w:rPr>
          <w:rFonts w:ascii="GHEA Grapalat" w:hAnsi="GHEA Grapalat" w:cs="Segoe UI"/>
          <w:color w:val="000000" w:themeColor="text1"/>
          <w:sz w:val="24"/>
          <w:szCs w:val="24"/>
          <w:lang w:val="hy-AM" w:eastAsia="en-US"/>
        </w:rPr>
        <w:softHyphen/>
        <w:t xml:space="preserve">թյուններից ուսանողի ապահովագրության, </w:t>
      </w:r>
    </w:p>
    <w:p w14:paraId="10B8B6F6" w14:textId="77777777" w:rsidR="009A0AC0" w:rsidRPr="00A702E8" w:rsidRDefault="009A0AC0" w:rsidP="009A0AC0">
      <w:pPr>
        <w:pStyle w:val="ListParagraph"/>
        <w:numPr>
          <w:ilvl w:val="0"/>
          <w:numId w:val="8"/>
        </w:numPr>
        <w:spacing w:before="120" w:after="120" w:line="360" w:lineRule="auto"/>
        <w:ind w:hanging="720"/>
        <w:jc w:val="both"/>
        <w:rPr>
          <w:rFonts w:ascii="GHEA Grapalat" w:hAnsi="GHEA Grapalat" w:cs="Segoe UI"/>
          <w:color w:val="000000" w:themeColor="text1"/>
          <w:sz w:val="24"/>
          <w:szCs w:val="24"/>
          <w:lang w:val="hy-AM" w:eastAsia="en-US"/>
        </w:rPr>
      </w:pPr>
      <w:r w:rsidRPr="00A702E8">
        <w:rPr>
          <w:rFonts w:ascii="GHEA Grapalat" w:hAnsi="GHEA Grapalat" w:cs="Segoe UI"/>
          <w:color w:val="000000" w:themeColor="text1"/>
          <w:sz w:val="24"/>
          <w:szCs w:val="24"/>
          <w:lang w:val="hy-AM" w:eastAsia="en-US"/>
        </w:rPr>
        <w:t xml:space="preserve">ԳԱՈՒ կազմակերպման վայր տեղափոխվելու և կեցության, </w:t>
      </w:r>
    </w:p>
    <w:p w14:paraId="194FC76C" w14:textId="77777777" w:rsidR="009A0AC0" w:rsidRPr="00A702E8" w:rsidRDefault="009A0AC0" w:rsidP="009A0AC0">
      <w:pPr>
        <w:pStyle w:val="ListParagraph"/>
        <w:numPr>
          <w:ilvl w:val="0"/>
          <w:numId w:val="8"/>
        </w:numPr>
        <w:spacing w:before="120" w:after="120" w:line="360" w:lineRule="auto"/>
        <w:ind w:hanging="720"/>
        <w:jc w:val="both"/>
        <w:rPr>
          <w:rFonts w:ascii="GHEA Grapalat" w:hAnsi="GHEA Grapalat" w:cs="Segoe UI"/>
          <w:color w:val="000000" w:themeColor="text1"/>
          <w:sz w:val="24"/>
          <w:szCs w:val="24"/>
          <w:lang w:val="hy-AM" w:eastAsia="en-US"/>
        </w:rPr>
      </w:pPr>
      <w:r w:rsidRPr="00A702E8">
        <w:rPr>
          <w:rFonts w:ascii="GHEA Grapalat" w:hAnsi="GHEA Grapalat" w:cs="Segoe UI"/>
          <w:color w:val="000000" w:themeColor="text1"/>
          <w:sz w:val="24"/>
          <w:szCs w:val="24"/>
          <w:lang w:val="hy-AM" w:eastAsia="en-US"/>
        </w:rPr>
        <w:t xml:space="preserve">այլ ծախսային մաս պարունակող կամ ֆինանսական պարտավորություններ առաջացնող կամ ֆինանսավորման մեխանիզմների վերաբերյալ հարցերը։  </w:t>
      </w:r>
    </w:p>
    <w:p w14:paraId="24A23BB9" w14:textId="4A2998F4" w:rsidR="009A0AC0" w:rsidRPr="00A702E8" w:rsidRDefault="00F803BD" w:rsidP="009A0AC0">
      <w:pPr>
        <w:pStyle w:val="ListParagraph"/>
        <w:numPr>
          <w:ilvl w:val="0"/>
          <w:numId w:val="3"/>
        </w:numPr>
        <w:spacing w:before="120" w:after="120" w:line="360" w:lineRule="auto"/>
        <w:ind w:left="720" w:hanging="720"/>
        <w:jc w:val="both"/>
        <w:rPr>
          <w:rFonts w:ascii="GHEA Grapalat" w:hAnsi="GHEA Grapalat" w:cs="Segoe UI"/>
          <w:color w:val="000000" w:themeColor="text1"/>
          <w:sz w:val="24"/>
          <w:szCs w:val="24"/>
          <w:lang w:val="hy-AM" w:eastAsia="en-US"/>
        </w:rPr>
      </w:pPr>
      <w:r w:rsidRPr="00A702E8">
        <w:rPr>
          <w:rFonts w:ascii="GHEA Grapalat" w:hAnsi="GHEA Grapalat" w:cs="Segoe UI"/>
          <w:color w:val="000000" w:themeColor="text1"/>
          <w:sz w:val="24"/>
          <w:szCs w:val="24"/>
          <w:lang w:val="hy-AM" w:eastAsia="en-US"/>
        </w:rPr>
        <w:t>ՄՈՒՀ-</w:t>
      </w:r>
      <w:r w:rsidR="009A0AC0" w:rsidRPr="00A702E8">
        <w:rPr>
          <w:rFonts w:ascii="GHEA Grapalat" w:hAnsi="GHEA Grapalat" w:cs="Segoe UI"/>
          <w:color w:val="000000" w:themeColor="text1"/>
          <w:sz w:val="24"/>
          <w:szCs w:val="24"/>
          <w:lang w:val="hy-AM" w:eastAsia="en-US"/>
        </w:rPr>
        <w:t xml:space="preserve">ը՝ գործընկեր կազմակերպության հետ համաձայնեցմամբ, կարող է կազմակերպել </w:t>
      </w:r>
      <w:r w:rsidRPr="00A702E8">
        <w:rPr>
          <w:rFonts w:ascii="GHEA Grapalat" w:hAnsi="GHEA Grapalat" w:cs="Segoe UI"/>
          <w:color w:val="000000" w:themeColor="text1"/>
          <w:sz w:val="24"/>
          <w:szCs w:val="24"/>
          <w:lang w:val="hy-AM" w:eastAsia="en-US"/>
        </w:rPr>
        <w:t>ՄՈՒՀ-</w:t>
      </w:r>
      <w:r w:rsidR="009A0AC0" w:rsidRPr="00A702E8">
        <w:rPr>
          <w:rFonts w:ascii="GHEA Grapalat" w:hAnsi="GHEA Grapalat" w:cs="Segoe UI"/>
          <w:color w:val="000000" w:themeColor="text1"/>
          <w:sz w:val="24"/>
          <w:szCs w:val="24"/>
          <w:lang w:val="hy-AM" w:eastAsia="en-US"/>
        </w:rPr>
        <w:t>ի ման</w:t>
      </w:r>
      <w:r w:rsidR="009A0AC0" w:rsidRPr="00A702E8">
        <w:rPr>
          <w:rFonts w:ascii="GHEA Grapalat" w:hAnsi="GHEA Grapalat" w:cs="Segoe UI"/>
          <w:color w:val="000000" w:themeColor="text1"/>
          <w:sz w:val="24"/>
          <w:szCs w:val="24"/>
          <w:lang w:val="hy-AM" w:eastAsia="en-US"/>
        </w:rPr>
        <w:softHyphen/>
        <w:t>կավարժական աշխատողների և Գործընկեր կազմակերպության պատասխանատու անձ</w:t>
      </w:r>
      <w:r w:rsidR="009A0AC0" w:rsidRPr="00A702E8">
        <w:rPr>
          <w:rFonts w:ascii="GHEA Grapalat" w:hAnsi="GHEA Grapalat" w:cs="Segoe UI"/>
          <w:color w:val="000000" w:themeColor="text1"/>
          <w:sz w:val="24"/>
          <w:szCs w:val="24"/>
          <w:lang w:val="hy-AM" w:eastAsia="en-US"/>
        </w:rPr>
        <w:softHyphen/>
        <w:t xml:space="preserve">նակազմի տեղեկատվական, ծանոթացման փոխադարձ այցեր և վերապատրաստումներ՝ միտված կրթական ծրագրերի զարգացմանը և դասավանդման որակի բարձրացմանն ու արդիականացմանը։ </w:t>
      </w:r>
    </w:p>
    <w:p w14:paraId="7ED9F89A" w14:textId="77777777" w:rsidR="009A0AC0" w:rsidRPr="00A702E8" w:rsidRDefault="009A0AC0" w:rsidP="009A0AC0">
      <w:pPr>
        <w:pStyle w:val="ListParagraph"/>
        <w:numPr>
          <w:ilvl w:val="0"/>
          <w:numId w:val="3"/>
        </w:numPr>
        <w:spacing w:before="120" w:after="120" w:line="360" w:lineRule="auto"/>
        <w:ind w:left="720" w:hanging="720"/>
        <w:jc w:val="both"/>
        <w:rPr>
          <w:rFonts w:ascii="GHEA Grapalat" w:hAnsi="GHEA Grapalat" w:cs="Segoe UI"/>
          <w:color w:val="000000" w:themeColor="text1"/>
          <w:sz w:val="24"/>
          <w:szCs w:val="24"/>
          <w:lang w:val="hy-AM" w:eastAsia="en-US"/>
        </w:rPr>
      </w:pPr>
      <w:r w:rsidRPr="00A702E8">
        <w:rPr>
          <w:rFonts w:ascii="GHEA Grapalat" w:hAnsi="GHEA Grapalat" w:cs="Segoe UI"/>
          <w:color w:val="000000" w:themeColor="text1"/>
          <w:sz w:val="24"/>
          <w:szCs w:val="24"/>
          <w:lang w:val="hy-AM" w:eastAsia="en-US"/>
        </w:rPr>
        <w:t xml:space="preserve">ԱՀՈՒ համագործակցության պայմանագիրը կնքելուց և ԳԱՈՒ մոդուլային ծրագիր մեկնարկելուց առնվազն 5 օր առաջ կատարվում է ԱՀՈՒ համապատասխան ձևով </w:t>
      </w:r>
      <w:r w:rsidRPr="00A702E8">
        <w:rPr>
          <w:rFonts w:ascii="GHEA Grapalat" w:hAnsi="GHEA Grapalat" w:cs="Segoe UI"/>
          <w:color w:val="000000" w:themeColor="text1"/>
          <w:sz w:val="24"/>
          <w:szCs w:val="24"/>
          <w:lang w:val="hy-AM" w:eastAsia="en-US"/>
        </w:rPr>
        <w:lastRenderedPageBreak/>
        <w:t xml:space="preserve">մասնակից ուսանողների բաշխումը և կազմվում մասնակցության ժամանակացույցն՝ ըստ կազմակերպությունների, իսկ անհրաժեշտության դեպքում՝ ըստ մասնակցության վայրի գրաֆիկի։  </w:t>
      </w:r>
    </w:p>
    <w:p w14:paraId="0B232854" w14:textId="425665F3" w:rsidR="009A0AC0" w:rsidRPr="00A702E8" w:rsidRDefault="009A0AC0" w:rsidP="009A0AC0">
      <w:pPr>
        <w:pStyle w:val="ListParagraph"/>
        <w:numPr>
          <w:ilvl w:val="0"/>
          <w:numId w:val="3"/>
        </w:numPr>
        <w:spacing w:before="120" w:after="120" w:line="360" w:lineRule="auto"/>
        <w:ind w:left="720" w:hanging="720"/>
        <w:jc w:val="both"/>
        <w:rPr>
          <w:rFonts w:ascii="GHEA Grapalat" w:hAnsi="GHEA Grapalat" w:cs="Segoe UI"/>
          <w:color w:val="000000" w:themeColor="text1"/>
          <w:sz w:val="24"/>
          <w:szCs w:val="24"/>
          <w:lang w:val="hy-AM" w:eastAsia="en-US"/>
        </w:rPr>
      </w:pPr>
      <w:r w:rsidRPr="00A702E8">
        <w:rPr>
          <w:rFonts w:ascii="GHEA Grapalat" w:hAnsi="GHEA Grapalat" w:cs="Segoe UI"/>
          <w:color w:val="000000" w:themeColor="text1"/>
          <w:sz w:val="24"/>
          <w:szCs w:val="24"/>
          <w:lang w:val="hy-AM" w:eastAsia="en-US"/>
        </w:rPr>
        <w:t xml:space="preserve">ԱՀՈՒ ձևով պայմանավորված՝ գործատուի և ԳԱՈՒ մոդուլային ծրագրի մասնակից ուսանողի հետ ՀՀ աշխատանքային օրենսգրքով սահմանված կարգով կնքվում է աշխատանքային (այսուհետ նաև՝ </w:t>
      </w:r>
      <w:r w:rsidRPr="00A702E8">
        <w:rPr>
          <w:rFonts w:ascii="GHEA Grapalat" w:eastAsiaTheme="minorHAnsi" w:hAnsi="GHEA Grapalat" w:cs="Segoe UI"/>
          <w:bCs/>
          <w:color w:val="000000" w:themeColor="text1"/>
          <w:kern w:val="2"/>
          <w:sz w:val="24"/>
          <w:szCs w:val="24"/>
          <w:lang w:val="hy-AM" w:eastAsia="en-US"/>
          <w14:ligatures w14:val="standardContextual"/>
        </w:rPr>
        <w:t>աշկերտության) պայմանագիր</w:t>
      </w:r>
      <w:r w:rsidRPr="00A702E8">
        <w:rPr>
          <w:rFonts w:ascii="GHEA Grapalat" w:hAnsi="GHEA Grapalat" w:cs="Segoe UI"/>
          <w:color w:val="000000" w:themeColor="text1"/>
          <w:sz w:val="24"/>
          <w:szCs w:val="24"/>
          <w:lang w:val="hy-AM" w:eastAsia="en-US"/>
        </w:rPr>
        <w:t xml:space="preserve"> կամ պրակտիկայի պայմանագիր՝ համաձայն</w:t>
      </w:r>
      <w:r w:rsidRPr="00A702E8">
        <w:rPr>
          <w:rFonts w:ascii="GHEA Grapalat" w:eastAsia="GHEA Grapalat" w:hAnsi="GHEA Grapalat" w:cs="GHEA Grapalat"/>
          <w:b/>
          <w:bCs/>
          <w:color w:val="000000" w:themeColor="text1"/>
          <w:sz w:val="24"/>
          <w:szCs w:val="24"/>
          <w:lang w:val="hy-AM"/>
        </w:rPr>
        <w:t xml:space="preserve"> </w:t>
      </w:r>
      <w:r w:rsidR="00934E74" w:rsidRPr="00A702E8">
        <w:rPr>
          <w:rFonts w:ascii="GHEA Grapalat" w:eastAsia="GHEA Grapalat" w:hAnsi="GHEA Grapalat" w:cs="GHEA Grapalat"/>
          <w:color w:val="000000" w:themeColor="text1"/>
          <w:sz w:val="24"/>
          <w:szCs w:val="24"/>
          <w:lang w:val="hy-AM"/>
        </w:rPr>
        <w:t>Ձև</w:t>
      </w:r>
      <w:r w:rsidR="00934E74" w:rsidRPr="00A702E8">
        <w:rPr>
          <w:rFonts w:ascii="GHEA Grapalat" w:hAnsi="GHEA Grapalat" w:cs="Segoe UI"/>
          <w:color w:val="000000" w:themeColor="text1"/>
          <w:sz w:val="24"/>
          <w:szCs w:val="24"/>
          <w:lang w:val="hy-AM" w:eastAsia="en-US"/>
        </w:rPr>
        <w:t xml:space="preserve"> </w:t>
      </w:r>
      <w:r w:rsidRPr="00A702E8">
        <w:rPr>
          <w:rFonts w:ascii="GHEA Grapalat" w:hAnsi="GHEA Grapalat" w:cs="Segoe UI"/>
          <w:color w:val="000000" w:themeColor="text1"/>
          <w:sz w:val="24"/>
          <w:szCs w:val="24"/>
          <w:lang w:val="hy-AM" w:eastAsia="en-US"/>
        </w:rPr>
        <w:t>4-ի և</w:t>
      </w:r>
      <w:r w:rsidR="007073C5" w:rsidRPr="00A702E8">
        <w:rPr>
          <w:rFonts w:ascii="GHEA Grapalat" w:hAnsi="GHEA Grapalat" w:cs="Segoe UI"/>
          <w:color w:val="000000" w:themeColor="text1"/>
          <w:sz w:val="24"/>
          <w:szCs w:val="24"/>
          <w:lang w:val="hy-AM" w:eastAsia="en-US"/>
        </w:rPr>
        <w:t xml:space="preserve"> Ձ</w:t>
      </w:r>
      <w:r w:rsidRPr="00A702E8">
        <w:rPr>
          <w:rFonts w:ascii="GHEA Grapalat" w:eastAsia="GHEA Grapalat" w:hAnsi="GHEA Grapalat" w:cs="GHEA Grapalat"/>
          <w:color w:val="000000" w:themeColor="text1"/>
          <w:sz w:val="24"/>
          <w:szCs w:val="24"/>
          <w:lang w:val="hy-AM"/>
        </w:rPr>
        <w:t>և</w:t>
      </w:r>
      <w:r w:rsidRPr="00A702E8">
        <w:rPr>
          <w:rFonts w:ascii="GHEA Grapalat" w:hAnsi="GHEA Grapalat" w:cs="Segoe UI"/>
          <w:color w:val="000000" w:themeColor="text1"/>
          <w:sz w:val="24"/>
          <w:szCs w:val="24"/>
          <w:lang w:val="hy-AM" w:eastAsia="en-US"/>
        </w:rPr>
        <w:t xml:space="preserve"> 5-ի։</w:t>
      </w:r>
    </w:p>
    <w:p w14:paraId="5ECEE612" w14:textId="77777777" w:rsidR="009A0AC0" w:rsidRPr="00A702E8" w:rsidRDefault="009A0AC0" w:rsidP="009A0AC0">
      <w:pPr>
        <w:pStyle w:val="ListParagraph"/>
        <w:numPr>
          <w:ilvl w:val="0"/>
          <w:numId w:val="3"/>
        </w:numPr>
        <w:spacing w:before="120" w:after="120" w:line="360" w:lineRule="auto"/>
        <w:ind w:left="720" w:hanging="720"/>
        <w:jc w:val="both"/>
        <w:rPr>
          <w:rFonts w:ascii="GHEA Grapalat" w:hAnsi="GHEA Grapalat" w:cs="Segoe UI"/>
          <w:color w:val="000000" w:themeColor="text1"/>
          <w:sz w:val="24"/>
          <w:szCs w:val="24"/>
          <w:lang w:val="hy-AM" w:eastAsia="en-US"/>
        </w:rPr>
      </w:pPr>
      <w:r w:rsidRPr="00A702E8">
        <w:rPr>
          <w:rFonts w:ascii="GHEA Grapalat" w:eastAsiaTheme="minorHAnsi" w:hAnsi="GHEA Grapalat" w:cs="Segoe UI"/>
          <w:bCs/>
          <w:color w:val="000000" w:themeColor="text1"/>
          <w:kern w:val="2"/>
          <w:sz w:val="24"/>
          <w:szCs w:val="24"/>
          <w:lang w:val="hy-AM" w:eastAsia="en-US"/>
          <w14:ligatures w14:val="standardContextual"/>
        </w:rPr>
        <w:t xml:space="preserve"> ԱՀՈՒ  դուալ ուսումնառության ձևով ԳԱՈՒ մոդուլին ծրագրի մասնակցի հետ գործատու կազմակերպությունը կնքում է որոշակի ժամկետով աշխատանքային պայմանագիր՝ համաձայն </w:t>
      </w:r>
      <w:r w:rsidRPr="00A702E8">
        <w:rPr>
          <w:rFonts w:ascii="GHEA Grapalat" w:eastAsia="GHEA Grapalat" w:hAnsi="GHEA Grapalat" w:cs="GHEA Grapalat"/>
          <w:color w:val="000000" w:themeColor="text1"/>
          <w:sz w:val="24"/>
          <w:szCs w:val="24"/>
          <w:lang w:val="hy-AM"/>
        </w:rPr>
        <w:t>Ձև</w:t>
      </w:r>
      <w:r w:rsidRPr="00A702E8">
        <w:rPr>
          <w:rFonts w:ascii="GHEA Grapalat" w:hAnsi="GHEA Grapalat" w:cs="Segoe UI"/>
          <w:color w:val="000000" w:themeColor="text1"/>
          <w:sz w:val="24"/>
          <w:szCs w:val="24"/>
          <w:lang w:val="hy-AM" w:eastAsia="en-US"/>
        </w:rPr>
        <w:t xml:space="preserve"> 4-ի։ Աշխատանքային պայմանագիր </w:t>
      </w:r>
      <w:r w:rsidRPr="00A702E8">
        <w:rPr>
          <w:rFonts w:ascii="GHEA Grapalat" w:eastAsiaTheme="minorHAnsi" w:hAnsi="GHEA Grapalat" w:cs="Segoe UI"/>
          <w:bCs/>
          <w:color w:val="000000" w:themeColor="text1"/>
          <w:kern w:val="2"/>
          <w:sz w:val="24"/>
          <w:szCs w:val="24"/>
          <w:lang w:val="hy-AM" w:eastAsia="en-US"/>
          <w14:ligatures w14:val="standardContextual"/>
        </w:rPr>
        <w:t>կ</w:t>
      </w:r>
      <w:r w:rsidRPr="00A702E8">
        <w:rPr>
          <w:rFonts w:ascii="GHEA Grapalat" w:eastAsiaTheme="minorHAnsi" w:hAnsi="GHEA Grapalat" w:cs="Segoe UI"/>
          <w:color w:val="000000" w:themeColor="text1"/>
          <w:kern w:val="2"/>
          <w:sz w:val="24"/>
          <w:szCs w:val="24"/>
          <w:lang w:val="hy-AM" w:eastAsia="en-US"/>
          <w14:ligatures w14:val="standardContextual"/>
        </w:rPr>
        <w:t xml:space="preserve">արող է կնքվել նաև ԱՀՈՒ </w:t>
      </w:r>
      <w:r w:rsidRPr="00A702E8">
        <w:rPr>
          <w:rFonts w:ascii="GHEA Grapalat" w:eastAsiaTheme="minorHAnsi" w:hAnsi="GHEA Grapalat" w:cs="Segoe UI"/>
          <w:iCs/>
          <w:color w:val="000000" w:themeColor="text1"/>
          <w:kern w:val="2"/>
          <w:sz w:val="24"/>
          <w:szCs w:val="24"/>
          <w:lang w:val="hy-AM" w:eastAsia="en-US"/>
          <w14:ligatures w14:val="standardContextual"/>
        </w:rPr>
        <w:t>պրակտիկա ձևով</w:t>
      </w:r>
      <w:r w:rsidRPr="00A702E8">
        <w:rPr>
          <w:rFonts w:ascii="GHEA Grapalat" w:eastAsiaTheme="minorHAnsi" w:hAnsi="GHEA Grapalat" w:cs="Segoe UI"/>
          <w:color w:val="000000" w:themeColor="text1"/>
          <w:kern w:val="2"/>
          <w:sz w:val="24"/>
          <w:szCs w:val="24"/>
          <w:lang w:val="hy-AM" w:eastAsia="en-US"/>
          <w14:ligatures w14:val="standardContextual"/>
        </w:rPr>
        <w:t xml:space="preserve"> ուսումնառող ուսանողի հետ՝ կողմերից մեկի առաջարկությամբ։</w:t>
      </w:r>
    </w:p>
    <w:p w14:paraId="425D2C49" w14:textId="2C0ABCC3" w:rsidR="009A0AC0" w:rsidRPr="00A702E8" w:rsidRDefault="009A0AC0" w:rsidP="009A0AC0">
      <w:pPr>
        <w:pStyle w:val="ListParagraph"/>
        <w:numPr>
          <w:ilvl w:val="0"/>
          <w:numId w:val="3"/>
        </w:numPr>
        <w:spacing w:before="120" w:after="120" w:line="360" w:lineRule="auto"/>
        <w:ind w:left="720" w:hanging="720"/>
        <w:jc w:val="both"/>
        <w:rPr>
          <w:rFonts w:ascii="GHEA Grapalat" w:hAnsi="GHEA Grapalat" w:cs="Segoe UI"/>
          <w:color w:val="000000" w:themeColor="text1"/>
          <w:sz w:val="24"/>
          <w:szCs w:val="24"/>
          <w:shd w:val="clear" w:color="auto" w:fill="FFFFFF"/>
          <w:lang w:val="hy-AM" w:eastAsia="en-US"/>
        </w:rPr>
      </w:pPr>
      <w:r w:rsidRPr="00A702E8">
        <w:rPr>
          <w:rFonts w:ascii="GHEA Grapalat" w:hAnsi="GHEA Grapalat"/>
          <w:color w:val="000000" w:themeColor="text1"/>
          <w:sz w:val="24"/>
          <w:szCs w:val="24"/>
          <w:shd w:val="clear" w:color="auto" w:fill="FFFFFF"/>
          <w:lang w:val="hy-AM"/>
        </w:rPr>
        <w:t xml:space="preserve">ԳԱՈՒ մոդուլային ծրագրի, </w:t>
      </w:r>
      <w:r w:rsidRPr="00A702E8">
        <w:rPr>
          <w:rFonts w:ascii="GHEA Grapalat" w:eastAsia="GHEA Grapalat" w:hAnsi="GHEA Grapalat" w:cs="GHEA Grapalat"/>
          <w:color w:val="000000" w:themeColor="text1"/>
          <w:sz w:val="24"/>
          <w:szCs w:val="24"/>
          <w:lang w:val="hy-AM"/>
        </w:rPr>
        <w:t xml:space="preserve">ՄՈՒՀ-ի կողմից գործնական աշխատանքային իրավիճակին հարմարեցված միջավայրում կազմակերպելու կամ ռոտացիայի կամ հիբրիդային եղանակով ուսումնառություն կազմակերպելու դեպքում, </w:t>
      </w:r>
      <w:r w:rsidRPr="00A702E8">
        <w:rPr>
          <w:rFonts w:ascii="GHEA Grapalat" w:hAnsi="GHEA Grapalat"/>
          <w:color w:val="000000" w:themeColor="text1"/>
          <w:sz w:val="24"/>
          <w:szCs w:val="24"/>
          <w:shd w:val="clear" w:color="auto" w:fill="FFFFFF"/>
          <w:lang w:val="hy-AM"/>
        </w:rPr>
        <w:t xml:space="preserve">ՄՈՒՀ-ը նույնպես կարող է հանդիսանալ գործատու, և տրամադրել փաստացի աշխատած ժամանակին կամ կատարված փաստացի աշխատանքին համապատասխան վարձատրություն: Իրականացման վայրից անկախ՝ աշխատանքային պայմանագրով և գործատուի ժամանակացույցով սահմանված աշխատանքային ուսումնառությունը համարվում է մասնագիտական փորձառություն և հաշվարկվում աշխատանքային ստաժում: </w:t>
      </w:r>
    </w:p>
    <w:p w14:paraId="0B78CE01" w14:textId="0136B038" w:rsidR="009A0AC0" w:rsidRPr="00A702E8" w:rsidRDefault="009A0AC0" w:rsidP="009A0AC0">
      <w:pPr>
        <w:pStyle w:val="ListParagraph"/>
        <w:numPr>
          <w:ilvl w:val="0"/>
          <w:numId w:val="3"/>
        </w:numPr>
        <w:spacing w:before="120" w:after="120" w:line="360" w:lineRule="auto"/>
        <w:ind w:left="720" w:hanging="720"/>
        <w:jc w:val="both"/>
        <w:rPr>
          <w:rFonts w:ascii="GHEA Grapalat" w:hAnsi="GHEA Grapalat" w:cs="Segoe UI"/>
          <w:color w:val="000000" w:themeColor="text1"/>
          <w:sz w:val="24"/>
          <w:szCs w:val="24"/>
          <w:lang w:val="hy-AM" w:eastAsia="en-US"/>
        </w:rPr>
      </w:pPr>
      <w:r w:rsidRPr="00A702E8">
        <w:rPr>
          <w:rFonts w:ascii="GHEA Grapalat" w:eastAsiaTheme="minorHAnsi" w:hAnsi="GHEA Grapalat" w:cs="Segoe UI"/>
          <w:bCs/>
          <w:color w:val="000000" w:themeColor="text1"/>
          <w:kern w:val="2"/>
          <w:sz w:val="24"/>
          <w:szCs w:val="24"/>
          <w:lang w:val="hy-AM" w:eastAsia="en-US"/>
          <w14:ligatures w14:val="standardContextual"/>
        </w:rPr>
        <w:t xml:space="preserve">ԱՀՈՒ պրակտիկայի ձևով ԳԱՈՒ մոդուլային ծրագրի մասնակցի հետ գործընկեր կազմակերպությունը կնքում է աշխատանքային </w:t>
      </w:r>
      <w:r w:rsidR="00DA7C34" w:rsidRPr="00A702E8">
        <w:rPr>
          <w:rFonts w:ascii="GHEA Grapalat" w:eastAsiaTheme="minorHAnsi" w:hAnsi="GHEA Grapalat" w:cs="Segoe UI"/>
          <w:bCs/>
          <w:color w:val="000000" w:themeColor="text1"/>
          <w:kern w:val="2"/>
          <w:sz w:val="24"/>
          <w:szCs w:val="24"/>
          <w:lang w:val="hy-AM" w:eastAsia="en-US"/>
          <w14:ligatures w14:val="standardContextual"/>
        </w:rPr>
        <w:t xml:space="preserve">պրակտիկա </w:t>
      </w:r>
      <w:r w:rsidRPr="00A702E8">
        <w:rPr>
          <w:rFonts w:ascii="GHEA Grapalat" w:eastAsiaTheme="minorHAnsi" w:hAnsi="GHEA Grapalat" w:cs="Segoe UI"/>
          <w:bCs/>
          <w:color w:val="000000" w:themeColor="text1"/>
          <w:kern w:val="2"/>
          <w:sz w:val="24"/>
          <w:szCs w:val="24"/>
          <w:lang w:val="hy-AM" w:eastAsia="en-US"/>
          <w14:ligatures w14:val="standardContextual"/>
        </w:rPr>
        <w:t xml:space="preserve">կազմակերպելու մասին պայմանագիր՝ համաձայն Ձև 5-ի։ Այս </w:t>
      </w:r>
      <w:r w:rsidRPr="00A702E8">
        <w:rPr>
          <w:rFonts w:ascii="GHEA Grapalat" w:eastAsiaTheme="minorHAnsi" w:hAnsi="GHEA Grapalat" w:cs="Segoe UI"/>
          <w:color w:val="000000" w:themeColor="text1"/>
          <w:kern w:val="2"/>
          <w:sz w:val="24"/>
          <w:szCs w:val="24"/>
          <w:lang w:val="hy-AM" w:eastAsia="en-US"/>
          <w14:ligatures w14:val="standardContextual"/>
        </w:rPr>
        <w:t xml:space="preserve">պայմանագրով ուսանողը գործընկեր կազմակերպությունում անցնում է գործնական ուսուցում, սակայն կողմերի միջև </w:t>
      </w:r>
      <w:r w:rsidRPr="00A702E8">
        <w:rPr>
          <w:rFonts w:ascii="GHEA Grapalat" w:eastAsiaTheme="minorHAnsi" w:hAnsi="GHEA Grapalat" w:cs="Segoe UI"/>
          <w:iCs/>
          <w:color w:val="000000" w:themeColor="text1"/>
          <w:kern w:val="2"/>
          <w:sz w:val="24"/>
          <w:szCs w:val="24"/>
          <w:lang w:val="hy-AM" w:eastAsia="en-US"/>
          <w14:ligatures w14:val="standardContextual"/>
        </w:rPr>
        <w:t>չեն ծագում աշխատանքային իրավահարաբերություններ և ուսանողին աշխատավարձ չի վճարվում:</w:t>
      </w:r>
      <w:r w:rsidRPr="00A702E8">
        <w:rPr>
          <w:rFonts w:ascii="GHEA Grapalat" w:eastAsiaTheme="minorHAnsi" w:hAnsi="GHEA Grapalat" w:cs="Segoe UI"/>
          <w:b/>
          <w:bCs/>
          <w:color w:val="000000" w:themeColor="text1"/>
          <w:kern w:val="2"/>
          <w:sz w:val="24"/>
          <w:szCs w:val="24"/>
          <w:lang w:val="hy-AM" w:eastAsia="en-US"/>
          <w14:ligatures w14:val="standardContextual"/>
        </w:rPr>
        <w:t xml:space="preserve"> </w:t>
      </w:r>
      <w:r w:rsidRPr="00A702E8">
        <w:rPr>
          <w:rFonts w:ascii="GHEA Grapalat" w:eastAsiaTheme="minorHAnsi" w:hAnsi="GHEA Grapalat" w:cs="Segoe UI"/>
          <w:color w:val="000000" w:themeColor="text1"/>
          <w:kern w:val="2"/>
          <w:sz w:val="24"/>
          <w:szCs w:val="24"/>
          <w:lang w:val="hy-AM" w:eastAsia="en-US"/>
          <w14:ligatures w14:val="standardContextual"/>
        </w:rPr>
        <w:t xml:space="preserve">Նման պայմանագիրը սահմանում է գործատուի և ուսանողի </w:t>
      </w:r>
      <w:r w:rsidRPr="00A702E8">
        <w:rPr>
          <w:rFonts w:ascii="GHEA Grapalat" w:eastAsiaTheme="minorHAnsi" w:hAnsi="GHEA Grapalat" w:cs="Segoe UI"/>
          <w:color w:val="000000" w:themeColor="text1"/>
          <w:kern w:val="2"/>
          <w:sz w:val="24"/>
          <w:szCs w:val="24"/>
          <w:lang w:val="hy-AM" w:eastAsia="en-US"/>
          <w14:ligatures w14:val="standardContextual"/>
        </w:rPr>
        <w:lastRenderedPageBreak/>
        <w:t xml:space="preserve">(աշկերտի) միջև հարաբերությունները և հիմք է կրթական նպատակով տվյալ կազմակերպությունում գտնվելու վերաբերյալ։   </w:t>
      </w:r>
    </w:p>
    <w:p w14:paraId="3483BBE7" w14:textId="4860EFE4" w:rsidR="009A0AC0" w:rsidRPr="00A702E8" w:rsidRDefault="009A0AC0" w:rsidP="009A0AC0">
      <w:pPr>
        <w:pStyle w:val="ListParagraph"/>
        <w:numPr>
          <w:ilvl w:val="0"/>
          <w:numId w:val="3"/>
        </w:numPr>
        <w:spacing w:before="120" w:after="120" w:line="360" w:lineRule="auto"/>
        <w:ind w:left="720" w:hanging="720"/>
        <w:jc w:val="both"/>
        <w:rPr>
          <w:rFonts w:ascii="GHEA Grapalat" w:hAnsi="GHEA Grapalat" w:cs="Segoe UI"/>
          <w:color w:val="000000" w:themeColor="text1"/>
          <w:sz w:val="24"/>
          <w:szCs w:val="24"/>
          <w:lang w:val="hy-AM" w:eastAsia="en-US"/>
        </w:rPr>
      </w:pPr>
      <w:r w:rsidRPr="00A702E8">
        <w:rPr>
          <w:rFonts w:ascii="GHEA Grapalat" w:eastAsiaTheme="minorHAnsi" w:hAnsi="GHEA Grapalat" w:cs="Segoe UI"/>
          <w:color w:val="000000" w:themeColor="text1"/>
          <w:kern w:val="2"/>
          <w:sz w:val="24"/>
          <w:szCs w:val="24"/>
          <w:lang w:val="hy-AM" w:eastAsia="en-US"/>
          <w14:ligatures w14:val="standardContextual"/>
        </w:rPr>
        <w:t xml:space="preserve">ԱՀՈՒ աշխատանքի ընթացքում ուսումնառության ձևով </w:t>
      </w:r>
      <w:r w:rsidR="001978B0" w:rsidRPr="00A702E8">
        <w:rPr>
          <w:rFonts w:ascii="GHEA Grapalat" w:eastAsiaTheme="minorHAnsi" w:hAnsi="GHEA Grapalat" w:cs="Segoe UI"/>
          <w:color w:val="000000" w:themeColor="text1"/>
          <w:kern w:val="2"/>
          <w:sz w:val="24"/>
          <w:szCs w:val="24"/>
          <w:lang w:val="hy-AM" w:eastAsia="en-US"/>
          <w14:ligatures w14:val="standardContextual"/>
        </w:rPr>
        <w:t xml:space="preserve"> ընդունված կամ սովորող </w:t>
      </w:r>
      <w:r w:rsidRPr="00A702E8">
        <w:rPr>
          <w:rFonts w:ascii="GHEA Grapalat" w:eastAsiaTheme="minorHAnsi" w:hAnsi="GHEA Grapalat" w:cs="Segoe UI"/>
          <w:color w:val="000000" w:themeColor="text1"/>
          <w:kern w:val="2"/>
          <w:sz w:val="24"/>
          <w:szCs w:val="24"/>
          <w:lang w:val="hy-AM" w:eastAsia="en-US"/>
          <w14:ligatures w14:val="standardContextual"/>
        </w:rPr>
        <w:t xml:space="preserve"> ուսանողի հետ կնքվո</w:t>
      </w:r>
      <w:r w:rsidR="001978B0" w:rsidRPr="00A702E8">
        <w:rPr>
          <w:rFonts w:ascii="GHEA Grapalat" w:eastAsiaTheme="minorHAnsi" w:hAnsi="GHEA Grapalat" w:cs="Segoe UI"/>
          <w:color w:val="000000" w:themeColor="text1"/>
          <w:kern w:val="2"/>
          <w:sz w:val="24"/>
          <w:szCs w:val="24"/>
          <w:lang w:val="hy-AM" w:eastAsia="en-US"/>
          <w14:ligatures w14:val="standardContextual"/>
        </w:rPr>
        <w:t xml:space="preserve">ղ կամ կնքված </w:t>
      </w:r>
      <w:r w:rsidRPr="00A702E8">
        <w:rPr>
          <w:rFonts w:ascii="GHEA Grapalat" w:eastAsiaTheme="minorHAnsi" w:hAnsi="GHEA Grapalat" w:cs="Segoe UI"/>
          <w:color w:val="000000" w:themeColor="text1"/>
          <w:kern w:val="2"/>
          <w:sz w:val="24"/>
          <w:szCs w:val="24"/>
          <w:lang w:val="hy-AM" w:eastAsia="en-US"/>
          <w14:ligatures w14:val="standardContextual"/>
        </w:rPr>
        <w:t xml:space="preserve"> պայմանագ</w:t>
      </w:r>
      <w:r w:rsidR="00C34639" w:rsidRPr="00A702E8">
        <w:rPr>
          <w:rFonts w:ascii="GHEA Grapalat" w:eastAsiaTheme="minorHAnsi" w:hAnsi="GHEA Grapalat" w:cs="Segoe UI"/>
          <w:color w:val="000000" w:themeColor="text1"/>
          <w:kern w:val="2"/>
          <w:sz w:val="24"/>
          <w:szCs w:val="24"/>
          <w:lang w:val="hy-AM" w:eastAsia="en-US"/>
          <w14:ligatures w14:val="standardContextual"/>
        </w:rPr>
        <w:t>ր</w:t>
      </w:r>
      <w:r w:rsidR="001978B0" w:rsidRPr="00A702E8">
        <w:rPr>
          <w:rFonts w:ascii="GHEA Grapalat" w:eastAsiaTheme="minorHAnsi" w:hAnsi="GHEA Grapalat" w:cs="Segoe UI"/>
          <w:color w:val="000000" w:themeColor="text1"/>
          <w:kern w:val="2"/>
          <w:sz w:val="24"/>
          <w:szCs w:val="24"/>
          <w:lang w:val="hy-AM" w:eastAsia="en-US"/>
          <w14:ligatures w14:val="standardContextual"/>
        </w:rPr>
        <w:t xml:space="preserve">ում </w:t>
      </w:r>
      <w:r w:rsidRPr="00A702E8">
        <w:rPr>
          <w:rFonts w:ascii="GHEA Grapalat" w:eastAsiaTheme="minorHAnsi" w:hAnsi="GHEA Grapalat" w:cs="Segoe UI"/>
          <w:color w:val="000000" w:themeColor="text1"/>
          <w:kern w:val="2"/>
          <w:sz w:val="24"/>
          <w:szCs w:val="24"/>
          <w:lang w:val="hy-AM" w:eastAsia="en-US"/>
          <w14:ligatures w14:val="standardContextual"/>
        </w:rPr>
        <w:t>նշվում է նրա ԱՀՈՒ ուսումնառության ձևը, ԳԱՈՒ մոդուլային ծրագրի այն հատված</w:t>
      </w:r>
      <w:r w:rsidR="00007A8B" w:rsidRPr="00A702E8">
        <w:rPr>
          <w:rFonts w:ascii="GHEA Grapalat" w:eastAsiaTheme="minorHAnsi" w:hAnsi="GHEA Grapalat" w:cs="Segoe UI"/>
          <w:color w:val="000000" w:themeColor="text1"/>
          <w:kern w:val="2"/>
          <w:sz w:val="24"/>
          <w:szCs w:val="24"/>
          <w:lang w:val="hy-AM" w:eastAsia="en-US"/>
          <w14:ligatures w14:val="standardContextual"/>
        </w:rPr>
        <w:t>ը</w:t>
      </w:r>
      <w:r w:rsidRPr="00A702E8">
        <w:rPr>
          <w:rFonts w:ascii="GHEA Grapalat" w:eastAsiaTheme="minorHAnsi" w:hAnsi="GHEA Grapalat" w:cs="Segoe UI"/>
          <w:color w:val="000000" w:themeColor="text1"/>
          <w:kern w:val="2"/>
          <w:sz w:val="24"/>
          <w:szCs w:val="24"/>
          <w:lang w:val="hy-AM" w:eastAsia="en-US"/>
          <w14:ligatures w14:val="standardContextual"/>
        </w:rPr>
        <w:t xml:space="preserve">, որն անհրաժեշտ է տվյալ որակավորման համար սահմանված ԳԱՈՒ  վերջնարդյունքներն ապահովելու համար։ Աշխատանքի ընթացքում ուսումնառող ուսանողի գործատուի հետ կնքվում է միայն համագործակցության պայմանագիր, որի դրույթները սահմանվում են եռակողմ համաձայնությամբ։ </w:t>
      </w:r>
    </w:p>
    <w:p w14:paraId="3CCC67F5" w14:textId="33D1FB32" w:rsidR="009A0AC0" w:rsidRPr="00A702E8" w:rsidRDefault="009A0AC0" w:rsidP="009A0AC0">
      <w:pPr>
        <w:pStyle w:val="ListParagraph"/>
        <w:numPr>
          <w:ilvl w:val="0"/>
          <w:numId w:val="3"/>
        </w:numPr>
        <w:tabs>
          <w:tab w:val="left" w:pos="851"/>
          <w:tab w:val="left" w:pos="993"/>
        </w:tabs>
        <w:spacing w:after="160" w:line="360" w:lineRule="auto"/>
        <w:ind w:left="720" w:hanging="720"/>
        <w:jc w:val="both"/>
        <w:rPr>
          <w:rFonts w:ascii="GHEA Grapalat" w:eastAsiaTheme="minorHAnsi" w:hAnsi="GHEA Grapalat" w:cs="Segoe UI"/>
          <w:color w:val="000000" w:themeColor="text1"/>
          <w:kern w:val="2"/>
          <w:sz w:val="24"/>
          <w:szCs w:val="24"/>
          <w:lang w:val="hy-AM" w:eastAsia="en-US"/>
          <w14:ligatures w14:val="standardContextual"/>
        </w:rPr>
      </w:pPr>
      <w:r w:rsidRPr="00A702E8">
        <w:rPr>
          <w:rFonts w:ascii="GHEA Grapalat" w:hAnsi="GHEA Grapalat" w:cs="Segoe UI"/>
          <w:color w:val="000000" w:themeColor="text1"/>
          <w:sz w:val="24"/>
          <w:szCs w:val="24"/>
          <w:lang w:val="hy-AM" w:eastAsia="en-US"/>
        </w:rPr>
        <w:t xml:space="preserve"> ԱՀՈՒ բոլոր ձևերով ուսումնառող ուսանողի հետ ԳԱՈՒ մոդուլային ծրագրի ուսուցման արդյունքներով կարող է կողմերի համաձայնությամբ առաջարկվել փոխել ԱՀՈՒ ձև, անցնել մի ձևից մյուսին, եթե տվյալ </w:t>
      </w:r>
      <w:r w:rsidR="00BC2036" w:rsidRPr="00A702E8">
        <w:rPr>
          <w:rFonts w:ascii="GHEA Grapalat" w:hAnsi="GHEA Grapalat" w:cs="Segoe UI"/>
          <w:color w:val="000000" w:themeColor="text1"/>
          <w:sz w:val="24"/>
          <w:szCs w:val="24"/>
          <w:lang w:val="hy-AM" w:eastAsia="en-US"/>
        </w:rPr>
        <w:t>ՄՈՒՀ-ը</w:t>
      </w:r>
      <w:r w:rsidRPr="00A702E8">
        <w:rPr>
          <w:rFonts w:ascii="GHEA Grapalat" w:hAnsi="GHEA Grapalat" w:cs="Segoe UI"/>
          <w:color w:val="000000" w:themeColor="text1"/>
          <w:sz w:val="24"/>
          <w:szCs w:val="24"/>
          <w:lang w:val="hy-AM" w:eastAsia="en-US"/>
        </w:rPr>
        <w:t xml:space="preserve"> կարող է և համաձայն է ապահովել  տարբեր ձևերով ԱՀՈՒ կազմակերպման մեթոդաբանությունը կամ ձևավորել տարբեր խմբեր և այն, սակայն պահպանել որակավորման շրջանակային նկարագրով սահմանված վերջնարդյունքները։ </w:t>
      </w:r>
    </w:p>
    <w:p w14:paraId="08BCF015" w14:textId="417BBFDC" w:rsidR="009A0AC0" w:rsidRPr="00A702E8" w:rsidRDefault="009A0AC0" w:rsidP="009A0AC0">
      <w:pPr>
        <w:pStyle w:val="ListParagraph"/>
        <w:numPr>
          <w:ilvl w:val="0"/>
          <w:numId w:val="3"/>
        </w:numPr>
        <w:tabs>
          <w:tab w:val="left" w:pos="851"/>
          <w:tab w:val="left" w:pos="993"/>
        </w:tabs>
        <w:spacing w:after="160" w:line="360" w:lineRule="auto"/>
        <w:ind w:left="720" w:hanging="720"/>
        <w:jc w:val="both"/>
        <w:rPr>
          <w:rFonts w:ascii="GHEA Grapalat" w:eastAsiaTheme="minorHAnsi" w:hAnsi="GHEA Grapalat" w:cs="Segoe UI"/>
          <w:color w:val="000000" w:themeColor="text1"/>
          <w:kern w:val="2"/>
          <w:sz w:val="24"/>
          <w:szCs w:val="24"/>
          <w:lang w:val="hy-AM" w:eastAsia="en-US"/>
          <w14:ligatures w14:val="standardContextual"/>
        </w:rPr>
      </w:pPr>
      <w:r w:rsidRPr="00A702E8">
        <w:rPr>
          <w:rFonts w:ascii="GHEA Grapalat" w:hAnsi="GHEA Grapalat" w:cs="Segoe UI"/>
          <w:color w:val="000000" w:themeColor="text1"/>
          <w:sz w:val="24"/>
          <w:szCs w:val="24"/>
          <w:lang w:val="hy-AM" w:eastAsia="en-US"/>
        </w:rPr>
        <w:t xml:space="preserve"> ԳԱՈՒ մոդուլային ծրագրի յուրացման և կատարման ցուցանիշներով պայմանավորված գործատուն կարող է առաջարկել </w:t>
      </w:r>
      <w:r w:rsidR="00F803BD" w:rsidRPr="00A702E8">
        <w:rPr>
          <w:rFonts w:ascii="GHEA Grapalat" w:hAnsi="GHEA Grapalat" w:cs="Segoe UI"/>
          <w:color w:val="000000" w:themeColor="text1"/>
          <w:sz w:val="24"/>
          <w:szCs w:val="24"/>
          <w:lang w:val="hy-AM" w:eastAsia="en-US"/>
        </w:rPr>
        <w:t>ՄՈՒՀ-</w:t>
      </w:r>
      <w:r w:rsidRPr="00A702E8">
        <w:rPr>
          <w:rFonts w:ascii="GHEA Grapalat" w:hAnsi="GHEA Grapalat" w:cs="Segoe UI"/>
          <w:color w:val="000000" w:themeColor="text1"/>
          <w:sz w:val="24"/>
          <w:szCs w:val="24"/>
          <w:lang w:val="hy-AM" w:eastAsia="en-US"/>
        </w:rPr>
        <w:t xml:space="preserve">ին տվյալ ուսանողի որակավորումը կազմակերպել սահմանված ժամկետից շուտ։ Այդ դեպքում տվյալ ուսանողը պետք է դիմի </w:t>
      </w:r>
      <w:r w:rsidR="00F803BD" w:rsidRPr="00A702E8">
        <w:rPr>
          <w:rFonts w:ascii="GHEA Grapalat" w:hAnsi="GHEA Grapalat" w:cs="Segoe UI"/>
          <w:color w:val="000000" w:themeColor="text1"/>
          <w:sz w:val="24"/>
          <w:szCs w:val="24"/>
          <w:lang w:val="hy-AM" w:eastAsia="en-US"/>
        </w:rPr>
        <w:t>ՄՈՒՀ-</w:t>
      </w:r>
      <w:r w:rsidRPr="00A702E8">
        <w:rPr>
          <w:rFonts w:ascii="GHEA Grapalat" w:hAnsi="GHEA Grapalat" w:cs="Segoe UI"/>
          <w:color w:val="000000" w:themeColor="text1"/>
          <w:sz w:val="24"/>
          <w:szCs w:val="24"/>
          <w:lang w:val="hy-AM" w:eastAsia="en-US"/>
        </w:rPr>
        <w:t xml:space="preserve">ի ղեկավարությանը, որը մասնագիտական եզրակացության հիման վրա կարող է թույլ տալ և ապահովել տվյալ ուսանողի՝ ժամկետից շուտ պետական ամփոփիչ ստուգում անցնելու գործընթացը՝ համաձայն օրենսդրության։  </w:t>
      </w:r>
    </w:p>
    <w:p w14:paraId="53531372" w14:textId="77777777" w:rsidR="009A0AC0" w:rsidRPr="00A702E8" w:rsidRDefault="009A0AC0" w:rsidP="009A0AC0">
      <w:pPr>
        <w:pStyle w:val="ListParagraph"/>
        <w:numPr>
          <w:ilvl w:val="0"/>
          <w:numId w:val="3"/>
        </w:numPr>
        <w:tabs>
          <w:tab w:val="left" w:pos="993"/>
        </w:tabs>
        <w:spacing w:before="120" w:after="120" w:line="360" w:lineRule="auto"/>
        <w:ind w:left="720" w:hanging="720"/>
        <w:jc w:val="both"/>
        <w:rPr>
          <w:rFonts w:ascii="GHEA Grapalat" w:hAnsi="GHEA Grapalat" w:cs="Segoe UI"/>
          <w:color w:val="000000" w:themeColor="text1"/>
          <w:sz w:val="24"/>
          <w:szCs w:val="24"/>
          <w:lang w:val="hy-AM" w:eastAsia="en-US"/>
        </w:rPr>
      </w:pPr>
      <w:r w:rsidRPr="00A702E8">
        <w:rPr>
          <w:rFonts w:ascii="GHEA Grapalat" w:hAnsi="GHEA Grapalat" w:cs="Segoe UI"/>
          <w:color w:val="000000" w:themeColor="text1"/>
          <w:sz w:val="24"/>
          <w:szCs w:val="24"/>
          <w:lang w:val="hy-AM" w:eastAsia="en-US"/>
        </w:rPr>
        <w:t>Այն դեպքում, երբ անկանխատեսելի կամ անկանխելի հանգամանքներով պայմանա</w:t>
      </w:r>
      <w:r w:rsidRPr="00A702E8">
        <w:rPr>
          <w:rFonts w:ascii="GHEA Grapalat" w:hAnsi="GHEA Grapalat" w:cs="Segoe UI"/>
          <w:color w:val="000000" w:themeColor="text1"/>
          <w:sz w:val="24"/>
          <w:szCs w:val="24"/>
          <w:lang w:val="hy-AM" w:eastAsia="en-US"/>
        </w:rPr>
        <w:softHyphen/>
        <w:t>վորված, անհրաժեշտություն է առաջացել փոփոխել գործընկեր կազմակերպության գործունեության բնույթը կամ անհնար է դարձել վերջինիս կողմից կրթական ծրագրով վերջնարդյունքների ապահովումը, կողմերը պետք է վարեն բանակցություններ պայմանագրի՝ ըստ անհրաժեշտության, փոփոխության կամ լուծման վերաբերյալ:</w:t>
      </w:r>
    </w:p>
    <w:p w14:paraId="351DD0A2" w14:textId="77777777" w:rsidR="009A0AC0" w:rsidRPr="00A702E8" w:rsidRDefault="009A0AC0" w:rsidP="009A0AC0">
      <w:pPr>
        <w:pStyle w:val="ListParagraph"/>
        <w:numPr>
          <w:ilvl w:val="0"/>
          <w:numId w:val="3"/>
        </w:numPr>
        <w:tabs>
          <w:tab w:val="left" w:pos="993"/>
        </w:tabs>
        <w:spacing w:before="120" w:after="120" w:line="360" w:lineRule="auto"/>
        <w:ind w:left="720" w:hanging="720"/>
        <w:jc w:val="both"/>
        <w:rPr>
          <w:rFonts w:ascii="GHEA Grapalat" w:hAnsi="GHEA Grapalat" w:cs="Segoe UI"/>
          <w:color w:val="000000" w:themeColor="text1"/>
          <w:sz w:val="24"/>
          <w:szCs w:val="24"/>
          <w:lang w:val="hy-AM" w:eastAsia="en-US"/>
        </w:rPr>
      </w:pPr>
      <w:r w:rsidRPr="00A702E8">
        <w:rPr>
          <w:rFonts w:ascii="GHEA Grapalat" w:hAnsi="GHEA Grapalat" w:cs="Segoe UI"/>
          <w:color w:val="000000" w:themeColor="text1"/>
          <w:sz w:val="24"/>
          <w:szCs w:val="24"/>
          <w:lang w:val="hy-AM" w:eastAsia="en-US"/>
        </w:rPr>
        <w:lastRenderedPageBreak/>
        <w:t>Կողմերի միջև ծագած վեճերը լուծվում են անմիջական բանակցությունների միջոցով: Նման եղանակով վեճը՝ վեճի մասին կողմերից մեկի՝ մյուս կողմի գրավոր ծանուցումը ստանալուց հետո մեկ ամսվա ընթացքում չլուծվելու դեպքում այն ենթակա է կարգա</w:t>
      </w:r>
      <w:r w:rsidRPr="00A702E8">
        <w:rPr>
          <w:rFonts w:ascii="GHEA Grapalat" w:hAnsi="GHEA Grapalat" w:cs="Segoe UI"/>
          <w:color w:val="000000" w:themeColor="text1"/>
          <w:sz w:val="24"/>
          <w:szCs w:val="24"/>
          <w:lang w:val="hy-AM" w:eastAsia="en-US"/>
        </w:rPr>
        <w:softHyphen/>
        <w:t>վորման ՀՀ օրենսդրու</w:t>
      </w:r>
      <w:r w:rsidRPr="00A702E8">
        <w:rPr>
          <w:rFonts w:ascii="GHEA Grapalat" w:hAnsi="GHEA Grapalat" w:cs="Segoe UI"/>
          <w:color w:val="000000" w:themeColor="text1"/>
          <w:sz w:val="24"/>
          <w:szCs w:val="24"/>
          <w:lang w:val="hy-AM" w:eastAsia="en-US"/>
        </w:rPr>
        <w:softHyphen/>
        <w:t>թյամբ սահմանված կարգով՝ ՀՀ իրավասու դատարանների կողմից:</w:t>
      </w:r>
    </w:p>
    <w:p w14:paraId="53D9B6FC" w14:textId="77777777" w:rsidR="009A0AC0" w:rsidRPr="00A702E8" w:rsidRDefault="009A0AC0" w:rsidP="009A0AC0">
      <w:pPr>
        <w:pStyle w:val="ListParagraph"/>
        <w:numPr>
          <w:ilvl w:val="0"/>
          <w:numId w:val="3"/>
        </w:numPr>
        <w:tabs>
          <w:tab w:val="left" w:pos="851"/>
          <w:tab w:val="left" w:pos="993"/>
        </w:tabs>
        <w:spacing w:before="120" w:after="120" w:line="360" w:lineRule="auto"/>
        <w:ind w:left="720" w:hanging="720"/>
        <w:jc w:val="both"/>
        <w:rPr>
          <w:rFonts w:ascii="GHEA Grapalat" w:hAnsi="GHEA Grapalat" w:cs="Segoe UI"/>
          <w:color w:val="000000" w:themeColor="text1"/>
          <w:sz w:val="24"/>
          <w:szCs w:val="24"/>
          <w:lang w:val="hy-AM" w:eastAsia="en-US"/>
        </w:rPr>
      </w:pPr>
      <w:r w:rsidRPr="00A702E8">
        <w:rPr>
          <w:rFonts w:ascii="GHEA Grapalat" w:hAnsi="GHEA Grapalat" w:cs="Segoe UI"/>
          <w:color w:val="000000" w:themeColor="text1"/>
          <w:sz w:val="24"/>
          <w:szCs w:val="24"/>
          <w:lang w:val="hy-AM" w:eastAsia="en-US"/>
        </w:rPr>
        <w:t>Գործընկեր կազմակերպության և ուսանողի միջև վեճեր կամ անհամաձայնություններ առաջանալու դեպքում, կողմերը պետք է ձեռնարկեն միջոցներ և ներդնեն անհրաժեշտ ջանքերը հնարավոր վեճերը կամ անհամաձայնությունները բանակցությունների միջոցով լուծելու և առկա խնդիրները վերացնելու ուղղությամբ:</w:t>
      </w:r>
    </w:p>
    <w:p w14:paraId="624DBD1C" w14:textId="77777777" w:rsidR="009A0AC0" w:rsidRPr="00A702E8" w:rsidRDefault="009A0AC0" w:rsidP="009A0AC0">
      <w:pPr>
        <w:pStyle w:val="Header"/>
        <w:ind w:left="720" w:hanging="720"/>
        <w:rPr>
          <w:rFonts w:ascii="GHEA Grapalat" w:hAnsi="GHEA Grapalat"/>
          <w:color w:val="000000" w:themeColor="text1"/>
          <w:lang w:val="hy-AM"/>
        </w:rPr>
      </w:pPr>
    </w:p>
    <w:p w14:paraId="5B5CB3A9" w14:textId="77777777" w:rsidR="009A0AC0" w:rsidRPr="00A702E8" w:rsidRDefault="009A0AC0" w:rsidP="009A0AC0">
      <w:pPr>
        <w:ind w:left="720" w:hanging="720"/>
        <w:jc w:val="right"/>
        <w:rPr>
          <w:rFonts w:ascii="GHEA Grapalat" w:hAnsi="GHEA Grapalat"/>
          <w:b/>
          <w:color w:val="000000" w:themeColor="text1"/>
          <w:sz w:val="24"/>
          <w:szCs w:val="24"/>
          <w:lang w:val="hy-AM"/>
        </w:rPr>
      </w:pPr>
    </w:p>
    <w:p w14:paraId="0E654818" w14:textId="77777777" w:rsidR="009A0AC0" w:rsidRPr="00A702E8" w:rsidRDefault="009A0AC0" w:rsidP="009A0AC0">
      <w:pPr>
        <w:ind w:left="720" w:hanging="720"/>
        <w:jc w:val="right"/>
        <w:rPr>
          <w:rFonts w:ascii="GHEA Grapalat" w:hAnsi="GHEA Grapalat"/>
          <w:b/>
          <w:color w:val="000000" w:themeColor="text1"/>
          <w:sz w:val="24"/>
          <w:szCs w:val="24"/>
          <w:lang w:val="hy-AM"/>
        </w:rPr>
      </w:pPr>
    </w:p>
    <w:p w14:paraId="5E8B7132" w14:textId="77777777" w:rsidR="009A0AC0" w:rsidRPr="00A702E8" w:rsidRDefault="009A0AC0" w:rsidP="009A0AC0">
      <w:pPr>
        <w:ind w:left="720" w:hanging="720"/>
        <w:jc w:val="right"/>
        <w:rPr>
          <w:rFonts w:ascii="GHEA Grapalat" w:hAnsi="GHEA Grapalat"/>
          <w:b/>
          <w:color w:val="000000" w:themeColor="text1"/>
          <w:sz w:val="24"/>
          <w:szCs w:val="24"/>
          <w:lang w:val="hy-AM"/>
        </w:rPr>
      </w:pPr>
    </w:p>
    <w:p w14:paraId="26827903" w14:textId="77777777" w:rsidR="009A0AC0" w:rsidRPr="00A702E8" w:rsidRDefault="009A0AC0" w:rsidP="009A0AC0">
      <w:pPr>
        <w:ind w:left="720" w:hanging="720"/>
        <w:jc w:val="right"/>
        <w:rPr>
          <w:rFonts w:ascii="GHEA Grapalat" w:hAnsi="GHEA Grapalat"/>
          <w:b/>
          <w:color w:val="000000" w:themeColor="text1"/>
          <w:sz w:val="24"/>
          <w:szCs w:val="24"/>
          <w:lang w:val="hy-AM"/>
        </w:rPr>
      </w:pPr>
    </w:p>
    <w:p w14:paraId="76692681" w14:textId="77777777" w:rsidR="009A0AC0" w:rsidRPr="00A702E8" w:rsidRDefault="009A0AC0" w:rsidP="009A0AC0">
      <w:pPr>
        <w:ind w:left="720" w:hanging="720"/>
        <w:jc w:val="right"/>
        <w:rPr>
          <w:rFonts w:ascii="GHEA Grapalat" w:hAnsi="GHEA Grapalat"/>
          <w:b/>
          <w:color w:val="000000" w:themeColor="text1"/>
          <w:sz w:val="24"/>
          <w:szCs w:val="24"/>
          <w:lang w:val="hy-AM"/>
        </w:rPr>
      </w:pPr>
    </w:p>
    <w:p w14:paraId="3AF70877" w14:textId="77777777" w:rsidR="009A0AC0" w:rsidRPr="00A702E8" w:rsidRDefault="009A0AC0" w:rsidP="009A0AC0">
      <w:pPr>
        <w:ind w:left="720" w:hanging="720"/>
        <w:jc w:val="right"/>
        <w:rPr>
          <w:rFonts w:ascii="GHEA Grapalat" w:hAnsi="GHEA Grapalat"/>
          <w:b/>
          <w:color w:val="000000" w:themeColor="text1"/>
          <w:sz w:val="24"/>
          <w:szCs w:val="24"/>
          <w:lang w:val="hy-AM"/>
        </w:rPr>
      </w:pPr>
    </w:p>
    <w:p w14:paraId="320CA2C2" w14:textId="77777777" w:rsidR="009A0AC0" w:rsidRPr="00A702E8" w:rsidRDefault="009A0AC0" w:rsidP="009A0AC0">
      <w:pPr>
        <w:ind w:left="720" w:hanging="720"/>
        <w:jc w:val="right"/>
        <w:rPr>
          <w:rFonts w:ascii="GHEA Grapalat" w:hAnsi="GHEA Grapalat"/>
          <w:b/>
          <w:color w:val="000000" w:themeColor="text1"/>
          <w:sz w:val="24"/>
          <w:szCs w:val="24"/>
          <w:lang w:val="hy-AM"/>
        </w:rPr>
      </w:pPr>
    </w:p>
    <w:p w14:paraId="29CCCB0A" w14:textId="77777777" w:rsidR="009A0AC0" w:rsidRPr="00A702E8" w:rsidRDefault="009A0AC0" w:rsidP="009A0AC0">
      <w:pPr>
        <w:ind w:left="720" w:hanging="720"/>
        <w:jc w:val="right"/>
        <w:rPr>
          <w:rFonts w:ascii="GHEA Grapalat" w:hAnsi="GHEA Grapalat"/>
          <w:b/>
          <w:color w:val="000000" w:themeColor="text1"/>
          <w:sz w:val="24"/>
          <w:szCs w:val="24"/>
          <w:lang w:val="hy-AM"/>
        </w:rPr>
      </w:pPr>
    </w:p>
    <w:p w14:paraId="3095FAF4" w14:textId="77777777" w:rsidR="009A0AC0" w:rsidRPr="00A702E8" w:rsidRDefault="009A0AC0" w:rsidP="009A0AC0">
      <w:pPr>
        <w:ind w:left="720" w:hanging="720"/>
        <w:jc w:val="right"/>
        <w:rPr>
          <w:rFonts w:ascii="GHEA Grapalat" w:hAnsi="GHEA Grapalat"/>
          <w:b/>
          <w:color w:val="000000" w:themeColor="text1"/>
          <w:sz w:val="24"/>
          <w:szCs w:val="24"/>
          <w:lang w:val="hy-AM"/>
        </w:rPr>
      </w:pPr>
    </w:p>
    <w:p w14:paraId="04C91E96" w14:textId="77777777" w:rsidR="009A0AC0" w:rsidRPr="00A702E8" w:rsidRDefault="009A0AC0" w:rsidP="009A0AC0">
      <w:pPr>
        <w:ind w:left="720" w:hanging="720"/>
        <w:jc w:val="right"/>
        <w:rPr>
          <w:rFonts w:ascii="GHEA Grapalat" w:hAnsi="GHEA Grapalat"/>
          <w:b/>
          <w:color w:val="000000" w:themeColor="text1"/>
          <w:sz w:val="24"/>
          <w:szCs w:val="24"/>
          <w:lang w:val="hy-AM"/>
        </w:rPr>
      </w:pPr>
    </w:p>
    <w:p w14:paraId="32A71FF5" w14:textId="77777777" w:rsidR="009A0AC0" w:rsidRPr="00A702E8" w:rsidRDefault="009A0AC0" w:rsidP="009A0AC0">
      <w:pPr>
        <w:ind w:left="720" w:hanging="720"/>
        <w:jc w:val="right"/>
        <w:rPr>
          <w:rFonts w:ascii="GHEA Grapalat" w:hAnsi="GHEA Grapalat"/>
          <w:b/>
          <w:color w:val="000000" w:themeColor="text1"/>
          <w:sz w:val="24"/>
          <w:szCs w:val="24"/>
          <w:lang w:val="hy-AM"/>
        </w:rPr>
      </w:pPr>
    </w:p>
    <w:p w14:paraId="5081CE13" w14:textId="77777777" w:rsidR="009A0AC0" w:rsidRPr="00A702E8" w:rsidRDefault="009A0AC0" w:rsidP="009A0AC0">
      <w:pPr>
        <w:ind w:left="720" w:hanging="720"/>
        <w:jc w:val="right"/>
        <w:rPr>
          <w:rFonts w:ascii="GHEA Grapalat" w:hAnsi="GHEA Grapalat"/>
          <w:b/>
          <w:color w:val="000000" w:themeColor="text1"/>
          <w:sz w:val="24"/>
          <w:szCs w:val="24"/>
          <w:lang w:val="hy-AM"/>
        </w:rPr>
      </w:pPr>
    </w:p>
    <w:p w14:paraId="1ECB811A" w14:textId="77777777" w:rsidR="009A0AC0" w:rsidRPr="00A702E8" w:rsidRDefault="009A0AC0" w:rsidP="009A0AC0">
      <w:pPr>
        <w:ind w:left="720" w:hanging="720"/>
        <w:jc w:val="right"/>
        <w:rPr>
          <w:rFonts w:ascii="GHEA Grapalat" w:hAnsi="GHEA Grapalat"/>
          <w:b/>
          <w:color w:val="000000" w:themeColor="text1"/>
          <w:sz w:val="24"/>
          <w:szCs w:val="24"/>
          <w:lang w:val="hy-AM"/>
        </w:rPr>
      </w:pPr>
    </w:p>
    <w:p w14:paraId="00247FE4" w14:textId="77777777" w:rsidR="009A0AC0" w:rsidRPr="00A702E8" w:rsidRDefault="009A0AC0" w:rsidP="009A0AC0">
      <w:pPr>
        <w:ind w:left="720" w:hanging="720"/>
        <w:jc w:val="right"/>
        <w:rPr>
          <w:rFonts w:ascii="GHEA Grapalat" w:hAnsi="GHEA Grapalat"/>
          <w:b/>
          <w:color w:val="000000" w:themeColor="text1"/>
          <w:sz w:val="24"/>
          <w:szCs w:val="24"/>
          <w:lang w:val="hy-AM"/>
        </w:rPr>
      </w:pPr>
    </w:p>
    <w:p w14:paraId="0E7DBB8D" w14:textId="77777777" w:rsidR="009A0AC0" w:rsidRPr="00A702E8" w:rsidRDefault="009A0AC0" w:rsidP="009A0AC0">
      <w:pPr>
        <w:ind w:left="720" w:hanging="720"/>
        <w:jc w:val="right"/>
        <w:rPr>
          <w:rFonts w:ascii="GHEA Grapalat" w:hAnsi="GHEA Grapalat"/>
          <w:b/>
          <w:color w:val="000000" w:themeColor="text1"/>
          <w:sz w:val="24"/>
          <w:szCs w:val="24"/>
          <w:lang w:val="hy-AM"/>
        </w:rPr>
      </w:pPr>
    </w:p>
    <w:p w14:paraId="329F0259" w14:textId="77777777" w:rsidR="00492014" w:rsidRDefault="009A0AC0" w:rsidP="009A0AC0">
      <w:pPr>
        <w:ind w:left="720" w:hanging="720"/>
        <w:rPr>
          <w:rFonts w:ascii="GHEA Grapalat" w:hAnsi="GHEA Grapalat"/>
          <w:b/>
          <w:color w:val="000000" w:themeColor="text1"/>
          <w:sz w:val="24"/>
          <w:szCs w:val="24"/>
          <w:lang w:val="hy-AM"/>
        </w:rPr>
      </w:pPr>
      <w:r w:rsidRPr="00A702E8">
        <w:rPr>
          <w:rFonts w:ascii="GHEA Grapalat" w:hAnsi="GHEA Grapalat"/>
          <w:b/>
          <w:color w:val="000000" w:themeColor="text1"/>
          <w:sz w:val="24"/>
          <w:szCs w:val="24"/>
          <w:lang w:val="hy-AM"/>
        </w:rPr>
        <w:t xml:space="preserve">                                                                                                                          </w:t>
      </w:r>
    </w:p>
    <w:p w14:paraId="757A0924" w14:textId="77777777" w:rsidR="00492014" w:rsidRDefault="00492014" w:rsidP="009A0AC0">
      <w:pPr>
        <w:ind w:left="720" w:hanging="720"/>
        <w:rPr>
          <w:rFonts w:ascii="GHEA Grapalat" w:hAnsi="GHEA Grapalat"/>
          <w:b/>
          <w:color w:val="000000" w:themeColor="text1"/>
          <w:sz w:val="24"/>
          <w:szCs w:val="24"/>
          <w:lang w:val="hy-AM"/>
        </w:rPr>
      </w:pPr>
    </w:p>
    <w:p w14:paraId="404FAA5A" w14:textId="1929D917" w:rsidR="009A0AC0" w:rsidRPr="00A702E8" w:rsidRDefault="009A0AC0" w:rsidP="00492014">
      <w:pPr>
        <w:ind w:left="720" w:hanging="720"/>
        <w:jc w:val="right"/>
        <w:rPr>
          <w:rFonts w:ascii="GHEA Grapalat" w:hAnsi="GHEA Grapalat"/>
          <w:b/>
          <w:color w:val="000000" w:themeColor="text1"/>
          <w:sz w:val="24"/>
          <w:szCs w:val="24"/>
          <w:lang w:val="hy-AM"/>
        </w:rPr>
      </w:pPr>
      <w:r w:rsidRPr="00A702E8">
        <w:rPr>
          <w:rFonts w:ascii="GHEA Grapalat" w:hAnsi="GHEA Grapalat"/>
          <w:b/>
          <w:color w:val="000000" w:themeColor="text1"/>
          <w:sz w:val="24"/>
          <w:szCs w:val="24"/>
          <w:lang w:val="hy-AM"/>
        </w:rPr>
        <w:lastRenderedPageBreak/>
        <w:t xml:space="preserve">      Ձև 1</w:t>
      </w:r>
    </w:p>
    <w:p w14:paraId="4B470953" w14:textId="77777777" w:rsidR="009A0AC0" w:rsidRPr="00A702E8" w:rsidRDefault="009A0AC0" w:rsidP="009A0AC0">
      <w:pPr>
        <w:ind w:left="720" w:hanging="720"/>
        <w:jc w:val="right"/>
        <w:rPr>
          <w:rFonts w:ascii="GHEA Grapalat" w:hAnsi="GHEA Grapalat"/>
          <w:bCs/>
          <w:color w:val="000000" w:themeColor="text1"/>
          <w:sz w:val="24"/>
          <w:szCs w:val="24"/>
          <w:lang w:val="nl-NL"/>
        </w:rPr>
      </w:pPr>
      <w:r w:rsidRPr="00A702E8">
        <w:rPr>
          <w:rFonts w:ascii="GHEA Grapalat" w:hAnsi="GHEA Grapalat"/>
          <w:bCs/>
          <w:color w:val="000000" w:themeColor="text1"/>
          <w:sz w:val="24"/>
          <w:szCs w:val="24"/>
          <w:lang w:val="nl-NL"/>
        </w:rPr>
        <w:t xml:space="preserve"> </w:t>
      </w:r>
    </w:p>
    <w:p w14:paraId="61232543" w14:textId="77777777" w:rsidR="009A0AC0" w:rsidRPr="00A702E8" w:rsidRDefault="009A0AC0" w:rsidP="009A0AC0">
      <w:pPr>
        <w:ind w:left="720" w:hanging="720"/>
        <w:jc w:val="center"/>
        <w:rPr>
          <w:rFonts w:ascii="GHEA Grapalat" w:hAnsi="GHEA Grapalat"/>
          <w:b/>
          <w:color w:val="000000" w:themeColor="text1"/>
          <w:sz w:val="28"/>
          <w:szCs w:val="28"/>
          <w:lang w:val="nl-NL"/>
        </w:rPr>
      </w:pPr>
      <w:r w:rsidRPr="00A702E8">
        <w:rPr>
          <w:rFonts w:ascii="GHEA Grapalat" w:hAnsi="GHEA Grapalat"/>
          <w:b/>
          <w:color w:val="000000" w:themeColor="text1"/>
          <w:sz w:val="28"/>
          <w:szCs w:val="28"/>
          <w:lang w:val="hy-AM"/>
        </w:rPr>
        <w:t>ԱՇԽԱՏԱՆՔԻ</w:t>
      </w:r>
      <w:r w:rsidRPr="00A702E8">
        <w:rPr>
          <w:rFonts w:ascii="GHEA Grapalat" w:hAnsi="GHEA Grapalat"/>
          <w:b/>
          <w:color w:val="000000" w:themeColor="text1"/>
          <w:sz w:val="28"/>
          <w:szCs w:val="28"/>
          <w:lang w:val="nl-NL"/>
        </w:rPr>
        <w:t xml:space="preserve"> ՎՐԱ ՀԻՄՆՎԱԾ ՈՒՍՈՒՄՆԱՌՈՒԹՅԱՆ (ԱՀՈՒ) ԿԱԶՄԱԿԵՐՊՄԱՆ</w:t>
      </w:r>
    </w:p>
    <w:p w14:paraId="1C596D75" w14:textId="1E33E250" w:rsidR="009A0AC0" w:rsidRPr="00A702E8" w:rsidRDefault="009A0AC0" w:rsidP="009A0AC0">
      <w:pPr>
        <w:ind w:left="720" w:hanging="720"/>
        <w:jc w:val="center"/>
        <w:rPr>
          <w:rFonts w:ascii="GHEA Grapalat" w:hAnsi="GHEA Grapalat"/>
          <w:b/>
          <w:color w:val="000000" w:themeColor="text1"/>
          <w:sz w:val="28"/>
          <w:szCs w:val="28"/>
          <w:lang w:val="nl-NL"/>
        </w:rPr>
      </w:pPr>
      <w:r w:rsidRPr="00A702E8">
        <w:rPr>
          <w:rFonts w:ascii="GHEA Grapalat" w:hAnsi="GHEA Grapalat"/>
          <w:b/>
          <w:color w:val="000000" w:themeColor="text1"/>
          <w:sz w:val="28"/>
          <w:szCs w:val="28"/>
          <w:lang w:val="nl-NL"/>
        </w:rPr>
        <w:t xml:space="preserve">ԳՈՐԾՆԱԿԱՆ ԱՇԽԱՏԱՆՔԱՅԻՆ ՈՒՍՈՒՑՄԱՆ (ԳԱՈՒ) ՄՈԴՈՒԼԱՅԻՆ ԾՐԱԳԻՐ </w:t>
      </w:r>
      <w:r w:rsidR="00BA123A" w:rsidRPr="00A702E8">
        <w:rPr>
          <w:rFonts w:ascii="GHEA Grapalat" w:hAnsi="GHEA Grapalat"/>
          <w:b/>
          <w:color w:val="000000" w:themeColor="text1"/>
          <w:sz w:val="28"/>
          <w:szCs w:val="28"/>
          <w:lang w:val="nl-NL"/>
        </w:rPr>
        <w:t>(ՄԾ)</w:t>
      </w:r>
    </w:p>
    <w:p w14:paraId="2DC8ED7C" w14:textId="77777777" w:rsidR="009A0AC0" w:rsidRPr="00A702E8" w:rsidRDefault="009A0AC0" w:rsidP="009A0AC0">
      <w:pPr>
        <w:ind w:left="720" w:hanging="720"/>
        <w:jc w:val="center"/>
        <w:rPr>
          <w:rFonts w:ascii="GHEA Grapalat" w:hAnsi="GHEA Grapalat"/>
          <w:b/>
          <w:color w:val="000000" w:themeColor="text1"/>
          <w:sz w:val="28"/>
          <w:szCs w:val="28"/>
          <w:lang w:val="nl-NL"/>
        </w:rPr>
      </w:pPr>
    </w:p>
    <w:p w14:paraId="37F75732" w14:textId="77777777" w:rsidR="009A0AC0" w:rsidRPr="00A702E8" w:rsidRDefault="009A0AC0" w:rsidP="009A0AC0">
      <w:pPr>
        <w:ind w:left="720" w:hanging="720"/>
        <w:jc w:val="right"/>
        <w:rPr>
          <w:rFonts w:ascii="GHEA Grapalat" w:hAnsi="GHEA Grapalat"/>
          <w:bCs/>
          <w:color w:val="000000" w:themeColor="text1"/>
          <w:lang w:val="nl-NL"/>
        </w:rPr>
      </w:pPr>
      <w:r w:rsidRPr="00A702E8">
        <w:rPr>
          <w:rFonts w:ascii="GHEA Grapalat" w:hAnsi="GHEA Grapalat"/>
          <w:b/>
          <w:color w:val="000000" w:themeColor="text1"/>
          <w:sz w:val="28"/>
          <w:szCs w:val="28"/>
          <w:lang w:val="nl-NL"/>
        </w:rPr>
        <w:tab/>
      </w:r>
      <w:r w:rsidRPr="00A702E8">
        <w:rPr>
          <w:rFonts w:ascii="GHEA Grapalat" w:hAnsi="GHEA Grapalat"/>
          <w:b/>
          <w:color w:val="000000" w:themeColor="text1"/>
          <w:sz w:val="28"/>
          <w:szCs w:val="28"/>
          <w:lang w:val="nl-NL"/>
        </w:rPr>
        <w:tab/>
      </w:r>
      <w:r w:rsidRPr="00A702E8">
        <w:rPr>
          <w:rFonts w:ascii="GHEA Grapalat" w:hAnsi="GHEA Grapalat"/>
          <w:b/>
          <w:color w:val="000000" w:themeColor="text1"/>
          <w:sz w:val="28"/>
          <w:szCs w:val="28"/>
          <w:lang w:val="nl-NL"/>
        </w:rPr>
        <w:tab/>
      </w:r>
      <w:r w:rsidRPr="00A702E8">
        <w:rPr>
          <w:rFonts w:ascii="GHEA Grapalat" w:hAnsi="GHEA Grapalat"/>
          <w:b/>
          <w:color w:val="000000" w:themeColor="text1"/>
          <w:sz w:val="28"/>
          <w:szCs w:val="28"/>
          <w:lang w:val="nl-NL"/>
        </w:rPr>
        <w:tab/>
      </w:r>
      <w:r w:rsidRPr="00A702E8">
        <w:rPr>
          <w:rFonts w:ascii="GHEA Grapalat" w:hAnsi="GHEA Grapalat"/>
          <w:b/>
          <w:color w:val="000000" w:themeColor="text1"/>
          <w:sz w:val="28"/>
          <w:szCs w:val="28"/>
          <w:lang w:val="nl-NL"/>
        </w:rPr>
        <w:tab/>
      </w:r>
      <w:r w:rsidRPr="00A702E8">
        <w:rPr>
          <w:rFonts w:ascii="GHEA Grapalat" w:hAnsi="GHEA Grapalat"/>
          <w:bCs/>
          <w:color w:val="000000" w:themeColor="text1"/>
          <w:sz w:val="28"/>
          <w:szCs w:val="28"/>
          <w:lang w:val="nl-NL"/>
        </w:rPr>
        <w:tab/>
      </w:r>
      <w:r w:rsidRPr="00A702E8">
        <w:rPr>
          <w:rFonts w:ascii="GHEA Grapalat" w:hAnsi="GHEA Grapalat"/>
          <w:bCs/>
          <w:color w:val="000000" w:themeColor="text1"/>
          <w:lang w:val="en-US"/>
        </w:rPr>
        <w:t>Հաստատված</w:t>
      </w:r>
      <w:r w:rsidRPr="00A702E8">
        <w:rPr>
          <w:rFonts w:ascii="GHEA Grapalat" w:hAnsi="GHEA Grapalat"/>
          <w:bCs/>
          <w:color w:val="000000" w:themeColor="text1"/>
          <w:lang w:val="nl-NL"/>
        </w:rPr>
        <w:t xml:space="preserve"> </w:t>
      </w:r>
      <w:r w:rsidRPr="00A702E8">
        <w:rPr>
          <w:rFonts w:ascii="GHEA Grapalat" w:hAnsi="GHEA Grapalat"/>
          <w:bCs/>
          <w:color w:val="000000" w:themeColor="text1"/>
          <w:lang w:val="en-US"/>
        </w:rPr>
        <w:t>է</w:t>
      </w:r>
      <w:r w:rsidRPr="00A702E8">
        <w:rPr>
          <w:rFonts w:ascii="GHEA Grapalat" w:hAnsi="GHEA Grapalat"/>
          <w:bCs/>
          <w:color w:val="000000" w:themeColor="text1"/>
          <w:lang w:val="nl-NL"/>
        </w:rPr>
        <w:t xml:space="preserve"> </w:t>
      </w:r>
    </w:p>
    <w:p w14:paraId="142F44E4" w14:textId="3233DCEE" w:rsidR="00BE253B" w:rsidRPr="00A702E8" w:rsidRDefault="00BE253B" w:rsidP="00BE253B">
      <w:pPr>
        <w:spacing w:after="0"/>
        <w:ind w:left="720" w:hanging="720"/>
        <w:jc w:val="right"/>
        <w:rPr>
          <w:rFonts w:ascii="GHEA Grapalat" w:hAnsi="GHEA Grapalat"/>
          <w:bCs/>
          <w:color w:val="000000" w:themeColor="text1"/>
          <w:lang w:val="nl-NL"/>
        </w:rPr>
      </w:pPr>
      <w:r w:rsidRPr="00A702E8">
        <w:rPr>
          <w:rFonts w:ascii="GHEA Grapalat" w:hAnsi="GHEA Grapalat"/>
          <w:b/>
          <w:color w:val="000000" w:themeColor="text1"/>
          <w:sz w:val="24"/>
          <w:szCs w:val="24"/>
          <w:lang w:val="nl-NL"/>
        </w:rPr>
        <w:t>________</w:t>
      </w:r>
      <w:r w:rsidR="009A0AC0" w:rsidRPr="00A702E8">
        <w:rPr>
          <w:rFonts w:ascii="GHEA Grapalat" w:hAnsi="GHEA Grapalat"/>
          <w:b/>
          <w:color w:val="000000" w:themeColor="text1"/>
          <w:sz w:val="24"/>
          <w:szCs w:val="24"/>
          <w:lang w:val="nl-NL"/>
        </w:rPr>
        <w:t>_________</w:t>
      </w:r>
      <w:r w:rsidRPr="00A702E8">
        <w:rPr>
          <w:rFonts w:ascii="GHEA Grapalat" w:hAnsi="GHEA Grapalat"/>
          <w:b/>
          <w:color w:val="000000" w:themeColor="text1"/>
          <w:sz w:val="24"/>
          <w:szCs w:val="24"/>
          <w:lang w:val="nl-NL"/>
        </w:rPr>
        <w:t>_______</w:t>
      </w:r>
      <w:r w:rsidR="009A0AC0" w:rsidRPr="00A702E8">
        <w:rPr>
          <w:rFonts w:ascii="GHEA Grapalat" w:hAnsi="GHEA Grapalat"/>
          <w:bCs/>
          <w:color w:val="000000" w:themeColor="text1"/>
          <w:lang w:val="nl-NL"/>
        </w:rPr>
        <w:t xml:space="preserve"> </w:t>
      </w:r>
      <w:r w:rsidRPr="00A702E8">
        <w:rPr>
          <w:rFonts w:ascii="GHEA Grapalat" w:hAnsi="GHEA Grapalat"/>
          <w:bCs/>
          <w:color w:val="000000" w:themeColor="text1"/>
          <w:lang w:val="nl-NL"/>
        </w:rPr>
        <w:t xml:space="preserve">  </w:t>
      </w:r>
      <w:r w:rsidR="009A0AC0" w:rsidRPr="00A702E8">
        <w:rPr>
          <w:rFonts w:ascii="GHEA Grapalat" w:hAnsi="GHEA Grapalat"/>
          <w:bCs/>
          <w:color w:val="000000" w:themeColor="text1"/>
          <w:lang w:val="en-US"/>
        </w:rPr>
        <w:t>կառավարման</w:t>
      </w:r>
      <w:r w:rsidR="009A0AC0" w:rsidRPr="00A702E8">
        <w:rPr>
          <w:rFonts w:ascii="GHEA Grapalat" w:hAnsi="GHEA Grapalat"/>
          <w:bCs/>
          <w:color w:val="000000" w:themeColor="text1"/>
          <w:lang w:val="nl-NL"/>
        </w:rPr>
        <w:t xml:space="preserve"> </w:t>
      </w:r>
      <w:r w:rsidR="009A0AC0" w:rsidRPr="00A702E8">
        <w:rPr>
          <w:rFonts w:ascii="GHEA Grapalat" w:hAnsi="GHEA Grapalat"/>
          <w:bCs/>
          <w:color w:val="000000" w:themeColor="text1"/>
          <w:lang w:val="en-US"/>
        </w:rPr>
        <w:t>խորհրդի</w:t>
      </w:r>
      <w:r w:rsidR="009A0AC0" w:rsidRPr="00A702E8">
        <w:rPr>
          <w:rFonts w:ascii="GHEA Grapalat" w:hAnsi="GHEA Grapalat"/>
          <w:bCs/>
          <w:color w:val="000000" w:themeColor="text1"/>
          <w:lang w:val="nl-NL"/>
        </w:rPr>
        <w:t xml:space="preserve"> </w:t>
      </w:r>
    </w:p>
    <w:p w14:paraId="26D8EECF" w14:textId="5736838C" w:rsidR="009A0AC0" w:rsidRPr="00A702E8" w:rsidRDefault="00BE253B" w:rsidP="00BE253B">
      <w:pPr>
        <w:spacing w:after="0"/>
        <w:ind w:left="2160" w:firstLine="720"/>
        <w:rPr>
          <w:rFonts w:ascii="GHEA Grapalat" w:hAnsi="GHEA Grapalat"/>
          <w:bCs/>
          <w:i/>
          <w:iCs/>
          <w:color w:val="000000" w:themeColor="text1"/>
          <w:lang w:val="nl-NL"/>
        </w:rPr>
      </w:pPr>
      <w:r w:rsidRPr="00A702E8">
        <w:rPr>
          <w:rFonts w:ascii="GHEA Grapalat" w:hAnsi="GHEA Grapalat"/>
          <w:bCs/>
          <w:i/>
          <w:iCs/>
          <w:color w:val="000000" w:themeColor="text1"/>
          <w:sz w:val="24"/>
          <w:szCs w:val="24"/>
          <w:lang w:val="nl-NL"/>
        </w:rPr>
        <w:t xml:space="preserve">                            [</w:t>
      </w:r>
      <w:r w:rsidRPr="00A702E8">
        <w:rPr>
          <w:rFonts w:ascii="GHEA Grapalat" w:hAnsi="GHEA Grapalat"/>
          <w:bCs/>
          <w:i/>
          <w:iCs/>
          <w:color w:val="000000" w:themeColor="text1"/>
          <w:lang w:val="hy-AM"/>
        </w:rPr>
        <w:t>Ն</w:t>
      </w:r>
      <w:r w:rsidRPr="00A702E8">
        <w:rPr>
          <w:rFonts w:ascii="GHEA Grapalat" w:hAnsi="GHEA Grapalat"/>
          <w:bCs/>
          <w:i/>
          <w:iCs/>
          <w:color w:val="000000" w:themeColor="text1"/>
          <w:lang w:val="en-US"/>
        </w:rPr>
        <w:t>շել</w:t>
      </w:r>
      <w:r w:rsidRPr="00A702E8">
        <w:rPr>
          <w:rFonts w:ascii="GHEA Grapalat" w:hAnsi="GHEA Grapalat"/>
          <w:bCs/>
          <w:i/>
          <w:iCs/>
          <w:color w:val="000000" w:themeColor="text1"/>
          <w:lang w:val="nl-NL"/>
        </w:rPr>
        <w:t xml:space="preserve"> ՄՈՒՀ-ի</w:t>
      </w:r>
      <w:r w:rsidR="009A0AC0" w:rsidRPr="00A702E8">
        <w:rPr>
          <w:rFonts w:ascii="GHEA Grapalat" w:hAnsi="GHEA Grapalat"/>
          <w:bCs/>
          <w:color w:val="000000" w:themeColor="text1"/>
          <w:lang w:val="nl-NL"/>
        </w:rPr>
        <w:t xml:space="preserve"> </w:t>
      </w:r>
      <w:r w:rsidRPr="00A702E8">
        <w:rPr>
          <w:rFonts w:ascii="GHEA Grapalat" w:hAnsi="GHEA Grapalat"/>
          <w:bCs/>
          <w:i/>
          <w:iCs/>
          <w:color w:val="000000" w:themeColor="text1"/>
          <w:lang w:val="nl-NL"/>
        </w:rPr>
        <w:t>անունը]</w:t>
      </w:r>
    </w:p>
    <w:p w14:paraId="6B4E4646" w14:textId="77777777" w:rsidR="009A0AC0" w:rsidRPr="00A702E8" w:rsidRDefault="009A0AC0" w:rsidP="009A0AC0">
      <w:pPr>
        <w:ind w:left="720" w:hanging="720"/>
        <w:jc w:val="right"/>
        <w:rPr>
          <w:rFonts w:ascii="GHEA Grapalat" w:hAnsi="GHEA Grapalat"/>
          <w:bCs/>
          <w:color w:val="000000" w:themeColor="text1"/>
          <w:lang w:val="nl-NL"/>
        </w:rPr>
      </w:pPr>
      <w:r w:rsidRPr="00A702E8">
        <w:rPr>
          <w:rFonts w:ascii="GHEA Grapalat" w:hAnsi="GHEA Grapalat"/>
          <w:bCs/>
          <w:color w:val="000000" w:themeColor="text1"/>
          <w:lang w:val="nl-NL"/>
        </w:rPr>
        <w:t xml:space="preserve">-----  -------------  20  </w:t>
      </w:r>
      <w:r w:rsidRPr="00A702E8">
        <w:rPr>
          <w:rFonts w:ascii="GHEA Grapalat" w:hAnsi="GHEA Grapalat"/>
          <w:bCs/>
          <w:color w:val="000000" w:themeColor="text1"/>
          <w:lang w:val="en-US"/>
        </w:rPr>
        <w:t>թիվ</w:t>
      </w:r>
      <w:r w:rsidRPr="00A702E8">
        <w:rPr>
          <w:rFonts w:ascii="GHEA Grapalat" w:hAnsi="GHEA Grapalat"/>
          <w:bCs/>
          <w:color w:val="000000" w:themeColor="text1"/>
          <w:lang w:val="nl-NL"/>
        </w:rPr>
        <w:t xml:space="preserve"> </w:t>
      </w:r>
      <w:r w:rsidRPr="00A702E8">
        <w:rPr>
          <w:rFonts w:ascii="GHEA Grapalat" w:hAnsi="GHEA Grapalat"/>
          <w:b/>
          <w:color w:val="000000" w:themeColor="text1"/>
          <w:sz w:val="24"/>
          <w:szCs w:val="24"/>
          <w:lang w:val="nl-NL"/>
        </w:rPr>
        <w:t>______</w:t>
      </w:r>
      <w:r w:rsidRPr="00A702E8">
        <w:rPr>
          <w:rFonts w:ascii="GHEA Grapalat" w:hAnsi="GHEA Grapalat"/>
          <w:bCs/>
          <w:color w:val="000000" w:themeColor="text1"/>
          <w:lang w:val="nl-NL"/>
        </w:rPr>
        <w:t xml:space="preserve">  </w:t>
      </w:r>
      <w:r w:rsidRPr="00A702E8">
        <w:rPr>
          <w:rFonts w:ascii="GHEA Grapalat" w:hAnsi="GHEA Grapalat"/>
          <w:bCs/>
          <w:color w:val="000000" w:themeColor="text1"/>
          <w:lang w:val="en-US"/>
        </w:rPr>
        <w:t>որոշումով</w:t>
      </w:r>
      <w:r w:rsidRPr="00A702E8">
        <w:rPr>
          <w:rFonts w:ascii="GHEA Grapalat" w:hAnsi="GHEA Grapalat"/>
          <w:bCs/>
          <w:color w:val="000000" w:themeColor="text1"/>
          <w:lang w:val="nl-NL"/>
        </w:rPr>
        <w:t xml:space="preserve"> </w:t>
      </w:r>
    </w:p>
    <w:p w14:paraId="34EAEBC8" w14:textId="77777777" w:rsidR="009A0AC0" w:rsidRPr="00A702E8" w:rsidRDefault="009A0AC0" w:rsidP="009A0AC0">
      <w:pPr>
        <w:ind w:left="720" w:hanging="720"/>
        <w:jc w:val="right"/>
        <w:rPr>
          <w:rFonts w:ascii="GHEA Grapalat" w:hAnsi="GHEA Grapalat"/>
          <w:bCs/>
          <w:color w:val="000000" w:themeColor="text1"/>
          <w:lang w:val="nl-NL"/>
        </w:rPr>
      </w:pPr>
      <w:r w:rsidRPr="00A702E8">
        <w:rPr>
          <w:rFonts w:ascii="GHEA Grapalat" w:hAnsi="GHEA Grapalat"/>
          <w:bCs/>
          <w:color w:val="000000" w:themeColor="text1"/>
          <w:lang w:val="nl-NL"/>
        </w:rPr>
        <w:t xml:space="preserve"> </w:t>
      </w:r>
      <w:r w:rsidRPr="00A702E8">
        <w:rPr>
          <w:rFonts w:ascii="GHEA Grapalat" w:hAnsi="GHEA Grapalat"/>
          <w:bCs/>
          <w:color w:val="000000" w:themeColor="text1"/>
          <w:lang w:val="en-US"/>
        </w:rPr>
        <w:t>հանդիսանում</w:t>
      </w:r>
      <w:r w:rsidRPr="00A702E8">
        <w:rPr>
          <w:rFonts w:ascii="GHEA Grapalat" w:hAnsi="GHEA Grapalat"/>
          <w:bCs/>
          <w:color w:val="000000" w:themeColor="text1"/>
          <w:lang w:val="nl-NL"/>
        </w:rPr>
        <w:t xml:space="preserve"> </w:t>
      </w:r>
      <w:r w:rsidRPr="00A702E8">
        <w:rPr>
          <w:rFonts w:ascii="GHEA Grapalat" w:hAnsi="GHEA Grapalat"/>
          <w:bCs/>
          <w:color w:val="000000" w:themeColor="text1"/>
          <w:lang w:val="en-US"/>
        </w:rPr>
        <w:t>է</w:t>
      </w:r>
      <w:r w:rsidRPr="00A702E8">
        <w:rPr>
          <w:rFonts w:ascii="GHEA Grapalat" w:hAnsi="GHEA Grapalat"/>
          <w:bCs/>
          <w:color w:val="000000" w:themeColor="text1"/>
          <w:lang w:val="nl-NL"/>
        </w:rPr>
        <w:t xml:space="preserve"> «</w:t>
      </w:r>
      <w:r w:rsidRPr="00A702E8">
        <w:rPr>
          <w:rFonts w:ascii="GHEA Grapalat" w:hAnsi="GHEA Grapalat"/>
          <w:b/>
          <w:color w:val="000000" w:themeColor="text1"/>
          <w:sz w:val="24"/>
          <w:szCs w:val="24"/>
          <w:lang w:val="nl-NL"/>
        </w:rPr>
        <w:t>____________________________________</w:t>
      </w:r>
      <w:r w:rsidRPr="00A702E8">
        <w:rPr>
          <w:rFonts w:ascii="GHEA Grapalat" w:hAnsi="GHEA Grapalat"/>
          <w:bCs/>
          <w:color w:val="000000" w:themeColor="text1"/>
          <w:lang w:val="nl-NL"/>
        </w:rPr>
        <w:t xml:space="preserve">» </w:t>
      </w:r>
    </w:p>
    <w:p w14:paraId="33643757" w14:textId="76BBF131" w:rsidR="009A0AC0" w:rsidRPr="00A702E8" w:rsidRDefault="009A0AC0" w:rsidP="009A0AC0">
      <w:pPr>
        <w:ind w:left="720" w:hanging="720"/>
        <w:rPr>
          <w:rFonts w:ascii="GHEA Grapalat" w:hAnsi="GHEA Grapalat"/>
          <w:bCs/>
          <w:color w:val="000000" w:themeColor="text1"/>
          <w:lang w:val="nl-NL"/>
        </w:rPr>
      </w:pPr>
      <w:r w:rsidRPr="00A702E8">
        <w:rPr>
          <w:rFonts w:ascii="GHEA Grapalat" w:hAnsi="GHEA Grapalat"/>
          <w:bCs/>
          <w:color w:val="000000" w:themeColor="text1"/>
          <w:lang w:val="nl-NL"/>
        </w:rPr>
        <w:t xml:space="preserve">                </w:t>
      </w:r>
      <w:r w:rsidR="006C6DFA" w:rsidRPr="00A702E8">
        <w:rPr>
          <w:rFonts w:ascii="GHEA Grapalat" w:hAnsi="GHEA Grapalat"/>
          <w:bCs/>
          <w:color w:val="000000" w:themeColor="text1"/>
          <w:lang w:val="nl-NL"/>
        </w:rPr>
        <w:tab/>
      </w:r>
      <w:r w:rsidR="006C6DFA" w:rsidRPr="00A702E8">
        <w:rPr>
          <w:rFonts w:ascii="GHEA Grapalat" w:hAnsi="GHEA Grapalat"/>
          <w:bCs/>
          <w:color w:val="000000" w:themeColor="text1"/>
          <w:lang w:val="nl-NL"/>
        </w:rPr>
        <w:tab/>
      </w:r>
      <w:r w:rsidR="006C6DFA" w:rsidRPr="00A702E8">
        <w:rPr>
          <w:rFonts w:ascii="GHEA Grapalat" w:hAnsi="GHEA Grapalat"/>
          <w:bCs/>
          <w:color w:val="000000" w:themeColor="text1"/>
          <w:lang w:val="nl-NL"/>
        </w:rPr>
        <w:tab/>
      </w:r>
      <w:r w:rsidR="006C6DFA" w:rsidRPr="00A702E8">
        <w:rPr>
          <w:rFonts w:ascii="GHEA Grapalat" w:hAnsi="GHEA Grapalat"/>
          <w:bCs/>
          <w:color w:val="000000" w:themeColor="text1"/>
          <w:lang w:val="nl-NL"/>
        </w:rPr>
        <w:tab/>
      </w:r>
      <w:r w:rsidRPr="00A702E8">
        <w:rPr>
          <w:rFonts w:ascii="GHEA Grapalat" w:hAnsi="GHEA Grapalat"/>
          <w:bCs/>
          <w:color w:val="000000" w:themeColor="text1"/>
          <w:lang w:val="en-US"/>
        </w:rPr>
        <w:t>որակավորման</w:t>
      </w:r>
      <w:r w:rsidRPr="00A702E8">
        <w:rPr>
          <w:rFonts w:ascii="GHEA Grapalat" w:hAnsi="GHEA Grapalat"/>
          <w:bCs/>
          <w:color w:val="000000" w:themeColor="text1"/>
          <w:lang w:val="nl-NL"/>
        </w:rPr>
        <w:t xml:space="preserve"> </w:t>
      </w:r>
      <w:r w:rsidRPr="00A702E8">
        <w:rPr>
          <w:rFonts w:ascii="GHEA Grapalat" w:hAnsi="GHEA Grapalat"/>
          <w:bCs/>
          <w:color w:val="000000" w:themeColor="text1"/>
          <w:lang w:val="en-US"/>
        </w:rPr>
        <w:t>մոդուլային</w:t>
      </w:r>
      <w:r w:rsidRPr="00A702E8">
        <w:rPr>
          <w:rFonts w:ascii="GHEA Grapalat" w:hAnsi="GHEA Grapalat"/>
          <w:bCs/>
          <w:color w:val="000000" w:themeColor="text1"/>
          <w:lang w:val="nl-NL"/>
        </w:rPr>
        <w:t xml:space="preserve"> </w:t>
      </w:r>
      <w:r w:rsidRPr="00A702E8">
        <w:rPr>
          <w:rFonts w:ascii="GHEA Grapalat" w:hAnsi="GHEA Grapalat"/>
          <w:bCs/>
          <w:color w:val="000000" w:themeColor="text1"/>
          <w:lang w:val="en-US"/>
        </w:rPr>
        <w:t>ծրագրի</w:t>
      </w:r>
      <w:r w:rsidRPr="00A702E8">
        <w:rPr>
          <w:rFonts w:ascii="GHEA Grapalat" w:hAnsi="GHEA Grapalat"/>
          <w:bCs/>
          <w:color w:val="000000" w:themeColor="text1"/>
          <w:lang w:val="nl-NL"/>
        </w:rPr>
        <w:t xml:space="preserve"> բաղկացուցիչ մաս</w:t>
      </w:r>
    </w:p>
    <w:p w14:paraId="26ABDCB9" w14:textId="77777777" w:rsidR="009A0AC0" w:rsidRPr="00A702E8" w:rsidRDefault="009A0AC0" w:rsidP="009A0AC0">
      <w:pPr>
        <w:ind w:left="720" w:hanging="720"/>
        <w:jc w:val="right"/>
        <w:rPr>
          <w:rFonts w:ascii="GHEA Grapalat" w:hAnsi="GHEA Grapalat"/>
          <w:b/>
          <w:color w:val="000000" w:themeColor="text1"/>
          <w:lang w:val="nl-NL"/>
        </w:rPr>
      </w:pPr>
    </w:p>
    <w:p w14:paraId="416C6F2A" w14:textId="77777777" w:rsidR="009A0AC0" w:rsidRPr="00A702E8" w:rsidRDefault="009A0AC0" w:rsidP="009A0AC0">
      <w:pPr>
        <w:numPr>
          <w:ilvl w:val="0"/>
          <w:numId w:val="11"/>
        </w:numPr>
        <w:spacing w:after="0" w:line="276" w:lineRule="auto"/>
        <w:ind w:hanging="720"/>
        <w:jc w:val="center"/>
        <w:rPr>
          <w:rFonts w:ascii="GHEA Grapalat" w:hAnsi="GHEA Grapalat"/>
          <w:b/>
          <w:color w:val="000000" w:themeColor="text1"/>
          <w:sz w:val="24"/>
          <w:szCs w:val="24"/>
          <w:lang w:val="nl-NL"/>
        </w:rPr>
      </w:pPr>
      <w:r w:rsidRPr="00A702E8">
        <w:rPr>
          <w:rFonts w:ascii="GHEA Grapalat" w:eastAsia="GHEA Grapalat" w:hAnsi="GHEA Grapalat" w:cs="GHEA Grapalat"/>
          <w:b/>
          <w:color w:val="000000" w:themeColor="text1"/>
          <w:sz w:val="24"/>
          <w:szCs w:val="24"/>
          <w:lang w:val="en-US" w:eastAsia="hy-AM"/>
        </w:rPr>
        <w:t>ԱՀՈՒ</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ծրագրի</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ընդհանուր</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նկարագիրը</w:t>
      </w:r>
    </w:p>
    <w:p w14:paraId="77F16E47" w14:textId="77777777" w:rsidR="009A0AC0" w:rsidRPr="00A702E8" w:rsidRDefault="009A0AC0" w:rsidP="009A0AC0">
      <w:pPr>
        <w:ind w:left="720" w:hanging="720"/>
        <w:jc w:val="both"/>
        <w:rPr>
          <w:rFonts w:ascii="GHEA Grapalat" w:hAnsi="GHEA Grapalat"/>
          <w:bCs/>
          <w:color w:val="000000" w:themeColor="text1"/>
          <w:sz w:val="24"/>
          <w:szCs w:val="24"/>
          <w:lang w:val="nl-NL"/>
        </w:rPr>
      </w:pPr>
    </w:p>
    <w:p w14:paraId="3AB33FD3" w14:textId="77777777" w:rsidR="006C6DFA" w:rsidRPr="00A702E8" w:rsidRDefault="009A0AC0" w:rsidP="009A0AC0">
      <w:pPr>
        <w:numPr>
          <w:ilvl w:val="1"/>
          <w:numId w:val="11"/>
        </w:numPr>
        <w:spacing w:after="0" w:line="276" w:lineRule="auto"/>
        <w:ind w:left="720"/>
        <w:jc w:val="both"/>
        <w:rPr>
          <w:rFonts w:ascii="GHEA Grapalat" w:hAnsi="GHEA Grapalat"/>
          <w:bCs/>
          <w:color w:val="000000" w:themeColor="text1"/>
          <w:lang w:val="nl-NL"/>
        </w:rPr>
      </w:pPr>
      <w:r w:rsidRPr="00A702E8">
        <w:rPr>
          <w:rFonts w:ascii="GHEA Grapalat" w:hAnsi="GHEA Grapalat"/>
          <w:bCs/>
          <w:color w:val="000000" w:themeColor="text1"/>
          <w:sz w:val="24"/>
          <w:szCs w:val="24"/>
          <w:lang w:val="en-US"/>
        </w:rPr>
        <w:t xml:space="preserve">     </w:t>
      </w:r>
      <w:r w:rsidRPr="00A702E8">
        <w:rPr>
          <w:rFonts w:ascii="GHEA Grapalat" w:hAnsi="GHEA Grapalat"/>
          <w:b/>
          <w:color w:val="000000" w:themeColor="text1"/>
          <w:sz w:val="24"/>
          <w:szCs w:val="24"/>
          <w:lang w:val="en-US"/>
        </w:rPr>
        <w:t>Ոլորտային</w:t>
      </w:r>
      <w:r w:rsidRPr="00A702E8">
        <w:rPr>
          <w:rFonts w:ascii="GHEA Grapalat" w:hAnsi="GHEA Grapalat"/>
          <w:b/>
          <w:color w:val="000000" w:themeColor="text1"/>
          <w:sz w:val="24"/>
          <w:szCs w:val="24"/>
          <w:lang w:val="nl-NL"/>
        </w:rPr>
        <w:t xml:space="preserve"> </w:t>
      </w:r>
      <w:r w:rsidRPr="00A702E8">
        <w:rPr>
          <w:rFonts w:ascii="GHEA Grapalat" w:hAnsi="GHEA Grapalat"/>
          <w:b/>
          <w:color w:val="000000" w:themeColor="text1"/>
          <w:sz w:val="24"/>
          <w:szCs w:val="24"/>
          <w:lang w:val="en-US"/>
        </w:rPr>
        <w:t>որակավորման</w:t>
      </w:r>
      <w:r w:rsidRPr="00A702E8">
        <w:rPr>
          <w:rFonts w:ascii="GHEA Grapalat" w:hAnsi="GHEA Grapalat"/>
          <w:b/>
          <w:color w:val="000000" w:themeColor="text1"/>
          <w:sz w:val="24"/>
          <w:szCs w:val="24"/>
          <w:lang w:val="nl-NL"/>
        </w:rPr>
        <w:t xml:space="preserve"> </w:t>
      </w:r>
      <w:r w:rsidRPr="00A702E8">
        <w:rPr>
          <w:rFonts w:ascii="GHEA Grapalat" w:hAnsi="GHEA Grapalat"/>
          <w:b/>
          <w:color w:val="000000" w:themeColor="text1"/>
          <w:sz w:val="24"/>
          <w:szCs w:val="24"/>
          <w:lang w:val="en-US"/>
        </w:rPr>
        <w:t>շրջանակի</w:t>
      </w:r>
      <w:r w:rsidRPr="00A702E8">
        <w:rPr>
          <w:rFonts w:ascii="GHEA Grapalat" w:hAnsi="GHEA Grapalat"/>
          <w:b/>
          <w:color w:val="000000" w:themeColor="text1"/>
          <w:sz w:val="24"/>
          <w:szCs w:val="24"/>
          <w:lang w:val="nl-NL"/>
        </w:rPr>
        <w:t xml:space="preserve"> </w:t>
      </w:r>
      <w:r w:rsidRPr="00A702E8">
        <w:rPr>
          <w:rFonts w:ascii="GHEA Grapalat" w:hAnsi="GHEA Grapalat"/>
          <w:b/>
          <w:color w:val="000000" w:themeColor="text1"/>
          <w:sz w:val="24"/>
          <w:szCs w:val="24"/>
          <w:lang w:val="en-US"/>
        </w:rPr>
        <w:t>դասիչը</w:t>
      </w:r>
      <w:r w:rsidRPr="00A702E8">
        <w:rPr>
          <w:rFonts w:ascii="GHEA Grapalat" w:hAnsi="GHEA Grapalat"/>
          <w:b/>
          <w:color w:val="000000" w:themeColor="text1"/>
          <w:sz w:val="24"/>
          <w:szCs w:val="24"/>
          <w:lang w:val="nl-NL"/>
        </w:rPr>
        <w:t xml:space="preserve">   </w:t>
      </w:r>
    </w:p>
    <w:p w14:paraId="586E4B2A" w14:textId="77777777" w:rsidR="006C6DFA" w:rsidRPr="00A702E8" w:rsidRDefault="006C6DFA" w:rsidP="006C6DFA">
      <w:pPr>
        <w:spacing w:after="0" w:line="276" w:lineRule="auto"/>
        <w:ind w:left="720"/>
        <w:jc w:val="both"/>
        <w:rPr>
          <w:rFonts w:ascii="GHEA Grapalat" w:hAnsi="GHEA Grapalat"/>
          <w:b/>
          <w:color w:val="000000" w:themeColor="text1"/>
          <w:sz w:val="24"/>
          <w:szCs w:val="24"/>
          <w:lang w:val="nl-NL"/>
        </w:rPr>
      </w:pPr>
    </w:p>
    <w:p w14:paraId="042099B3" w14:textId="78E3DBA5" w:rsidR="009A0AC0" w:rsidRPr="00A702E8" w:rsidRDefault="009A0AC0" w:rsidP="00E879BF">
      <w:pPr>
        <w:spacing w:after="0" w:line="276" w:lineRule="auto"/>
        <w:ind w:left="720"/>
        <w:jc w:val="both"/>
        <w:rPr>
          <w:rFonts w:ascii="GHEA Grapalat" w:hAnsi="GHEA Grapalat"/>
          <w:bCs/>
          <w:color w:val="000000" w:themeColor="text1"/>
          <w:lang w:val="nl-NL"/>
        </w:rPr>
      </w:pPr>
      <w:r w:rsidRPr="00A702E8">
        <w:rPr>
          <w:rFonts w:ascii="GHEA Grapalat" w:hAnsi="GHEA Grapalat"/>
          <w:b/>
          <w:color w:val="000000" w:themeColor="text1"/>
          <w:sz w:val="24"/>
          <w:szCs w:val="24"/>
        </w:rPr>
        <w:t>____________________________________________________</w:t>
      </w:r>
      <w:r w:rsidRPr="00A702E8">
        <w:rPr>
          <w:rFonts w:ascii="GHEA Grapalat" w:hAnsi="GHEA Grapalat"/>
          <w:b/>
          <w:color w:val="000000" w:themeColor="text1"/>
          <w:sz w:val="24"/>
          <w:szCs w:val="24"/>
          <w:lang w:val="en-US"/>
        </w:rPr>
        <w:t>______</w:t>
      </w:r>
      <w:r w:rsidRPr="00A702E8">
        <w:rPr>
          <w:rFonts w:ascii="GHEA Grapalat" w:hAnsi="GHEA Grapalat"/>
          <w:b/>
          <w:color w:val="000000" w:themeColor="text1"/>
          <w:sz w:val="24"/>
          <w:szCs w:val="24"/>
        </w:rPr>
        <w:t>_______</w:t>
      </w:r>
    </w:p>
    <w:p w14:paraId="71B51DE6" w14:textId="4D5784F6" w:rsidR="009A0AC0" w:rsidRPr="00A702E8" w:rsidRDefault="009A0AC0" w:rsidP="009A0AC0">
      <w:pPr>
        <w:ind w:left="720" w:hanging="720"/>
        <w:jc w:val="both"/>
        <w:rPr>
          <w:rFonts w:ascii="GHEA Grapalat" w:hAnsi="GHEA Grapalat"/>
          <w:bCs/>
          <w:i/>
          <w:iCs/>
          <w:color w:val="000000" w:themeColor="text1"/>
          <w:lang w:val="nl-NL"/>
        </w:rPr>
      </w:pPr>
      <w:r w:rsidRPr="00A702E8">
        <w:rPr>
          <w:rFonts w:ascii="GHEA Grapalat" w:hAnsi="GHEA Grapalat"/>
          <w:bCs/>
          <w:color w:val="000000" w:themeColor="text1"/>
          <w:sz w:val="24"/>
          <w:szCs w:val="24"/>
          <w:lang w:val="nl-NL"/>
        </w:rPr>
        <w:t xml:space="preserve">  </w:t>
      </w:r>
      <w:r w:rsidRPr="00A702E8">
        <w:rPr>
          <w:rFonts w:ascii="GHEA Grapalat" w:hAnsi="GHEA Grapalat"/>
          <w:bCs/>
          <w:color w:val="000000" w:themeColor="text1"/>
          <w:sz w:val="24"/>
          <w:szCs w:val="24"/>
          <w:lang w:val="nl-NL"/>
        </w:rPr>
        <w:tab/>
      </w:r>
      <w:r w:rsidRPr="00A702E8">
        <w:rPr>
          <w:rFonts w:ascii="GHEA Grapalat" w:hAnsi="GHEA Grapalat"/>
          <w:bCs/>
          <w:color w:val="000000" w:themeColor="text1"/>
          <w:sz w:val="24"/>
          <w:szCs w:val="24"/>
          <w:lang w:val="nl-NL"/>
        </w:rPr>
        <w:tab/>
      </w:r>
      <w:bookmarkStart w:id="5" w:name="_Hlk239348225"/>
      <w:r w:rsidRPr="00A702E8">
        <w:rPr>
          <w:rFonts w:ascii="GHEA Grapalat" w:hAnsi="GHEA Grapalat"/>
          <w:bCs/>
          <w:i/>
          <w:iCs/>
          <w:color w:val="000000" w:themeColor="text1"/>
          <w:sz w:val="24"/>
          <w:szCs w:val="24"/>
          <w:lang w:val="nl-NL"/>
        </w:rPr>
        <w:t xml:space="preserve"> [</w:t>
      </w:r>
      <w:r w:rsidRPr="00A702E8">
        <w:rPr>
          <w:rFonts w:ascii="GHEA Grapalat" w:hAnsi="GHEA Grapalat"/>
          <w:bCs/>
          <w:i/>
          <w:iCs/>
          <w:color w:val="000000" w:themeColor="text1"/>
          <w:lang w:val="hy-AM"/>
        </w:rPr>
        <w:t>Ն</w:t>
      </w:r>
      <w:r w:rsidRPr="00A702E8">
        <w:rPr>
          <w:rFonts w:ascii="GHEA Grapalat" w:hAnsi="GHEA Grapalat"/>
          <w:bCs/>
          <w:i/>
          <w:iCs/>
          <w:color w:val="000000" w:themeColor="text1"/>
          <w:lang w:val="en-US"/>
        </w:rPr>
        <w:t>շել</w:t>
      </w:r>
      <w:r w:rsidRPr="00A702E8">
        <w:rPr>
          <w:rFonts w:ascii="GHEA Grapalat" w:hAnsi="GHEA Grapalat"/>
          <w:bCs/>
          <w:i/>
          <w:iCs/>
          <w:color w:val="000000" w:themeColor="text1"/>
          <w:lang w:val="nl-NL"/>
        </w:rPr>
        <w:t xml:space="preserve"> ՈՈՇ-ի </w:t>
      </w:r>
      <w:bookmarkEnd w:id="5"/>
      <w:r w:rsidRPr="00A702E8">
        <w:rPr>
          <w:rFonts w:ascii="GHEA Grapalat" w:hAnsi="GHEA Grapalat"/>
          <w:bCs/>
          <w:i/>
          <w:iCs/>
          <w:color w:val="000000" w:themeColor="text1"/>
          <w:lang w:val="nl-NL"/>
        </w:rPr>
        <w:t>դասիչը, կոդը]</w:t>
      </w:r>
      <w:r w:rsidRPr="00A702E8">
        <w:rPr>
          <w:rStyle w:val="FootnoteReference"/>
          <w:rFonts w:ascii="GHEA Grapalat" w:hAnsi="GHEA Grapalat"/>
          <w:bCs/>
          <w:color w:val="000000" w:themeColor="text1"/>
          <w:lang w:val="nl-NL"/>
        </w:rPr>
        <w:footnoteReference w:id="1"/>
      </w:r>
    </w:p>
    <w:p w14:paraId="4C48F165" w14:textId="77777777" w:rsidR="009A0AC0" w:rsidRPr="00A702E8" w:rsidRDefault="009A0AC0" w:rsidP="009A0AC0">
      <w:pPr>
        <w:ind w:left="720" w:hanging="720"/>
        <w:jc w:val="both"/>
        <w:rPr>
          <w:rFonts w:ascii="GHEA Grapalat" w:hAnsi="GHEA Grapalat"/>
          <w:bCs/>
          <w:color w:val="000000" w:themeColor="text1"/>
          <w:sz w:val="24"/>
          <w:szCs w:val="24"/>
          <w:lang w:val="nl-NL"/>
        </w:rPr>
      </w:pPr>
    </w:p>
    <w:p w14:paraId="3B969D2A" w14:textId="77777777" w:rsidR="006C6DFA" w:rsidRPr="00A702E8" w:rsidRDefault="009A0AC0" w:rsidP="009A0AC0">
      <w:pPr>
        <w:numPr>
          <w:ilvl w:val="1"/>
          <w:numId w:val="11"/>
        </w:numPr>
        <w:spacing w:after="0" w:line="276" w:lineRule="auto"/>
        <w:ind w:left="720"/>
        <w:jc w:val="both"/>
        <w:rPr>
          <w:rFonts w:ascii="GHEA Grapalat" w:hAnsi="GHEA Grapalat"/>
          <w:b/>
          <w:color w:val="000000" w:themeColor="text1"/>
          <w:sz w:val="24"/>
          <w:szCs w:val="24"/>
          <w:lang w:val="en-US"/>
        </w:rPr>
      </w:pPr>
      <w:r w:rsidRPr="00A702E8">
        <w:rPr>
          <w:rFonts w:ascii="GHEA Grapalat" w:hAnsi="GHEA Grapalat"/>
          <w:b/>
          <w:color w:val="000000" w:themeColor="text1"/>
          <w:sz w:val="24"/>
          <w:szCs w:val="24"/>
          <w:lang w:val="en-US"/>
        </w:rPr>
        <w:t>Որակավորման (միկրոորակավորման) անվանումը, կոդը</w:t>
      </w:r>
      <w:r w:rsidRPr="00A702E8">
        <w:rPr>
          <w:rFonts w:ascii="GHEA Grapalat" w:hAnsi="GHEA Grapalat"/>
          <w:bCs/>
          <w:color w:val="000000" w:themeColor="text1"/>
          <w:sz w:val="24"/>
          <w:szCs w:val="24"/>
          <w:lang w:val="en-US"/>
        </w:rPr>
        <w:t xml:space="preserve"> </w:t>
      </w:r>
    </w:p>
    <w:p w14:paraId="5663F523" w14:textId="77777777" w:rsidR="006C6DFA" w:rsidRPr="00A702E8" w:rsidRDefault="006C6DFA" w:rsidP="006C6DFA">
      <w:pPr>
        <w:spacing w:after="0" w:line="276" w:lineRule="auto"/>
        <w:ind w:left="720"/>
        <w:jc w:val="both"/>
        <w:rPr>
          <w:rFonts w:ascii="GHEA Grapalat" w:hAnsi="GHEA Grapalat"/>
          <w:bCs/>
          <w:color w:val="000000" w:themeColor="text1"/>
          <w:sz w:val="24"/>
          <w:szCs w:val="24"/>
          <w:lang w:val="en-US"/>
        </w:rPr>
      </w:pPr>
    </w:p>
    <w:p w14:paraId="25619ED0" w14:textId="2DD16D89" w:rsidR="009A0AC0" w:rsidRPr="00A702E8" w:rsidRDefault="009A0AC0" w:rsidP="00E879BF">
      <w:pPr>
        <w:spacing w:after="0" w:line="276" w:lineRule="auto"/>
        <w:ind w:left="720"/>
        <w:jc w:val="both"/>
        <w:rPr>
          <w:rFonts w:ascii="GHEA Grapalat" w:hAnsi="GHEA Grapalat"/>
          <w:b/>
          <w:color w:val="000000" w:themeColor="text1"/>
          <w:sz w:val="24"/>
          <w:szCs w:val="24"/>
          <w:lang w:val="en-US"/>
        </w:rPr>
      </w:pPr>
      <w:r w:rsidRPr="00A702E8">
        <w:rPr>
          <w:rFonts w:ascii="GHEA Grapalat" w:hAnsi="GHEA Grapalat"/>
          <w:b/>
          <w:color w:val="000000" w:themeColor="text1"/>
          <w:sz w:val="24"/>
          <w:szCs w:val="24"/>
        </w:rPr>
        <w:t>__________________________________________________</w:t>
      </w:r>
      <w:r w:rsidRPr="00A702E8">
        <w:rPr>
          <w:rFonts w:ascii="GHEA Grapalat" w:hAnsi="GHEA Grapalat"/>
          <w:b/>
          <w:color w:val="000000" w:themeColor="text1"/>
          <w:sz w:val="24"/>
          <w:szCs w:val="24"/>
          <w:lang w:val="en-US"/>
        </w:rPr>
        <w:t>______</w:t>
      </w:r>
    </w:p>
    <w:p w14:paraId="2D16535A" w14:textId="109ECB8E" w:rsidR="009A0AC0" w:rsidRPr="00A702E8" w:rsidRDefault="009A0AC0" w:rsidP="00BE253B">
      <w:pPr>
        <w:spacing w:after="0" w:line="240" w:lineRule="auto"/>
        <w:ind w:left="720" w:hanging="720"/>
        <w:jc w:val="both"/>
        <w:rPr>
          <w:rFonts w:ascii="GHEA Grapalat" w:hAnsi="GHEA Grapalat"/>
          <w:bCs/>
          <w:i/>
          <w:iCs/>
          <w:color w:val="000000" w:themeColor="text1"/>
          <w:lang w:val="en-US"/>
        </w:rPr>
      </w:pPr>
      <w:r w:rsidRPr="00A702E8">
        <w:rPr>
          <w:rFonts w:ascii="GHEA Grapalat" w:hAnsi="GHEA Grapalat"/>
          <w:bCs/>
          <w:i/>
          <w:iCs/>
          <w:color w:val="000000" w:themeColor="text1"/>
          <w:lang w:val="en-US"/>
        </w:rPr>
        <w:t xml:space="preserve">[Նշել որակավորման մոդուլային ծրագրի </w:t>
      </w:r>
      <w:r w:rsidR="00BE253B" w:rsidRPr="00A702E8">
        <w:rPr>
          <w:rFonts w:ascii="GHEA Grapalat" w:hAnsi="GHEA Grapalat"/>
          <w:bCs/>
          <w:i/>
          <w:iCs/>
          <w:color w:val="000000" w:themeColor="text1"/>
          <w:lang w:val="en-US"/>
        </w:rPr>
        <w:t>ՄՈՒՀ-</w:t>
      </w:r>
      <w:r w:rsidRPr="00A702E8">
        <w:rPr>
          <w:rFonts w:ascii="GHEA Grapalat" w:hAnsi="GHEA Grapalat"/>
          <w:bCs/>
          <w:i/>
          <w:iCs/>
          <w:color w:val="000000" w:themeColor="text1"/>
          <w:lang w:val="en-US"/>
        </w:rPr>
        <w:t xml:space="preserve">ի կոդը, որը հաստատված է որպես     </w:t>
      </w:r>
    </w:p>
    <w:p w14:paraId="4C88699A" w14:textId="77777777" w:rsidR="009A0AC0" w:rsidRPr="00A702E8" w:rsidRDefault="009A0AC0" w:rsidP="00BE253B">
      <w:pPr>
        <w:spacing w:after="0" w:line="240" w:lineRule="auto"/>
        <w:ind w:left="720" w:hanging="720"/>
        <w:jc w:val="both"/>
        <w:rPr>
          <w:rFonts w:ascii="GHEA Grapalat" w:hAnsi="GHEA Grapalat"/>
          <w:bCs/>
          <w:i/>
          <w:iCs/>
          <w:color w:val="000000" w:themeColor="text1"/>
          <w:lang w:val="en-US"/>
        </w:rPr>
      </w:pPr>
      <w:r w:rsidRPr="00A702E8">
        <w:rPr>
          <w:rFonts w:ascii="GHEA Grapalat" w:hAnsi="GHEA Grapalat"/>
          <w:bCs/>
          <w:i/>
          <w:iCs/>
          <w:color w:val="000000" w:themeColor="text1"/>
          <w:lang w:val="en-US"/>
        </w:rPr>
        <w:t xml:space="preserve"> փորձարարական ծրագրի փաթեթի մաս կամ լիցենզավորվել է լիազոր մարմնի կողմից.</w:t>
      </w:r>
    </w:p>
    <w:p w14:paraId="284824D8" w14:textId="77777777" w:rsidR="009A0AC0" w:rsidRPr="00A702E8" w:rsidRDefault="009A0AC0" w:rsidP="00BE253B">
      <w:pPr>
        <w:spacing w:after="0" w:line="240" w:lineRule="auto"/>
        <w:ind w:left="720" w:hanging="720"/>
        <w:jc w:val="both"/>
        <w:rPr>
          <w:rFonts w:ascii="GHEA Grapalat" w:hAnsi="GHEA Grapalat"/>
          <w:bCs/>
          <w:i/>
          <w:iCs/>
          <w:color w:val="000000" w:themeColor="text1"/>
          <w:lang w:val="en-US"/>
        </w:rPr>
      </w:pPr>
      <w:r w:rsidRPr="00A702E8">
        <w:rPr>
          <w:rFonts w:ascii="GHEA Grapalat" w:hAnsi="GHEA Grapalat"/>
          <w:bCs/>
          <w:i/>
          <w:iCs/>
          <w:color w:val="000000" w:themeColor="text1"/>
          <w:lang w:val="en-US"/>
        </w:rPr>
        <w:t xml:space="preserve">Նշել անվանումը, նաև ուղղվածությունը, եթե առկա է։] </w:t>
      </w:r>
    </w:p>
    <w:p w14:paraId="72BA3B85" w14:textId="77777777" w:rsidR="009A0AC0" w:rsidRPr="00A702E8" w:rsidRDefault="009A0AC0" w:rsidP="009A0AC0">
      <w:pPr>
        <w:ind w:left="720" w:hanging="720"/>
        <w:jc w:val="both"/>
        <w:rPr>
          <w:rFonts w:ascii="GHEA Grapalat" w:hAnsi="GHEA Grapalat"/>
          <w:bCs/>
          <w:color w:val="000000" w:themeColor="text1"/>
          <w:sz w:val="24"/>
          <w:szCs w:val="24"/>
          <w:lang w:val="en-US"/>
        </w:rPr>
      </w:pPr>
    </w:p>
    <w:p w14:paraId="6D8A6156" w14:textId="77777777" w:rsidR="009A0AC0" w:rsidRPr="00A702E8" w:rsidRDefault="009A0AC0" w:rsidP="009A0AC0">
      <w:pPr>
        <w:numPr>
          <w:ilvl w:val="1"/>
          <w:numId w:val="11"/>
        </w:numPr>
        <w:shd w:val="clear" w:color="auto" w:fill="FFFFFF"/>
        <w:spacing w:after="0" w:line="276" w:lineRule="auto"/>
        <w:ind w:left="720"/>
        <w:contextualSpacing/>
        <w:jc w:val="both"/>
        <w:rPr>
          <w:rFonts w:ascii="GHEA Grapalat" w:eastAsia="GHEA Grapalat" w:hAnsi="GHEA Grapalat" w:cs="GHEA Grapalat"/>
          <w:bCs/>
          <w:color w:val="000000" w:themeColor="text1"/>
          <w:sz w:val="24"/>
          <w:szCs w:val="24"/>
          <w:lang w:val="en-US" w:eastAsia="hy-AM"/>
        </w:rPr>
      </w:pPr>
      <w:r w:rsidRPr="00A702E8">
        <w:rPr>
          <w:rFonts w:ascii="GHEA Grapalat" w:eastAsia="GHEA Grapalat" w:hAnsi="GHEA Grapalat" w:cs="GHEA Grapalat"/>
          <w:b/>
          <w:color w:val="000000" w:themeColor="text1"/>
          <w:sz w:val="24"/>
          <w:szCs w:val="24"/>
          <w:lang w:val="en-US" w:eastAsia="hy-AM"/>
        </w:rPr>
        <w:t>ԱՀՈՒ</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ձևը</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(դուալ ուսումնառություն, պրակտիկա, աշխատանքի ընթացքում ուսումնառություն)</w:t>
      </w:r>
    </w:p>
    <w:p w14:paraId="70C5228A" w14:textId="77777777" w:rsidR="009A0AC0" w:rsidRPr="00A702E8" w:rsidRDefault="009A0AC0" w:rsidP="00E879BF">
      <w:pPr>
        <w:shd w:val="clear" w:color="auto" w:fill="FFFFFF"/>
        <w:ind w:left="1440" w:hanging="720"/>
        <w:contextualSpacing/>
        <w:jc w:val="both"/>
        <w:rPr>
          <w:rFonts w:ascii="GHEA Grapalat" w:eastAsia="GHEA Grapalat" w:hAnsi="GHEA Grapalat" w:cs="GHEA Grapalat"/>
          <w:bCs/>
          <w:color w:val="000000" w:themeColor="text1"/>
          <w:sz w:val="24"/>
          <w:szCs w:val="24"/>
          <w:lang w:val="en-US" w:eastAsia="hy-AM"/>
        </w:rPr>
      </w:pPr>
      <w:r w:rsidRPr="00A702E8">
        <w:rPr>
          <w:rFonts w:ascii="GHEA Grapalat" w:eastAsia="GHEA Grapalat" w:hAnsi="GHEA Grapalat" w:cs="GHEA Grapalat"/>
          <w:bCs/>
          <w:color w:val="000000" w:themeColor="text1"/>
          <w:sz w:val="24"/>
          <w:szCs w:val="24"/>
          <w:lang w:val="en-US" w:eastAsia="hy-AM"/>
        </w:rPr>
        <w:t xml:space="preserve">□ </w:t>
      </w:r>
      <w:r w:rsidRPr="00A702E8">
        <w:rPr>
          <w:rFonts w:ascii="GHEA Grapalat" w:eastAsia="GHEA Grapalat" w:hAnsi="GHEA Grapalat" w:cs="GHEA Grapalat"/>
          <w:bCs/>
          <w:color w:val="000000" w:themeColor="text1"/>
          <w:sz w:val="24"/>
          <w:szCs w:val="24"/>
          <w:lang w:eastAsia="hy-AM"/>
        </w:rPr>
        <w:t>դուալ</w:t>
      </w:r>
      <w:r w:rsidRPr="00A702E8">
        <w:rPr>
          <w:rFonts w:ascii="GHEA Grapalat" w:eastAsia="GHEA Grapalat" w:hAnsi="GHEA Grapalat" w:cs="GHEA Grapalat"/>
          <w:bCs/>
          <w:color w:val="000000" w:themeColor="text1"/>
          <w:sz w:val="24"/>
          <w:szCs w:val="24"/>
          <w:lang w:val="en-US" w:eastAsia="hy-AM"/>
        </w:rPr>
        <w:t xml:space="preserve"> </w:t>
      </w:r>
    </w:p>
    <w:p w14:paraId="55CB038A" w14:textId="77777777" w:rsidR="009A0AC0" w:rsidRPr="00A702E8" w:rsidRDefault="009A0AC0" w:rsidP="00E879BF">
      <w:pPr>
        <w:shd w:val="clear" w:color="auto" w:fill="FFFFFF"/>
        <w:ind w:left="1440" w:hanging="720"/>
        <w:contextualSpacing/>
        <w:jc w:val="both"/>
        <w:rPr>
          <w:rFonts w:ascii="GHEA Grapalat" w:eastAsia="GHEA Grapalat" w:hAnsi="GHEA Grapalat" w:cs="GHEA Grapalat"/>
          <w:bCs/>
          <w:color w:val="000000" w:themeColor="text1"/>
          <w:sz w:val="24"/>
          <w:szCs w:val="24"/>
          <w:lang w:val="en-US" w:eastAsia="hy-AM"/>
        </w:rPr>
      </w:pPr>
      <w:r w:rsidRPr="00A702E8">
        <w:rPr>
          <w:rFonts w:ascii="GHEA Grapalat" w:eastAsia="GHEA Grapalat" w:hAnsi="GHEA Grapalat" w:cs="GHEA Grapalat"/>
          <w:bCs/>
          <w:color w:val="000000" w:themeColor="text1"/>
          <w:sz w:val="24"/>
          <w:szCs w:val="24"/>
          <w:lang w:val="en-US" w:eastAsia="hy-AM"/>
        </w:rPr>
        <w:lastRenderedPageBreak/>
        <w:t xml:space="preserve">□ </w:t>
      </w:r>
      <w:r w:rsidRPr="00A702E8">
        <w:rPr>
          <w:rFonts w:ascii="GHEA Grapalat" w:eastAsia="GHEA Grapalat" w:hAnsi="GHEA Grapalat" w:cs="GHEA Grapalat"/>
          <w:bCs/>
          <w:color w:val="000000" w:themeColor="text1"/>
          <w:sz w:val="24"/>
          <w:szCs w:val="24"/>
          <w:lang w:eastAsia="hy-AM"/>
        </w:rPr>
        <w:t>պրակտիկա</w:t>
      </w:r>
      <w:r w:rsidRPr="00A702E8">
        <w:rPr>
          <w:rFonts w:ascii="GHEA Grapalat" w:eastAsia="GHEA Grapalat" w:hAnsi="GHEA Grapalat" w:cs="GHEA Grapalat"/>
          <w:bCs/>
          <w:color w:val="000000" w:themeColor="text1"/>
          <w:sz w:val="24"/>
          <w:szCs w:val="24"/>
          <w:lang w:val="en-US" w:eastAsia="hy-AM"/>
        </w:rPr>
        <w:t xml:space="preserve"> </w:t>
      </w:r>
    </w:p>
    <w:p w14:paraId="6853A544" w14:textId="77777777" w:rsidR="009A0AC0" w:rsidRPr="00A702E8" w:rsidRDefault="009A0AC0" w:rsidP="00E879BF">
      <w:pPr>
        <w:shd w:val="clear" w:color="auto" w:fill="FFFFFF"/>
        <w:ind w:left="1440" w:hanging="720"/>
        <w:contextualSpacing/>
        <w:jc w:val="both"/>
        <w:rPr>
          <w:rFonts w:ascii="GHEA Grapalat" w:eastAsia="GHEA Grapalat" w:hAnsi="GHEA Grapalat" w:cs="GHEA Grapalat"/>
          <w:bCs/>
          <w:color w:val="000000" w:themeColor="text1"/>
          <w:sz w:val="24"/>
          <w:szCs w:val="24"/>
          <w:lang w:val="en-US" w:eastAsia="hy-AM"/>
        </w:rPr>
      </w:pPr>
      <w:r w:rsidRPr="00A702E8">
        <w:rPr>
          <w:rFonts w:ascii="GHEA Grapalat" w:eastAsia="GHEA Grapalat" w:hAnsi="GHEA Grapalat" w:cs="GHEA Grapalat"/>
          <w:bCs/>
          <w:color w:val="000000" w:themeColor="text1"/>
          <w:sz w:val="24"/>
          <w:szCs w:val="24"/>
          <w:lang w:val="en-US" w:eastAsia="hy-AM"/>
        </w:rPr>
        <w:t xml:space="preserve">□ </w:t>
      </w:r>
      <w:r w:rsidRPr="00A702E8">
        <w:rPr>
          <w:rFonts w:ascii="GHEA Grapalat" w:eastAsia="GHEA Grapalat" w:hAnsi="GHEA Grapalat" w:cs="GHEA Grapalat"/>
          <w:bCs/>
          <w:color w:val="000000" w:themeColor="text1"/>
          <w:sz w:val="24"/>
          <w:szCs w:val="24"/>
          <w:lang w:eastAsia="hy-AM"/>
        </w:rPr>
        <w:t>աշխատանքի</w:t>
      </w:r>
      <w:r w:rsidRPr="00A702E8">
        <w:rPr>
          <w:rFonts w:ascii="GHEA Grapalat" w:eastAsia="GHEA Grapalat" w:hAnsi="GHEA Grapalat" w:cs="GHEA Grapalat"/>
          <w:bCs/>
          <w:color w:val="000000" w:themeColor="text1"/>
          <w:sz w:val="24"/>
          <w:szCs w:val="24"/>
          <w:lang w:val="en-US" w:eastAsia="hy-AM"/>
        </w:rPr>
        <w:t xml:space="preserve"> </w:t>
      </w:r>
      <w:r w:rsidRPr="00A702E8">
        <w:rPr>
          <w:rFonts w:ascii="GHEA Grapalat" w:eastAsia="GHEA Grapalat" w:hAnsi="GHEA Grapalat" w:cs="GHEA Grapalat"/>
          <w:bCs/>
          <w:color w:val="000000" w:themeColor="text1"/>
          <w:sz w:val="24"/>
          <w:szCs w:val="24"/>
          <w:lang w:eastAsia="hy-AM"/>
        </w:rPr>
        <w:t>ընթացքում</w:t>
      </w:r>
      <w:r w:rsidRPr="00A702E8">
        <w:rPr>
          <w:rFonts w:ascii="GHEA Grapalat" w:eastAsia="GHEA Grapalat" w:hAnsi="GHEA Grapalat" w:cs="GHEA Grapalat"/>
          <w:bCs/>
          <w:color w:val="000000" w:themeColor="text1"/>
          <w:sz w:val="24"/>
          <w:szCs w:val="24"/>
          <w:lang w:val="en-US" w:eastAsia="hy-AM"/>
        </w:rPr>
        <w:t xml:space="preserve"> </w:t>
      </w:r>
      <w:r w:rsidRPr="00A702E8">
        <w:rPr>
          <w:rFonts w:ascii="GHEA Grapalat" w:eastAsia="GHEA Grapalat" w:hAnsi="GHEA Grapalat" w:cs="GHEA Grapalat"/>
          <w:bCs/>
          <w:color w:val="000000" w:themeColor="text1"/>
          <w:sz w:val="24"/>
          <w:szCs w:val="24"/>
          <w:lang w:eastAsia="hy-AM"/>
        </w:rPr>
        <w:t>ուսումնառություն</w:t>
      </w:r>
      <w:r w:rsidRPr="00A702E8">
        <w:rPr>
          <w:rFonts w:ascii="GHEA Grapalat" w:eastAsia="GHEA Grapalat" w:hAnsi="GHEA Grapalat" w:cs="GHEA Grapalat"/>
          <w:bCs/>
          <w:color w:val="000000" w:themeColor="text1"/>
          <w:sz w:val="24"/>
          <w:szCs w:val="24"/>
          <w:lang w:val="en-US" w:eastAsia="hy-AM"/>
        </w:rPr>
        <w:t xml:space="preserve"> (</w:t>
      </w:r>
      <w:r w:rsidRPr="00A702E8">
        <w:rPr>
          <w:rFonts w:ascii="GHEA Grapalat" w:eastAsia="GHEA Grapalat" w:hAnsi="GHEA Grapalat" w:cs="GHEA Grapalat"/>
          <w:bCs/>
          <w:color w:val="000000" w:themeColor="text1"/>
          <w:sz w:val="24"/>
          <w:szCs w:val="24"/>
          <w:lang w:eastAsia="hy-AM"/>
        </w:rPr>
        <w:t>դրսեկություն</w:t>
      </w:r>
      <w:r w:rsidRPr="00A702E8">
        <w:rPr>
          <w:rFonts w:ascii="GHEA Grapalat" w:eastAsia="GHEA Grapalat" w:hAnsi="GHEA Grapalat" w:cs="GHEA Grapalat"/>
          <w:bCs/>
          <w:color w:val="000000" w:themeColor="text1"/>
          <w:sz w:val="24"/>
          <w:szCs w:val="24"/>
          <w:lang w:val="en-US" w:eastAsia="hy-AM"/>
        </w:rPr>
        <w:t>)</w:t>
      </w:r>
    </w:p>
    <w:p w14:paraId="6BF7FD43" w14:textId="77777777" w:rsidR="009A0AC0" w:rsidRPr="00A702E8" w:rsidRDefault="009A0AC0" w:rsidP="009A0AC0">
      <w:pPr>
        <w:shd w:val="clear" w:color="auto" w:fill="FFFFFF"/>
        <w:ind w:left="720" w:hanging="720"/>
        <w:contextualSpacing/>
        <w:jc w:val="both"/>
        <w:rPr>
          <w:rFonts w:ascii="GHEA Grapalat" w:eastAsia="GHEA Grapalat" w:hAnsi="GHEA Grapalat" w:cs="GHEA Grapalat"/>
          <w:bCs/>
          <w:i/>
          <w:iCs/>
          <w:color w:val="000000" w:themeColor="text1"/>
          <w:lang w:val="en-US" w:eastAsia="hy-AM"/>
        </w:rPr>
      </w:pPr>
    </w:p>
    <w:p w14:paraId="23BBF232" w14:textId="77777777" w:rsidR="009A0AC0" w:rsidRPr="00A702E8" w:rsidRDefault="009A0AC0" w:rsidP="009A0AC0">
      <w:pPr>
        <w:shd w:val="clear" w:color="auto" w:fill="FFFFFF"/>
        <w:ind w:left="720" w:hanging="720"/>
        <w:contextualSpacing/>
        <w:jc w:val="both"/>
        <w:rPr>
          <w:rFonts w:ascii="GHEA Grapalat" w:eastAsia="GHEA Grapalat" w:hAnsi="GHEA Grapalat" w:cs="GHEA Grapalat"/>
          <w:bCs/>
          <w:i/>
          <w:iCs/>
          <w:color w:val="000000" w:themeColor="text1"/>
          <w:lang w:val="en-US" w:eastAsia="hy-AM"/>
        </w:rPr>
      </w:pPr>
      <w:r w:rsidRPr="00A702E8">
        <w:rPr>
          <w:rFonts w:ascii="GHEA Grapalat" w:eastAsia="GHEA Grapalat" w:hAnsi="GHEA Grapalat" w:cs="GHEA Grapalat"/>
          <w:bCs/>
          <w:i/>
          <w:iCs/>
          <w:color w:val="000000" w:themeColor="text1"/>
          <w:lang w:val="en-US" w:eastAsia="hy-AM"/>
        </w:rPr>
        <w:t xml:space="preserve">[ա) նշել ԱՀՈՒ այն ձևը, որով իրականացվելու է և որի կազմակերպման համար մշակվել է ԳԱՈՒ մոդուլային ծրագիրը։ </w:t>
      </w:r>
    </w:p>
    <w:p w14:paraId="7C472F91" w14:textId="77777777" w:rsidR="009A0AC0" w:rsidRPr="00A702E8" w:rsidRDefault="009A0AC0" w:rsidP="009A0AC0">
      <w:pPr>
        <w:shd w:val="clear" w:color="auto" w:fill="FFFFFF"/>
        <w:ind w:left="720" w:hanging="720"/>
        <w:contextualSpacing/>
        <w:jc w:val="both"/>
        <w:rPr>
          <w:rFonts w:ascii="GHEA Grapalat" w:eastAsia="GHEA Grapalat" w:hAnsi="GHEA Grapalat" w:cs="GHEA Grapalat"/>
          <w:bCs/>
          <w:i/>
          <w:iCs/>
          <w:color w:val="000000" w:themeColor="text1"/>
          <w:lang w:val="en-US" w:eastAsia="hy-AM"/>
        </w:rPr>
      </w:pPr>
      <w:r w:rsidRPr="00A702E8">
        <w:rPr>
          <w:rFonts w:ascii="GHEA Grapalat" w:eastAsia="GHEA Grapalat" w:hAnsi="GHEA Grapalat" w:cs="GHEA Grapalat"/>
          <w:bCs/>
          <w:i/>
          <w:iCs/>
          <w:color w:val="000000" w:themeColor="text1"/>
          <w:lang w:val="en-US" w:eastAsia="hy-AM"/>
        </w:rPr>
        <w:t xml:space="preserve"> բ) եթե ծրագիրը նախատեսվում է իրականացնել ԱՀՈՒ տարբեր ձևերով, ապա նշվում են այդ ձևերը և մշակվում տարբեր ծրագրեր՝ վերնագրում ընդգծելով տվյալ ձևը։  </w:t>
      </w:r>
    </w:p>
    <w:p w14:paraId="51F8D1D9" w14:textId="1D9DAA92" w:rsidR="009A0AC0" w:rsidRPr="00A702E8" w:rsidRDefault="009A0AC0" w:rsidP="009A0AC0">
      <w:pPr>
        <w:shd w:val="clear" w:color="auto" w:fill="FFFFFF"/>
        <w:ind w:left="720" w:hanging="720"/>
        <w:contextualSpacing/>
        <w:jc w:val="both"/>
        <w:rPr>
          <w:rFonts w:ascii="GHEA Grapalat" w:eastAsia="GHEA Grapalat" w:hAnsi="GHEA Grapalat" w:cs="GHEA Grapalat"/>
          <w:bCs/>
          <w:i/>
          <w:iCs/>
          <w:color w:val="000000" w:themeColor="text1"/>
          <w:lang w:val="en-US" w:eastAsia="hy-AM"/>
        </w:rPr>
      </w:pPr>
      <w:r w:rsidRPr="00A702E8">
        <w:rPr>
          <w:rFonts w:ascii="GHEA Grapalat" w:eastAsia="GHEA Grapalat" w:hAnsi="GHEA Grapalat" w:cs="GHEA Grapalat"/>
          <w:bCs/>
          <w:i/>
          <w:iCs/>
          <w:color w:val="000000" w:themeColor="text1"/>
          <w:lang w:val="en-US" w:eastAsia="hy-AM"/>
        </w:rPr>
        <w:t xml:space="preserve">գ) եթե ԳԱՈՒ-ն կազմակերպվելու է ռոտացիայի եղանակով, կամ տարբեր գործատուների մոտ, կամ հիբրիդային եղանակով կամ իմիտացիայի եղանակով կամ նշված մի քանի եղանակների կիրառումով, ապա դրա մասին նշում է կատարվում ԳԱՈՒ մոդուլային ծրագրի «Գնահատման միջոցը», «Մեթոդաբանություն և ռեսուրսներ« և «Ուսումնառության երաշխավորված ժամաքանակ» բաղադրիչներում։ Դրա անհնարինության դեպքում, մշակվում է ծրագրի առանձին հավելված ծրագիր։ </w:t>
      </w:r>
    </w:p>
    <w:p w14:paraId="51975B8E" w14:textId="44A5734A" w:rsidR="009A0AC0" w:rsidRPr="00A702E8" w:rsidRDefault="009A0AC0" w:rsidP="009A0AC0">
      <w:pPr>
        <w:shd w:val="clear" w:color="auto" w:fill="FFFFFF"/>
        <w:ind w:left="720" w:hanging="720"/>
        <w:contextualSpacing/>
        <w:jc w:val="both"/>
        <w:rPr>
          <w:rFonts w:ascii="GHEA Grapalat" w:eastAsia="GHEA Grapalat" w:hAnsi="GHEA Grapalat" w:cs="GHEA Grapalat"/>
          <w:bCs/>
          <w:i/>
          <w:iCs/>
          <w:color w:val="000000" w:themeColor="text1"/>
          <w:lang w:val="en-US" w:eastAsia="hy-AM"/>
        </w:rPr>
      </w:pPr>
      <w:r w:rsidRPr="00A702E8">
        <w:rPr>
          <w:rFonts w:ascii="GHEA Grapalat" w:eastAsia="GHEA Grapalat" w:hAnsi="GHEA Grapalat" w:cs="GHEA Grapalat"/>
          <w:bCs/>
          <w:i/>
          <w:iCs/>
          <w:color w:val="000000" w:themeColor="text1"/>
          <w:lang w:val="en-US" w:eastAsia="hy-AM"/>
        </w:rPr>
        <w:t>դ) եթե որակավորման մոդուլային ծրագրով նախատեսվում է մեկից ավելի ԳԱՈՒ-ներ, ապա այդ մասին պետք է լրացում կատարվի ուսումնական պլանում ԳԱՈՒ 1, ԳԱՈՒ 2 և այլն՝ յուրաքանչյուրի համար համապատասխանաբար սահմանելով իր ծրագիրը։]</w:t>
      </w:r>
    </w:p>
    <w:p w14:paraId="36A03BBD" w14:textId="77777777" w:rsidR="009A0AC0" w:rsidRPr="00A702E8" w:rsidRDefault="009A0AC0" w:rsidP="009A0AC0">
      <w:pPr>
        <w:pStyle w:val="ListParagraph"/>
        <w:ind w:hanging="720"/>
        <w:rPr>
          <w:rFonts w:ascii="GHEA Grapalat" w:eastAsia="GHEA Grapalat" w:hAnsi="GHEA Grapalat" w:cs="GHEA Grapalat"/>
          <w:bCs/>
          <w:color w:val="000000" w:themeColor="text1"/>
          <w:sz w:val="24"/>
          <w:szCs w:val="24"/>
          <w:lang w:val="en-US" w:eastAsia="hy-AM"/>
        </w:rPr>
      </w:pPr>
    </w:p>
    <w:p w14:paraId="5CDBB296" w14:textId="77777777" w:rsidR="00923C94" w:rsidRPr="00A702E8" w:rsidRDefault="009A0AC0" w:rsidP="009A0AC0">
      <w:pPr>
        <w:numPr>
          <w:ilvl w:val="1"/>
          <w:numId w:val="11"/>
        </w:numPr>
        <w:shd w:val="clear" w:color="auto" w:fill="FFFFFF"/>
        <w:spacing w:after="0" w:line="276" w:lineRule="auto"/>
        <w:ind w:left="720"/>
        <w:contextualSpacing/>
        <w:jc w:val="both"/>
        <w:rPr>
          <w:rFonts w:ascii="GHEA Grapalat" w:eastAsia="GHEA Grapalat" w:hAnsi="GHEA Grapalat" w:cs="GHEA Grapalat"/>
          <w:b/>
          <w:color w:val="000000" w:themeColor="text1"/>
          <w:sz w:val="24"/>
          <w:szCs w:val="24"/>
          <w:lang w:val="hy" w:eastAsia="hy-AM"/>
        </w:rPr>
      </w:pPr>
      <w:r w:rsidRPr="00A702E8">
        <w:rPr>
          <w:rFonts w:ascii="GHEA Grapalat" w:eastAsia="GHEA Grapalat" w:hAnsi="GHEA Grapalat" w:cs="GHEA Grapalat"/>
          <w:b/>
          <w:color w:val="000000" w:themeColor="text1"/>
          <w:sz w:val="24"/>
          <w:szCs w:val="24"/>
          <w:lang w:val="en-US" w:eastAsia="hy-AM"/>
        </w:rPr>
        <w:t>ԳԱՈՒ ՄԾ ուսումնառության արդյունքները</w:t>
      </w:r>
      <w:r w:rsidRPr="00A702E8">
        <w:rPr>
          <w:rFonts w:ascii="GHEA Grapalat" w:eastAsia="GHEA Grapalat" w:hAnsi="GHEA Grapalat" w:cs="GHEA Grapalat"/>
          <w:bCs/>
          <w:color w:val="000000" w:themeColor="text1"/>
          <w:sz w:val="24"/>
          <w:szCs w:val="24"/>
          <w:lang w:val="en-US" w:eastAsia="hy-AM"/>
        </w:rPr>
        <w:t xml:space="preserve"> </w:t>
      </w:r>
    </w:p>
    <w:p w14:paraId="3C20A3BE" w14:textId="6D472177" w:rsidR="009A0AC0" w:rsidRPr="00A702E8" w:rsidRDefault="009A0AC0" w:rsidP="00923C94">
      <w:pPr>
        <w:shd w:val="clear" w:color="auto" w:fill="FFFFFF"/>
        <w:spacing w:after="0" w:line="276" w:lineRule="auto"/>
        <w:ind w:left="720"/>
        <w:contextualSpacing/>
        <w:jc w:val="both"/>
        <w:rPr>
          <w:rFonts w:ascii="GHEA Grapalat" w:eastAsia="GHEA Grapalat" w:hAnsi="GHEA Grapalat" w:cs="GHEA Grapalat"/>
          <w:b/>
          <w:color w:val="000000" w:themeColor="text1"/>
          <w:sz w:val="24"/>
          <w:szCs w:val="24"/>
          <w:lang w:val="hy" w:eastAsia="hy-AM"/>
        </w:rPr>
      </w:pPr>
      <w:r w:rsidRPr="00A702E8">
        <w:rPr>
          <w:rFonts w:ascii="GHEA Grapalat" w:eastAsia="GHEA Grapalat" w:hAnsi="GHEA Grapalat" w:cs="GHEA Grapalat"/>
          <w:b/>
          <w:color w:val="000000" w:themeColor="text1"/>
          <w:sz w:val="24"/>
          <w:szCs w:val="24"/>
          <w:lang w:val="hy" w:eastAsia="hy-AM"/>
        </w:rPr>
        <w:t>__________________________________________________________________</w:t>
      </w:r>
    </w:p>
    <w:p w14:paraId="4B3680F2" w14:textId="39C5918E" w:rsidR="009A0AC0" w:rsidRPr="00A702E8" w:rsidRDefault="009A0AC0" w:rsidP="009A0AC0">
      <w:pPr>
        <w:shd w:val="clear" w:color="auto" w:fill="FFFFFF"/>
        <w:ind w:left="720" w:hanging="720"/>
        <w:contextualSpacing/>
        <w:jc w:val="both"/>
        <w:rPr>
          <w:rFonts w:ascii="GHEA Grapalat" w:eastAsia="GHEA Grapalat" w:hAnsi="GHEA Grapalat" w:cs="GHEA Grapalat"/>
          <w:bCs/>
          <w:i/>
          <w:iCs/>
          <w:color w:val="000000" w:themeColor="text1"/>
          <w:lang w:val="hy" w:eastAsia="hy-AM"/>
        </w:rPr>
      </w:pPr>
      <w:r w:rsidRPr="00A702E8">
        <w:rPr>
          <w:rFonts w:ascii="GHEA Grapalat" w:eastAsia="GHEA Grapalat" w:hAnsi="GHEA Grapalat" w:cs="GHEA Grapalat"/>
          <w:bCs/>
          <w:color w:val="000000" w:themeColor="text1"/>
          <w:lang w:val="hy" w:eastAsia="hy-AM"/>
        </w:rPr>
        <w:t xml:space="preserve">           [</w:t>
      </w:r>
      <w:r w:rsidRPr="00A702E8">
        <w:rPr>
          <w:rFonts w:ascii="GHEA Grapalat" w:eastAsia="GHEA Grapalat" w:hAnsi="GHEA Grapalat" w:cs="GHEA Grapalat"/>
          <w:bCs/>
          <w:i/>
          <w:iCs/>
          <w:color w:val="000000" w:themeColor="text1"/>
          <w:lang w:val="en-US" w:eastAsia="hy-AM"/>
        </w:rPr>
        <w:t>նշել</w:t>
      </w:r>
      <w:r w:rsidRPr="00A702E8">
        <w:rPr>
          <w:rFonts w:ascii="GHEA Grapalat" w:eastAsia="GHEA Grapalat" w:hAnsi="GHEA Grapalat" w:cs="GHEA Grapalat"/>
          <w:bCs/>
          <w:i/>
          <w:iCs/>
          <w:color w:val="000000" w:themeColor="text1"/>
          <w:lang w:val="hy" w:eastAsia="hy-AM"/>
        </w:rPr>
        <w:t xml:space="preserve"> </w:t>
      </w:r>
      <w:r w:rsidRPr="00A702E8">
        <w:rPr>
          <w:rFonts w:ascii="GHEA Grapalat" w:eastAsia="GHEA Grapalat" w:hAnsi="GHEA Grapalat" w:cs="GHEA Grapalat"/>
          <w:bCs/>
          <w:i/>
          <w:iCs/>
          <w:color w:val="000000" w:themeColor="text1"/>
          <w:lang w:val="en-US" w:eastAsia="hy-AM"/>
        </w:rPr>
        <w:t>մոդուլային</w:t>
      </w:r>
      <w:r w:rsidRPr="00A702E8">
        <w:rPr>
          <w:rFonts w:ascii="GHEA Grapalat" w:eastAsia="GHEA Grapalat" w:hAnsi="GHEA Grapalat" w:cs="GHEA Grapalat"/>
          <w:bCs/>
          <w:i/>
          <w:iCs/>
          <w:color w:val="000000" w:themeColor="text1"/>
          <w:lang w:val="hy" w:eastAsia="hy-AM"/>
        </w:rPr>
        <w:t xml:space="preserve"> </w:t>
      </w:r>
      <w:r w:rsidRPr="00A702E8">
        <w:rPr>
          <w:rFonts w:ascii="GHEA Grapalat" w:eastAsia="GHEA Grapalat" w:hAnsi="GHEA Grapalat" w:cs="GHEA Grapalat"/>
          <w:bCs/>
          <w:i/>
          <w:iCs/>
          <w:color w:val="000000" w:themeColor="text1"/>
          <w:lang w:val="en-US" w:eastAsia="hy-AM"/>
        </w:rPr>
        <w:t>ծրագրի</w:t>
      </w:r>
      <w:r w:rsidRPr="00A702E8">
        <w:rPr>
          <w:rFonts w:ascii="GHEA Grapalat" w:eastAsia="GHEA Grapalat" w:hAnsi="GHEA Grapalat" w:cs="GHEA Grapalat"/>
          <w:bCs/>
          <w:i/>
          <w:iCs/>
          <w:color w:val="000000" w:themeColor="text1"/>
          <w:lang w:val="hy" w:eastAsia="hy-AM"/>
        </w:rPr>
        <w:t xml:space="preserve"> </w:t>
      </w:r>
      <w:r w:rsidRPr="00A702E8">
        <w:rPr>
          <w:rFonts w:ascii="GHEA Grapalat" w:eastAsia="GHEA Grapalat" w:hAnsi="GHEA Grapalat" w:cs="GHEA Grapalat"/>
          <w:bCs/>
          <w:i/>
          <w:iCs/>
          <w:color w:val="000000" w:themeColor="text1"/>
          <w:lang w:val="en-US" w:eastAsia="hy-AM"/>
        </w:rPr>
        <w:t>բոլոր</w:t>
      </w:r>
      <w:r w:rsidRPr="00A702E8">
        <w:rPr>
          <w:rFonts w:ascii="GHEA Grapalat" w:eastAsia="GHEA Grapalat" w:hAnsi="GHEA Grapalat" w:cs="GHEA Grapalat"/>
          <w:bCs/>
          <w:i/>
          <w:iCs/>
          <w:color w:val="000000" w:themeColor="text1"/>
          <w:lang w:val="hy" w:eastAsia="hy-AM"/>
        </w:rPr>
        <w:t xml:space="preserve"> </w:t>
      </w:r>
      <w:r w:rsidRPr="00A702E8">
        <w:rPr>
          <w:rFonts w:ascii="GHEA Grapalat" w:eastAsia="GHEA Grapalat" w:hAnsi="GHEA Grapalat" w:cs="GHEA Grapalat"/>
          <w:bCs/>
          <w:i/>
          <w:iCs/>
          <w:color w:val="000000" w:themeColor="text1"/>
          <w:lang w:val="en-US" w:eastAsia="hy-AM"/>
        </w:rPr>
        <w:t>մոդուլները</w:t>
      </w:r>
      <w:r w:rsidRPr="00A702E8">
        <w:rPr>
          <w:rFonts w:ascii="GHEA Grapalat" w:eastAsia="GHEA Grapalat" w:hAnsi="GHEA Grapalat" w:cs="GHEA Grapalat"/>
          <w:bCs/>
          <w:i/>
          <w:iCs/>
          <w:color w:val="000000" w:themeColor="text1"/>
          <w:lang w:val="hy" w:eastAsia="hy-AM"/>
        </w:rPr>
        <w:t xml:space="preserve"> </w:t>
      </w:r>
      <w:r w:rsidRPr="00A702E8">
        <w:rPr>
          <w:rFonts w:ascii="GHEA Grapalat" w:eastAsia="GHEA Grapalat" w:hAnsi="GHEA Grapalat" w:cs="GHEA Grapalat"/>
          <w:bCs/>
          <w:i/>
          <w:iCs/>
          <w:color w:val="000000" w:themeColor="text1"/>
          <w:lang w:val="en-US" w:eastAsia="hy-AM"/>
        </w:rPr>
        <w:t>և</w:t>
      </w:r>
      <w:r w:rsidRPr="00A702E8">
        <w:rPr>
          <w:rFonts w:ascii="GHEA Grapalat" w:eastAsia="GHEA Grapalat" w:hAnsi="GHEA Grapalat" w:cs="GHEA Grapalat"/>
          <w:bCs/>
          <w:i/>
          <w:iCs/>
          <w:color w:val="000000" w:themeColor="text1"/>
          <w:lang w:val="hy" w:eastAsia="hy-AM"/>
        </w:rPr>
        <w:t xml:space="preserve"> </w:t>
      </w:r>
      <w:r w:rsidRPr="00A702E8">
        <w:rPr>
          <w:rFonts w:ascii="GHEA Grapalat" w:eastAsia="GHEA Grapalat" w:hAnsi="GHEA Grapalat" w:cs="GHEA Grapalat"/>
          <w:bCs/>
          <w:i/>
          <w:iCs/>
          <w:color w:val="000000" w:themeColor="text1"/>
          <w:lang w:val="en-US" w:eastAsia="hy-AM"/>
        </w:rPr>
        <w:t>դրանց</w:t>
      </w:r>
      <w:r w:rsidRPr="00A702E8">
        <w:rPr>
          <w:rFonts w:ascii="GHEA Grapalat" w:eastAsia="GHEA Grapalat" w:hAnsi="GHEA Grapalat" w:cs="GHEA Grapalat"/>
          <w:bCs/>
          <w:i/>
          <w:iCs/>
          <w:color w:val="000000" w:themeColor="text1"/>
          <w:lang w:val="hy" w:eastAsia="hy-AM"/>
        </w:rPr>
        <w:t xml:space="preserve"> </w:t>
      </w:r>
      <w:r w:rsidRPr="00A702E8">
        <w:rPr>
          <w:rFonts w:ascii="GHEA Grapalat" w:eastAsia="GHEA Grapalat" w:hAnsi="GHEA Grapalat" w:cs="GHEA Grapalat"/>
          <w:bCs/>
          <w:i/>
          <w:iCs/>
          <w:color w:val="000000" w:themeColor="text1"/>
          <w:lang w:val="en-US" w:eastAsia="hy-AM"/>
        </w:rPr>
        <w:t>ուսումնառության</w:t>
      </w:r>
      <w:r w:rsidRPr="00A702E8">
        <w:rPr>
          <w:rFonts w:ascii="GHEA Grapalat" w:eastAsia="GHEA Grapalat" w:hAnsi="GHEA Grapalat" w:cs="GHEA Grapalat"/>
          <w:bCs/>
          <w:i/>
          <w:iCs/>
          <w:color w:val="000000" w:themeColor="text1"/>
          <w:lang w:val="hy" w:eastAsia="hy-AM"/>
        </w:rPr>
        <w:t xml:space="preserve"> </w:t>
      </w:r>
      <w:r w:rsidRPr="00A702E8">
        <w:rPr>
          <w:rFonts w:ascii="GHEA Grapalat" w:eastAsia="GHEA Grapalat" w:hAnsi="GHEA Grapalat" w:cs="GHEA Grapalat"/>
          <w:bCs/>
          <w:i/>
          <w:iCs/>
          <w:color w:val="000000" w:themeColor="text1"/>
          <w:lang w:val="en-US" w:eastAsia="hy-AM"/>
        </w:rPr>
        <w:t>արդյունքերը</w:t>
      </w:r>
      <w:r w:rsidRPr="00A702E8">
        <w:rPr>
          <w:rFonts w:ascii="GHEA Grapalat" w:eastAsia="GHEA Grapalat" w:hAnsi="GHEA Grapalat" w:cs="GHEA Grapalat"/>
          <w:bCs/>
          <w:i/>
          <w:iCs/>
          <w:color w:val="000000" w:themeColor="text1"/>
          <w:lang w:val="hy" w:eastAsia="hy-AM"/>
        </w:rPr>
        <w:t xml:space="preserve">]  </w:t>
      </w:r>
    </w:p>
    <w:p w14:paraId="04FDA45A" w14:textId="77777777" w:rsidR="009A0AC0" w:rsidRPr="00A702E8" w:rsidRDefault="009A0AC0" w:rsidP="009A0AC0">
      <w:pPr>
        <w:pStyle w:val="ListParagraph"/>
        <w:ind w:hanging="720"/>
        <w:rPr>
          <w:rFonts w:ascii="GHEA Grapalat" w:eastAsia="GHEA Grapalat" w:hAnsi="GHEA Grapalat" w:cs="GHEA Grapalat"/>
          <w:bCs/>
          <w:color w:val="000000" w:themeColor="text1"/>
          <w:sz w:val="24"/>
          <w:szCs w:val="24"/>
          <w:lang w:val="hy" w:eastAsia="hy-AM"/>
        </w:rPr>
      </w:pPr>
    </w:p>
    <w:p w14:paraId="1196BB68" w14:textId="77777777" w:rsidR="009A0AC0" w:rsidRPr="00A702E8" w:rsidRDefault="009A0AC0" w:rsidP="009A0AC0">
      <w:pPr>
        <w:numPr>
          <w:ilvl w:val="1"/>
          <w:numId w:val="11"/>
        </w:numPr>
        <w:shd w:val="clear" w:color="auto" w:fill="FFFFFF"/>
        <w:spacing w:after="0" w:line="276" w:lineRule="auto"/>
        <w:ind w:left="720"/>
        <w:contextualSpacing/>
        <w:jc w:val="both"/>
        <w:rPr>
          <w:rFonts w:ascii="GHEA Grapalat" w:eastAsia="GHEA Grapalat" w:hAnsi="GHEA Grapalat" w:cs="GHEA Grapalat"/>
          <w:b/>
          <w:color w:val="000000" w:themeColor="text1"/>
          <w:sz w:val="24"/>
          <w:szCs w:val="24"/>
          <w:lang w:val="hy" w:eastAsia="hy-AM"/>
        </w:rPr>
      </w:pPr>
      <w:r w:rsidRPr="00A702E8">
        <w:rPr>
          <w:rFonts w:ascii="GHEA Grapalat" w:eastAsia="GHEA Grapalat" w:hAnsi="GHEA Grapalat" w:cs="GHEA Grapalat"/>
          <w:b/>
          <w:color w:val="000000" w:themeColor="text1"/>
          <w:sz w:val="24"/>
          <w:szCs w:val="24"/>
          <w:lang w:val="en-US" w:eastAsia="hy-AM"/>
        </w:rPr>
        <w:t>ԳԱՈՒ</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ՄԾ</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վերջնարդյունքները՝</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ըստ</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որակավորման</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շրջանակային</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նկարագրի</w:t>
      </w:r>
      <w:r w:rsidRPr="00A702E8">
        <w:rPr>
          <w:rFonts w:ascii="GHEA Grapalat" w:eastAsia="GHEA Grapalat" w:hAnsi="GHEA Grapalat" w:cs="GHEA Grapalat"/>
          <w:bCs/>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hy" w:eastAsia="hy-AM"/>
        </w:rPr>
        <w:t>______________________________________</w:t>
      </w:r>
    </w:p>
    <w:p w14:paraId="5EA04CC9" w14:textId="2E2D4D5D" w:rsidR="009A0AC0" w:rsidRPr="00A702E8" w:rsidRDefault="00923C94" w:rsidP="009A0AC0">
      <w:pPr>
        <w:shd w:val="clear" w:color="auto" w:fill="FFFFFF"/>
        <w:ind w:left="720" w:hanging="720"/>
        <w:contextualSpacing/>
        <w:jc w:val="both"/>
        <w:rPr>
          <w:rFonts w:ascii="GHEA Grapalat" w:eastAsia="GHEA Grapalat" w:hAnsi="GHEA Grapalat" w:cs="GHEA Grapalat"/>
          <w:bCs/>
          <w:i/>
          <w:iCs/>
          <w:color w:val="000000" w:themeColor="text1"/>
          <w:lang w:val="hy" w:eastAsia="hy-AM"/>
        </w:rPr>
      </w:pPr>
      <w:r w:rsidRPr="00A702E8">
        <w:rPr>
          <w:rFonts w:ascii="GHEA Grapalat" w:eastAsia="GHEA Grapalat" w:hAnsi="GHEA Grapalat" w:cs="GHEA Grapalat"/>
          <w:bCs/>
          <w:i/>
          <w:iCs/>
          <w:color w:val="000000" w:themeColor="text1"/>
          <w:lang w:val="hy" w:eastAsia="hy-AM"/>
        </w:rPr>
        <w:t xml:space="preserve">         </w:t>
      </w:r>
      <w:r w:rsidR="009A0AC0" w:rsidRPr="00A702E8">
        <w:rPr>
          <w:rFonts w:ascii="GHEA Grapalat" w:eastAsia="GHEA Grapalat" w:hAnsi="GHEA Grapalat" w:cs="GHEA Grapalat"/>
          <w:bCs/>
          <w:i/>
          <w:iCs/>
          <w:color w:val="000000" w:themeColor="text1"/>
          <w:lang w:val="hy" w:eastAsia="hy-AM"/>
        </w:rPr>
        <w:t>[</w:t>
      </w:r>
      <w:r w:rsidR="009A0AC0" w:rsidRPr="00A702E8">
        <w:rPr>
          <w:rFonts w:ascii="GHEA Grapalat" w:eastAsia="GHEA Grapalat" w:hAnsi="GHEA Grapalat" w:cs="GHEA Grapalat"/>
          <w:bCs/>
          <w:i/>
          <w:iCs/>
          <w:color w:val="000000" w:themeColor="text1"/>
          <w:lang w:val="en-US" w:eastAsia="hy-AM"/>
        </w:rPr>
        <w:t>նշել</w:t>
      </w:r>
      <w:r w:rsidR="009A0AC0" w:rsidRPr="00A702E8">
        <w:rPr>
          <w:rFonts w:ascii="GHEA Grapalat" w:eastAsia="GHEA Grapalat" w:hAnsi="GHEA Grapalat" w:cs="GHEA Grapalat"/>
          <w:bCs/>
          <w:i/>
          <w:iCs/>
          <w:color w:val="000000" w:themeColor="text1"/>
          <w:lang w:val="hy" w:eastAsia="hy-AM"/>
        </w:rPr>
        <w:t xml:space="preserve"> </w:t>
      </w:r>
      <w:r w:rsidR="009A0AC0" w:rsidRPr="00A702E8">
        <w:rPr>
          <w:rFonts w:ascii="GHEA Grapalat" w:eastAsia="GHEA Grapalat" w:hAnsi="GHEA Grapalat" w:cs="GHEA Grapalat"/>
          <w:bCs/>
          <w:i/>
          <w:iCs/>
          <w:color w:val="000000" w:themeColor="text1"/>
          <w:lang w:val="en-US" w:eastAsia="hy-AM"/>
        </w:rPr>
        <w:t>որակավորման</w:t>
      </w:r>
      <w:r w:rsidR="009A0AC0" w:rsidRPr="00A702E8">
        <w:rPr>
          <w:rFonts w:ascii="GHEA Grapalat" w:eastAsia="GHEA Grapalat" w:hAnsi="GHEA Grapalat" w:cs="GHEA Grapalat"/>
          <w:bCs/>
          <w:i/>
          <w:iCs/>
          <w:color w:val="000000" w:themeColor="text1"/>
          <w:lang w:val="hy" w:eastAsia="hy-AM"/>
        </w:rPr>
        <w:t xml:space="preserve"> </w:t>
      </w:r>
      <w:r w:rsidR="009A0AC0" w:rsidRPr="00A702E8">
        <w:rPr>
          <w:rFonts w:ascii="GHEA Grapalat" w:eastAsia="GHEA Grapalat" w:hAnsi="GHEA Grapalat" w:cs="GHEA Grapalat"/>
          <w:bCs/>
          <w:i/>
          <w:iCs/>
          <w:color w:val="000000" w:themeColor="text1"/>
          <w:lang w:val="en-US" w:eastAsia="hy-AM"/>
        </w:rPr>
        <w:t>շրջանակային</w:t>
      </w:r>
      <w:r w:rsidR="009A0AC0" w:rsidRPr="00A702E8">
        <w:rPr>
          <w:rFonts w:ascii="GHEA Grapalat" w:eastAsia="GHEA Grapalat" w:hAnsi="GHEA Grapalat" w:cs="GHEA Grapalat"/>
          <w:bCs/>
          <w:i/>
          <w:iCs/>
          <w:color w:val="000000" w:themeColor="text1"/>
          <w:lang w:val="hy" w:eastAsia="hy-AM"/>
        </w:rPr>
        <w:t xml:space="preserve"> </w:t>
      </w:r>
      <w:r w:rsidR="009A0AC0" w:rsidRPr="00A702E8">
        <w:rPr>
          <w:rFonts w:ascii="GHEA Grapalat" w:eastAsia="GHEA Grapalat" w:hAnsi="GHEA Grapalat" w:cs="GHEA Grapalat"/>
          <w:bCs/>
          <w:i/>
          <w:iCs/>
          <w:color w:val="000000" w:themeColor="text1"/>
          <w:lang w:val="en-US" w:eastAsia="hy-AM"/>
        </w:rPr>
        <w:t>նկարագրի</w:t>
      </w:r>
      <w:r w:rsidR="009A0AC0" w:rsidRPr="00A702E8">
        <w:rPr>
          <w:rFonts w:ascii="GHEA Grapalat" w:eastAsia="GHEA Grapalat" w:hAnsi="GHEA Grapalat" w:cs="GHEA Grapalat"/>
          <w:bCs/>
          <w:i/>
          <w:iCs/>
          <w:color w:val="000000" w:themeColor="text1"/>
          <w:lang w:val="hy" w:eastAsia="hy-AM"/>
        </w:rPr>
        <w:t xml:space="preserve"> </w:t>
      </w:r>
      <w:r w:rsidR="009A0AC0" w:rsidRPr="00A702E8">
        <w:rPr>
          <w:rFonts w:ascii="GHEA Grapalat" w:eastAsia="GHEA Grapalat" w:hAnsi="GHEA Grapalat" w:cs="GHEA Grapalat"/>
          <w:bCs/>
          <w:i/>
          <w:iCs/>
          <w:color w:val="000000" w:themeColor="text1"/>
          <w:lang w:val="en-US" w:eastAsia="hy-AM"/>
        </w:rPr>
        <w:t>հիման</w:t>
      </w:r>
      <w:r w:rsidR="009A0AC0" w:rsidRPr="00A702E8">
        <w:rPr>
          <w:rFonts w:ascii="GHEA Grapalat" w:eastAsia="GHEA Grapalat" w:hAnsi="GHEA Grapalat" w:cs="GHEA Grapalat"/>
          <w:bCs/>
          <w:i/>
          <w:iCs/>
          <w:color w:val="000000" w:themeColor="text1"/>
          <w:lang w:val="hy" w:eastAsia="hy-AM"/>
        </w:rPr>
        <w:t xml:space="preserve"> </w:t>
      </w:r>
      <w:r w:rsidR="009A0AC0" w:rsidRPr="00A702E8">
        <w:rPr>
          <w:rFonts w:ascii="GHEA Grapalat" w:eastAsia="GHEA Grapalat" w:hAnsi="GHEA Grapalat" w:cs="GHEA Grapalat"/>
          <w:bCs/>
          <w:i/>
          <w:iCs/>
          <w:color w:val="000000" w:themeColor="text1"/>
          <w:lang w:val="en-US" w:eastAsia="hy-AM"/>
        </w:rPr>
        <w:t>վրա</w:t>
      </w:r>
      <w:r w:rsidR="009A0AC0" w:rsidRPr="00A702E8">
        <w:rPr>
          <w:rFonts w:ascii="GHEA Grapalat" w:eastAsia="GHEA Grapalat" w:hAnsi="GHEA Grapalat" w:cs="GHEA Grapalat"/>
          <w:bCs/>
          <w:i/>
          <w:iCs/>
          <w:color w:val="000000" w:themeColor="text1"/>
          <w:lang w:val="hy" w:eastAsia="hy-AM"/>
        </w:rPr>
        <w:t xml:space="preserve"> </w:t>
      </w:r>
      <w:r w:rsidR="004214E1" w:rsidRPr="00A702E8">
        <w:rPr>
          <w:rFonts w:ascii="GHEA Grapalat" w:eastAsia="GHEA Grapalat" w:hAnsi="GHEA Grapalat" w:cs="GHEA Grapalat"/>
          <w:bCs/>
          <w:i/>
          <w:iCs/>
          <w:color w:val="000000" w:themeColor="text1"/>
          <w:lang w:val="en-US" w:eastAsia="hy-AM"/>
        </w:rPr>
        <w:t>ՄՈՒՀ</w:t>
      </w:r>
      <w:r w:rsidR="004214E1" w:rsidRPr="00A702E8">
        <w:rPr>
          <w:rFonts w:ascii="GHEA Grapalat" w:eastAsia="GHEA Grapalat" w:hAnsi="GHEA Grapalat" w:cs="GHEA Grapalat"/>
          <w:bCs/>
          <w:i/>
          <w:iCs/>
          <w:color w:val="000000" w:themeColor="text1"/>
          <w:lang w:val="hy" w:eastAsia="hy-AM"/>
        </w:rPr>
        <w:t>-</w:t>
      </w:r>
      <w:r w:rsidR="009A0AC0" w:rsidRPr="00A702E8">
        <w:rPr>
          <w:rFonts w:ascii="GHEA Grapalat" w:eastAsia="GHEA Grapalat" w:hAnsi="GHEA Grapalat" w:cs="GHEA Grapalat"/>
          <w:bCs/>
          <w:i/>
          <w:iCs/>
          <w:color w:val="000000" w:themeColor="text1"/>
          <w:lang w:val="en-US" w:eastAsia="hy-AM"/>
        </w:rPr>
        <w:t>ի</w:t>
      </w:r>
      <w:r w:rsidR="009A0AC0" w:rsidRPr="00A702E8">
        <w:rPr>
          <w:rFonts w:ascii="GHEA Grapalat" w:eastAsia="GHEA Grapalat" w:hAnsi="GHEA Grapalat" w:cs="GHEA Grapalat"/>
          <w:bCs/>
          <w:i/>
          <w:iCs/>
          <w:color w:val="000000" w:themeColor="text1"/>
          <w:lang w:val="hy" w:eastAsia="hy-AM"/>
        </w:rPr>
        <w:t xml:space="preserve"> </w:t>
      </w:r>
      <w:r w:rsidR="009A0AC0" w:rsidRPr="00A702E8">
        <w:rPr>
          <w:rFonts w:ascii="GHEA Grapalat" w:eastAsia="GHEA Grapalat" w:hAnsi="GHEA Grapalat" w:cs="GHEA Grapalat"/>
          <w:bCs/>
          <w:i/>
          <w:iCs/>
          <w:color w:val="000000" w:themeColor="text1"/>
          <w:lang w:val="en-US" w:eastAsia="hy-AM"/>
        </w:rPr>
        <w:t>մշակած</w:t>
      </w:r>
      <w:r w:rsidR="009A0AC0" w:rsidRPr="00A702E8">
        <w:rPr>
          <w:rFonts w:ascii="GHEA Grapalat" w:eastAsia="GHEA Grapalat" w:hAnsi="GHEA Grapalat" w:cs="GHEA Grapalat"/>
          <w:bCs/>
          <w:i/>
          <w:iCs/>
          <w:color w:val="000000" w:themeColor="text1"/>
          <w:lang w:val="hy" w:eastAsia="hy-AM"/>
        </w:rPr>
        <w:t xml:space="preserve"> </w:t>
      </w:r>
      <w:r w:rsidR="009A0AC0" w:rsidRPr="00A702E8">
        <w:rPr>
          <w:rFonts w:ascii="GHEA Grapalat" w:eastAsia="GHEA Grapalat" w:hAnsi="GHEA Grapalat" w:cs="GHEA Grapalat"/>
          <w:bCs/>
          <w:i/>
          <w:iCs/>
          <w:color w:val="000000" w:themeColor="text1"/>
          <w:lang w:val="en-US" w:eastAsia="hy-AM"/>
        </w:rPr>
        <w:t>և</w:t>
      </w:r>
      <w:r w:rsidR="009A0AC0" w:rsidRPr="00A702E8">
        <w:rPr>
          <w:rFonts w:ascii="GHEA Grapalat" w:eastAsia="GHEA Grapalat" w:hAnsi="GHEA Grapalat" w:cs="GHEA Grapalat"/>
          <w:bCs/>
          <w:i/>
          <w:iCs/>
          <w:color w:val="000000" w:themeColor="text1"/>
          <w:lang w:val="hy" w:eastAsia="hy-AM"/>
        </w:rPr>
        <w:t xml:space="preserve"> </w:t>
      </w:r>
      <w:r w:rsidR="009A0AC0" w:rsidRPr="00A702E8">
        <w:rPr>
          <w:rFonts w:ascii="GHEA Grapalat" w:eastAsia="GHEA Grapalat" w:hAnsi="GHEA Grapalat" w:cs="GHEA Grapalat"/>
          <w:bCs/>
          <w:i/>
          <w:iCs/>
          <w:color w:val="000000" w:themeColor="text1"/>
          <w:lang w:val="en-US" w:eastAsia="hy-AM"/>
        </w:rPr>
        <w:t>հաստատված</w:t>
      </w:r>
      <w:r w:rsidR="009A0AC0" w:rsidRPr="00A702E8">
        <w:rPr>
          <w:rFonts w:ascii="GHEA Grapalat" w:eastAsia="GHEA Grapalat" w:hAnsi="GHEA Grapalat" w:cs="GHEA Grapalat"/>
          <w:bCs/>
          <w:i/>
          <w:iCs/>
          <w:color w:val="000000" w:themeColor="text1"/>
          <w:lang w:val="hy" w:eastAsia="hy-AM"/>
        </w:rPr>
        <w:t xml:space="preserve"> (</w:t>
      </w:r>
      <w:r w:rsidR="009A0AC0" w:rsidRPr="00A702E8">
        <w:rPr>
          <w:rFonts w:ascii="GHEA Grapalat" w:eastAsia="GHEA Grapalat" w:hAnsi="GHEA Grapalat" w:cs="GHEA Grapalat"/>
          <w:bCs/>
          <w:i/>
          <w:iCs/>
          <w:color w:val="000000" w:themeColor="text1"/>
          <w:lang w:val="en-US" w:eastAsia="hy-AM"/>
        </w:rPr>
        <w:t>փորձարարականով</w:t>
      </w:r>
      <w:r w:rsidR="009A0AC0" w:rsidRPr="00A702E8">
        <w:rPr>
          <w:rFonts w:ascii="GHEA Grapalat" w:eastAsia="GHEA Grapalat" w:hAnsi="GHEA Grapalat" w:cs="GHEA Grapalat"/>
          <w:bCs/>
          <w:i/>
          <w:iCs/>
          <w:color w:val="000000" w:themeColor="text1"/>
          <w:lang w:val="hy" w:eastAsia="hy-AM"/>
        </w:rPr>
        <w:t xml:space="preserve"> </w:t>
      </w:r>
      <w:r w:rsidR="009A0AC0" w:rsidRPr="00A702E8">
        <w:rPr>
          <w:rFonts w:ascii="GHEA Grapalat" w:eastAsia="GHEA Grapalat" w:hAnsi="GHEA Grapalat" w:cs="GHEA Grapalat"/>
          <w:bCs/>
          <w:i/>
          <w:iCs/>
          <w:color w:val="000000" w:themeColor="text1"/>
          <w:lang w:val="en-US" w:eastAsia="hy-AM"/>
        </w:rPr>
        <w:t>կամ</w:t>
      </w:r>
      <w:r w:rsidR="009A0AC0" w:rsidRPr="00A702E8">
        <w:rPr>
          <w:rFonts w:ascii="GHEA Grapalat" w:eastAsia="GHEA Grapalat" w:hAnsi="GHEA Grapalat" w:cs="GHEA Grapalat"/>
          <w:bCs/>
          <w:i/>
          <w:iCs/>
          <w:color w:val="000000" w:themeColor="text1"/>
          <w:lang w:val="hy" w:eastAsia="hy-AM"/>
        </w:rPr>
        <w:t xml:space="preserve"> </w:t>
      </w:r>
      <w:r w:rsidR="009A0AC0" w:rsidRPr="00A702E8">
        <w:rPr>
          <w:rFonts w:ascii="GHEA Grapalat" w:eastAsia="GHEA Grapalat" w:hAnsi="GHEA Grapalat" w:cs="GHEA Grapalat"/>
          <w:bCs/>
          <w:i/>
          <w:iCs/>
          <w:color w:val="000000" w:themeColor="text1"/>
          <w:lang w:val="en-US" w:eastAsia="hy-AM"/>
        </w:rPr>
        <w:t>լիցենզավորումով</w:t>
      </w:r>
      <w:r w:rsidR="009A0AC0" w:rsidRPr="00A702E8">
        <w:rPr>
          <w:rFonts w:ascii="GHEA Grapalat" w:eastAsia="GHEA Grapalat" w:hAnsi="GHEA Grapalat" w:cs="GHEA Grapalat"/>
          <w:bCs/>
          <w:i/>
          <w:iCs/>
          <w:color w:val="000000" w:themeColor="text1"/>
          <w:lang w:val="hy" w:eastAsia="hy-AM"/>
        </w:rPr>
        <w:t xml:space="preserve">) </w:t>
      </w:r>
      <w:r w:rsidR="009A0AC0" w:rsidRPr="00A702E8">
        <w:rPr>
          <w:rFonts w:ascii="GHEA Grapalat" w:eastAsia="GHEA Grapalat" w:hAnsi="GHEA Grapalat" w:cs="GHEA Grapalat"/>
          <w:bCs/>
          <w:i/>
          <w:iCs/>
          <w:color w:val="000000" w:themeColor="text1"/>
          <w:lang w:val="en-US" w:eastAsia="hy-AM"/>
        </w:rPr>
        <w:t>որակավորման</w:t>
      </w:r>
      <w:r w:rsidR="009A0AC0" w:rsidRPr="00A702E8">
        <w:rPr>
          <w:rFonts w:ascii="GHEA Grapalat" w:eastAsia="GHEA Grapalat" w:hAnsi="GHEA Grapalat" w:cs="GHEA Grapalat"/>
          <w:bCs/>
          <w:i/>
          <w:iCs/>
          <w:color w:val="000000" w:themeColor="text1"/>
          <w:lang w:val="hy" w:eastAsia="hy-AM"/>
        </w:rPr>
        <w:t xml:space="preserve"> </w:t>
      </w:r>
      <w:r w:rsidR="009A0AC0" w:rsidRPr="00A702E8">
        <w:rPr>
          <w:rFonts w:ascii="GHEA Grapalat" w:eastAsia="GHEA Grapalat" w:hAnsi="GHEA Grapalat" w:cs="GHEA Grapalat"/>
          <w:bCs/>
          <w:i/>
          <w:iCs/>
          <w:color w:val="000000" w:themeColor="text1"/>
          <w:lang w:val="en-US" w:eastAsia="hy-AM"/>
        </w:rPr>
        <w:t>ծրագրի</w:t>
      </w:r>
      <w:r w:rsidR="009A0AC0" w:rsidRPr="00A702E8">
        <w:rPr>
          <w:rFonts w:ascii="GHEA Grapalat" w:eastAsia="GHEA Grapalat" w:hAnsi="GHEA Grapalat" w:cs="GHEA Grapalat"/>
          <w:bCs/>
          <w:i/>
          <w:iCs/>
          <w:color w:val="000000" w:themeColor="text1"/>
          <w:lang w:val="hy" w:eastAsia="hy-AM"/>
        </w:rPr>
        <w:t xml:space="preserve">  </w:t>
      </w:r>
      <w:r w:rsidR="009A0AC0" w:rsidRPr="00A702E8">
        <w:rPr>
          <w:rFonts w:ascii="GHEA Grapalat" w:eastAsia="GHEA Grapalat" w:hAnsi="GHEA Grapalat" w:cs="GHEA Grapalat"/>
          <w:bCs/>
          <w:i/>
          <w:iCs/>
          <w:color w:val="000000" w:themeColor="text1"/>
          <w:lang w:val="en-US" w:eastAsia="hy-AM"/>
        </w:rPr>
        <w:t>վերջնարդյունքները</w:t>
      </w:r>
      <w:r w:rsidR="009A0AC0" w:rsidRPr="00A702E8">
        <w:rPr>
          <w:rFonts w:ascii="GHEA Grapalat" w:eastAsia="GHEA Grapalat" w:hAnsi="GHEA Grapalat" w:cs="GHEA Grapalat"/>
          <w:bCs/>
          <w:i/>
          <w:iCs/>
          <w:color w:val="000000" w:themeColor="text1"/>
          <w:lang w:val="hy" w:eastAsia="hy-AM"/>
        </w:rPr>
        <w:t xml:space="preserve">, </w:t>
      </w:r>
      <w:r w:rsidR="009A0AC0" w:rsidRPr="00A702E8">
        <w:rPr>
          <w:rFonts w:ascii="GHEA Grapalat" w:eastAsia="GHEA Grapalat" w:hAnsi="GHEA Grapalat" w:cs="GHEA Grapalat"/>
          <w:bCs/>
          <w:i/>
          <w:iCs/>
          <w:color w:val="000000" w:themeColor="text1"/>
          <w:lang w:val="en-US" w:eastAsia="hy-AM"/>
        </w:rPr>
        <w:t>հիմնավորելու</w:t>
      </w:r>
      <w:r w:rsidR="009A0AC0" w:rsidRPr="00A702E8">
        <w:rPr>
          <w:rFonts w:ascii="GHEA Grapalat" w:eastAsia="GHEA Grapalat" w:hAnsi="GHEA Grapalat" w:cs="GHEA Grapalat"/>
          <w:bCs/>
          <w:i/>
          <w:iCs/>
          <w:color w:val="000000" w:themeColor="text1"/>
          <w:lang w:val="hy" w:eastAsia="hy-AM"/>
        </w:rPr>
        <w:t xml:space="preserve"> </w:t>
      </w:r>
      <w:r w:rsidR="009A0AC0" w:rsidRPr="00A702E8">
        <w:rPr>
          <w:rFonts w:ascii="GHEA Grapalat" w:eastAsia="GHEA Grapalat" w:hAnsi="GHEA Grapalat" w:cs="GHEA Grapalat"/>
          <w:bCs/>
          <w:i/>
          <w:iCs/>
          <w:color w:val="000000" w:themeColor="text1"/>
          <w:lang w:val="en-US" w:eastAsia="hy-AM"/>
        </w:rPr>
        <w:t>համար</w:t>
      </w:r>
      <w:r w:rsidR="009A0AC0" w:rsidRPr="00A702E8">
        <w:rPr>
          <w:rFonts w:ascii="GHEA Grapalat" w:eastAsia="GHEA Grapalat" w:hAnsi="GHEA Grapalat" w:cs="GHEA Grapalat"/>
          <w:bCs/>
          <w:i/>
          <w:iCs/>
          <w:color w:val="000000" w:themeColor="text1"/>
          <w:lang w:val="hy" w:eastAsia="hy-AM"/>
        </w:rPr>
        <w:t xml:space="preserve"> </w:t>
      </w:r>
      <w:r w:rsidR="009A0AC0" w:rsidRPr="00A702E8">
        <w:rPr>
          <w:rFonts w:ascii="GHEA Grapalat" w:eastAsia="GHEA Grapalat" w:hAnsi="GHEA Grapalat" w:cs="GHEA Grapalat"/>
          <w:bCs/>
          <w:i/>
          <w:iCs/>
          <w:color w:val="000000" w:themeColor="text1"/>
          <w:lang w:val="en-US" w:eastAsia="hy-AM"/>
        </w:rPr>
        <w:t>ԳԱՈՒ</w:t>
      </w:r>
      <w:r w:rsidR="009A0AC0" w:rsidRPr="00A702E8">
        <w:rPr>
          <w:rFonts w:ascii="GHEA Grapalat" w:eastAsia="GHEA Grapalat" w:hAnsi="GHEA Grapalat" w:cs="GHEA Grapalat"/>
          <w:bCs/>
          <w:i/>
          <w:iCs/>
          <w:color w:val="000000" w:themeColor="text1"/>
          <w:lang w:val="hy" w:eastAsia="hy-AM"/>
        </w:rPr>
        <w:t xml:space="preserve"> </w:t>
      </w:r>
      <w:r w:rsidR="009A0AC0" w:rsidRPr="00A702E8">
        <w:rPr>
          <w:rFonts w:ascii="GHEA Grapalat" w:eastAsia="GHEA Grapalat" w:hAnsi="GHEA Grapalat" w:cs="GHEA Grapalat"/>
          <w:bCs/>
          <w:i/>
          <w:iCs/>
          <w:color w:val="000000" w:themeColor="text1"/>
          <w:lang w:val="en-US" w:eastAsia="hy-AM"/>
        </w:rPr>
        <w:t>ծրագրի</w:t>
      </w:r>
      <w:r w:rsidR="009A0AC0" w:rsidRPr="00A702E8">
        <w:rPr>
          <w:rFonts w:ascii="GHEA Grapalat" w:eastAsia="GHEA Grapalat" w:hAnsi="GHEA Grapalat" w:cs="GHEA Grapalat"/>
          <w:bCs/>
          <w:i/>
          <w:iCs/>
          <w:color w:val="000000" w:themeColor="text1"/>
          <w:lang w:val="hy" w:eastAsia="hy-AM"/>
        </w:rPr>
        <w:t xml:space="preserve"> </w:t>
      </w:r>
      <w:r w:rsidR="009A0AC0" w:rsidRPr="00A702E8">
        <w:rPr>
          <w:rFonts w:ascii="GHEA Grapalat" w:eastAsia="GHEA Grapalat" w:hAnsi="GHEA Grapalat" w:cs="GHEA Grapalat"/>
          <w:bCs/>
          <w:i/>
          <w:iCs/>
          <w:color w:val="000000" w:themeColor="text1"/>
          <w:lang w:val="en-US" w:eastAsia="hy-AM"/>
        </w:rPr>
        <w:t>համընկնումը</w:t>
      </w:r>
      <w:r w:rsidR="009A0AC0" w:rsidRPr="00A702E8">
        <w:rPr>
          <w:rFonts w:ascii="GHEA Grapalat" w:eastAsia="GHEA Grapalat" w:hAnsi="GHEA Grapalat" w:cs="GHEA Grapalat"/>
          <w:bCs/>
          <w:i/>
          <w:iCs/>
          <w:color w:val="000000" w:themeColor="text1"/>
          <w:lang w:val="hy" w:eastAsia="hy-AM"/>
        </w:rPr>
        <w:t xml:space="preserve"> </w:t>
      </w:r>
      <w:r w:rsidR="009A0AC0" w:rsidRPr="00A702E8">
        <w:rPr>
          <w:rFonts w:ascii="GHEA Grapalat" w:eastAsia="GHEA Grapalat" w:hAnsi="GHEA Grapalat" w:cs="GHEA Grapalat"/>
          <w:bCs/>
          <w:i/>
          <w:iCs/>
          <w:color w:val="000000" w:themeColor="text1"/>
          <w:lang w:val="en-US" w:eastAsia="hy-AM"/>
        </w:rPr>
        <w:t>ընդհանուր</w:t>
      </w:r>
      <w:r w:rsidR="009A0AC0" w:rsidRPr="00A702E8">
        <w:rPr>
          <w:rFonts w:ascii="GHEA Grapalat" w:eastAsia="GHEA Grapalat" w:hAnsi="GHEA Grapalat" w:cs="GHEA Grapalat"/>
          <w:bCs/>
          <w:i/>
          <w:iCs/>
          <w:color w:val="000000" w:themeColor="text1"/>
          <w:lang w:val="hy" w:eastAsia="hy-AM"/>
        </w:rPr>
        <w:t xml:space="preserve"> </w:t>
      </w:r>
      <w:r w:rsidR="009A0AC0" w:rsidRPr="00A702E8">
        <w:rPr>
          <w:rFonts w:ascii="GHEA Grapalat" w:eastAsia="GHEA Grapalat" w:hAnsi="GHEA Grapalat" w:cs="GHEA Grapalat"/>
          <w:bCs/>
          <w:i/>
          <w:iCs/>
          <w:color w:val="000000" w:themeColor="text1"/>
          <w:lang w:val="en-US" w:eastAsia="hy-AM"/>
        </w:rPr>
        <w:t>վերջնարդյունքների</w:t>
      </w:r>
      <w:r w:rsidR="009A0AC0" w:rsidRPr="00A702E8">
        <w:rPr>
          <w:rFonts w:ascii="GHEA Grapalat" w:eastAsia="GHEA Grapalat" w:hAnsi="GHEA Grapalat" w:cs="GHEA Grapalat"/>
          <w:bCs/>
          <w:i/>
          <w:iCs/>
          <w:color w:val="000000" w:themeColor="text1"/>
          <w:lang w:val="hy" w:eastAsia="hy-AM"/>
        </w:rPr>
        <w:t xml:space="preserve"> </w:t>
      </w:r>
      <w:r w:rsidR="009A0AC0" w:rsidRPr="00A702E8">
        <w:rPr>
          <w:rFonts w:ascii="GHEA Grapalat" w:eastAsia="GHEA Grapalat" w:hAnsi="GHEA Grapalat" w:cs="GHEA Grapalat"/>
          <w:bCs/>
          <w:i/>
          <w:iCs/>
          <w:color w:val="000000" w:themeColor="text1"/>
          <w:lang w:val="en-US" w:eastAsia="hy-AM"/>
        </w:rPr>
        <w:t>հետ</w:t>
      </w:r>
      <w:r w:rsidR="009A0AC0" w:rsidRPr="00A702E8">
        <w:rPr>
          <w:rFonts w:ascii="GHEA Grapalat" w:eastAsia="GHEA Grapalat" w:hAnsi="GHEA Grapalat" w:cs="GHEA Grapalat"/>
          <w:bCs/>
          <w:i/>
          <w:iCs/>
          <w:color w:val="000000" w:themeColor="text1"/>
          <w:lang w:val="hy" w:eastAsia="hy-AM"/>
        </w:rPr>
        <w:t xml:space="preserve">]  </w:t>
      </w:r>
    </w:p>
    <w:p w14:paraId="46AEAA37" w14:textId="77777777" w:rsidR="009A0AC0" w:rsidRPr="00A702E8" w:rsidRDefault="009A0AC0" w:rsidP="009A0AC0">
      <w:pPr>
        <w:shd w:val="clear" w:color="auto" w:fill="FFFFFF"/>
        <w:ind w:left="720" w:hanging="720"/>
        <w:contextualSpacing/>
        <w:jc w:val="both"/>
        <w:rPr>
          <w:rFonts w:ascii="GHEA Grapalat" w:eastAsia="GHEA Grapalat" w:hAnsi="GHEA Grapalat" w:cs="GHEA Grapalat"/>
          <w:bCs/>
          <w:color w:val="000000" w:themeColor="text1"/>
          <w:sz w:val="24"/>
          <w:szCs w:val="24"/>
          <w:lang w:val="hy" w:eastAsia="hy-AM"/>
        </w:rPr>
      </w:pPr>
    </w:p>
    <w:p w14:paraId="35C4C8BD" w14:textId="77777777" w:rsidR="009A0AC0" w:rsidRPr="00A702E8" w:rsidRDefault="009A0AC0" w:rsidP="009A0AC0">
      <w:pPr>
        <w:numPr>
          <w:ilvl w:val="1"/>
          <w:numId w:val="11"/>
        </w:numPr>
        <w:shd w:val="clear" w:color="auto" w:fill="FFFFFF"/>
        <w:spacing w:after="0" w:line="276" w:lineRule="auto"/>
        <w:ind w:left="720"/>
        <w:contextualSpacing/>
        <w:jc w:val="both"/>
        <w:rPr>
          <w:rFonts w:ascii="GHEA Grapalat" w:eastAsia="GHEA Grapalat" w:hAnsi="GHEA Grapalat" w:cs="GHEA Grapalat"/>
          <w:b/>
          <w:color w:val="000000" w:themeColor="text1"/>
          <w:sz w:val="24"/>
          <w:szCs w:val="24"/>
          <w:lang w:val="hy" w:eastAsia="hy-AM"/>
        </w:rPr>
      </w:pPr>
      <w:r w:rsidRPr="00A702E8">
        <w:rPr>
          <w:rFonts w:ascii="GHEA Grapalat" w:eastAsia="GHEA Grapalat" w:hAnsi="GHEA Grapalat" w:cs="GHEA Grapalat"/>
          <w:b/>
          <w:color w:val="000000" w:themeColor="text1"/>
          <w:sz w:val="24"/>
          <w:szCs w:val="24"/>
          <w:lang w:val="en-US" w:eastAsia="hy-AM"/>
        </w:rPr>
        <w:t>ԳԱՈՒ</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մոդուլային</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ծրագրի</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իրականացման</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սկիզբը</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և</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տևողությունը</w:t>
      </w:r>
      <w:r w:rsidRPr="00A702E8">
        <w:rPr>
          <w:rFonts w:ascii="GHEA Grapalat" w:eastAsia="GHEA Grapalat" w:hAnsi="GHEA Grapalat" w:cs="GHEA Grapalat"/>
          <w:bCs/>
          <w:color w:val="000000" w:themeColor="text1"/>
          <w:sz w:val="24"/>
          <w:szCs w:val="24"/>
          <w:lang w:val="en-US" w:eastAsia="hy-AM"/>
        </w:rPr>
        <w:t>՝</w:t>
      </w:r>
      <w:r w:rsidRPr="00A702E8">
        <w:rPr>
          <w:rFonts w:ascii="GHEA Grapalat" w:eastAsia="GHEA Grapalat" w:hAnsi="GHEA Grapalat" w:cs="GHEA Grapalat"/>
          <w:bCs/>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hy" w:eastAsia="hy-AM"/>
        </w:rPr>
        <w:t>________________________________________________</w:t>
      </w:r>
    </w:p>
    <w:p w14:paraId="492B4DAF" w14:textId="44171088" w:rsidR="009A0AC0" w:rsidRPr="00A702E8" w:rsidRDefault="009A0AC0" w:rsidP="00E879BF">
      <w:pPr>
        <w:shd w:val="clear" w:color="auto" w:fill="FFFFFF"/>
        <w:contextualSpacing/>
        <w:jc w:val="both"/>
        <w:rPr>
          <w:rFonts w:ascii="GHEA Grapalat" w:eastAsia="GHEA Grapalat" w:hAnsi="GHEA Grapalat" w:cs="GHEA Grapalat"/>
          <w:bCs/>
          <w:i/>
          <w:color w:val="000000" w:themeColor="text1"/>
          <w:lang w:val="hy" w:eastAsia="hy-AM"/>
        </w:rPr>
      </w:pP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նշել</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ԳԱՈՒ</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իրականացման</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սկզբի</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և</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ավարտի</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ամսաթվերը</w:t>
      </w:r>
      <w:r w:rsidR="00BA123A" w:rsidRPr="00A702E8">
        <w:rPr>
          <w:rFonts w:ascii="GHEA Grapalat" w:eastAsia="GHEA Grapalat" w:hAnsi="GHEA Grapalat" w:cs="GHEA Grapalat"/>
          <w:bCs/>
          <w:i/>
          <w:color w:val="000000" w:themeColor="text1"/>
          <w:lang w:val="hy" w:eastAsia="hy-AM"/>
        </w:rPr>
        <w:t>.</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ամիս</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տարի</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օր</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ժամ</w:t>
      </w:r>
      <w:r w:rsidRPr="00A702E8">
        <w:rPr>
          <w:rFonts w:ascii="GHEA Grapalat" w:eastAsia="GHEA Grapalat" w:hAnsi="GHEA Grapalat" w:cs="GHEA Grapalat"/>
          <w:bCs/>
          <w:i/>
          <w:color w:val="000000" w:themeColor="text1"/>
          <w:lang w:val="hy" w:eastAsia="hy-AM"/>
        </w:rPr>
        <w:t xml:space="preserve"> ] </w:t>
      </w:r>
    </w:p>
    <w:p w14:paraId="1D501E79" w14:textId="77777777" w:rsidR="009A0AC0" w:rsidRPr="00A702E8" w:rsidRDefault="009A0AC0" w:rsidP="00E879BF">
      <w:pPr>
        <w:shd w:val="clear" w:color="auto" w:fill="FFFFFF"/>
        <w:contextualSpacing/>
        <w:jc w:val="both"/>
        <w:rPr>
          <w:rFonts w:ascii="GHEA Grapalat" w:eastAsia="GHEA Grapalat" w:hAnsi="GHEA Grapalat" w:cs="GHEA Grapalat"/>
          <w:bCs/>
          <w:color w:val="000000" w:themeColor="text1"/>
          <w:lang w:val="hy" w:eastAsia="hy-AM"/>
        </w:rPr>
      </w:pPr>
    </w:p>
    <w:p w14:paraId="13B02AD8" w14:textId="77777777" w:rsidR="00923C94" w:rsidRPr="00A702E8" w:rsidRDefault="009A0AC0" w:rsidP="009A0AC0">
      <w:pPr>
        <w:numPr>
          <w:ilvl w:val="1"/>
          <w:numId w:val="11"/>
        </w:numPr>
        <w:shd w:val="clear" w:color="auto" w:fill="FFFFFF"/>
        <w:spacing w:after="0" w:line="276" w:lineRule="auto"/>
        <w:ind w:left="720"/>
        <w:contextualSpacing/>
        <w:jc w:val="both"/>
        <w:rPr>
          <w:rFonts w:ascii="GHEA Grapalat" w:eastAsia="GHEA Grapalat" w:hAnsi="GHEA Grapalat" w:cs="GHEA Grapalat"/>
          <w:bCs/>
          <w:color w:val="000000" w:themeColor="text1"/>
          <w:sz w:val="24"/>
          <w:szCs w:val="24"/>
          <w:lang w:val="hy" w:eastAsia="hy-AM"/>
        </w:rPr>
      </w:pPr>
      <w:r w:rsidRPr="00A702E8">
        <w:rPr>
          <w:rFonts w:ascii="GHEA Grapalat" w:eastAsia="GHEA Grapalat" w:hAnsi="GHEA Grapalat" w:cs="GHEA Grapalat"/>
          <w:b/>
          <w:color w:val="000000" w:themeColor="text1"/>
          <w:sz w:val="24"/>
          <w:szCs w:val="24"/>
          <w:lang w:val="en-US" w:eastAsia="hy-AM"/>
        </w:rPr>
        <w:t>ԳԱՈՒ</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մոդուլային</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ծրագրի</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մասնակից</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ուսանողի</w:t>
      </w:r>
      <w:r w:rsidRPr="00A702E8">
        <w:rPr>
          <w:rFonts w:ascii="GHEA Grapalat" w:eastAsia="GHEA Grapalat" w:hAnsi="GHEA Grapalat" w:cs="GHEA Grapalat"/>
          <w:b/>
          <w:color w:val="000000" w:themeColor="text1"/>
          <w:sz w:val="24"/>
          <w:szCs w:val="24"/>
          <w:lang w:val="hy" w:eastAsia="hy-AM"/>
        </w:rPr>
        <w:t>/</w:t>
      </w:r>
      <w:r w:rsidRPr="00A702E8">
        <w:rPr>
          <w:rFonts w:ascii="GHEA Grapalat" w:eastAsia="GHEA Grapalat" w:hAnsi="GHEA Grapalat" w:cs="GHEA Grapalat"/>
          <w:b/>
          <w:color w:val="000000" w:themeColor="text1"/>
          <w:sz w:val="24"/>
          <w:szCs w:val="24"/>
          <w:lang w:val="en-US" w:eastAsia="hy-AM"/>
        </w:rPr>
        <w:t>աշկերտների</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բեռնվածությունը</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աշխատանքային</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ժամանակի</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հաշվարկման</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սկզբունքը</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և</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կրեդիտների</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քանակը</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առկայության</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դեպքում</w:t>
      </w:r>
      <w:r w:rsidRPr="00A702E8">
        <w:rPr>
          <w:rFonts w:ascii="GHEA Grapalat" w:eastAsia="GHEA Grapalat" w:hAnsi="GHEA Grapalat" w:cs="GHEA Grapalat"/>
          <w:b/>
          <w:color w:val="000000" w:themeColor="text1"/>
          <w:sz w:val="24"/>
          <w:szCs w:val="24"/>
          <w:lang w:val="hy" w:eastAsia="hy-AM"/>
        </w:rPr>
        <w:t>)</w:t>
      </w:r>
      <w:r w:rsidRPr="00A702E8">
        <w:rPr>
          <w:rFonts w:ascii="GHEA Grapalat" w:eastAsia="GHEA Grapalat" w:hAnsi="GHEA Grapalat" w:cs="GHEA Grapalat"/>
          <w:b/>
          <w:color w:val="000000" w:themeColor="text1"/>
          <w:sz w:val="24"/>
          <w:szCs w:val="24"/>
          <w:lang w:val="en-US" w:eastAsia="hy-AM"/>
        </w:rPr>
        <w:t>՝</w:t>
      </w:r>
    </w:p>
    <w:p w14:paraId="25ADD104" w14:textId="066ED0D2" w:rsidR="009A0AC0" w:rsidRPr="00A702E8" w:rsidRDefault="009A0AC0" w:rsidP="00923C94">
      <w:pPr>
        <w:shd w:val="clear" w:color="auto" w:fill="FFFFFF"/>
        <w:spacing w:after="0" w:line="276" w:lineRule="auto"/>
        <w:ind w:left="720"/>
        <w:contextualSpacing/>
        <w:jc w:val="both"/>
        <w:rPr>
          <w:rFonts w:ascii="GHEA Grapalat" w:eastAsia="GHEA Grapalat" w:hAnsi="GHEA Grapalat" w:cs="GHEA Grapalat"/>
          <w:bCs/>
          <w:color w:val="000000" w:themeColor="text1"/>
          <w:sz w:val="24"/>
          <w:szCs w:val="24"/>
          <w:lang w:val="hy" w:eastAsia="hy-AM"/>
        </w:rPr>
      </w:pPr>
      <w:r w:rsidRPr="00A702E8">
        <w:rPr>
          <w:rFonts w:ascii="GHEA Grapalat" w:eastAsia="GHEA Grapalat" w:hAnsi="GHEA Grapalat" w:cs="GHEA Grapalat"/>
          <w:b/>
          <w:color w:val="000000" w:themeColor="text1"/>
          <w:sz w:val="24"/>
          <w:szCs w:val="24"/>
          <w:lang w:val="hy" w:eastAsia="hy-AM"/>
        </w:rPr>
        <w:t>_________________________________________</w:t>
      </w:r>
    </w:p>
    <w:p w14:paraId="18383DC1" w14:textId="60A3EBF7" w:rsidR="009A0AC0" w:rsidRPr="00A702E8" w:rsidRDefault="009A0AC0" w:rsidP="00E879BF">
      <w:pPr>
        <w:shd w:val="clear" w:color="auto" w:fill="FFFFFF"/>
        <w:contextualSpacing/>
        <w:jc w:val="both"/>
        <w:rPr>
          <w:rFonts w:ascii="GHEA Grapalat" w:eastAsia="GHEA Grapalat" w:hAnsi="GHEA Grapalat" w:cs="GHEA Grapalat"/>
          <w:bCs/>
          <w:i/>
          <w:color w:val="000000" w:themeColor="text1"/>
          <w:lang w:val="hy" w:eastAsia="hy-AM"/>
        </w:rPr>
      </w:pPr>
      <w:r w:rsidRPr="00A702E8">
        <w:rPr>
          <w:rFonts w:ascii="GHEA Grapalat" w:eastAsia="GHEA Grapalat" w:hAnsi="GHEA Grapalat" w:cs="GHEA Grapalat"/>
          <w:bCs/>
          <w:i/>
          <w:color w:val="000000" w:themeColor="text1"/>
          <w:lang w:val="hy" w:eastAsia="hy-AM"/>
        </w:rPr>
        <w:t>[</w:t>
      </w:r>
      <w:r w:rsidRPr="00A702E8">
        <w:rPr>
          <w:rFonts w:ascii="GHEA Grapalat" w:eastAsia="GHEA Grapalat" w:hAnsi="GHEA Grapalat" w:cs="GHEA Grapalat"/>
          <w:bCs/>
          <w:i/>
          <w:color w:val="000000" w:themeColor="text1"/>
          <w:lang w:val="en-US" w:eastAsia="hy-AM"/>
        </w:rPr>
        <w:t>նշել</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ԳԱՈՒ</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շրջանակում</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ուսանողի</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բեռնվածությունը</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գործատուի</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մոտ՝</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բաշխելով</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ուսումնական</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և</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աշխատանքային</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ժամային</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բեռնվածություն՝</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ըստ</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վայրերի</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կամ</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գործատուների</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եթե</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դրանք</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տարբեր</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են</w:t>
      </w:r>
      <w:r w:rsidRPr="00A702E8">
        <w:rPr>
          <w:rFonts w:ascii="GHEA Grapalat" w:eastAsia="GHEA Grapalat" w:hAnsi="GHEA Grapalat" w:cs="GHEA Grapalat"/>
          <w:bCs/>
          <w:i/>
          <w:color w:val="000000" w:themeColor="text1"/>
          <w:lang w:val="hy" w:eastAsia="hy-AM"/>
        </w:rPr>
        <w:t>)</w:t>
      </w:r>
      <w:r w:rsidRPr="00A702E8">
        <w:rPr>
          <w:rFonts w:ascii="GHEA Grapalat" w:eastAsia="GHEA Grapalat" w:hAnsi="GHEA Grapalat" w:cs="GHEA Grapalat"/>
          <w:bCs/>
          <w:i/>
          <w:color w:val="000000" w:themeColor="text1"/>
          <w:lang w:val="en-US" w:eastAsia="hy-AM"/>
        </w:rPr>
        <w:t>։</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ԳԱՈՒ</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շրջանակում</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ուսանողի</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բեռնվածությունը</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կարող</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է</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հաշվարկվել</w:t>
      </w:r>
      <w:r w:rsidRPr="00A702E8">
        <w:rPr>
          <w:rFonts w:ascii="GHEA Grapalat" w:eastAsia="GHEA Grapalat" w:hAnsi="GHEA Grapalat" w:cs="GHEA Grapalat"/>
          <w:bCs/>
          <w:i/>
          <w:color w:val="000000" w:themeColor="text1"/>
          <w:lang w:val="hy" w:eastAsia="hy-AM"/>
        </w:rPr>
        <w:t xml:space="preserve"> 1 </w:t>
      </w:r>
      <w:r w:rsidRPr="00A702E8">
        <w:rPr>
          <w:rFonts w:ascii="GHEA Grapalat" w:eastAsia="GHEA Grapalat" w:hAnsi="GHEA Grapalat" w:cs="GHEA Grapalat"/>
          <w:bCs/>
          <w:i/>
          <w:color w:val="000000" w:themeColor="text1"/>
          <w:lang w:val="en-US" w:eastAsia="hy-AM"/>
        </w:rPr>
        <w:t>ակադեմիական</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ժամը՝</w:t>
      </w:r>
      <w:r w:rsidRPr="00A702E8">
        <w:rPr>
          <w:rFonts w:ascii="GHEA Grapalat" w:eastAsia="GHEA Grapalat" w:hAnsi="GHEA Grapalat" w:cs="GHEA Grapalat"/>
          <w:bCs/>
          <w:i/>
          <w:color w:val="000000" w:themeColor="text1"/>
          <w:lang w:val="hy" w:eastAsia="hy-AM"/>
        </w:rPr>
        <w:t xml:space="preserve"> </w:t>
      </w:r>
      <w:r w:rsidR="00BA123A" w:rsidRPr="00A702E8">
        <w:rPr>
          <w:rFonts w:ascii="GHEA Grapalat" w:eastAsia="GHEA Grapalat" w:hAnsi="GHEA Grapalat" w:cs="GHEA Grapalat"/>
          <w:bCs/>
          <w:i/>
          <w:color w:val="000000" w:themeColor="text1"/>
          <w:lang w:val="hy" w:eastAsia="hy-AM"/>
        </w:rPr>
        <w:t xml:space="preserve">60 </w:t>
      </w:r>
      <w:r w:rsidR="00BA123A" w:rsidRPr="00A702E8">
        <w:rPr>
          <w:rFonts w:ascii="GHEA Grapalat" w:eastAsia="GHEA Grapalat" w:hAnsi="GHEA Grapalat" w:cs="GHEA Grapalat"/>
          <w:bCs/>
          <w:i/>
          <w:color w:val="000000" w:themeColor="text1"/>
          <w:lang w:val="en-US" w:eastAsia="hy-AM"/>
        </w:rPr>
        <w:t>րոպե</w:t>
      </w:r>
      <w:r w:rsidRPr="00A702E8">
        <w:rPr>
          <w:rFonts w:ascii="GHEA Grapalat" w:eastAsia="GHEA Grapalat" w:hAnsi="GHEA Grapalat" w:cs="GHEA Grapalat"/>
          <w:bCs/>
          <w:i/>
          <w:color w:val="000000" w:themeColor="text1"/>
          <w:lang w:val="hy" w:eastAsia="hy-AM"/>
        </w:rPr>
        <w:t xml:space="preserve">, 1 </w:t>
      </w:r>
      <w:r w:rsidRPr="00A702E8">
        <w:rPr>
          <w:rFonts w:ascii="GHEA Grapalat" w:eastAsia="GHEA Grapalat" w:hAnsi="GHEA Grapalat" w:cs="GHEA Grapalat"/>
          <w:bCs/>
          <w:i/>
          <w:color w:val="000000" w:themeColor="text1"/>
          <w:lang w:val="en-US" w:eastAsia="hy-AM"/>
        </w:rPr>
        <w:t>ակադեմիական</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ժամը՝</w:t>
      </w:r>
      <w:r w:rsidRPr="00A702E8">
        <w:rPr>
          <w:rFonts w:ascii="GHEA Grapalat" w:eastAsia="GHEA Grapalat" w:hAnsi="GHEA Grapalat" w:cs="GHEA Grapalat"/>
          <w:bCs/>
          <w:i/>
          <w:color w:val="000000" w:themeColor="text1"/>
          <w:lang w:val="hy" w:eastAsia="hy-AM"/>
        </w:rPr>
        <w:t xml:space="preserve"> </w:t>
      </w:r>
      <w:r w:rsidR="00BA123A" w:rsidRPr="00A702E8">
        <w:rPr>
          <w:rFonts w:ascii="GHEA Grapalat" w:eastAsia="GHEA Grapalat" w:hAnsi="GHEA Grapalat" w:cs="GHEA Grapalat"/>
          <w:i/>
          <w:color w:val="000000" w:themeColor="text1"/>
          <w:lang w:val="hy" w:eastAsia="hy-AM"/>
        </w:rPr>
        <w:t>30</w:t>
      </w:r>
      <w:r w:rsidRPr="00A702E8">
        <w:rPr>
          <w:rFonts w:ascii="GHEA Grapalat" w:eastAsia="GHEA Grapalat" w:hAnsi="GHEA Grapalat" w:cs="GHEA Grapalat"/>
          <w:bCs/>
          <w:i/>
          <w:color w:val="000000" w:themeColor="text1"/>
          <w:lang w:val="hy" w:eastAsia="hy-AM"/>
        </w:rPr>
        <w:t xml:space="preserve"> </w:t>
      </w:r>
      <w:r w:rsidR="00BA123A" w:rsidRPr="00A702E8">
        <w:rPr>
          <w:rFonts w:ascii="GHEA Grapalat" w:eastAsia="GHEA Grapalat" w:hAnsi="GHEA Grapalat" w:cs="GHEA Grapalat"/>
          <w:bCs/>
          <w:i/>
          <w:color w:val="000000" w:themeColor="text1"/>
          <w:lang w:val="en-US" w:eastAsia="hy-AM"/>
        </w:rPr>
        <w:t>րոպե</w:t>
      </w:r>
      <w:r w:rsidRPr="00A702E8">
        <w:rPr>
          <w:rFonts w:ascii="GHEA Grapalat" w:eastAsia="GHEA Grapalat" w:hAnsi="GHEA Grapalat" w:cs="GHEA Grapalat"/>
          <w:bCs/>
          <w:i/>
          <w:color w:val="000000" w:themeColor="text1"/>
          <w:lang w:val="hy" w:eastAsia="hy-AM"/>
        </w:rPr>
        <w:t xml:space="preserve">, 1 </w:t>
      </w:r>
      <w:r w:rsidRPr="00A702E8">
        <w:rPr>
          <w:rFonts w:ascii="GHEA Grapalat" w:eastAsia="GHEA Grapalat" w:hAnsi="GHEA Grapalat" w:cs="GHEA Grapalat"/>
          <w:bCs/>
          <w:i/>
          <w:color w:val="000000" w:themeColor="text1"/>
          <w:lang w:val="en-US" w:eastAsia="hy-AM"/>
        </w:rPr>
        <w:t>ակադեմիական</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ժամը՝</w:t>
      </w:r>
      <w:r w:rsidRPr="00A702E8">
        <w:rPr>
          <w:rFonts w:ascii="GHEA Grapalat" w:eastAsia="GHEA Grapalat" w:hAnsi="GHEA Grapalat" w:cs="GHEA Grapalat"/>
          <w:bCs/>
          <w:i/>
          <w:color w:val="000000" w:themeColor="text1"/>
          <w:lang w:val="hy" w:eastAsia="hy-AM"/>
        </w:rPr>
        <w:t xml:space="preserve"> </w:t>
      </w:r>
      <w:r w:rsidR="00BA123A" w:rsidRPr="00A702E8">
        <w:rPr>
          <w:rFonts w:ascii="GHEA Grapalat" w:eastAsia="GHEA Grapalat" w:hAnsi="GHEA Grapalat" w:cs="GHEA Grapalat"/>
          <w:bCs/>
          <w:i/>
          <w:color w:val="000000" w:themeColor="text1"/>
          <w:lang w:val="hy" w:eastAsia="hy-AM"/>
        </w:rPr>
        <w:t xml:space="preserve">120 </w:t>
      </w:r>
      <w:r w:rsidR="00BA123A" w:rsidRPr="00A702E8">
        <w:rPr>
          <w:rFonts w:ascii="GHEA Grapalat" w:eastAsia="GHEA Grapalat" w:hAnsi="GHEA Grapalat" w:cs="GHEA Grapalat"/>
          <w:bCs/>
          <w:i/>
          <w:color w:val="000000" w:themeColor="text1"/>
          <w:lang w:val="en-US" w:eastAsia="hy-AM"/>
        </w:rPr>
        <w:t>րոպե</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կամ</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այլ</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ժամային</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հաշվարկի</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սկզբունքով՝</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կապված</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աշխատանքի</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բարդությունից</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lastRenderedPageBreak/>
        <w:t>ծանրաբեռնվածությունից</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կամ</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անընդհատության</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կամ</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կարճատևության</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բնույթից։</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Ուսանողի</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բեռնվածությունը</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և</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ընթացքում</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կուտակած</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աշխատանքային</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բաղադրիչը</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հաշվարկվում</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է</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նաև</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կրեդիտներով։</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Հետևաբար</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կողմերի</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համաձայնությամբ</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պետք</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է</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սահմանվի</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կրեդիտի</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կուտակման</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գործ</w:t>
      </w:r>
      <w:r w:rsidR="00BA123A" w:rsidRPr="00A702E8">
        <w:rPr>
          <w:rFonts w:ascii="GHEA Grapalat" w:eastAsia="GHEA Grapalat" w:hAnsi="GHEA Grapalat" w:cs="GHEA Grapalat"/>
          <w:bCs/>
          <w:i/>
          <w:color w:val="000000" w:themeColor="text1"/>
          <w:lang w:val="en-US" w:eastAsia="hy-AM"/>
        </w:rPr>
        <w:t>ա</w:t>
      </w:r>
      <w:r w:rsidRPr="00A702E8">
        <w:rPr>
          <w:rFonts w:ascii="GHEA Grapalat" w:eastAsia="GHEA Grapalat" w:hAnsi="GHEA Grapalat" w:cs="GHEA Grapalat"/>
          <w:bCs/>
          <w:i/>
          <w:color w:val="000000" w:themeColor="text1"/>
          <w:lang w:val="en-US" w:eastAsia="hy-AM"/>
        </w:rPr>
        <w:t>կիցների</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սանդղակը։</w:t>
      </w:r>
      <w:r w:rsidRPr="00A702E8">
        <w:rPr>
          <w:rFonts w:ascii="GHEA Grapalat" w:eastAsia="GHEA Grapalat" w:hAnsi="GHEA Grapalat" w:cs="GHEA Grapalat"/>
          <w:bCs/>
          <w:i/>
          <w:color w:val="000000" w:themeColor="text1"/>
          <w:lang w:val="hy" w:eastAsia="hy-AM"/>
        </w:rPr>
        <w:t xml:space="preserve"> ] </w:t>
      </w:r>
    </w:p>
    <w:p w14:paraId="40A5CA8A" w14:textId="77777777" w:rsidR="009A0AC0" w:rsidRPr="00A702E8" w:rsidRDefault="009A0AC0" w:rsidP="009A0AC0">
      <w:pPr>
        <w:shd w:val="clear" w:color="auto" w:fill="FFFFFF"/>
        <w:ind w:left="720" w:hanging="720"/>
        <w:contextualSpacing/>
        <w:jc w:val="both"/>
        <w:rPr>
          <w:rFonts w:ascii="GHEA Grapalat" w:eastAsia="GHEA Grapalat" w:hAnsi="GHEA Grapalat" w:cs="GHEA Grapalat"/>
          <w:bCs/>
          <w:color w:val="000000" w:themeColor="text1"/>
          <w:sz w:val="24"/>
          <w:szCs w:val="24"/>
          <w:lang w:val="hy" w:eastAsia="hy-AM"/>
        </w:rPr>
      </w:pPr>
    </w:p>
    <w:p w14:paraId="655AD07C" w14:textId="77777777" w:rsidR="00BA123A" w:rsidRPr="00A702E8" w:rsidRDefault="009A0AC0" w:rsidP="009A0AC0">
      <w:pPr>
        <w:numPr>
          <w:ilvl w:val="1"/>
          <w:numId w:val="11"/>
        </w:numPr>
        <w:shd w:val="clear" w:color="auto" w:fill="FFFFFF"/>
        <w:spacing w:after="0" w:line="276" w:lineRule="auto"/>
        <w:ind w:left="720"/>
        <w:contextualSpacing/>
        <w:jc w:val="both"/>
        <w:rPr>
          <w:rFonts w:ascii="GHEA Grapalat" w:eastAsia="GHEA Grapalat" w:hAnsi="GHEA Grapalat" w:cs="GHEA Grapalat"/>
          <w:b/>
          <w:color w:val="000000" w:themeColor="text1"/>
          <w:sz w:val="24"/>
          <w:szCs w:val="24"/>
          <w:lang w:val="hy" w:eastAsia="hy-AM"/>
        </w:rPr>
      </w:pPr>
      <w:r w:rsidRPr="00A702E8">
        <w:rPr>
          <w:rFonts w:ascii="GHEA Grapalat" w:eastAsia="GHEA Grapalat" w:hAnsi="GHEA Grapalat" w:cs="GHEA Grapalat"/>
          <w:b/>
          <w:color w:val="000000" w:themeColor="text1"/>
          <w:sz w:val="24"/>
          <w:szCs w:val="24"/>
          <w:lang w:val="en-US" w:eastAsia="hy-AM"/>
        </w:rPr>
        <w:t>Գործընկերության</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կողմ</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ԳԱՈՒ</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ՄԾ</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իրականացնող</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կազմակերպությունը</w:t>
      </w:r>
      <w:r w:rsidRPr="00A702E8">
        <w:rPr>
          <w:rFonts w:ascii="GHEA Grapalat" w:eastAsia="GHEA Grapalat" w:hAnsi="GHEA Grapalat" w:cs="GHEA Grapalat"/>
          <w:b/>
          <w:color w:val="000000" w:themeColor="text1"/>
          <w:sz w:val="24"/>
          <w:szCs w:val="24"/>
          <w:lang w:val="hy" w:eastAsia="hy-AM"/>
        </w:rPr>
        <w:t xml:space="preserve"> </w:t>
      </w:r>
    </w:p>
    <w:p w14:paraId="3357D72A" w14:textId="60AD1E20" w:rsidR="009A0AC0" w:rsidRPr="00A702E8" w:rsidRDefault="00BA123A" w:rsidP="00BA123A">
      <w:pPr>
        <w:shd w:val="clear" w:color="auto" w:fill="FFFFFF"/>
        <w:spacing w:after="0" w:line="276" w:lineRule="auto"/>
        <w:contextualSpacing/>
        <w:jc w:val="both"/>
        <w:rPr>
          <w:rFonts w:ascii="GHEA Grapalat" w:eastAsia="GHEA Grapalat" w:hAnsi="GHEA Grapalat" w:cs="GHEA Grapalat"/>
          <w:b/>
          <w:color w:val="000000" w:themeColor="text1"/>
          <w:sz w:val="24"/>
          <w:szCs w:val="24"/>
          <w:lang w:val="hy" w:eastAsia="hy-AM"/>
        </w:rPr>
      </w:pPr>
      <w:r w:rsidRPr="00A702E8">
        <w:rPr>
          <w:rFonts w:ascii="GHEA Grapalat" w:eastAsia="GHEA Grapalat" w:hAnsi="GHEA Grapalat" w:cs="GHEA Grapalat"/>
          <w:b/>
          <w:color w:val="000000" w:themeColor="text1"/>
          <w:sz w:val="24"/>
          <w:szCs w:val="24"/>
          <w:lang w:val="hy" w:eastAsia="hy-AM"/>
        </w:rPr>
        <w:t xml:space="preserve">          </w:t>
      </w:r>
      <w:r w:rsidR="009A0AC0" w:rsidRPr="00A702E8">
        <w:rPr>
          <w:rFonts w:ascii="GHEA Grapalat" w:eastAsia="GHEA Grapalat" w:hAnsi="GHEA Grapalat" w:cs="GHEA Grapalat"/>
          <w:b/>
          <w:color w:val="000000" w:themeColor="text1"/>
          <w:sz w:val="24"/>
          <w:szCs w:val="24"/>
          <w:lang w:val="hy" w:eastAsia="hy-AM"/>
        </w:rPr>
        <w:t>_____________________________________</w:t>
      </w:r>
    </w:p>
    <w:p w14:paraId="4BE64797" w14:textId="77777777" w:rsidR="009A0AC0" w:rsidRPr="00A702E8" w:rsidRDefault="009A0AC0" w:rsidP="00E879BF">
      <w:pPr>
        <w:shd w:val="clear" w:color="auto" w:fill="FFFFFF"/>
        <w:contextualSpacing/>
        <w:jc w:val="both"/>
        <w:rPr>
          <w:rFonts w:ascii="GHEA Grapalat" w:eastAsia="GHEA Grapalat" w:hAnsi="GHEA Grapalat" w:cs="GHEA Grapalat"/>
          <w:i/>
          <w:color w:val="000000" w:themeColor="text1"/>
          <w:lang w:val="hy" w:eastAsia="hy-AM"/>
        </w:rPr>
      </w:pPr>
      <w:r w:rsidRPr="00A702E8">
        <w:rPr>
          <w:rFonts w:ascii="GHEA Grapalat" w:eastAsia="GHEA Grapalat" w:hAnsi="GHEA Grapalat" w:cs="GHEA Grapalat"/>
          <w:i/>
          <w:color w:val="000000" w:themeColor="text1"/>
          <w:lang w:val="hy" w:eastAsia="hy-AM"/>
        </w:rPr>
        <w:t>[</w:t>
      </w:r>
      <w:r w:rsidRPr="00A702E8">
        <w:rPr>
          <w:rFonts w:ascii="GHEA Grapalat" w:eastAsia="GHEA Grapalat" w:hAnsi="GHEA Grapalat" w:cs="GHEA Grapalat"/>
          <w:i/>
          <w:color w:val="000000" w:themeColor="text1"/>
          <w:lang w:val="en-US" w:eastAsia="hy-AM"/>
        </w:rPr>
        <w:t>նշել</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գործընկեր</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կազմակերպության</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իրավաբանական</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անվանումը։</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Եթե</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ԳԱՈՒ</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ՄԾ</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կազմակերպվելու</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է</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մեկից</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ավելի</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կազմակերպություններում</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ապա</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թվարկվում</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են</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բոլոր</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մասնակիցները</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իսկ</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ծրագրում</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յուրաքանչյուրի</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մասնակցությունը</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ներկայացվում</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Մեթոդաբանություն</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և</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ռեսուրսներ</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բաղադրիչում։</w:t>
      </w:r>
      <w:r w:rsidRPr="00A702E8">
        <w:rPr>
          <w:rFonts w:ascii="GHEA Grapalat" w:eastAsia="GHEA Grapalat" w:hAnsi="GHEA Grapalat" w:cs="GHEA Grapalat"/>
          <w:i/>
          <w:color w:val="000000" w:themeColor="text1"/>
          <w:lang w:val="hy" w:eastAsia="hy-AM"/>
        </w:rPr>
        <w:t>]</w:t>
      </w:r>
    </w:p>
    <w:p w14:paraId="5C5543D2" w14:textId="77777777" w:rsidR="009A0AC0" w:rsidRPr="00A702E8" w:rsidRDefault="009A0AC0" w:rsidP="00E879BF">
      <w:pPr>
        <w:shd w:val="clear" w:color="auto" w:fill="FFFFFF"/>
        <w:contextualSpacing/>
        <w:jc w:val="both"/>
        <w:rPr>
          <w:rFonts w:ascii="GHEA Grapalat" w:eastAsia="GHEA Grapalat" w:hAnsi="GHEA Grapalat" w:cs="GHEA Grapalat"/>
          <w:bCs/>
          <w:color w:val="000000" w:themeColor="text1"/>
          <w:sz w:val="24"/>
          <w:szCs w:val="24"/>
          <w:lang w:val="hy" w:eastAsia="hy-AM"/>
        </w:rPr>
      </w:pPr>
    </w:p>
    <w:p w14:paraId="29123AA7" w14:textId="77777777" w:rsidR="00BA123A" w:rsidRPr="00A702E8" w:rsidRDefault="009A0AC0" w:rsidP="009A0AC0">
      <w:pPr>
        <w:numPr>
          <w:ilvl w:val="1"/>
          <w:numId w:val="11"/>
        </w:numPr>
        <w:shd w:val="clear" w:color="auto" w:fill="FFFFFF"/>
        <w:spacing w:after="0" w:line="276" w:lineRule="auto"/>
        <w:ind w:left="720"/>
        <w:contextualSpacing/>
        <w:jc w:val="both"/>
        <w:rPr>
          <w:rFonts w:ascii="GHEA Grapalat" w:eastAsia="GHEA Grapalat" w:hAnsi="GHEA Grapalat" w:cs="GHEA Grapalat"/>
          <w:bCs/>
          <w:i/>
          <w:color w:val="000000" w:themeColor="text1"/>
          <w:lang w:val="en-US" w:eastAsia="hy-AM"/>
        </w:rPr>
      </w:pPr>
      <w:r w:rsidRPr="00A702E8">
        <w:rPr>
          <w:rFonts w:ascii="GHEA Grapalat" w:eastAsia="GHEA Grapalat" w:hAnsi="GHEA Grapalat" w:cs="GHEA Grapalat"/>
          <w:b/>
          <w:bCs/>
          <w:color w:val="000000" w:themeColor="text1"/>
          <w:sz w:val="24"/>
          <w:szCs w:val="24"/>
          <w:lang w:val="en-US" w:eastAsia="hy-AM"/>
        </w:rPr>
        <w:t>Համագործակցության պայմանագրի համարը, ամսաթիվը</w:t>
      </w:r>
    </w:p>
    <w:p w14:paraId="4E17B292" w14:textId="6C6991FB" w:rsidR="009A0AC0" w:rsidRPr="00A702E8" w:rsidRDefault="009A0AC0" w:rsidP="00BA123A">
      <w:pPr>
        <w:shd w:val="clear" w:color="auto" w:fill="FFFFFF"/>
        <w:spacing w:after="0" w:line="276" w:lineRule="auto"/>
        <w:ind w:left="720"/>
        <w:contextualSpacing/>
        <w:jc w:val="both"/>
        <w:rPr>
          <w:rFonts w:ascii="GHEA Grapalat" w:eastAsia="GHEA Grapalat" w:hAnsi="GHEA Grapalat" w:cs="GHEA Grapalat"/>
          <w:bCs/>
          <w:i/>
          <w:color w:val="000000" w:themeColor="text1"/>
          <w:lang w:val="en-US" w:eastAsia="hy-AM"/>
        </w:rPr>
      </w:pPr>
      <w:r w:rsidRPr="00A702E8">
        <w:rPr>
          <w:rFonts w:ascii="GHEA Grapalat" w:eastAsia="GHEA Grapalat" w:hAnsi="GHEA Grapalat" w:cs="GHEA Grapalat"/>
          <w:b/>
          <w:bCs/>
          <w:color w:val="000000" w:themeColor="text1"/>
          <w:sz w:val="24"/>
          <w:szCs w:val="24"/>
          <w:lang w:eastAsia="hy-AM"/>
        </w:rPr>
        <w:t xml:space="preserve"> _________________________________________________________</w:t>
      </w:r>
    </w:p>
    <w:p w14:paraId="7E2A585D" w14:textId="1C917333" w:rsidR="009A0AC0" w:rsidRPr="00A702E8" w:rsidRDefault="009A0AC0" w:rsidP="00E879BF">
      <w:pPr>
        <w:shd w:val="clear" w:color="auto" w:fill="FFFFFF"/>
        <w:spacing w:line="240" w:lineRule="auto"/>
        <w:contextualSpacing/>
        <w:jc w:val="both"/>
        <w:rPr>
          <w:rFonts w:ascii="GHEA Grapalat" w:eastAsia="GHEA Grapalat" w:hAnsi="GHEA Grapalat" w:cs="GHEA Grapalat"/>
          <w:bCs/>
          <w:i/>
          <w:color w:val="000000" w:themeColor="text1"/>
          <w:lang w:val="en-US" w:eastAsia="hy-AM"/>
        </w:rPr>
      </w:pPr>
      <w:r w:rsidRPr="00A702E8">
        <w:rPr>
          <w:rFonts w:ascii="GHEA Grapalat" w:eastAsia="GHEA Grapalat" w:hAnsi="GHEA Grapalat" w:cs="GHEA Grapalat"/>
          <w:bCs/>
          <w:i/>
          <w:color w:val="000000" w:themeColor="text1"/>
          <w:lang w:val="en-US" w:eastAsia="hy-AM"/>
        </w:rPr>
        <w:t>[Նշել 1.8-րդ կետում նշված կազմակերպության (ների) հետ համագործակցության պայմանագրի համարը, որով հնարավոր կլինի անհրաժեշտության դեպքում տեղեկանալ համագործակցության իրավական հիմքերին, տվյալներին և համագործակցության նախապայմաններին։]</w:t>
      </w:r>
    </w:p>
    <w:p w14:paraId="398CD302" w14:textId="77777777" w:rsidR="009A0AC0" w:rsidRPr="00A702E8" w:rsidRDefault="009A0AC0" w:rsidP="009A0AC0">
      <w:pPr>
        <w:pStyle w:val="ListParagraph"/>
        <w:ind w:hanging="720"/>
        <w:rPr>
          <w:rFonts w:ascii="GHEA Grapalat" w:eastAsia="GHEA Grapalat" w:hAnsi="GHEA Grapalat" w:cs="GHEA Grapalat"/>
          <w:bCs/>
          <w:color w:val="000000" w:themeColor="text1"/>
          <w:lang w:val="en-US" w:eastAsia="hy-AM"/>
        </w:rPr>
      </w:pPr>
    </w:p>
    <w:p w14:paraId="10927FF3" w14:textId="4A46E10A" w:rsidR="00F0646A" w:rsidRPr="00A702E8" w:rsidRDefault="009A0AC0" w:rsidP="00F0646A">
      <w:pPr>
        <w:numPr>
          <w:ilvl w:val="2"/>
          <w:numId w:val="11"/>
        </w:numPr>
        <w:shd w:val="clear" w:color="auto" w:fill="FFFFFF"/>
        <w:spacing w:after="0" w:line="276" w:lineRule="auto"/>
        <w:ind w:left="720"/>
        <w:contextualSpacing/>
        <w:jc w:val="both"/>
        <w:rPr>
          <w:rFonts w:ascii="GHEA Grapalat" w:eastAsia="GHEA Grapalat" w:hAnsi="GHEA Grapalat" w:cs="GHEA Grapalat"/>
          <w:bCs/>
          <w:color w:val="000000" w:themeColor="text1"/>
          <w:sz w:val="24"/>
          <w:szCs w:val="24"/>
          <w:lang w:val="en-US" w:eastAsia="hy-AM"/>
        </w:rPr>
      </w:pPr>
      <w:r w:rsidRPr="00A702E8">
        <w:rPr>
          <w:rFonts w:ascii="GHEA Grapalat" w:eastAsia="GHEA Grapalat" w:hAnsi="GHEA Grapalat" w:cs="GHEA Grapalat"/>
          <w:b/>
          <w:bCs/>
          <w:color w:val="000000" w:themeColor="text1"/>
          <w:sz w:val="24"/>
          <w:szCs w:val="24"/>
          <w:lang w:val="en-US" w:eastAsia="hy-AM"/>
        </w:rPr>
        <w:t>ԳԱՈՒ ՄԾ իրականացման պատասխանատու անձինք</w:t>
      </w:r>
      <w:r w:rsidRPr="00A702E8">
        <w:rPr>
          <w:rFonts w:ascii="GHEA Grapalat" w:eastAsia="GHEA Grapalat" w:hAnsi="GHEA Grapalat" w:cs="GHEA Grapalat"/>
          <w:bCs/>
          <w:color w:val="000000" w:themeColor="text1"/>
          <w:sz w:val="24"/>
          <w:szCs w:val="24"/>
          <w:lang w:val="en-US" w:eastAsia="hy-AM"/>
        </w:rPr>
        <w:t xml:space="preserve">  </w:t>
      </w:r>
    </w:p>
    <w:p w14:paraId="6A87CADE" w14:textId="439A4694" w:rsidR="009A0AC0" w:rsidRPr="00A702E8" w:rsidRDefault="009A0AC0" w:rsidP="00E879BF">
      <w:pPr>
        <w:shd w:val="clear" w:color="auto" w:fill="FFFFFF"/>
        <w:spacing w:after="0" w:line="276" w:lineRule="auto"/>
        <w:contextualSpacing/>
        <w:jc w:val="both"/>
        <w:rPr>
          <w:rFonts w:ascii="GHEA Grapalat" w:eastAsia="GHEA Grapalat" w:hAnsi="GHEA Grapalat" w:cs="GHEA Grapalat"/>
          <w:bCs/>
          <w:color w:val="000000" w:themeColor="text1"/>
          <w:sz w:val="24"/>
          <w:szCs w:val="24"/>
          <w:lang w:val="hy" w:eastAsia="hy-AM"/>
        </w:rPr>
      </w:pPr>
      <w:r w:rsidRPr="00A702E8">
        <w:rPr>
          <w:rFonts w:ascii="GHEA Grapalat" w:eastAsia="GHEA Grapalat" w:hAnsi="GHEA Grapalat" w:cs="GHEA Grapalat"/>
          <w:b/>
          <w:color w:val="000000" w:themeColor="text1"/>
          <w:sz w:val="24"/>
          <w:szCs w:val="24"/>
          <w:lang w:val="en-US" w:eastAsia="hy-AM"/>
        </w:rPr>
        <w:t xml:space="preserve">____________________________________________________________ </w:t>
      </w:r>
      <w:r w:rsidRPr="00A702E8">
        <w:rPr>
          <w:rFonts w:ascii="GHEA Grapalat" w:eastAsia="GHEA Grapalat" w:hAnsi="GHEA Grapalat" w:cs="GHEA Grapalat"/>
          <w:bCs/>
          <w:color w:val="000000" w:themeColor="text1"/>
          <w:sz w:val="24"/>
          <w:szCs w:val="24"/>
          <w:lang w:val="hy" w:eastAsia="hy-AM"/>
        </w:rPr>
        <w:t xml:space="preserve"> </w:t>
      </w:r>
      <w:r w:rsidRPr="00A702E8">
        <w:rPr>
          <w:rFonts w:ascii="GHEA Grapalat" w:eastAsia="GHEA Grapalat" w:hAnsi="GHEA Grapalat" w:cs="GHEA Grapalat"/>
          <w:bCs/>
          <w:color w:val="000000" w:themeColor="text1"/>
          <w:sz w:val="24"/>
          <w:szCs w:val="24"/>
          <w:lang w:val="en-US" w:eastAsia="hy-AM"/>
        </w:rPr>
        <w:t xml:space="preserve">   </w:t>
      </w:r>
    </w:p>
    <w:p w14:paraId="767E8A00" w14:textId="2FF92A83" w:rsidR="009A0AC0" w:rsidRPr="00A702E8" w:rsidRDefault="009A0AC0" w:rsidP="00E879BF">
      <w:pPr>
        <w:shd w:val="clear" w:color="auto" w:fill="FFFFFF"/>
        <w:contextualSpacing/>
        <w:jc w:val="both"/>
        <w:rPr>
          <w:rFonts w:ascii="GHEA Grapalat" w:eastAsia="GHEA Grapalat" w:hAnsi="GHEA Grapalat" w:cs="GHEA Grapalat"/>
          <w:bCs/>
          <w:color w:val="000000" w:themeColor="text1"/>
          <w:sz w:val="24"/>
          <w:szCs w:val="24"/>
          <w:lang w:val="hy" w:eastAsia="hy-AM"/>
        </w:rPr>
      </w:pPr>
      <w:r w:rsidRPr="00A702E8">
        <w:rPr>
          <w:rFonts w:ascii="GHEA Grapalat" w:eastAsia="GHEA Grapalat" w:hAnsi="GHEA Grapalat" w:cs="GHEA Grapalat"/>
          <w:bCs/>
          <w:i/>
          <w:color w:val="000000" w:themeColor="text1"/>
          <w:lang w:val="hy" w:eastAsia="hy-AM"/>
        </w:rPr>
        <w:t>[</w:t>
      </w:r>
      <w:r w:rsidRPr="00A702E8">
        <w:rPr>
          <w:rFonts w:ascii="GHEA Grapalat" w:eastAsia="GHEA Grapalat" w:hAnsi="GHEA Grapalat" w:cs="GHEA Grapalat"/>
          <w:bCs/>
          <w:i/>
          <w:color w:val="000000" w:themeColor="text1"/>
          <w:lang w:val="en-US" w:eastAsia="hy-AM"/>
        </w:rPr>
        <w:t>նշել</w:t>
      </w:r>
      <w:r w:rsidRPr="00A702E8">
        <w:rPr>
          <w:rFonts w:ascii="GHEA Grapalat" w:eastAsia="GHEA Grapalat" w:hAnsi="GHEA Grapalat" w:cs="GHEA Grapalat"/>
          <w:bCs/>
          <w:i/>
          <w:color w:val="000000" w:themeColor="text1"/>
          <w:lang w:val="hy" w:eastAsia="hy-AM"/>
        </w:rPr>
        <w:t xml:space="preserve"> </w:t>
      </w:r>
      <w:r w:rsidR="004214E1" w:rsidRPr="00A702E8">
        <w:rPr>
          <w:rFonts w:ascii="GHEA Grapalat" w:eastAsia="GHEA Grapalat" w:hAnsi="GHEA Grapalat" w:cs="GHEA Grapalat"/>
          <w:bCs/>
          <w:i/>
          <w:color w:val="000000" w:themeColor="text1"/>
          <w:lang w:val="en-US" w:eastAsia="hy-AM"/>
        </w:rPr>
        <w:t>ՄՈՒՀ</w:t>
      </w:r>
      <w:r w:rsidR="004214E1" w:rsidRPr="00A702E8">
        <w:rPr>
          <w:rFonts w:ascii="GHEA Grapalat" w:eastAsia="GHEA Grapalat" w:hAnsi="GHEA Grapalat" w:cs="GHEA Grapalat"/>
          <w:bCs/>
          <w:i/>
          <w:color w:val="000000" w:themeColor="text1"/>
          <w:lang w:val="hy" w:eastAsia="hy-AM"/>
        </w:rPr>
        <w:t>-</w:t>
      </w:r>
      <w:r w:rsidRPr="00A702E8">
        <w:rPr>
          <w:rFonts w:ascii="GHEA Grapalat" w:eastAsia="GHEA Grapalat" w:hAnsi="GHEA Grapalat" w:cs="GHEA Grapalat"/>
          <w:bCs/>
          <w:i/>
          <w:color w:val="000000" w:themeColor="text1"/>
          <w:lang w:val="en-US" w:eastAsia="hy-AM"/>
        </w:rPr>
        <w:t>ի</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և</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կազմակերպության</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պատասխանատուների</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անունները</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պաշտոնական</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կոնտակները</w:t>
      </w:r>
      <w:r w:rsidRPr="00A702E8">
        <w:rPr>
          <w:rFonts w:ascii="GHEA Grapalat" w:eastAsia="GHEA Grapalat" w:hAnsi="GHEA Grapalat" w:cs="GHEA Grapalat"/>
          <w:bCs/>
          <w:i/>
          <w:color w:val="000000" w:themeColor="text1"/>
          <w:lang w:val="hy" w:eastAsia="hy-AM"/>
        </w:rPr>
        <w:t>]</w:t>
      </w:r>
    </w:p>
    <w:p w14:paraId="6F811CA8" w14:textId="77777777" w:rsidR="009A0AC0" w:rsidRPr="00A702E8" w:rsidRDefault="009A0AC0" w:rsidP="009A0AC0">
      <w:pPr>
        <w:numPr>
          <w:ilvl w:val="0"/>
          <w:numId w:val="11"/>
        </w:numPr>
        <w:shd w:val="clear" w:color="auto" w:fill="FFFFFF"/>
        <w:spacing w:after="0" w:line="276" w:lineRule="auto"/>
        <w:ind w:hanging="720"/>
        <w:contextualSpacing/>
        <w:jc w:val="center"/>
        <w:rPr>
          <w:rFonts w:ascii="GHEA Grapalat" w:hAnsi="GHEA Grapalat"/>
          <w:b/>
          <w:color w:val="000000" w:themeColor="text1"/>
          <w:sz w:val="24"/>
          <w:szCs w:val="24"/>
          <w:lang w:val="hy"/>
        </w:rPr>
      </w:pPr>
      <w:r w:rsidRPr="00A702E8">
        <w:rPr>
          <w:rFonts w:ascii="GHEA Grapalat" w:eastAsia="GHEA Grapalat" w:hAnsi="GHEA Grapalat" w:cs="GHEA Grapalat"/>
          <w:bCs/>
          <w:color w:val="000000" w:themeColor="text1"/>
          <w:sz w:val="24"/>
          <w:szCs w:val="24"/>
          <w:lang w:val="hy" w:eastAsia="hy-AM"/>
        </w:rPr>
        <w:br w:type="page"/>
      </w:r>
      <w:r w:rsidRPr="00A702E8">
        <w:rPr>
          <w:rFonts w:ascii="GHEA Grapalat" w:hAnsi="GHEA Grapalat"/>
          <w:b/>
          <w:color w:val="000000" w:themeColor="text1"/>
          <w:sz w:val="24"/>
          <w:szCs w:val="24"/>
          <w:lang w:val="hy"/>
        </w:rPr>
        <w:lastRenderedPageBreak/>
        <w:t xml:space="preserve">«……………» </w:t>
      </w:r>
      <w:r w:rsidRPr="00A702E8">
        <w:rPr>
          <w:rFonts w:ascii="GHEA Grapalat" w:hAnsi="GHEA Grapalat"/>
          <w:b/>
          <w:color w:val="000000" w:themeColor="text1"/>
          <w:sz w:val="24"/>
          <w:szCs w:val="24"/>
          <w:lang w:val="en-US"/>
        </w:rPr>
        <w:t>որակավորման</w:t>
      </w:r>
      <w:r w:rsidRPr="00A702E8">
        <w:rPr>
          <w:rFonts w:ascii="GHEA Grapalat" w:hAnsi="GHEA Grapalat"/>
          <w:b/>
          <w:color w:val="000000" w:themeColor="text1"/>
          <w:sz w:val="24"/>
          <w:szCs w:val="24"/>
          <w:lang w:val="hy"/>
        </w:rPr>
        <w:t>/</w:t>
      </w:r>
      <w:r w:rsidRPr="00A702E8">
        <w:rPr>
          <w:rFonts w:ascii="GHEA Grapalat" w:hAnsi="GHEA Grapalat"/>
          <w:b/>
          <w:color w:val="000000" w:themeColor="text1"/>
          <w:sz w:val="24"/>
          <w:szCs w:val="24"/>
          <w:lang w:val="en-US"/>
        </w:rPr>
        <w:t>միկրոորակավորման</w:t>
      </w:r>
      <w:r w:rsidRPr="00A702E8">
        <w:rPr>
          <w:rFonts w:ascii="GHEA Grapalat" w:hAnsi="GHEA Grapalat"/>
          <w:b/>
          <w:color w:val="000000" w:themeColor="text1"/>
          <w:sz w:val="24"/>
          <w:szCs w:val="24"/>
          <w:lang w:val="hy"/>
        </w:rPr>
        <w:t xml:space="preserve">  </w:t>
      </w:r>
      <w:r w:rsidRPr="00A702E8">
        <w:rPr>
          <w:rFonts w:ascii="GHEA Grapalat" w:hAnsi="GHEA Grapalat"/>
          <w:b/>
          <w:color w:val="000000" w:themeColor="text1"/>
          <w:sz w:val="24"/>
          <w:szCs w:val="24"/>
          <w:lang w:val="en-US"/>
        </w:rPr>
        <w:t>գործնական</w:t>
      </w:r>
      <w:r w:rsidRPr="00A702E8">
        <w:rPr>
          <w:rFonts w:ascii="GHEA Grapalat" w:hAnsi="GHEA Grapalat"/>
          <w:b/>
          <w:color w:val="000000" w:themeColor="text1"/>
          <w:sz w:val="24"/>
          <w:szCs w:val="24"/>
          <w:lang w:val="hy"/>
        </w:rPr>
        <w:t xml:space="preserve"> </w:t>
      </w:r>
      <w:r w:rsidRPr="00A702E8">
        <w:rPr>
          <w:rFonts w:ascii="GHEA Grapalat" w:hAnsi="GHEA Grapalat"/>
          <w:b/>
          <w:color w:val="000000" w:themeColor="text1"/>
          <w:sz w:val="24"/>
          <w:szCs w:val="24"/>
          <w:lang w:val="en-US"/>
        </w:rPr>
        <w:t>աշխատանքային</w:t>
      </w:r>
      <w:r w:rsidRPr="00A702E8">
        <w:rPr>
          <w:rFonts w:ascii="GHEA Grapalat" w:hAnsi="GHEA Grapalat"/>
          <w:b/>
          <w:color w:val="000000" w:themeColor="text1"/>
          <w:sz w:val="24"/>
          <w:szCs w:val="24"/>
          <w:lang w:val="hy"/>
        </w:rPr>
        <w:t xml:space="preserve"> </w:t>
      </w:r>
      <w:r w:rsidRPr="00A702E8">
        <w:rPr>
          <w:rFonts w:ascii="GHEA Grapalat" w:hAnsi="GHEA Grapalat"/>
          <w:b/>
          <w:color w:val="000000" w:themeColor="text1"/>
          <w:sz w:val="24"/>
          <w:szCs w:val="24"/>
          <w:lang w:val="en-US"/>
        </w:rPr>
        <w:t>ուսուցման</w:t>
      </w:r>
      <w:r w:rsidRPr="00A702E8">
        <w:rPr>
          <w:rFonts w:ascii="GHEA Grapalat" w:hAnsi="GHEA Grapalat"/>
          <w:b/>
          <w:color w:val="000000" w:themeColor="text1"/>
          <w:sz w:val="24"/>
          <w:szCs w:val="24"/>
          <w:lang w:val="hy"/>
        </w:rPr>
        <w:t xml:space="preserve"> (</w:t>
      </w:r>
      <w:r w:rsidRPr="00A702E8">
        <w:rPr>
          <w:rFonts w:ascii="GHEA Grapalat" w:hAnsi="GHEA Grapalat"/>
          <w:b/>
          <w:color w:val="000000" w:themeColor="text1"/>
          <w:sz w:val="24"/>
          <w:szCs w:val="24"/>
          <w:lang w:val="en-US"/>
        </w:rPr>
        <w:t>ԳԱՈՒ</w:t>
      </w:r>
      <w:r w:rsidRPr="00A702E8">
        <w:rPr>
          <w:rFonts w:ascii="GHEA Grapalat" w:hAnsi="GHEA Grapalat"/>
          <w:b/>
          <w:color w:val="000000" w:themeColor="text1"/>
          <w:sz w:val="24"/>
          <w:szCs w:val="24"/>
          <w:lang w:val="hy"/>
        </w:rPr>
        <w:t xml:space="preserve">) </w:t>
      </w:r>
      <w:r w:rsidRPr="00A702E8">
        <w:rPr>
          <w:rFonts w:ascii="GHEA Grapalat" w:hAnsi="GHEA Grapalat"/>
          <w:b/>
          <w:color w:val="000000" w:themeColor="text1"/>
          <w:sz w:val="24"/>
          <w:szCs w:val="24"/>
          <w:lang w:val="en-US"/>
        </w:rPr>
        <w:t>մոդուլային</w:t>
      </w:r>
      <w:r w:rsidRPr="00A702E8">
        <w:rPr>
          <w:rFonts w:ascii="GHEA Grapalat" w:hAnsi="GHEA Grapalat"/>
          <w:b/>
          <w:color w:val="000000" w:themeColor="text1"/>
          <w:sz w:val="24"/>
          <w:szCs w:val="24"/>
          <w:lang w:val="hy"/>
        </w:rPr>
        <w:t xml:space="preserve"> </w:t>
      </w:r>
      <w:r w:rsidRPr="00A702E8">
        <w:rPr>
          <w:rFonts w:ascii="GHEA Grapalat" w:hAnsi="GHEA Grapalat"/>
          <w:b/>
          <w:color w:val="000000" w:themeColor="text1"/>
          <w:sz w:val="24"/>
          <w:szCs w:val="24"/>
          <w:lang w:val="en-US"/>
        </w:rPr>
        <w:t>ծրագիր՝</w:t>
      </w:r>
    </w:p>
    <w:p w14:paraId="47354035" w14:textId="77777777" w:rsidR="009A0AC0" w:rsidRPr="00A702E8" w:rsidRDefault="009A0AC0" w:rsidP="009A0AC0">
      <w:pPr>
        <w:shd w:val="clear" w:color="auto" w:fill="FFFFFF"/>
        <w:ind w:left="720" w:hanging="720"/>
        <w:contextualSpacing/>
        <w:jc w:val="center"/>
        <w:rPr>
          <w:rFonts w:ascii="GHEA Grapalat" w:hAnsi="GHEA Grapalat"/>
          <w:b/>
          <w:color w:val="000000" w:themeColor="text1"/>
          <w:sz w:val="24"/>
          <w:szCs w:val="24"/>
          <w:lang w:val="hy"/>
        </w:rPr>
      </w:pPr>
      <w:r w:rsidRPr="00A702E8">
        <w:rPr>
          <w:rFonts w:ascii="GHEA Grapalat" w:eastAsia="GHEA Grapalat" w:hAnsi="GHEA Grapalat" w:cs="GHEA Grapalat"/>
          <w:b/>
          <w:color w:val="000000" w:themeColor="text1"/>
          <w:sz w:val="24"/>
          <w:szCs w:val="24"/>
          <w:lang w:val="en-US" w:eastAsia="hy-AM"/>
        </w:rPr>
        <w:t>դուալ</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ուսումնառություն</w:t>
      </w:r>
      <w:r w:rsidRPr="00A702E8">
        <w:rPr>
          <w:rFonts w:ascii="GHEA Grapalat" w:hAnsi="GHEA Grapalat"/>
          <w:b/>
          <w:color w:val="000000" w:themeColor="text1"/>
          <w:sz w:val="24"/>
          <w:szCs w:val="24"/>
          <w:lang w:val="hy"/>
        </w:rPr>
        <w:t>/</w:t>
      </w:r>
      <w:r w:rsidRPr="00A702E8">
        <w:rPr>
          <w:rFonts w:ascii="GHEA Grapalat" w:eastAsia="GHEA Grapalat" w:hAnsi="GHEA Grapalat" w:cs="GHEA Grapalat"/>
          <w:b/>
          <w:color w:val="000000" w:themeColor="text1"/>
          <w:sz w:val="24"/>
          <w:szCs w:val="24"/>
          <w:lang w:val="en-US" w:eastAsia="hy-AM"/>
        </w:rPr>
        <w:t>պրակտիկա</w:t>
      </w:r>
      <w:r w:rsidRPr="00A702E8">
        <w:rPr>
          <w:rFonts w:ascii="GHEA Grapalat" w:hAnsi="GHEA Grapalat"/>
          <w:b/>
          <w:color w:val="000000" w:themeColor="text1"/>
          <w:sz w:val="24"/>
          <w:szCs w:val="24"/>
          <w:lang w:val="hy"/>
        </w:rPr>
        <w:t>/</w:t>
      </w:r>
      <w:r w:rsidRPr="00A702E8">
        <w:rPr>
          <w:rFonts w:ascii="GHEA Grapalat" w:eastAsia="GHEA Grapalat" w:hAnsi="GHEA Grapalat" w:cs="GHEA Grapalat"/>
          <w:b/>
          <w:color w:val="000000" w:themeColor="text1"/>
          <w:sz w:val="24"/>
          <w:szCs w:val="24"/>
          <w:lang w:val="en-US" w:eastAsia="hy-AM"/>
        </w:rPr>
        <w:t>աշխատանքի</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ընթացքում</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ուսումնառություն</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ձևի</w:t>
      </w:r>
      <w:r w:rsidRPr="00A702E8">
        <w:rPr>
          <w:rFonts w:ascii="GHEA Grapalat" w:eastAsia="GHEA Grapalat" w:hAnsi="GHEA Grapalat" w:cs="GHEA Grapalat"/>
          <w:b/>
          <w:color w:val="000000" w:themeColor="text1"/>
          <w:sz w:val="24"/>
          <w:szCs w:val="24"/>
          <w:lang w:val="hy" w:eastAsia="hy-AM"/>
        </w:rPr>
        <w:t xml:space="preserve"> </w:t>
      </w:r>
      <w:r w:rsidRPr="00A702E8">
        <w:rPr>
          <w:rFonts w:ascii="GHEA Grapalat" w:eastAsia="GHEA Grapalat" w:hAnsi="GHEA Grapalat" w:cs="GHEA Grapalat"/>
          <w:b/>
          <w:color w:val="000000" w:themeColor="text1"/>
          <w:sz w:val="24"/>
          <w:szCs w:val="24"/>
          <w:lang w:val="en-US" w:eastAsia="hy-AM"/>
        </w:rPr>
        <w:t>համար</w:t>
      </w:r>
    </w:p>
    <w:p w14:paraId="60ED0FBD" w14:textId="77777777" w:rsidR="009A0AC0" w:rsidRPr="00A702E8" w:rsidRDefault="009A0AC0" w:rsidP="009A0AC0">
      <w:pPr>
        <w:shd w:val="clear" w:color="auto" w:fill="FFFFFF"/>
        <w:ind w:left="720" w:hanging="720"/>
        <w:contextualSpacing/>
        <w:jc w:val="both"/>
        <w:rPr>
          <w:rFonts w:ascii="GHEA Grapalat" w:hAnsi="GHEA Grapalat"/>
          <w:b/>
          <w:color w:val="000000" w:themeColor="text1"/>
          <w:sz w:val="24"/>
          <w:szCs w:val="24"/>
          <w:lang w:val="hy"/>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4"/>
        <w:gridCol w:w="6464"/>
      </w:tblGrid>
      <w:tr w:rsidR="00447437" w:rsidRPr="00027471" w14:paraId="7CBC9FA3" w14:textId="77777777" w:rsidTr="00DC25AF">
        <w:tc>
          <w:tcPr>
            <w:tcW w:w="9918" w:type="dxa"/>
            <w:gridSpan w:val="2"/>
            <w:tcBorders>
              <w:top w:val="single" w:sz="4" w:space="0" w:color="auto"/>
              <w:left w:val="single" w:sz="4" w:space="0" w:color="auto"/>
              <w:bottom w:val="single" w:sz="4" w:space="0" w:color="auto"/>
              <w:right w:val="single" w:sz="4" w:space="0" w:color="auto"/>
            </w:tcBorders>
            <w:hideMark/>
          </w:tcPr>
          <w:p w14:paraId="0181A160" w14:textId="77777777" w:rsidR="009A0AC0" w:rsidRPr="00A702E8" w:rsidRDefault="009A0AC0" w:rsidP="00DC25AF">
            <w:pPr>
              <w:ind w:left="720" w:hanging="720"/>
              <w:rPr>
                <w:rFonts w:ascii="GHEA Grapalat" w:hAnsi="GHEA Grapalat"/>
                <w:b/>
                <w:color w:val="000000" w:themeColor="text1"/>
                <w:lang w:val="af-ZA"/>
              </w:rPr>
            </w:pPr>
            <w:r w:rsidRPr="00A702E8">
              <w:rPr>
                <w:rFonts w:ascii="GHEA Grapalat" w:hAnsi="GHEA Grapalat" w:cs="Sylfaen"/>
                <w:b/>
                <w:color w:val="000000" w:themeColor="text1"/>
                <w:lang w:val="af-ZA"/>
              </w:rPr>
              <w:t>ՄՈԴՈՒԼԻ</w:t>
            </w:r>
            <w:r w:rsidRPr="00A702E8">
              <w:rPr>
                <w:rFonts w:ascii="GHEA Grapalat" w:hAnsi="GHEA Grapalat"/>
                <w:b/>
                <w:color w:val="000000" w:themeColor="text1"/>
                <w:lang w:val="af-ZA"/>
              </w:rPr>
              <w:t xml:space="preserve"> </w:t>
            </w:r>
            <w:r w:rsidRPr="00A702E8">
              <w:rPr>
                <w:rFonts w:ascii="GHEA Grapalat" w:hAnsi="GHEA Grapalat" w:cs="Sylfaen"/>
                <w:b/>
                <w:color w:val="000000" w:themeColor="text1"/>
                <w:lang w:val="af-ZA"/>
              </w:rPr>
              <w:t>ԱՆՎԱՆՈՒՄԸ</w:t>
            </w:r>
            <w:r w:rsidRPr="00A702E8">
              <w:rPr>
                <w:rFonts w:ascii="GHEA Grapalat" w:hAnsi="GHEA Grapalat"/>
                <w:b/>
                <w:color w:val="000000" w:themeColor="text1"/>
                <w:lang w:val="af-ZA"/>
              </w:rPr>
              <w:t xml:space="preserve">              </w:t>
            </w:r>
          </w:p>
          <w:p w14:paraId="65189FF0" w14:textId="77777777" w:rsidR="009A0AC0" w:rsidRPr="00A702E8" w:rsidRDefault="009A0AC0" w:rsidP="00DC25AF">
            <w:pPr>
              <w:ind w:left="-20"/>
              <w:rPr>
                <w:rFonts w:ascii="GHEA Grapalat" w:hAnsi="GHEA Grapalat"/>
                <w:b/>
                <w:color w:val="000000" w:themeColor="text1"/>
                <w:lang w:val="af-ZA"/>
              </w:rPr>
            </w:pPr>
            <w:r w:rsidRPr="00A702E8">
              <w:rPr>
                <w:rFonts w:ascii="GHEA Grapalat" w:hAnsi="GHEA Grapalat"/>
                <w:bCs/>
                <w:i/>
                <w:color w:val="000000" w:themeColor="text1"/>
                <w:lang w:val="af-ZA"/>
              </w:rPr>
              <w:t>Չակերտներում լրացվում է մոդուլի անվանումը։ Կարող է նշվել նաև զբաղմունքը կամ                                                                             ուղղվածություն, եթե այդպիսին նախատեսվում է</w:t>
            </w:r>
            <w:r w:rsidRPr="00A702E8">
              <w:rPr>
                <w:rFonts w:ascii="GHEA Grapalat" w:hAnsi="GHEA Grapalat"/>
                <w:bCs/>
                <w:iCs/>
                <w:color w:val="000000" w:themeColor="text1"/>
                <w:lang w:val="af-ZA"/>
              </w:rPr>
              <w:t xml:space="preserve"> </w:t>
            </w:r>
          </w:p>
        </w:tc>
      </w:tr>
      <w:tr w:rsidR="00447437" w:rsidRPr="00A702E8" w14:paraId="56963041" w14:textId="77777777" w:rsidTr="00DC25AF">
        <w:tc>
          <w:tcPr>
            <w:tcW w:w="3454" w:type="dxa"/>
            <w:tcBorders>
              <w:top w:val="single" w:sz="4" w:space="0" w:color="auto"/>
              <w:left w:val="single" w:sz="4" w:space="0" w:color="auto"/>
              <w:bottom w:val="single" w:sz="4" w:space="0" w:color="auto"/>
              <w:right w:val="single" w:sz="4" w:space="0" w:color="auto"/>
            </w:tcBorders>
            <w:hideMark/>
          </w:tcPr>
          <w:p w14:paraId="6B4539A2" w14:textId="77777777" w:rsidR="009A0AC0" w:rsidRPr="00A702E8" w:rsidRDefault="009A0AC0" w:rsidP="00E879BF">
            <w:pPr>
              <w:rPr>
                <w:rFonts w:ascii="GHEA Grapalat" w:hAnsi="GHEA Grapalat"/>
                <w:b/>
                <w:color w:val="000000" w:themeColor="text1"/>
              </w:rPr>
            </w:pPr>
            <w:r w:rsidRPr="00A702E8">
              <w:rPr>
                <w:rFonts w:ascii="GHEA Grapalat" w:hAnsi="GHEA Grapalat" w:cs="Sylfaen"/>
                <w:b/>
                <w:color w:val="000000" w:themeColor="text1"/>
              </w:rPr>
              <w:t>Մուտքային</w:t>
            </w:r>
            <w:r w:rsidRPr="00A702E8">
              <w:rPr>
                <w:rFonts w:ascii="GHEA Grapalat" w:hAnsi="GHEA Grapalat"/>
                <w:b/>
                <w:color w:val="000000" w:themeColor="text1"/>
              </w:rPr>
              <w:t xml:space="preserve"> </w:t>
            </w:r>
            <w:r w:rsidRPr="00A702E8">
              <w:rPr>
                <w:rFonts w:ascii="GHEA Grapalat" w:hAnsi="GHEA Grapalat" w:cs="Sylfaen"/>
                <w:b/>
                <w:color w:val="000000" w:themeColor="text1"/>
              </w:rPr>
              <w:t>պահանջները</w:t>
            </w:r>
          </w:p>
        </w:tc>
        <w:tc>
          <w:tcPr>
            <w:tcW w:w="6464" w:type="dxa"/>
            <w:tcBorders>
              <w:top w:val="single" w:sz="4" w:space="0" w:color="auto"/>
              <w:left w:val="single" w:sz="4" w:space="0" w:color="auto"/>
              <w:bottom w:val="single" w:sz="4" w:space="0" w:color="auto"/>
              <w:right w:val="single" w:sz="4" w:space="0" w:color="auto"/>
            </w:tcBorders>
            <w:hideMark/>
          </w:tcPr>
          <w:p w14:paraId="59C0DAC9" w14:textId="39539F06" w:rsidR="009A0AC0" w:rsidRPr="00A702E8" w:rsidRDefault="009A0AC0" w:rsidP="00DC25AF">
            <w:pPr>
              <w:ind w:left="30"/>
              <w:rPr>
                <w:rFonts w:ascii="GHEA Grapalat" w:hAnsi="GHEA Grapalat"/>
                <w:i/>
                <w:color w:val="000000" w:themeColor="text1"/>
              </w:rPr>
            </w:pPr>
            <w:r w:rsidRPr="00A702E8">
              <w:rPr>
                <w:rFonts w:ascii="GHEA Grapalat" w:hAnsi="GHEA Grapalat"/>
                <w:i/>
                <w:color w:val="000000" w:themeColor="text1"/>
              </w:rPr>
              <w:t>[</w:t>
            </w:r>
            <w:r w:rsidRPr="00A702E8">
              <w:rPr>
                <w:rFonts w:ascii="GHEA Grapalat" w:hAnsi="GHEA Grapalat"/>
                <w:i/>
                <w:color w:val="000000" w:themeColor="text1"/>
                <w:lang w:val="en-US"/>
              </w:rPr>
              <w:t>Մուտքային</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պահանջը</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ցույց</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է</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տալիս</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թե</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սույն</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ԳԱՈՒ</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մասնակիցը</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որակավորման</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կրթական</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ծրագրի</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ուսումնական</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պլանով</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նախատեսված</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որ</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մոդուլները</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պետք</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է</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ուսումնասիրած</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լինի</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կամ</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որ</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կիսամյակում</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սովորի</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կամ</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քանի</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կրեդիտ</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հավաքած</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լինի։</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Շարադրանքը</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նպատակահարմար</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է</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ներկայացնել</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հետևյալ</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ձևով</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Այս</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մոդուլին</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մասնակցելու</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համար</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մասնակիցը</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ուսանողը</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ունկնդիրը</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պետք</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է</w:t>
            </w:r>
            <w:r w:rsidRPr="00A702E8">
              <w:rPr>
                <w:rFonts w:ascii="GHEA Grapalat" w:hAnsi="GHEA Grapalat"/>
                <w:i/>
                <w:color w:val="000000" w:themeColor="text1"/>
              </w:rPr>
              <w:t>…..: ]</w:t>
            </w:r>
          </w:p>
        </w:tc>
      </w:tr>
      <w:tr w:rsidR="00447437" w:rsidRPr="00A702E8" w14:paraId="02E862E1" w14:textId="77777777" w:rsidTr="00DC25AF">
        <w:tc>
          <w:tcPr>
            <w:tcW w:w="3454" w:type="dxa"/>
            <w:tcBorders>
              <w:top w:val="single" w:sz="4" w:space="0" w:color="auto"/>
              <w:left w:val="single" w:sz="4" w:space="0" w:color="auto"/>
              <w:bottom w:val="single" w:sz="4" w:space="0" w:color="auto"/>
              <w:right w:val="single" w:sz="4" w:space="0" w:color="auto"/>
            </w:tcBorders>
          </w:tcPr>
          <w:p w14:paraId="5AC60248" w14:textId="77777777" w:rsidR="009A0AC0" w:rsidRPr="00A702E8" w:rsidRDefault="009A0AC0" w:rsidP="00E879BF">
            <w:pPr>
              <w:rPr>
                <w:rFonts w:ascii="GHEA Grapalat" w:hAnsi="GHEA Grapalat" w:cs="Sylfaen"/>
                <w:b/>
                <w:color w:val="000000" w:themeColor="text1"/>
                <w:lang w:val="en-US"/>
              </w:rPr>
            </w:pPr>
            <w:r w:rsidRPr="00A702E8">
              <w:rPr>
                <w:rFonts w:ascii="GHEA Grapalat" w:hAnsi="GHEA Grapalat" w:cs="Sylfaen"/>
                <w:b/>
                <w:color w:val="000000" w:themeColor="text1"/>
                <w:lang w:val="en-US"/>
              </w:rPr>
              <w:t>Ուսումնառության արդյունքները</w:t>
            </w:r>
          </w:p>
        </w:tc>
        <w:tc>
          <w:tcPr>
            <w:tcW w:w="6464" w:type="dxa"/>
            <w:tcBorders>
              <w:top w:val="single" w:sz="4" w:space="0" w:color="auto"/>
              <w:left w:val="single" w:sz="4" w:space="0" w:color="auto"/>
              <w:bottom w:val="single" w:sz="4" w:space="0" w:color="auto"/>
              <w:right w:val="single" w:sz="4" w:space="0" w:color="auto"/>
            </w:tcBorders>
          </w:tcPr>
          <w:p w14:paraId="795267BC" w14:textId="7160D24D" w:rsidR="009A0AC0" w:rsidRPr="00A702E8" w:rsidRDefault="009A0AC0" w:rsidP="00DC25AF">
            <w:pPr>
              <w:ind w:left="30"/>
              <w:rPr>
                <w:rFonts w:ascii="GHEA Grapalat" w:hAnsi="GHEA Grapalat"/>
                <w:i/>
                <w:color w:val="000000" w:themeColor="text1"/>
                <w:lang w:val="en-US"/>
              </w:rPr>
            </w:pPr>
            <w:r w:rsidRPr="00A702E8">
              <w:rPr>
                <w:rFonts w:ascii="GHEA Grapalat" w:hAnsi="GHEA Grapalat"/>
                <w:i/>
                <w:color w:val="000000" w:themeColor="text1"/>
                <w:lang w:val="en-US"/>
              </w:rPr>
              <w:t>[Այս բաժինը կազմվում է հաշվի առնելով տվյալ մոդուլի շրջանակում նախատեսված զբաղմունքից բխող աշխատանքային խնդիր լուծելու նախապայմանը։ Հետևաբար` պետք է ուսումնասիրել աշխատանքային ամբողջ գործընթացը, աստիճանակարգել, խմբավորել և կազմել ուսումնառության արդյունքները՝ դրանց տալով հնարավորինս համապարփակ նկարագիր, (ուսումնառության արդյունքի անվանում)։ ՈՒսումնառության արդյունքների ամբողջական կազմի սահմանումը այն երաշխիքն է, որով գործընթացային փուլեր</w:t>
            </w:r>
            <w:r w:rsidR="0098467A" w:rsidRPr="00A702E8">
              <w:rPr>
                <w:rFonts w:ascii="GHEA Grapalat" w:hAnsi="GHEA Grapalat"/>
                <w:i/>
                <w:color w:val="000000" w:themeColor="text1"/>
                <w:lang w:val="en-US"/>
              </w:rPr>
              <w:t>ը</w:t>
            </w:r>
            <w:r w:rsidRPr="00A702E8">
              <w:rPr>
                <w:rFonts w:ascii="GHEA Grapalat" w:hAnsi="GHEA Grapalat"/>
                <w:i/>
                <w:color w:val="000000" w:themeColor="text1"/>
                <w:lang w:val="en-US"/>
              </w:rPr>
              <w:t xml:space="preserve"> կապակցված և համապարփակ </w:t>
            </w:r>
            <w:r w:rsidR="0098467A" w:rsidRPr="00A702E8">
              <w:rPr>
                <w:rFonts w:ascii="GHEA Grapalat" w:hAnsi="GHEA Grapalat"/>
                <w:i/>
                <w:color w:val="000000" w:themeColor="text1"/>
                <w:lang w:val="en-US"/>
              </w:rPr>
              <w:t>կ</w:t>
            </w:r>
            <w:r w:rsidRPr="00A702E8">
              <w:rPr>
                <w:rFonts w:ascii="GHEA Grapalat" w:hAnsi="GHEA Grapalat"/>
                <w:i/>
                <w:color w:val="000000" w:themeColor="text1"/>
                <w:lang w:val="en-US"/>
              </w:rPr>
              <w:t xml:space="preserve">լինեն։ </w:t>
            </w:r>
          </w:p>
          <w:p w14:paraId="6962807E" w14:textId="25F2BEBC" w:rsidR="009A0AC0" w:rsidRPr="00A702E8" w:rsidRDefault="009A0AC0" w:rsidP="00DC25AF">
            <w:pPr>
              <w:ind w:left="30"/>
              <w:rPr>
                <w:rFonts w:ascii="GHEA Grapalat" w:hAnsi="GHEA Grapalat"/>
                <w:i/>
                <w:color w:val="000000" w:themeColor="text1"/>
                <w:lang w:val="en-US"/>
              </w:rPr>
            </w:pPr>
            <w:r w:rsidRPr="00A702E8">
              <w:rPr>
                <w:rFonts w:ascii="GHEA Grapalat" w:hAnsi="GHEA Grapalat"/>
                <w:i/>
                <w:color w:val="000000" w:themeColor="text1"/>
                <w:lang w:val="en-US"/>
              </w:rPr>
              <w:t>Ո</w:t>
            </w:r>
            <w:r w:rsidR="00F0646A" w:rsidRPr="00A702E8">
              <w:rPr>
                <w:rFonts w:ascii="GHEA Grapalat" w:hAnsi="GHEA Grapalat"/>
                <w:i/>
                <w:color w:val="000000" w:themeColor="text1"/>
                <w:lang w:val="en-US"/>
              </w:rPr>
              <w:t>ւ</w:t>
            </w:r>
            <w:r w:rsidRPr="00A702E8">
              <w:rPr>
                <w:rFonts w:ascii="GHEA Grapalat" w:hAnsi="GHEA Grapalat"/>
                <w:i/>
                <w:color w:val="000000" w:themeColor="text1"/>
                <w:lang w:val="en-US"/>
              </w:rPr>
              <w:t xml:space="preserve">սումնառության արդյունքի ձևակերպումը պետք է սկսել այնպիսի բայով, որը ցույց կտա գործողություն կամ կարողություն, օրինակ՝ «ներկայացնել», «բացատրել», «կատարել», «կազմել», «տարանջատել» և համանման որոշակի չափում ունեցող բայերով: Սկզբունքն այն է, որ եթե մասնակիցը </w:t>
            </w:r>
            <w:r w:rsidR="0098467A" w:rsidRPr="00A702E8">
              <w:rPr>
                <w:rFonts w:ascii="GHEA Grapalat" w:hAnsi="GHEA Grapalat"/>
                <w:i/>
                <w:color w:val="000000" w:themeColor="text1"/>
                <w:lang w:val="en-US"/>
              </w:rPr>
              <w:t xml:space="preserve">ձեռք է բերել </w:t>
            </w:r>
            <w:r w:rsidRPr="00A702E8">
              <w:rPr>
                <w:rFonts w:ascii="GHEA Grapalat" w:hAnsi="GHEA Grapalat"/>
                <w:i/>
                <w:color w:val="000000" w:themeColor="text1"/>
                <w:lang w:val="en-US"/>
              </w:rPr>
              <w:t>կատարողական կամ կիրառական հմտությունները, ուրեմն նա տիրապետում է տվյալ գիտելիքին: Այս ձևակերպումը գործնական արդյունք է սահմանում, ինչը համահունչ է կարողության գաղափարին:]</w:t>
            </w:r>
          </w:p>
        </w:tc>
      </w:tr>
      <w:tr w:rsidR="00447437" w:rsidRPr="00A702E8" w14:paraId="7EB47285" w14:textId="77777777" w:rsidTr="00DC25AF">
        <w:tc>
          <w:tcPr>
            <w:tcW w:w="3454" w:type="dxa"/>
            <w:tcBorders>
              <w:top w:val="single" w:sz="4" w:space="0" w:color="auto"/>
              <w:left w:val="single" w:sz="4" w:space="0" w:color="auto"/>
              <w:bottom w:val="single" w:sz="4" w:space="0" w:color="auto"/>
              <w:right w:val="single" w:sz="4" w:space="0" w:color="auto"/>
            </w:tcBorders>
            <w:hideMark/>
          </w:tcPr>
          <w:p w14:paraId="282603F1" w14:textId="77777777" w:rsidR="009A0AC0" w:rsidRPr="00A702E8" w:rsidRDefault="009A0AC0" w:rsidP="00DC25AF">
            <w:pPr>
              <w:ind w:left="720" w:hanging="720"/>
              <w:rPr>
                <w:rFonts w:ascii="GHEA Grapalat" w:hAnsi="GHEA Grapalat"/>
                <w:b/>
                <w:color w:val="000000" w:themeColor="text1"/>
              </w:rPr>
            </w:pPr>
            <w:r w:rsidRPr="00A702E8">
              <w:rPr>
                <w:rFonts w:ascii="GHEA Grapalat" w:hAnsi="GHEA Grapalat" w:cs="Sylfaen"/>
                <w:b/>
                <w:color w:val="000000" w:themeColor="text1"/>
              </w:rPr>
              <w:t>Մոդուլի</w:t>
            </w:r>
            <w:r w:rsidRPr="00A702E8">
              <w:rPr>
                <w:rFonts w:ascii="GHEA Grapalat" w:hAnsi="GHEA Grapalat"/>
                <w:b/>
                <w:color w:val="000000" w:themeColor="text1"/>
              </w:rPr>
              <w:t xml:space="preserve"> </w:t>
            </w:r>
            <w:r w:rsidRPr="00A702E8">
              <w:rPr>
                <w:rFonts w:ascii="GHEA Grapalat" w:hAnsi="GHEA Grapalat" w:cs="Sylfaen"/>
                <w:b/>
                <w:color w:val="000000" w:themeColor="text1"/>
              </w:rPr>
              <w:t>գնահատման</w:t>
            </w:r>
            <w:r w:rsidRPr="00A702E8">
              <w:rPr>
                <w:rFonts w:ascii="GHEA Grapalat" w:hAnsi="GHEA Grapalat"/>
                <w:b/>
                <w:color w:val="000000" w:themeColor="text1"/>
              </w:rPr>
              <w:t xml:space="preserve"> </w:t>
            </w:r>
            <w:r w:rsidRPr="00A702E8">
              <w:rPr>
                <w:rFonts w:ascii="GHEA Grapalat" w:hAnsi="GHEA Grapalat" w:cs="Sylfaen"/>
                <w:b/>
                <w:color w:val="000000" w:themeColor="text1"/>
              </w:rPr>
              <w:t>կարգը</w:t>
            </w:r>
          </w:p>
        </w:tc>
        <w:tc>
          <w:tcPr>
            <w:tcW w:w="6464" w:type="dxa"/>
            <w:tcBorders>
              <w:top w:val="single" w:sz="4" w:space="0" w:color="auto"/>
              <w:left w:val="single" w:sz="4" w:space="0" w:color="auto"/>
              <w:bottom w:val="single" w:sz="4" w:space="0" w:color="auto"/>
              <w:right w:val="single" w:sz="4" w:space="0" w:color="auto"/>
            </w:tcBorders>
            <w:hideMark/>
          </w:tcPr>
          <w:p w14:paraId="557202DA" w14:textId="6C8C00F8" w:rsidR="009A0AC0" w:rsidRPr="00A702E8" w:rsidRDefault="009A0AC0" w:rsidP="00DC25AF">
            <w:pPr>
              <w:ind w:left="30"/>
              <w:rPr>
                <w:rFonts w:ascii="GHEA Grapalat" w:hAnsi="GHEA Grapalat"/>
                <w:i/>
                <w:color w:val="000000" w:themeColor="text1"/>
              </w:rPr>
            </w:pPr>
            <w:r w:rsidRPr="00A702E8">
              <w:rPr>
                <w:rFonts w:ascii="GHEA Grapalat" w:hAnsi="GHEA Grapalat"/>
                <w:i/>
                <w:color w:val="000000" w:themeColor="text1"/>
              </w:rPr>
              <w:t>[</w:t>
            </w:r>
            <w:r w:rsidRPr="00A702E8">
              <w:rPr>
                <w:rFonts w:ascii="GHEA Grapalat" w:hAnsi="GHEA Grapalat"/>
                <w:i/>
                <w:color w:val="000000" w:themeColor="text1"/>
                <w:lang w:val="en-US"/>
              </w:rPr>
              <w:t>Այս</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բաժնում</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համառոտ</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նկարագրվում</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է</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տվյալ</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մոդուլով</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սահմանված</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բոլոր</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ուսումնառության</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արդյունքները</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ամբողջական</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գնահատելու</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առաջադրանք</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Մոդուլի</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ընդունելի</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կատարողականը</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յուրաքանչյուր</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արդյունքի</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համար</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lastRenderedPageBreak/>
              <w:t>սահմանված</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կատարման</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չափանիշների</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բավարար</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մակարդակի</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ապահովումն</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է</w:t>
            </w:r>
            <w:r w:rsidRPr="00A702E8">
              <w:rPr>
                <w:rFonts w:ascii="GHEA Grapalat" w:hAnsi="GHEA Grapalat"/>
                <w:i/>
                <w:color w:val="000000" w:themeColor="text1"/>
              </w:rPr>
              <w:t>»:</w:t>
            </w:r>
          </w:p>
          <w:p w14:paraId="11E44EEC" w14:textId="288B2051" w:rsidR="009A0AC0" w:rsidRPr="00A702E8" w:rsidRDefault="009A0AC0" w:rsidP="00DC25AF">
            <w:pPr>
              <w:ind w:left="30"/>
              <w:rPr>
                <w:rFonts w:ascii="GHEA Grapalat" w:hAnsi="GHEA Grapalat"/>
                <w:i/>
                <w:color w:val="000000" w:themeColor="text1"/>
              </w:rPr>
            </w:pPr>
            <w:r w:rsidRPr="00A702E8">
              <w:rPr>
                <w:rFonts w:ascii="GHEA Grapalat" w:hAnsi="GHEA Grapalat"/>
                <w:i/>
                <w:color w:val="000000" w:themeColor="text1"/>
                <w:lang w:val="en-US"/>
              </w:rPr>
              <w:t>Դա</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նշանակում</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է</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որ</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յուրաքանչյուր</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մասնակից</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համարվում</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է</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տվյալ</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մոդուլը</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ձեռք</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բերած</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եթե</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ապահովել</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է</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բոլոր</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արդյունքների</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բոլոր</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կատարման</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չափանիշների</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պահանջները</w:t>
            </w:r>
            <w:r w:rsidRPr="00A702E8">
              <w:rPr>
                <w:rFonts w:ascii="GHEA Grapalat" w:hAnsi="GHEA Grapalat"/>
                <w:i/>
                <w:color w:val="000000" w:themeColor="text1"/>
              </w:rPr>
              <w:t>:]</w:t>
            </w:r>
          </w:p>
        </w:tc>
      </w:tr>
      <w:tr w:rsidR="00447437" w:rsidRPr="00A702E8" w14:paraId="100B9E44" w14:textId="77777777" w:rsidTr="00DC25AF">
        <w:tc>
          <w:tcPr>
            <w:tcW w:w="3454" w:type="dxa"/>
            <w:tcBorders>
              <w:top w:val="single" w:sz="4" w:space="0" w:color="auto"/>
              <w:left w:val="single" w:sz="4" w:space="0" w:color="auto"/>
              <w:bottom w:val="single" w:sz="4" w:space="0" w:color="auto"/>
              <w:right w:val="single" w:sz="4" w:space="0" w:color="auto"/>
            </w:tcBorders>
            <w:vAlign w:val="center"/>
            <w:hideMark/>
          </w:tcPr>
          <w:p w14:paraId="6B9A60C2" w14:textId="77777777" w:rsidR="009A0AC0" w:rsidRPr="00A702E8" w:rsidRDefault="009A0AC0" w:rsidP="00DC25AF">
            <w:pPr>
              <w:ind w:left="720" w:hanging="720"/>
              <w:rPr>
                <w:rFonts w:ascii="GHEA Grapalat" w:hAnsi="GHEA Grapalat"/>
                <w:b/>
                <w:color w:val="000000" w:themeColor="text1"/>
              </w:rPr>
            </w:pPr>
            <w:r w:rsidRPr="00A702E8">
              <w:rPr>
                <w:rFonts w:ascii="GHEA Grapalat" w:hAnsi="GHEA Grapalat" w:cs="Sylfaen"/>
                <w:b/>
                <w:color w:val="000000" w:themeColor="text1"/>
              </w:rPr>
              <w:lastRenderedPageBreak/>
              <w:t>Ուսումնառության</w:t>
            </w:r>
            <w:r w:rsidRPr="00A702E8">
              <w:rPr>
                <w:rFonts w:ascii="GHEA Grapalat" w:hAnsi="GHEA Grapalat"/>
                <w:b/>
                <w:color w:val="000000" w:themeColor="text1"/>
              </w:rPr>
              <w:t xml:space="preserve"> </w:t>
            </w:r>
            <w:r w:rsidRPr="00A702E8">
              <w:rPr>
                <w:rFonts w:ascii="GHEA Grapalat" w:hAnsi="GHEA Grapalat" w:cs="Sylfaen"/>
                <w:b/>
                <w:color w:val="000000" w:themeColor="text1"/>
              </w:rPr>
              <w:t>արդյունք</w:t>
            </w:r>
            <w:r w:rsidRPr="00A702E8">
              <w:rPr>
                <w:rFonts w:ascii="GHEA Grapalat" w:hAnsi="GHEA Grapalat"/>
                <w:b/>
                <w:color w:val="000000" w:themeColor="text1"/>
              </w:rPr>
              <w:t xml:space="preserve"> 1 </w:t>
            </w:r>
          </w:p>
        </w:tc>
        <w:tc>
          <w:tcPr>
            <w:tcW w:w="6464" w:type="dxa"/>
            <w:tcBorders>
              <w:top w:val="single" w:sz="4" w:space="0" w:color="auto"/>
              <w:left w:val="single" w:sz="4" w:space="0" w:color="auto"/>
              <w:bottom w:val="single" w:sz="4" w:space="0" w:color="auto"/>
              <w:right w:val="single" w:sz="4" w:space="0" w:color="auto"/>
            </w:tcBorders>
            <w:hideMark/>
          </w:tcPr>
          <w:p w14:paraId="1C7EE9D7" w14:textId="77777777" w:rsidR="009A0AC0" w:rsidRPr="00A702E8" w:rsidRDefault="009A0AC0" w:rsidP="00DC25AF">
            <w:pPr>
              <w:ind w:left="30"/>
              <w:rPr>
                <w:rFonts w:ascii="GHEA Grapalat" w:hAnsi="GHEA Grapalat"/>
                <w:i/>
                <w:color w:val="000000" w:themeColor="text1"/>
              </w:rPr>
            </w:pPr>
            <w:r w:rsidRPr="00A702E8">
              <w:rPr>
                <w:rFonts w:ascii="GHEA Grapalat" w:hAnsi="GHEA Grapalat"/>
                <w:i/>
                <w:color w:val="000000" w:themeColor="text1"/>
              </w:rPr>
              <w:t>[</w:t>
            </w:r>
            <w:r w:rsidRPr="00A702E8">
              <w:rPr>
                <w:rFonts w:ascii="GHEA Grapalat" w:hAnsi="GHEA Grapalat"/>
                <w:i/>
                <w:color w:val="000000" w:themeColor="text1"/>
                <w:lang w:val="en-US"/>
              </w:rPr>
              <w:t>Այս</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բաժնում</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լրացվում</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է</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վերևում</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թվարկած</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առաջին</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ուսումնառության</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արդյունքի</w:t>
            </w:r>
            <w:r w:rsidRPr="00A702E8">
              <w:rPr>
                <w:rFonts w:ascii="GHEA Grapalat" w:hAnsi="GHEA Grapalat"/>
                <w:i/>
                <w:color w:val="000000" w:themeColor="text1"/>
              </w:rPr>
              <w:t xml:space="preserve"> </w:t>
            </w:r>
            <w:r w:rsidRPr="00A702E8">
              <w:rPr>
                <w:rFonts w:ascii="GHEA Grapalat" w:hAnsi="GHEA Grapalat"/>
                <w:i/>
                <w:color w:val="000000" w:themeColor="text1"/>
                <w:lang w:val="en-US"/>
              </w:rPr>
              <w:t>անվանումը</w:t>
            </w:r>
            <w:r w:rsidRPr="00A702E8">
              <w:rPr>
                <w:rFonts w:ascii="GHEA Grapalat" w:hAnsi="GHEA Grapalat"/>
                <w:i/>
                <w:color w:val="000000" w:themeColor="text1"/>
              </w:rPr>
              <w:t>: ]</w:t>
            </w:r>
          </w:p>
          <w:p w14:paraId="4BDD9E38" w14:textId="77777777" w:rsidR="009A0AC0" w:rsidRPr="00A702E8" w:rsidRDefault="009A0AC0" w:rsidP="00DC25AF">
            <w:pPr>
              <w:ind w:left="30"/>
              <w:rPr>
                <w:rFonts w:ascii="GHEA Grapalat" w:hAnsi="GHEA Grapalat"/>
                <w:i/>
                <w:color w:val="000000" w:themeColor="text1"/>
              </w:rPr>
            </w:pPr>
          </w:p>
        </w:tc>
      </w:tr>
      <w:tr w:rsidR="00447437" w:rsidRPr="00A702E8" w14:paraId="7418D2E8" w14:textId="77777777" w:rsidTr="00DC25AF">
        <w:tc>
          <w:tcPr>
            <w:tcW w:w="3454" w:type="dxa"/>
            <w:tcBorders>
              <w:top w:val="single" w:sz="4" w:space="0" w:color="auto"/>
              <w:left w:val="single" w:sz="4" w:space="0" w:color="auto"/>
              <w:bottom w:val="single" w:sz="4" w:space="0" w:color="auto"/>
              <w:right w:val="single" w:sz="4" w:space="0" w:color="auto"/>
            </w:tcBorders>
            <w:hideMark/>
          </w:tcPr>
          <w:p w14:paraId="28C35AF7" w14:textId="77777777" w:rsidR="009A0AC0" w:rsidRPr="00A702E8" w:rsidRDefault="009A0AC0" w:rsidP="00DC25AF">
            <w:pPr>
              <w:ind w:left="720" w:hanging="720"/>
              <w:rPr>
                <w:rFonts w:ascii="GHEA Grapalat" w:hAnsi="GHEA Grapalat"/>
                <w:b/>
                <w:color w:val="000000" w:themeColor="text1"/>
              </w:rPr>
            </w:pPr>
            <w:r w:rsidRPr="00A702E8">
              <w:rPr>
                <w:rFonts w:ascii="GHEA Grapalat" w:hAnsi="GHEA Grapalat" w:cs="Sylfaen"/>
                <w:b/>
                <w:color w:val="000000" w:themeColor="text1"/>
              </w:rPr>
              <w:t>Կատարման</w:t>
            </w:r>
            <w:r w:rsidRPr="00A702E8">
              <w:rPr>
                <w:rFonts w:ascii="GHEA Grapalat" w:hAnsi="GHEA Grapalat"/>
                <w:b/>
                <w:color w:val="000000" w:themeColor="text1"/>
              </w:rPr>
              <w:t xml:space="preserve"> </w:t>
            </w:r>
            <w:r w:rsidRPr="00A702E8">
              <w:rPr>
                <w:rFonts w:ascii="GHEA Grapalat" w:hAnsi="GHEA Grapalat" w:cs="Sylfaen"/>
                <w:b/>
                <w:color w:val="000000" w:themeColor="text1"/>
              </w:rPr>
              <w:t>չափանիշներ</w:t>
            </w:r>
          </w:p>
        </w:tc>
        <w:tc>
          <w:tcPr>
            <w:tcW w:w="6464" w:type="dxa"/>
            <w:tcBorders>
              <w:top w:val="single" w:sz="4" w:space="0" w:color="auto"/>
              <w:left w:val="single" w:sz="4" w:space="0" w:color="auto"/>
              <w:bottom w:val="single" w:sz="4" w:space="0" w:color="auto"/>
              <w:right w:val="single" w:sz="4" w:space="0" w:color="auto"/>
            </w:tcBorders>
            <w:vAlign w:val="center"/>
            <w:hideMark/>
          </w:tcPr>
          <w:p w14:paraId="69857B69" w14:textId="77777777" w:rsidR="009A0AC0" w:rsidRPr="00A702E8" w:rsidRDefault="009A0AC0" w:rsidP="00DC25AF">
            <w:pPr>
              <w:ind w:left="30"/>
              <w:contextualSpacing/>
              <w:jc w:val="both"/>
              <w:rPr>
                <w:rFonts w:ascii="GHEA Grapalat" w:eastAsia="Arial Unicode MS" w:hAnsi="GHEA Grapalat"/>
                <w:i/>
                <w:color w:val="000000" w:themeColor="text1"/>
              </w:rPr>
            </w:pPr>
            <w:r w:rsidRPr="00A702E8">
              <w:rPr>
                <w:rFonts w:ascii="GHEA Grapalat" w:eastAsia="Arial Unicode MS" w:hAnsi="GHEA Grapalat"/>
                <w:i/>
                <w:color w:val="000000" w:themeColor="text1"/>
              </w:rPr>
              <w:t>[</w:t>
            </w:r>
            <w:r w:rsidRPr="00A702E8">
              <w:rPr>
                <w:rFonts w:ascii="GHEA Grapalat" w:eastAsia="Arial Unicode MS" w:hAnsi="GHEA Grapalat"/>
                <w:i/>
                <w:color w:val="000000" w:themeColor="text1"/>
                <w:lang w:val="en-US"/>
              </w:rPr>
              <w:t>Այս</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բաժնում</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տրամաբանական</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հաջորդականությամբ</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կազմվում</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է</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առաջին</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ուսումնառության</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արդյունքը</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ապահովելու</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համար</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անհրաժեշտ</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կարողությունների</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ձեռքբերումը</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դրանց</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դրսևորման</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չափանիշները</w:t>
            </w:r>
            <w:r w:rsidRPr="00A702E8">
              <w:rPr>
                <w:rFonts w:ascii="GHEA Grapalat" w:eastAsia="Arial Unicode MS" w:hAnsi="GHEA Grapalat"/>
                <w:i/>
                <w:color w:val="000000" w:themeColor="text1"/>
              </w:rPr>
              <w:t>:</w:t>
            </w:r>
          </w:p>
          <w:p w14:paraId="40DC6880" w14:textId="4998F17E" w:rsidR="009A0AC0" w:rsidRPr="00A702E8" w:rsidRDefault="009A0AC0" w:rsidP="00DC25AF">
            <w:pPr>
              <w:ind w:left="30"/>
              <w:contextualSpacing/>
              <w:jc w:val="both"/>
              <w:rPr>
                <w:rFonts w:ascii="GHEA Grapalat" w:eastAsia="Arial Unicode MS" w:hAnsi="GHEA Grapalat"/>
                <w:i/>
                <w:color w:val="000000" w:themeColor="text1"/>
              </w:rPr>
            </w:pP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Կատարման</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չափանիշները</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տվյալ</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արդյունքի</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վերաբերյալ</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այն</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ցուցիչներն</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են</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որոնց</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բավարարման</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դեպքում</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անվերապահորեն</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համոզվում</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ենք</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որ</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արդյունքը</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ձեռք</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է</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բերված</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Եթե</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որևէ</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արդյունքի</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վերաբերյալ</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կան</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այնպիսի</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կատարման</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չափանիշներ</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որոնց</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համար</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սահմանված</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են</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նորմաներ</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ապա</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տվյալ</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չափանիշի</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ապահովումը</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պետք</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է</w:t>
            </w:r>
            <w:r w:rsidRPr="00A702E8">
              <w:rPr>
                <w:rFonts w:ascii="GHEA Grapalat" w:eastAsia="Arial Unicode MS" w:hAnsi="GHEA Grapalat"/>
                <w:i/>
                <w:color w:val="000000" w:themeColor="text1"/>
              </w:rPr>
              <w:t xml:space="preserve"> </w:t>
            </w:r>
            <w:r w:rsidR="00D50815" w:rsidRPr="00A702E8">
              <w:rPr>
                <w:rFonts w:ascii="GHEA Grapalat" w:eastAsia="Arial Unicode MS" w:hAnsi="GHEA Grapalat"/>
                <w:i/>
                <w:color w:val="000000" w:themeColor="text1"/>
              </w:rPr>
              <w:t xml:space="preserve">սահմանվի </w:t>
            </w:r>
            <w:r w:rsidRPr="00A702E8">
              <w:rPr>
                <w:rFonts w:ascii="GHEA Grapalat" w:eastAsia="Arial Unicode MS" w:hAnsi="GHEA Grapalat"/>
                <w:i/>
                <w:color w:val="000000" w:themeColor="text1"/>
                <w:lang w:val="en-US"/>
              </w:rPr>
              <w:t>նորմայի</w:t>
            </w:r>
            <w:r w:rsidRPr="00A702E8">
              <w:rPr>
                <w:rFonts w:ascii="GHEA Grapalat" w:eastAsia="Arial Unicode MS" w:hAnsi="GHEA Grapalat"/>
                <w:i/>
                <w:color w:val="000000" w:themeColor="text1"/>
              </w:rPr>
              <w:t xml:space="preserve"> </w:t>
            </w:r>
            <w:r w:rsidRPr="00A702E8">
              <w:rPr>
                <w:rFonts w:ascii="GHEA Grapalat" w:eastAsia="Arial Unicode MS" w:hAnsi="GHEA Grapalat"/>
                <w:i/>
                <w:color w:val="000000" w:themeColor="text1"/>
                <w:lang w:val="en-US"/>
              </w:rPr>
              <w:t>համաձայն</w:t>
            </w:r>
            <w:r w:rsidRPr="00A702E8">
              <w:rPr>
                <w:rFonts w:ascii="GHEA Grapalat" w:eastAsia="Arial Unicode MS" w:hAnsi="GHEA Grapalat"/>
                <w:i/>
                <w:color w:val="000000" w:themeColor="text1"/>
              </w:rPr>
              <w:t xml:space="preserve">: </w:t>
            </w:r>
          </w:p>
          <w:p w14:paraId="62A1CBEB" w14:textId="0B75386E" w:rsidR="009A0AC0" w:rsidRPr="00A702E8" w:rsidRDefault="009A0AC0" w:rsidP="00DC25AF">
            <w:pPr>
              <w:ind w:left="30"/>
              <w:contextualSpacing/>
              <w:jc w:val="both"/>
              <w:rPr>
                <w:rFonts w:ascii="GHEA Grapalat" w:eastAsia="GHEA Grapalat" w:hAnsi="GHEA Grapalat" w:cs="GHEA Grapalat"/>
                <w:i/>
                <w:color w:val="000000" w:themeColor="text1"/>
                <w:lang w:eastAsia="hy-AM"/>
              </w:rPr>
            </w:pPr>
            <w:r w:rsidRPr="00A702E8">
              <w:rPr>
                <w:rFonts w:ascii="GHEA Grapalat" w:eastAsia="GHEA Grapalat" w:hAnsi="GHEA Grapalat" w:cs="GHEA Grapalat"/>
                <w:bCs/>
                <w:i/>
                <w:color w:val="000000" w:themeColor="text1"/>
                <w:lang w:val="en-US" w:eastAsia="hy-AM"/>
              </w:rPr>
              <w:t>Կատարման</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en-US" w:eastAsia="hy-AM"/>
              </w:rPr>
              <w:t>չափանիշները</w:t>
            </w:r>
            <w:r w:rsidRPr="00A702E8">
              <w:rPr>
                <w:rFonts w:ascii="GHEA Grapalat" w:eastAsia="GHEA Grapalat" w:hAnsi="GHEA Grapalat" w:cs="GHEA Grapalat"/>
                <w:bCs/>
                <w:i/>
                <w:color w:val="000000" w:themeColor="text1"/>
                <w:lang w:eastAsia="hy-AM"/>
              </w:rPr>
              <w:t xml:space="preserve"> </w:t>
            </w:r>
            <w:r w:rsidRPr="00A702E8">
              <w:rPr>
                <w:rFonts w:ascii="GHEA Grapalat" w:eastAsia="GHEA Grapalat" w:hAnsi="GHEA Grapalat" w:cs="GHEA Grapalat"/>
                <w:bCs/>
                <w:i/>
                <w:color w:val="000000" w:themeColor="text1"/>
                <w:lang w:val="en-US" w:eastAsia="hy-AM"/>
              </w:rPr>
              <w:t>սահմանելիս</w:t>
            </w:r>
            <w:r w:rsidRPr="00A702E8">
              <w:rPr>
                <w:rFonts w:ascii="GHEA Grapalat" w:eastAsia="GHEA Grapalat" w:hAnsi="GHEA Grapalat" w:cs="GHEA Grapalat"/>
                <w:bCs/>
                <w:i/>
                <w:color w:val="000000" w:themeColor="text1"/>
                <w:lang w:eastAsia="hy-AM"/>
              </w:rPr>
              <w:t xml:space="preserve"> </w:t>
            </w:r>
            <w:r w:rsidRPr="00A702E8">
              <w:rPr>
                <w:rFonts w:ascii="GHEA Grapalat" w:eastAsia="GHEA Grapalat" w:hAnsi="GHEA Grapalat" w:cs="GHEA Grapalat"/>
                <w:bCs/>
                <w:i/>
                <w:color w:val="000000" w:themeColor="text1"/>
                <w:lang w:val="en-US" w:eastAsia="hy-AM"/>
              </w:rPr>
              <w:t>պետք</w:t>
            </w:r>
            <w:r w:rsidRPr="00A702E8">
              <w:rPr>
                <w:rFonts w:ascii="GHEA Grapalat" w:eastAsia="GHEA Grapalat" w:hAnsi="GHEA Grapalat" w:cs="GHEA Grapalat"/>
                <w:bCs/>
                <w:i/>
                <w:color w:val="000000" w:themeColor="text1"/>
                <w:lang w:eastAsia="hy-AM"/>
              </w:rPr>
              <w:t xml:space="preserve"> </w:t>
            </w:r>
            <w:r w:rsidRPr="00A702E8">
              <w:rPr>
                <w:rFonts w:ascii="GHEA Grapalat" w:eastAsia="GHEA Grapalat" w:hAnsi="GHEA Grapalat" w:cs="GHEA Grapalat"/>
                <w:bCs/>
                <w:i/>
                <w:color w:val="000000" w:themeColor="text1"/>
                <w:lang w:val="en-US" w:eastAsia="hy-AM"/>
              </w:rPr>
              <w:t>է</w:t>
            </w:r>
            <w:r w:rsidRPr="00A702E8">
              <w:rPr>
                <w:rFonts w:ascii="GHEA Grapalat" w:eastAsia="GHEA Grapalat" w:hAnsi="GHEA Grapalat" w:cs="GHEA Grapalat"/>
                <w:bCs/>
                <w:i/>
                <w:color w:val="000000" w:themeColor="text1"/>
                <w:lang w:eastAsia="hy-AM"/>
              </w:rPr>
              <w:t xml:space="preserve"> </w:t>
            </w:r>
            <w:r w:rsidRPr="00A702E8">
              <w:rPr>
                <w:rFonts w:ascii="GHEA Grapalat" w:eastAsia="GHEA Grapalat" w:hAnsi="GHEA Grapalat" w:cs="GHEA Grapalat"/>
                <w:bCs/>
                <w:i/>
                <w:color w:val="000000" w:themeColor="text1"/>
                <w:lang w:val="en-US" w:eastAsia="hy-AM"/>
              </w:rPr>
              <w:t>հաշվի</w:t>
            </w:r>
            <w:r w:rsidRPr="00A702E8">
              <w:rPr>
                <w:rFonts w:ascii="GHEA Grapalat" w:eastAsia="GHEA Grapalat" w:hAnsi="GHEA Grapalat" w:cs="GHEA Grapalat"/>
                <w:bCs/>
                <w:i/>
                <w:color w:val="000000" w:themeColor="text1"/>
                <w:lang w:eastAsia="hy-AM"/>
              </w:rPr>
              <w:t xml:space="preserve"> </w:t>
            </w:r>
            <w:r w:rsidRPr="00A702E8">
              <w:rPr>
                <w:rFonts w:ascii="GHEA Grapalat" w:eastAsia="GHEA Grapalat" w:hAnsi="GHEA Grapalat" w:cs="GHEA Grapalat"/>
                <w:bCs/>
                <w:i/>
                <w:color w:val="000000" w:themeColor="text1"/>
                <w:lang w:val="en-US" w:eastAsia="hy-AM"/>
              </w:rPr>
              <w:t>առնել</w:t>
            </w:r>
            <w:r w:rsidRPr="00A702E8">
              <w:rPr>
                <w:rFonts w:ascii="GHEA Grapalat" w:eastAsia="GHEA Grapalat" w:hAnsi="GHEA Grapalat" w:cs="GHEA Grapalat"/>
                <w:bCs/>
                <w:i/>
                <w:color w:val="000000" w:themeColor="text1"/>
                <w:lang w:eastAsia="hy-AM"/>
              </w:rPr>
              <w:t xml:space="preserve"> </w:t>
            </w:r>
            <w:r w:rsidRPr="00A702E8">
              <w:rPr>
                <w:rFonts w:ascii="GHEA Grapalat" w:eastAsia="GHEA Grapalat" w:hAnsi="GHEA Grapalat" w:cs="GHEA Grapalat"/>
                <w:bCs/>
                <w:i/>
                <w:color w:val="000000" w:themeColor="text1"/>
                <w:lang w:val="en-US" w:eastAsia="hy-AM"/>
              </w:rPr>
              <w:t>տվյալ</w:t>
            </w:r>
            <w:r w:rsidRPr="00A702E8">
              <w:rPr>
                <w:rFonts w:ascii="GHEA Grapalat" w:eastAsia="GHEA Grapalat" w:hAnsi="GHEA Grapalat" w:cs="GHEA Grapalat"/>
                <w:bCs/>
                <w:i/>
                <w:color w:val="000000" w:themeColor="text1"/>
                <w:lang w:eastAsia="hy-AM"/>
              </w:rPr>
              <w:t xml:space="preserve"> </w:t>
            </w:r>
            <w:r w:rsidRPr="00A702E8">
              <w:rPr>
                <w:rFonts w:ascii="GHEA Grapalat" w:eastAsia="GHEA Grapalat" w:hAnsi="GHEA Grapalat" w:cs="GHEA Grapalat"/>
                <w:bCs/>
                <w:i/>
                <w:color w:val="000000" w:themeColor="text1"/>
                <w:lang w:val="en-US" w:eastAsia="hy-AM"/>
              </w:rPr>
              <w:t>ուսումնառության</w:t>
            </w:r>
            <w:r w:rsidRPr="00A702E8">
              <w:rPr>
                <w:rFonts w:ascii="GHEA Grapalat" w:eastAsia="GHEA Grapalat" w:hAnsi="GHEA Grapalat" w:cs="GHEA Grapalat"/>
                <w:bCs/>
                <w:i/>
                <w:color w:val="000000" w:themeColor="text1"/>
                <w:lang w:eastAsia="hy-AM"/>
              </w:rPr>
              <w:t xml:space="preserve"> </w:t>
            </w:r>
            <w:r w:rsidRPr="00A702E8">
              <w:rPr>
                <w:rFonts w:ascii="GHEA Grapalat" w:eastAsia="GHEA Grapalat" w:hAnsi="GHEA Grapalat" w:cs="GHEA Grapalat"/>
                <w:bCs/>
                <w:i/>
                <w:color w:val="000000" w:themeColor="text1"/>
                <w:lang w:val="en-US" w:eastAsia="hy-AM"/>
              </w:rPr>
              <w:t>արդյունքի</w:t>
            </w:r>
            <w:r w:rsidRPr="00A702E8">
              <w:rPr>
                <w:rFonts w:ascii="GHEA Grapalat" w:eastAsia="GHEA Grapalat" w:hAnsi="GHEA Grapalat" w:cs="GHEA Grapalat"/>
                <w:bCs/>
                <w:i/>
                <w:color w:val="000000" w:themeColor="text1"/>
                <w:lang w:eastAsia="hy-AM"/>
              </w:rPr>
              <w:t xml:space="preserve"> </w:t>
            </w:r>
            <w:r w:rsidRPr="00A702E8">
              <w:rPr>
                <w:rFonts w:ascii="GHEA Grapalat" w:eastAsia="GHEA Grapalat" w:hAnsi="GHEA Grapalat" w:cs="GHEA Grapalat"/>
                <w:bCs/>
                <w:i/>
                <w:color w:val="000000" w:themeColor="text1"/>
                <w:lang w:val="en-US" w:eastAsia="hy-AM"/>
              </w:rPr>
              <w:t>շրջանակում</w:t>
            </w:r>
            <w:r w:rsidRPr="00A702E8">
              <w:rPr>
                <w:rFonts w:ascii="GHEA Grapalat" w:eastAsia="GHEA Grapalat" w:hAnsi="GHEA Grapalat" w:cs="GHEA Grapalat"/>
                <w:bCs/>
                <w:i/>
                <w:color w:val="000000" w:themeColor="text1"/>
                <w:lang w:eastAsia="hy-AM"/>
              </w:rPr>
              <w:t xml:space="preserve"> </w:t>
            </w:r>
            <w:r w:rsidRPr="00A702E8">
              <w:rPr>
                <w:rFonts w:ascii="GHEA Grapalat" w:eastAsia="GHEA Grapalat" w:hAnsi="GHEA Grapalat" w:cs="GHEA Grapalat"/>
                <w:bCs/>
                <w:i/>
                <w:color w:val="000000" w:themeColor="text1"/>
                <w:lang w:val="en-US" w:eastAsia="hy-AM"/>
              </w:rPr>
              <w:t>անհրաժեշտ</w:t>
            </w:r>
            <w:r w:rsidRPr="00A702E8">
              <w:rPr>
                <w:rFonts w:ascii="GHEA Grapalat" w:eastAsia="GHEA Grapalat" w:hAnsi="GHEA Grapalat" w:cs="GHEA Grapalat"/>
                <w:bCs/>
                <w:i/>
                <w:color w:val="000000" w:themeColor="text1"/>
                <w:lang w:eastAsia="hy-AM"/>
              </w:rPr>
              <w:t xml:space="preserve"> </w:t>
            </w:r>
            <w:r w:rsidRPr="00A702E8">
              <w:rPr>
                <w:rFonts w:ascii="GHEA Grapalat" w:eastAsia="GHEA Grapalat" w:hAnsi="GHEA Grapalat" w:cs="GHEA Grapalat"/>
                <w:i/>
                <w:color w:val="000000" w:themeColor="text1"/>
                <w:lang w:val="en-US" w:eastAsia="hy-AM"/>
              </w:rPr>
              <w:t>հիմնական</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աշխատանքային</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գործողությունների</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և</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դրանց</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իրականացման</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համար</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անհրաժեշտ</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փափուկ</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հմտությունների</w:t>
            </w:r>
            <w:r w:rsidRPr="00A702E8">
              <w:rPr>
                <w:rFonts w:ascii="GHEA Grapalat" w:eastAsia="GHEA Grapalat" w:hAnsi="GHEA Grapalat" w:cs="GHEA Grapalat"/>
                <w:i/>
                <w:color w:val="000000" w:themeColor="text1"/>
                <w:lang w:val="hy" w:eastAsia="hy-AM"/>
              </w:rPr>
              <w:t>,  (</w:t>
            </w:r>
            <w:r w:rsidRPr="00A702E8">
              <w:rPr>
                <w:rFonts w:ascii="GHEA Grapalat" w:eastAsia="GHEA Grapalat" w:hAnsi="GHEA Grapalat" w:cs="GHEA Grapalat"/>
                <w:i/>
                <w:color w:val="000000" w:themeColor="text1"/>
                <w:lang w:val="en-US" w:eastAsia="hy-AM"/>
              </w:rPr>
              <w:t>մասնավորապես՝</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անվտանգության</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կամ</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այլ</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կանոնների</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ժամանակի</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կառավարման</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հաղորդակցման</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կոնֆլիկտների</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կանխարգելման</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իրավիճակային</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կողմնորոշ</w:t>
            </w:r>
            <w:r w:rsidR="00D50815" w:rsidRPr="00A702E8">
              <w:rPr>
                <w:rFonts w:ascii="GHEA Grapalat" w:eastAsia="GHEA Grapalat" w:hAnsi="GHEA Grapalat" w:cs="GHEA Grapalat"/>
                <w:i/>
                <w:color w:val="000000" w:themeColor="text1"/>
                <w:lang w:val="en-US" w:eastAsia="hy-AM"/>
              </w:rPr>
              <w:t>-</w:t>
            </w:r>
            <w:r w:rsidRPr="00A702E8">
              <w:rPr>
                <w:rFonts w:ascii="GHEA Grapalat" w:eastAsia="GHEA Grapalat" w:hAnsi="GHEA Grapalat" w:cs="GHEA Grapalat"/>
                <w:i/>
                <w:color w:val="000000" w:themeColor="text1"/>
                <w:lang w:val="en-US" w:eastAsia="hy-AM"/>
              </w:rPr>
              <w:t>ման</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և</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արագ</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արձագանքման</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աստիճանակարգության</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և</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այլ</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փափուկ</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հմտությունների</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տիրապետելու</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en-US" w:eastAsia="hy-AM"/>
              </w:rPr>
              <w:t>նախապայմանը</w:t>
            </w:r>
            <w:r w:rsidRPr="00A702E8">
              <w:rPr>
                <w:rFonts w:ascii="GHEA Grapalat" w:eastAsia="GHEA Grapalat" w:hAnsi="GHEA Grapalat" w:cs="GHEA Grapalat"/>
                <w:i/>
                <w:color w:val="000000" w:themeColor="text1"/>
                <w:lang w:val="hy" w:eastAsia="hy-AM"/>
              </w:rPr>
              <w:t>)</w:t>
            </w:r>
            <w:r w:rsidRPr="00A702E8">
              <w:rPr>
                <w:rFonts w:ascii="GHEA Grapalat" w:eastAsia="GHEA Grapalat" w:hAnsi="GHEA Grapalat" w:cs="GHEA Grapalat"/>
                <w:i/>
                <w:color w:val="000000" w:themeColor="text1"/>
                <w:lang w:val="en-US" w:eastAsia="hy-AM"/>
              </w:rPr>
              <w:t>։]</w:t>
            </w:r>
          </w:p>
        </w:tc>
      </w:tr>
      <w:tr w:rsidR="00447437" w:rsidRPr="00A702E8" w14:paraId="6EDB9A3F" w14:textId="77777777" w:rsidTr="00DC25AF">
        <w:tc>
          <w:tcPr>
            <w:tcW w:w="3454" w:type="dxa"/>
            <w:tcBorders>
              <w:top w:val="single" w:sz="4" w:space="0" w:color="auto"/>
              <w:left w:val="single" w:sz="4" w:space="0" w:color="auto"/>
              <w:bottom w:val="single" w:sz="4" w:space="0" w:color="auto"/>
              <w:right w:val="single" w:sz="4" w:space="0" w:color="auto"/>
            </w:tcBorders>
            <w:vAlign w:val="center"/>
            <w:hideMark/>
          </w:tcPr>
          <w:p w14:paraId="775FF4A1" w14:textId="77777777" w:rsidR="009A0AC0" w:rsidRPr="00A702E8" w:rsidRDefault="009A0AC0" w:rsidP="00DC25AF">
            <w:pPr>
              <w:ind w:left="720" w:hanging="720"/>
              <w:rPr>
                <w:rFonts w:ascii="GHEA Grapalat" w:hAnsi="GHEA Grapalat"/>
                <w:b/>
                <w:color w:val="000000" w:themeColor="text1"/>
                <w:lang w:val="hy-AM"/>
              </w:rPr>
            </w:pPr>
            <w:r w:rsidRPr="00A702E8">
              <w:rPr>
                <w:rFonts w:ascii="GHEA Grapalat" w:hAnsi="GHEA Grapalat" w:cs="Sylfaen"/>
                <w:b/>
                <w:color w:val="000000" w:themeColor="text1"/>
                <w:lang w:val="hy-AM"/>
              </w:rPr>
              <w:t>Գնահատման միջոցը</w:t>
            </w:r>
          </w:p>
        </w:tc>
        <w:tc>
          <w:tcPr>
            <w:tcW w:w="6464" w:type="dxa"/>
            <w:tcBorders>
              <w:top w:val="single" w:sz="4" w:space="0" w:color="auto"/>
              <w:left w:val="single" w:sz="4" w:space="0" w:color="auto"/>
              <w:bottom w:val="single" w:sz="4" w:space="0" w:color="auto"/>
              <w:right w:val="single" w:sz="4" w:space="0" w:color="auto"/>
            </w:tcBorders>
            <w:hideMark/>
          </w:tcPr>
          <w:p w14:paraId="3738C97D" w14:textId="77777777" w:rsidR="009A0AC0" w:rsidRPr="00A702E8" w:rsidRDefault="009A0AC0" w:rsidP="00DC25AF">
            <w:pPr>
              <w:ind w:left="30"/>
              <w:contextualSpacing/>
              <w:jc w:val="both"/>
              <w:rPr>
                <w:rFonts w:ascii="GHEA Grapalat" w:eastAsia="GHEA Grapalat" w:hAnsi="GHEA Grapalat" w:cs="GHEA Grapalat"/>
                <w:i/>
                <w:color w:val="000000" w:themeColor="text1"/>
                <w:lang w:val="hy" w:eastAsia="hy-AM"/>
              </w:rPr>
            </w:pPr>
            <w:r w:rsidRPr="00A702E8">
              <w:rPr>
                <w:rFonts w:ascii="GHEA Grapalat" w:eastAsia="GHEA Grapalat" w:hAnsi="GHEA Grapalat" w:cs="GHEA Grapalat"/>
                <w:bCs/>
                <w:i/>
                <w:color w:val="000000" w:themeColor="text1"/>
                <w:lang w:val="hy-AM" w:eastAsia="hy-AM"/>
              </w:rPr>
              <w:t xml:space="preserve">[Այս բաժնում նշվում է ուսումնառության տվյալ արդյունքը ապահովելու համար սահմանված կատարման չափանիշները գնահատելու գործիքակազմը և մեթոդաբանությունը, որը  ճանաչվում է սահմանված հատվածում </w:t>
            </w:r>
            <w:r w:rsidRPr="00A702E8">
              <w:rPr>
                <w:rFonts w:ascii="GHEA Grapalat" w:eastAsia="GHEA Grapalat" w:hAnsi="GHEA Grapalat" w:cs="GHEA Grapalat"/>
                <w:i/>
                <w:color w:val="000000" w:themeColor="text1"/>
                <w:lang w:val="hy-AM" w:eastAsia="hy-AM"/>
              </w:rPr>
              <w:t>աշխատանքային</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խնդիրը և առաջադրանքները կատարելու</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ունակությունների</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դրանց</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գնահատման</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չափանիշների</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քայլերի</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կամ</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նվազագույն</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պահանջների</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և</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գնահատողների</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 xml:space="preserve">շրջանակի։ </w:t>
            </w:r>
            <w:r w:rsidRPr="00A702E8">
              <w:rPr>
                <w:rFonts w:ascii="GHEA Grapalat" w:eastAsia="GHEA Grapalat" w:hAnsi="GHEA Grapalat" w:cs="GHEA Grapalat"/>
                <w:i/>
                <w:color w:val="000000" w:themeColor="text1"/>
                <w:lang w:val="hy" w:eastAsia="hy-AM"/>
              </w:rPr>
              <w:t xml:space="preserve">  </w:t>
            </w:r>
          </w:p>
          <w:p w14:paraId="189683C6" w14:textId="6049483E" w:rsidR="009A0AC0" w:rsidRPr="00A702E8" w:rsidRDefault="009A0AC0" w:rsidP="00DC25AF">
            <w:pPr>
              <w:ind w:left="30"/>
              <w:jc w:val="both"/>
              <w:rPr>
                <w:rFonts w:ascii="GHEA Grapalat" w:hAnsi="GHEA Grapalat"/>
                <w:i/>
                <w:color w:val="000000" w:themeColor="text1"/>
                <w:lang w:val="hy"/>
              </w:rPr>
            </w:pPr>
            <w:r w:rsidRPr="00A702E8">
              <w:rPr>
                <w:rFonts w:ascii="GHEA Grapalat" w:hAnsi="GHEA Grapalat"/>
                <w:i/>
                <w:color w:val="000000" w:themeColor="text1"/>
                <w:lang w:val="en-US"/>
              </w:rPr>
              <w:t>Նշվում</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է</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hy-AM"/>
              </w:rPr>
              <w:t>այն գնահատման միջոցը /ները/, որը /որոնք/ առավել նպատակահարմար է առաջարկել արդյունքի գործնական ձեռքբերումը ստուգելու համար:</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Կարող</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է</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թվարկվել</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նաև</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այն</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lastRenderedPageBreak/>
              <w:t>գիտելիքների</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բազան</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որը</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պետք</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է</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տիրապետի՝</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կապված</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զբաղմունքի</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առանձնահատկությու</w:t>
            </w:r>
            <w:r w:rsidR="00D50815" w:rsidRPr="00A702E8">
              <w:rPr>
                <w:rFonts w:ascii="GHEA Grapalat" w:hAnsi="GHEA Grapalat"/>
                <w:i/>
                <w:color w:val="000000" w:themeColor="text1"/>
                <w:lang w:val="en-US"/>
              </w:rPr>
              <w:t>ններով</w:t>
            </w:r>
            <w:r w:rsidR="00D50815" w:rsidRPr="00A702E8">
              <w:rPr>
                <w:rFonts w:ascii="GHEA Grapalat" w:hAnsi="GHEA Grapalat"/>
                <w:i/>
                <w:color w:val="000000" w:themeColor="text1"/>
                <w:lang w:val="hy"/>
              </w:rPr>
              <w:t xml:space="preserve"> </w:t>
            </w:r>
            <w:r w:rsidR="00D50815" w:rsidRPr="00A702E8">
              <w:rPr>
                <w:rFonts w:ascii="GHEA Grapalat" w:hAnsi="GHEA Grapalat"/>
                <w:i/>
                <w:color w:val="000000" w:themeColor="text1"/>
                <w:lang w:val="en-US"/>
              </w:rPr>
              <w:t>պայմանավորված</w:t>
            </w:r>
            <w:r w:rsidRPr="00A702E8">
              <w:rPr>
                <w:rFonts w:ascii="GHEA Grapalat" w:hAnsi="GHEA Grapalat"/>
                <w:i/>
                <w:color w:val="000000" w:themeColor="text1"/>
                <w:lang w:val="en-US"/>
              </w:rPr>
              <w:t>։</w:t>
            </w:r>
            <w:r w:rsidRPr="00A702E8">
              <w:rPr>
                <w:rFonts w:ascii="GHEA Grapalat" w:hAnsi="GHEA Grapalat"/>
                <w:i/>
                <w:color w:val="000000" w:themeColor="text1"/>
                <w:lang w:val="hy"/>
              </w:rPr>
              <w:t xml:space="preserve"> </w:t>
            </w:r>
          </w:p>
          <w:p w14:paraId="614A01B8" w14:textId="77777777" w:rsidR="009A0AC0" w:rsidRPr="00A702E8" w:rsidRDefault="009A0AC0" w:rsidP="00DC25AF">
            <w:pPr>
              <w:ind w:left="30"/>
              <w:jc w:val="both"/>
              <w:rPr>
                <w:rFonts w:ascii="GHEA Grapalat" w:hAnsi="GHEA Grapalat"/>
                <w:i/>
                <w:color w:val="000000" w:themeColor="text1"/>
                <w:lang w:val="hy"/>
              </w:rPr>
            </w:pPr>
            <w:r w:rsidRPr="00A702E8">
              <w:rPr>
                <w:rFonts w:ascii="GHEA Grapalat" w:hAnsi="GHEA Grapalat"/>
                <w:i/>
                <w:color w:val="000000" w:themeColor="text1"/>
                <w:lang w:val="en-US"/>
              </w:rPr>
              <w:t>Գնահատման</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միջոց</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սահմանելիս</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անհրաժեշտ</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է</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հաշվի</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առնել</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նաև</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կրթության</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և</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աշխատանքի</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առանձնահատուկ</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պայմանների</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կարիք</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ունեցող</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մասնակիցների</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խելամիտ</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հարմարեցումները։</w:t>
            </w:r>
            <w:r w:rsidRPr="00A702E8">
              <w:rPr>
                <w:rFonts w:ascii="GHEA Grapalat" w:hAnsi="GHEA Grapalat"/>
                <w:i/>
                <w:color w:val="000000" w:themeColor="text1"/>
                <w:lang w:val="hy"/>
              </w:rPr>
              <w:t xml:space="preserve"> </w:t>
            </w:r>
          </w:p>
          <w:p w14:paraId="6F30D1EC" w14:textId="77777777" w:rsidR="009A0AC0" w:rsidRPr="00A702E8" w:rsidRDefault="009A0AC0" w:rsidP="00DC25AF">
            <w:pPr>
              <w:ind w:left="30"/>
              <w:jc w:val="both"/>
              <w:rPr>
                <w:rFonts w:ascii="GHEA Grapalat" w:hAnsi="GHEA Grapalat"/>
                <w:i/>
                <w:color w:val="000000" w:themeColor="text1"/>
                <w:lang w:val="hy"/>
              </w:rPr>
            </w:pPr>
            <w:r w:rsidRPr="00A702E8">
              <w:rPr>
                <w:rFonts w:ascii="GHEA Grapalat" w:hAnsi="GHEA Grapalat"/>
                <w:i/>
                <w:color w:val="000000" w:themeColor="text1"/>
                <w:lang w:val="en-US"/>
              </w:rPr>
              <w:t>Յուրաքանչյուր</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արդյունքի</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համար</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պետք</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է</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սահմանել</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ձեռք</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բերած</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արդյունքը</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ճանաչելու</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hy-AM"/>
              </w:rPr>
              <w:t xml:space="preserve">նվազագույն շեմը, </w:t>
            </w:r>
            <w:r w:rsidRPr="00A702E8">
              <w:rPr>
                <w:rFonts w:ascii="GHEA Grapalat" w:hAnsi="GHEA Grapalat"/>
                <w:i/>
                <w:color w:val="000000" w:themeColor="text1"/>
                <w:lang w:val="en-US"/>
              </w:rPr>
              <w:t>գործակիցը</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hy-AM"/>
              </w:rPr>
              <w:t>որ</w:t>
            </w:r>
            <w:r w:rsidRPr="00A702E8">
              <w:rPr>
                <w:rFonts w:ascii="GHEA Grapalat" w:hAnsi="GHEA Grapalat"/>
                <w:i/>
                <w:color w:val="000000" w:themeColor="text1"/>
                <w:lang w:val="en-US"/>
              </w:rPr>
              <w:t>ով</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համարվում</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է</w:t>
            </w:r>
            <w:r w:rsidRPr="00A702E8">
              <w:rPr>
                <w:rFonts w:ascii="GHEA Grapalat" w:hAnsi="GHEA Grapalat"/>
                <w:i/>
                <w:color w:val="000000" w:themeColor="text1"/>
                <w:lang w:val="hy-AM"/>
              </w:rPr>
              <w:t xml:space="preserve">, որ մասնակիցը տվյալ արդյունքը ձեռք է բերել, </w:t>
            </w:r>
            <w:r w:rsidRPr="00A702E8">
              <w:rPr>
                <w:rFonts w:ascii="GHEA Grapalat" w:hAnsi="GHEA Grapalat"/>
                <w:i/>
                <w:color w:val="000000" w:themeColor="text1"/>
                <w:lang w:val="en-US"/>
              </w:rPr>
              <w:t>ունի</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hy-AM"/>
              </w:rPr>
              <w:t>դրական արդյունք</w:t>
            </w:r>
            <w:r w:rsidRPr="00A702E8">
              <w:rPr>
                <w:rFonts w:ascii="GHEA Grapalat" w:hAnsi="GHEA Grapalat"/>
                <w:i/>
                <w:color w:val="000000" w:themeColor="text1"/>
                <w:lang w:val="en-US"/>
              </w:rPr>
              <w:t>։</w:t>
            </w:r>
          </w:p>
          <w:p w14:paraId="3EF24205" w14:textId="77777777" w:rsidR="009A0AC0" w:rsidRPr="00A702E8" w:rsidRDefault="009A0AC0" w:rsidP="00DC25AF">
            <w:pPr>
              <w:ind w:left="30"/>
              <w:contextualSpacing/>
              <w:jc w:val="both"/>
              <w:rPr>
                <w:rFonts w:ascii="GHEA Grapalat" w:hAnsi="GHEA Grapalat"/>
                <w:i/>
                <w:color w:val="000000" w:themeColor="text1"/>
                <w:lang w:val="hy-AM"/>
              </w:rPr>
            </w:pPr>
            <w:r w:rsidRPr="00A702E8">
              <w:rPr>
                <w:rFonts w:ascii="GHEA Grapalat" w:hAnsi="GHEA Grapalat"/>
                <w:i/>
                <w:color w:val="000000" w:themeColor="text1"/>
                <w:lang w:val="en-US"/>
              </w:rPr>
              <w:t>Կապված</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ԱՀՈՒ</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ձևից</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գնահատման</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միջոցները</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կարող</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են</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փոփոխվել՝</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հաշվի</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առնելով</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մանակցության</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գրաֆիկը</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բովանդակային</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ծավալը</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և</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այլ</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en-US"/>
              </w:rPr>
              <w:t>առանձնահատկություններ։]</w:t>
            </w:r>
            <w:r w:rsidRPr="00A702E8">
              <w:rPr>
                <w:rFonts w:ascii="GHEA Grapalat" w:hAnsi="GHEA Grapalat"/>
                <w:i/>
                <w:color w:val="000000" w:themeColor="text1"/>
                <w:lang w:val="hy"/>
              </w:rPr>
              <w:t xml:space="preserve"> </w:t>
            </w:r>
          </w:p>
        </w:tc>
      </w:tr>
      <w:tr w:rsidR="00447437" w:rsidRPr="00A702E8" w14:paraId="1B49119A" w14:textId="77777777" w:rsidTr="00DC25AF">
        <w:tc>
          <w:tcPr>
            <w:tcW w:w="3454" w:type="dxa"/>
            <w:tcBorders>
              <w:top w:val="single" w:sz="4" w:space="0" w:color="auto"/>
              <w:left w:val="single" w:sz="4" w:space="0" w:color="auto"/>
              <w:bottom w:val="single" w:sz="4" w:space="0" w:color="auto"/>
              <w:right w:val="single" w:sz="4" w:space="0" w:color="auto"/>
            </w:tcBorders>
            <w:hideMark/>
          </w:tcPr>
          <w:p w14:paraId="79B95A52" w14:textId="77777777" w:rsidR="009A0AC0" w:rsidRPr="00A702E8" w:rsidRDefault="009A0AC0" w:rsidP="00DC25AF">
            <w:pPr>
              <w:ind w:left="720" w:hanging="720"/>
              <w:rPr>
                <w:rFonts w:ascii="GHEA Grapalat" w:hAnsi="GHEA Grapalat"/>
                <w:b/>
                <w:color w:val="000000" w:themeColor="text1"/>
                <w:lang w:val="hy-AM"/>
              </w:rPr>
            </w:pPr>
            <w:r w:rsidRPr="00A702E8">
              <w:rPr>
                <w:rFonts w:ascii="GHEA Grapalat" w:hAnsi="GHEA Grapalat"/>
                <w:b/>
                <w:color w:val="000000" w:themeColor="text1"/>
                <w:lang w:val="hy-AM"/>
              </w:rPr>
              <w:lastRenderedPageBreak/>
              <w:t>Մեթոդաբանությունը և ռեսուրսները</w:t>
            </w:r>
          </w:p>
        </w:tc>
        <w:tc>
          <w:tcPr>
            <w:tcW w:w="6464" w:type="dxa"/>
            <w:tcBorders>
              <w:top w:val="single" w:sz="4" w:space="0" w:color="auto"/>
              <w:left w:val="single" w:sz="4" w:space="0" w:color="auto"/>
              <w:bottom w:val="single" w:sz="4" w:space="0" w:color="auto"/>
              <w:right w:val="single" w:sz="4" w:space="0" w:color="auto"/>
            </w:tcBorders>
            <w:hideMark/>
          </w:tcPr>
          <w:p w14:paraId="56CAEA4F" w14:textId="77777777" w:rsidR="009A0AC0" w:rsidRPr="00A702E8" w:rsidRDefault="009A0AC0" w:rsidP="00DC25AF">
            <w:pPr>
              <w:ind w:left="30"/>
              <w:contextualSpacing/>
              <w:jc w:val="both"/>
              <w:rPr>
                <w:rFonts w:ascii="GHEA Grapalat" w:eastAsia="GHEA Grapalat" w:hAnsi="GHEA Grapalat" w:cs="GHEA Grapalat"/>
                <w:i/>
                <w:color w:val="000000" w:themeColor="text1"/>
                <w:lang w:val="hy" w:eastAsia="hy-AM"/>
              </w:rPr>
            </w:pPr>
            <w:r w:rsidRPr="00A702E8">
              <w:rPr>
                <w:rFonts w:ascii="GHEA Grapalat" w:eastAsia="GHEA Grapalat" w:hAnsi="GHEA Grapalat" w:cs="GHEA Grapalat"/>
                <w:bCs/>
                <w:i/>
                <w:color w:val="000000" w:themeColor="text1"/>
                <w:lang w:val="hy-AM" w:eastAsia="hy-AM"/>
              </w:rPr>
              <w:t>[Այս բաղադրիչում սահմանվում են տ</w:t>
            </w:r>
            <w:r w:rsidRPr="00A702E8">
              <w:rPr>
                <w:rFonts w:ascii="GHEA Grapalat" w:eastAsia="GHEA Grapalat" w:hAnsi="GHEA Grapalat" w:cs="GHEA Grapalat"/>
                <w:i/>
                <w:color w:val="000000" w:themeColor="text1"/>
                <w:lang w:val="hy-AM" w:eastAsia="hy-AM"/>
              </w:rPr>
              <w:t>վյալ</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ուսումնառության</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արդյունքի</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ապահովման</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վայրը</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հասանելի</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ու</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հարմարեցված</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միջավայրի</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միջոցների</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և</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ուսուցանման</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մեթոդների</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այդ</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թվում՝</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հաշմանդամություն</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ունեցող</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անձանց</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խելամիտ</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հարմարեցման նախապայմանները։</w:t>
            </w:r>
            <w:r w:rsidRPr="00A702E8">
              <w:rPr>
                <w:rFonts w:ascii="GHEA Grapalat" w:eastAsia="GHEA Grapalat" w:hAnsi="GHEA Grapalat" w:cs="GHEA Grapalat"/>
                <w:i/>
                <w:color w:val="000000" w:themeColor="text1"/>
                <w:lang w:val="hy" w:eastAsia="hy-AM"/>
              </w:rPr>
              <w:t xml:space="preserve"> </w:t>
            </w:r>
          </w:p>
          <w:p w14:paraId="418BAF8B" w14:textId="77777777" w:rsidR="009A0AC0" w:rsidRPr="00A702E8" w:rsidRDefault="009A0AC0" w:rsidP="00DC25AF">
            <w:pPr>
              <w:tabs>
                <w:tab w:val="left" w:pos="1080"/>
              </w:tabs>
              <w:ind w:left="30"/>
              <w:jc w:val="both"/>
              <w:rPr>
                <w:rFonts w:ascii="GHEA Grapalat" w:eastAsia="Arial Unicode MS" w:hAnsi="GHEA Grapalat"/>
                <w:i/>
                <w:color w:val="000000" w:themeColor="text1"/>
                <w:lang w:val="hy-AM"/>
              </w:rPr>
            </w:pPr>
            <w:r w:rsidRPr="00A702E8">
              <w:rPr>
                <w:rFonts w:ascii="GHEA Grapalat" w:eastAsia="Arial Unicode MS" w:hAnsi="GHEA Grapalat"/>
                <w:i/>
                <w:color w:val="000000" w:themeColor="text1"/>
                <w:lang w:val="hy-AM"/>
              </w:rPr>
              <w:t xml:space="preserve">Անհրաժեշտ և կարևոր բաղադրիչ է համարվում արտադրական տարածքների մասին տեղեկությունների նկարագրությունը, ինչպես նաև </w:t>
            </w:r>
            <w:r w:rsidRPr="00A702E8">
              <w:rPr>
                <w:rFonts w:ascii="GHEA Grapalat" w:eastAsia="Arial Unicode MS" w:hAnsi="GHEA Grapalat"/>
                <w:i/>
                <w:color w:val="000000" w:themeColor="text1"/>
                <w:lang w:val="en-US"/>
              </w:rPr>
              <w:t>հրահանգչի</w:t>
            </w:r>
            <w:r w:rsidRPr="00A702E8">
              <w:rPr>
                <w:rFonts w:ascii="GHEA Grapalat" w:eastAsia="Arial Unicode MS" w:hAnsi="GHEA Grapalat"/>
                <w:i/>
                <w:color w:val="000000" w:themeColor="text1"/>
                <w:lang w:val="hy"/>
              </w:rPr>
              <w:t xml:space="preserve"> </w:t>
            </w:r>
            <w:r w:rsidRPr="00A702E8">
              <w:rPr>
                <w:rFonts w:ascii="GHEA Grapalat" w:eastAsia="Arial Unicode MS" w:hAnsi="GHEA Grapalat"/>
                <w:i/>
                <w:color w:val="000000" w:themeColor="text1"/>
                <w:lang w:val="hy-AM"/>
              </w:rPr>
              <w:t xml:space="preserve">առկայության հանգամանքը։ </w:t>
            </w:r>
          </w:p>
          <w:p w14:paraId="26DA2EFB" w14:textId="77777777" w:rsidR="009A0AC0" w:rsidRPr="00A702E8" w:rsidRDefault="009A0AC0" w:rsidP="00DC25AF">
            <w:pPr>
              <w:tabs>
                <w:tab w:val="left" w:pos="1080"/>
              </w:tabs>
              <w:ind w:left="30"/>
              <w:jc w:val="both"/>
              <w:rPr>
                <w:rFonts w:ascii="GHEA Grapalat" w:eastAsia="Arial Unicode MS" w:hAnsi="GHEA Grapalat"/>
                <w:i/>
                <w:color w:val="000000" w:themeColor="text1"/>
                <w:lang w:val="hy-AM"/>
              </w:rPr>
            </w:pPr>
            <w:r w:rsidRPr="00A702E8">
              <w:rPr>
                <w:rFonts w:ascii="GHEA Grapalat" w:hAnsi="GHEA Grapalat"/>
                <w:i/>
                <w:color w:val="000000" w:themeColor="text1"/>
                <w:lang w:val="hy-AM"/>
              </w:rPr>
              <w:t>Կապված</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hy-AM"/>
              </w:rPr>
              <w:t>ԱՀՈՒ</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hy-AM"/>
              </w:rPr>
              <w:t>ձևից</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hy-AM"/>
              </w:rPr>
              <w:t>կիրառվող մեթոդները և ռեսուրսները</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hy-AM"/>
              </w:rPr>
              <w:t>կարող</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hy-AM"/>
              </w:rPr>
              <w:t>են</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hy-AM"/>
              </w:rPr>
              <w:t>փոփոխվել՝</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hy-AM"/>
              </w:rPr>
              <w:t>հաշվի</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hy-AM"/>
              </w:rPr>
              <w:t>առնելով</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hy-AM"/>
              </w:rPr>
              <w:t xml:space="preserve">կազմակերպման </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hy-AM"/>
              </w:rPr>
              <w:t>գրաֆիկը, խնդիրների շրջանակը և այլ</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hy-AM"/>
              </w:rPr>
              <w:t>առանձնահատկություններ։]</w:t>
            </w:r>
          </w:p>
        </w:tc>
      </w:tr>
      <w:tr w:rsidR="00447437" w:rsidRPr="00A702E8" w14:paraId="11FB918C" w14:textId="77777777" w:rsidTr="00DC25AF">
        <w:tc>
          <w:tcPr>
            <w:tcW w:w="3454" w:type="dxa"/>
            <w:tcBorders>
              <w:top w:val="single" w:sz="4" w:space="0" w:color="auto"/>
              <w:left w:val="single" w:sz="4" w:space="0" w:color="auto"/>
              <w:bottom w:val="single" w:sz="4" w:space="0" w:color="auto"/>
              <w:right w:val="single" w:sz="4" w:space="0" w:color="auto"/>
            </w:tcBorders>
            <w:vAlign w:val="center"/>
            <w:hideMark/>
          </w:tcPr>
          <w:p w14:paraId="5D35002F" w14:textId="77777777" w:rsidR="009A0AC0" w:rsidRPr="00A702E8" w:rsidRDefault="009A0AC0" w:rsidP="00DC25AF">
            <w:pPr>
              <w:ind w:left="720" w:hanging="720"/>
              <w:rPr>
                <w:rFonts w:ascii="GHEA Grapalat" w:hAnsi="GHEA Grapalat"/>
                <w:b/>
                <w:color w:val="000000" w:themeColor="text1"/>
                <w:lang w:val="hy-AM"/>
              </w:rPr>
            </w:pPr>
            <w:r w:rsidRPr="00A702E8">
              <w:rPr>
                <w:rFonts w:ascii="GHEA Grapalat" w:hAnsi="GHEA Grapalat" w:cs="Sylfaen"/>
                <w:b/>
                <w:color w:val="000000" w:themeColor="text1"/>
                <w:lang w:val="hy-AM"/>
              </w:rPr>
              <w:t>Ուսուցման երաշխավորված ժամաքանակը</w:t>
            </w:r>
          </w:p>
        </w:tc>
        <w:tc>
          <w:tcPr>
            <w:tcW w:w="6464" w:type="dxa"/>
            <w:tcBorders>
              <w:top w:val="single" w:sz="4" w:space="0" w:color="auto"/>
              <w:left w:val="single" w:sz="4" w:space="0" w:color="auto"/>
              <w:bottom w:val="single" w:sz="4" w:space="0" w:color="auto"/>
              <w:right w:val="single" w:sz="4" w:space="0" w:color="auto"/>
            </w:tcBorders>
          </w:tcPr>
          <w:p w14:paraId="5554F09A" w14:textId="77777777" w:rsidR="009A0AC0" w:rsidRPr="00A702E8" w:rsidRDefault="009A0AC0" w:rsidP="00DC25AF">
            <w:pPr>
              <w:shd w:val="clear" w:color="auto" w:fill="FFFFFF"/>
              <w:ind w:left="30"/>
              <w:contextualSpacing/>
              <w:jc w:val="both"/>
              <w:rPr>
                <w:rFonts w:ascii="GHEA Grapalat" w:hAnsi="GHEA Grapalat" w:cs="Arial"/>
                <w:i/>
                <w:color w:val="000000" w:themeColor="text1"/>
                <w:lang w:val="hy-AM" w:eastAsia="hy-AM"/>
              </w:rPr>
            </w:pPr>
            <w:r w:rsidRPr="00A702E8">
              <w:rPr>
                <w:rFonts w:ascii="GHEA Grapalat" w:eastAsia="GHEA Grapalat" w:hAnsi="GHEA Grapalat" w:cs="GHEA Grapalat"/>
                <w:bCs/>
                <w:i/>
                <w:color w:val="000000" w:themeColor="text1"/>
                <w:lang w:val="hy-AM" w:eastAsia="hy-AM"/>
              </w:rPr>
              <w:t>[Այս բաժնում նկարագրվում է տվյալ ուսումնառության արդյունքը ձեռք բերելու երաշխավորված</w:t>
            </w:r>
            <w:r w:rsidRPr="00A702E8">
              <w:rPr>
                <w:rFonts w:ascii="GHEA Grapalat" w:eastAsia="GHEA Grapalat" w:hAnsi="GHEA Grapalat" w:cs="GHEA Grapalat"/>
                <w:bCs/>
                <w:i/>
                <w:color w:val="000000" w:themeColor="text1"/>
                <w:lang w:val="hy" w:eastAsia="hy-AM"/>
              </w:rPr>
              <w:t xml:space="preserve"> </w:t>
            </w:r>
            <w:r w:rsidRPr="00A702E8">
              <w:rPr>
                <w:rFonts w:ascii="GHEA Grapalat" w:eastAsia="GHEA Grapalat" w:hAnsi="GHEA Grapalat" w:cs="GHEA Grapalat"/>
                <w:bCs/>
                <w:i/>
                <w:color w:val="000000" w:themeColor="text1"/>
                <w:lang w:val="hy-AM" w:eastAsia="hy-AM"/>
              </w:rPr>
              <w:t>ժամկետը</w:t>
            </w:r>
            <w:r w:rsidRPr="00A702E8">
              <w:rPr>
                <w:rFonts w:ascii="GHEA Grapalat" w:eastAsia="GHEA Grapalat" w:hAnsi="GHEA Grapalat" w:cs="GHEA Grapalat"/>
                <w:b/>
                <w:bCs/>
                <w:i/>
                <w:color w:val="000000" w:themeColor="text1"/>
                <w:lang w:val="hy-AM" w:eastAsia="hy-AM"/>
              </w:rPr>
              <w:t>՝</w:t>
            </w:r>
            <w:r w:rsidRPr="00A702E8">
              <w:rPr>
                <w:rFonts w:ascii="GHEA Grapalat" w:eastAsia="GHEA Grapalat" w:hAnsi="GHEA Grapalat" w:cs="GHEA Grapalat"/>
                <w:b/>
                <w:bCs/>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ըստ</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ուսուցողական</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և</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աշխատանքային</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բեռնվածության</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ժամերի բաշխման</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հաշվի</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առնելով</w:t>
            </w:r>
            <w:r w:rsidRPr="00A702E8">
              <w:rPr>
                <w:rFonts w:ascii="GHEA Grapalat" w:eastAsia="GHEA Grapalat" w:hAnsi="GHEA Grapalat" w:cs="GHEA Grapalat"/>
                <w:i/>
                <w:color w:val="000000" w:themeColor="text1"/>
                <w:lang w:val="hy" w:eastAsia="hy-AM"/>
              </w:rPr>
              <w:t xml:space="preserve"> </w:t>
            </w:r>
            <w:r w:rsidRPr="00A702E8">
              <w:rPr>
                <w:rFonts w:ascii="GHEA Grapalat" w:eastAsia="GHEA Grapalat" w:hAnsi="GHEA Grapalat" w:cs="GHEA Grapalat"/>
                <w:i/>
                <w:color w:val="000000" w:themeColor="text1"/>
                <w:lang w:val="hy-AM" w:eastAsia="hy-AM"/>
              </w:rPr>
              <w:t>ո</w:t>
            </w:r>
            <w:r w:rsidRPr="00A702E8">
              <w:rPr>
                <w:rFonts w:ascii="GHEA Grapalat" w:hAnsi="GHEA Grapalat" w:cs="Arial"/>
                <w:i/>
                <w:color w:val="000000" w:themeColor="text1"/>
                <w:lang w:val="hy" w:eastAsia="hy-AM"/>
              </w:rPr>
              <w:t>ւսումնական գործընթացի կազմակերպման սկիզբը և ավարտը, դասերի կազմակերպման ռեժիմը (ժամերը և գրաֆիկը)</w:t>
            </w:r>
            <w:r w:rsidRPr="00A702E8">
              <w:rPr>
                <w:rFonts w:ascii="GHEA Grapalat" w:hAnsi="GHEA Grapalat" w:cs="Arial"/>
                <w:i/>
                <w:color w:val="000000" w:themeColor="text1"/>
                <w:lang w:val="hy-AM" w:eastAsia="hy-AM"/>
              </w:rPr>
              <w:t>։</w:t>
            </w:r>
          </w:p>
          <w:p w14:paraId="369F2281" w14:textId="77777777" w:rsidR="009A0AC0" w:rsidRPr="00A702E8" w:rsidRDefault="009A0AC0" w:rsidP="00DC25AF">
            <w:pPr>
              <w:shd w:val="clear" w:color="auto" w:fill="FFFFFF"/>
              <w:ind w:left="30"/>
              <w:contextualSpacing/>
              <w:jc w:val="both"/>
              <w:rPr>
                <w:rFonts w:ascii="GHEA Grapalat" w:eastAsia="GHEA Grapalat" w:hAnsi="GHEA Grapalat" w:cs="GHEA Grapalat"/>
                <w:i/>
                <w:color w:val="000000" w:themeColor="text1"/>
                <w:lang w:val="hy-AM" w:eastAsia="hy-AM"/>
              </w:rPr>
            </w:pPr>
            <w:r w:rsidRPr="00A702E8">
              <w:rPr>
                <w:rFonts w:ascii="GHEA Grapalat" w:hAnsi="GHEA Grapalat"/>
                <w:i/>
                <w:color w:val="000000" w:themeColor="text1"/>
                <w:lang w:val="hy-AM"/>
              </w:rPr>
              <w:t>Կապված</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hy-AM"/>
              </w:rPr>
              <w:t>ԱՀՈՒ</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hy-AM"/>
              </w:rPr>
              <w:t>ձևից կազմակերպման ժամաքանակը կարող է փոփոխվել՝</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hy-AM"/>
              </w:rPr>
              <w:t>հաշվի</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hy-AM"/>
              </w:rPr>
              <w:t>առնելով</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hy-AM"/>
              </w:rPr>
              <w:t xml:space="preserve">կազմակերպման </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hy-AM"/>
              </w:rPr>
              <w:t>գրաֆիկը, խնդիրների շրջանակը և այլ</w:t>
            </w:r>
            <w:r w:rsidRPr="00A702E8">
              <w:rPr>
                <w:rFonts w:ascii="GHEA Grapalat" w:hAnsi="GHEA Grapalat"/>
                <w:i/>
                <w:color w:val="000000" w:themeColor="text1"/>
                <w:lang w:val="hy"/>
              </w:rPr>
              <w:t xml:space="preserve"> </w:t>
            </w:r>
            <w:r w:rsidRPr="00A702E8">
              <w:rPr>
                <w:rFonts w:ascii="GHEA Grapalat" w:hAnsi="GHEA Grapalat"/>
                <w:i/>
                <w:color w:val="000000" w:themeColor="text1"/>
                <w:lang w:val="hy-AM"/>
              </w:rPr>
              <w:t>առանձնահատկություններ։]</w:t>
            </w:r>
          </w:p>
        </w:tc>
      </w:tr>
      <w:tr w:rsidR="00447437" w:rsidRPr="00A702E8" w14:paraId="546C7F1E" w14:textId="77777777" w:rsidTr="00DC25AF">
        <w:tc>
          <w:tcPr>
            <w:tcW w:w="3454" w:type="dxa"/>
            <w:tcBorders>
              <w:top w:val="single" w:sz="4" w:space="0" w:color="auto"/>
              <w:left w:val="single" w:sz="4" w:space="0" w:color="auto"/>
              <w:bottom w:val="single" w:sz="4" w:space="0" w:color="auto"/>
              <w:right w:val="single" w:sz="4" w:space="0" w:color="auto"/>
            </w:tcBorders>
            <w:vAlign w:val="center"/>
            <w:hideMark/>
          </w:tcPr>
          <w:p w14:paraId="7B0B63CC" w14:textId="77777777" w:rsidR="009A0AC0" w:rsidRPr="00A702E8" w:rsidRDefault="009A0AC0" w:rsidP="00DC25AF">
            <w:pPr>
              <w:ind w:left="720" w:hanging="720"/>
              <w:rPr>
                <w:rFonts w:ascii="GHEA Grapalat" w:hAnsi="GHEA Grapalat"/>
                <w:b/>
                <w:color w:val="000000" w:themeColor="text1"/>
                <w:lang w:val="hy-AM"/>
              </w:rPr>
            </w:pPr>
            <w:r w:rsidRPr="00A702E8">
              <w:rPr>
                <w:rFonts w:ascii="GHEA Grapalat" w:hAnsi="GHEA Grapalat" w:cs="Sylfaen"/>
                <w:b/>
                <w:color w:val="000000" w:themeColor="text1"/>
                <w:lang w:val="hy-AM"/>
              </w:rPr>
              <w:t>Ուսումնառության</w:t>
            </w:r>
            <w:r w:rsidRPr="00A702E8">
              <w:rPr>
                <w:rFonts w:ascii="GHEA Grapalat" w:hAnsi="GHEA Grapalat"/>
                <w:b/>
                <w:color w:val="000000" w:themeColor="text1"/>
                <w:lang w:val="hy-AM"/>
              </w:rPr>
              <w:t xml:space="preserve"> </w:t>
            </w:r>
            <w:r w:rsidRPr="00A702E8">
              <w:rPr>
                <w:rFonts w:ascii="GHEA Grapalat" w:hAnsi="GHEA Grapalat" w:cs="Sylfaen"/>
                <w:b/>
                <w:color w:val="000000" w:themeColor="text1"/>
                <w:lang w:val="hy-AM"/>
              </w:rPr>
              <w:t>արդյունք</w:t>
            </w:r>
            <w:r w:rsidRPr="00A702E8">
              <w:rPr>
                <w:rFonts w:ascii="GHEA Grapalat" w:hAnsi="GHEA Grapalat"/>
                <w:b/>
                <w:color w:val="000000" w:themeColor="text1"/>
                <w:lang w:val="hy-AM"/>
              </w:rPr>
              <w:t xml:space="preserve"> 2</w:t>
            </w:r>
          </w:p>
        </w:tc>
        <w:tc>
          <w:tcPr>
            <w:tcW w:w="6464" w:type="dxa"/>
            <w:tcBorders>
              <w:top w:val="single" w:sz="4" w:space="0" w:color="auto"/>
              <w:left w:val="single" w:sz="4" w:space="0" w:color="auto"/>
              <w:bottom w:val="single" w:sz="4" w:space="0" w:color="auto"/>
              <w:right w:val="single" w:sz="4" w:space="0" w:color="auto"/>
            </w:tcBorders>
          </w:tcPr>
          <w:p w14:paraId="7F00954C" w14:textId="77777777" w:rsidR="009A0AC0" w:rsidRPr="00A702E8" w:rsidRDefault="009A0AC0" w:rsidP="00DC25AF">
            <w:pPr>
              <w:ind w:left="30"/>
              <w:rPr>
                <w:rFonts w:ascii="GHEA Grapalat" w:hAnsi="GHEA Grapalat"/>
                <w:i/>
                <w:color w:val="000000" w:themeColor="text1"/>
                <w:lang w:val="hy-AM"/>
              </w:rPr>
            </w:pPr>
            <w:r w:rsidRPr="00A702E8">
              <w:rPr>
                <w:rFonts w:ascii="GHEA Grapalat" w:hAnsi="GHEA Grapalat"/>
                <w:i/>
                <w:color w:val="000000" w:themeColor="text1"/>
                <w:lang w:val="hy-AM"/>
              </w:rPr>
              <w:t>Այս բաղադրիչում լրացվում է վերոնշյալ 2-րդ ուսումնառության արդյունքը, իսկ ստորև բաժինները լրացվում դրան համապատասխան։ ]</w:t>
            </w:r>
          </w:p>
        </w:tc>
      </w:tr>
      <w:tr w:rsidR="00447437" w:rsidRPr="00A702E8" w14:paraId="6F1CEE24" w14:textId="77777777" w:rsidTr="00DC25AF">
        <w:tc>
          <w:tcPr>
            <w:tcW w:w="3454" w:type="dxa"/>
            <w:tcBorders>
              <w:top w:val="single" w:sz="4" w:space="0" w:color="auto"/>
              <w:left w:val="single" w:sz="4" w:space="0" w:color="auto"/>
              <w:bottom w:val="single" w:sz="4" w:space="0" w:color="auto"/>
              <w:right w:val="single" w:sz="4" w:space="0" w:color="auto"/>
            </w:tcBorders>
            <w:hideMark/>
          </w:tcPr>
          <w:p w14:paraId="61557B23" w14:textId="77777777" w:rsidR="009A0AC0" w:rsidRPr="00A702E8" w:rsidRDefault="009A0AC0" w:rsidP="00DC25AF">
            <w:pPr>
              <w:ind w:left="720" w:hanging="720"/>
              <w:rPr>
                <w:rFonts w:ascii="GHEA Grapalat" w:hAnsi="GHEA Grapalat"/>
                <w:b/>
                <w:color w:val="000000" w:themeColor="text1"/>
                <w:lang w:val="hy-AM"/>
              </w:rPr>
            </w:pPr>
            <w:r w:rsidRPr="00A702E8">
              <w:rPr>
                <w:rFonts w:ascii="GHEA Grapalat" w:hAnsi="GHEA Grapalat" w:cs="Sylfaen"/>
                <w:b/>
                <w:color w:val="000000" w:themeColor="text1"/>
                <w:lang w:val="hy-AM"/>
              </w:rPr>
              <w:t>Կատարման</w:t>
            </w:r>
            <w:r w:rsidRPr="00A702E8">
              <w:rPr>
                <w:rFonts w:ascii="GHEA Grapalat" w:hAnsi="GHEA Grapalat"/>
                <w:b/>
                <w:color w:val="000000" w:themeColor="text1"/>
                <w:lang w:val="hy-AM"/>
              </w:rPr>
              <w:t xml:space="preserve"> </w:t>
            </w:r>
            <w:r w:rsidRPr="00A702E8">
              <w:rPr>
                <w:rFonts w:ascii="GHEA Grapalat" w:hAnsi="GHEA Grapalat" w:cs="Sylfaen"/>
                <w:b/>
                <w:color w:val="000000" w:themeColor="text1"/>
                <w:lang w:val="hy-AM"/>
              </w:rPr>
              <w:t>չափանիշներ</w:t>
            </w:r>
          </w:p>
        </w:tc>
        <w:tc>
          <w:tcPr>
            <w:tcW w:w="6464" w:type="dxa"/>
            <w:tcBorders>
              <w:top w:val="single" w:sz="4" w:space="0" w:color="auto"/>
              <w:left w:val="single" w:sz="4" w:space="0" w:color="auto"/>
              <w:bottom w:val="single" w:sz="4" w:space="0" w:color="auto"/>
              <w:right w:val="single" w:sz="4" w:space="0" w:color="auto"/>
            </w:tcBorders>
          </w:tcPr>
          <w:p w14:paraId="2761D45E" w14:textId="77777777" w:rsidR="009A0AC0" w:rsidRPr="00A702E8" w:rsidRDefault="009A0AC0" w:rsidP="00DC25AF">
            <w:pPr>
              <w:tabs>
                <w:tab w:val="left" w:pos="1080"/>
              </w:tabs>
              <w:ind w:left="720" w:hanging="720"/>
              <w:jc w:val="both"/>
              <w:rPr>
                <w:rFonts w:ascii="GHEA Grapalat" w:eastAsia="Arial Unicode MS" w:hAnsi="GHEA Grapalat"/>
                <w:i/>
                <w:color w:val="000000" w:themeColor="text1"/>
                <w:lang w:val="hy-AM"/>
              </w:rPr>
            </w:pPr>
          </w:p>
        </w:tc>
      </w:tr>
      <w:tr w:rsidR="00447437" w:rsidRPr="00A702E8" w14:paraId="14A237BB" w14:textId="77777777" w:rsidTr="00DC25AF">
        <w:tc>
          <w:tcPr>
            <w:tcW w:w="3454" w:type="dxa"/>
            <w:tcBorders>
              <w:top w:val="single" w:sz="4" w:space="0" w:color="auto"/>
              <w:left w:val="single" w:sz="4" w:space="0" w:color="auto"/>
              <w:bottom w:val="single" w:sz="4" w:space="0" w:color="auto"/>
              <w:right w:val="single" w:sz="4" w:space="0" w:color="auto"/>
            </w:tcBorders>
            <w:vAlign w:val="center"/>
            <w:hideMark/>
          </w:tcPr>
          <w:p w14:paraId="43E8CCAB" w14:textId="77777777" w:rsidR="009A0AC0" w:rsidRPr="00A702E8" w:rsidRDefault="009A0AC0" w:rsidP="00DC25AF">
            <w:pPr>
              <w:ind w:left="720" w:hanging="720"/>
              <w:rPr>
                <w:rFonts w:ascii="GHEA Grapalat" w:hAnsi="GHEA Grapalat"/>
                <w:b/>
                <w:color w:val="000000" w:themeColor="text1"/>
                <w:lang w:val="hy-AM"/>
              </w:rPr>
            </w:pPr>
            <w:r w:rsidRPr="00A702E8">
              <w:rPr>
                <w:rFonts w:ascii="GHEA Grapalat" w:hAnsi="GHEA Grapalat" w:cs="Sylfaen"/>
                <w:b/>
                <w:color w:val="000000" w:themeColor="text1"/>
                <w:lang w:val="hy-AM"/>
              </w:rPr>
              <w:lastRenderedPageBreak/>
              <w:t>Գնահատման միջոցը</w:t>
            </w:r>
          </w:p>
        </w:tc>
        <w:tc>
          <w:tcPr>
            <w:tcW w:w="6464" w:type="dxa"/>
            <w:tcBorders>
              <w:top w:val="single" w:sz="4" w:space="0" w:color="auto"/>
              <w:left w:val="single" w:sz="4" w:space="0" w:color="auto"/>
              <w:bottom w:val="single" w:sz="4" w:space="0" w:color="auto"/>
              <w:right w:val="single" w:sz="4" w:space="0" w:color="auto"/>
            </w:tcBorders>
          </w:tcPr>
          <w:p w14:paraId="5500A40C" w14:textId="77777777" w:rsidR="009A0AC0" w:rsidRPr="00A702E8" w:rsidRDefault="009A0AC0" w:rsidP="00DC25AF">
            <w:pPr>
              <w:tabs>
                <w:tab w:val="left" w:pos="1080"/>
              </w:tabs>
              <w:ind w:left="720" w:hanging="720"/>
              <w:jc w:val="both"/>
              <w:rPr>
                <w:rFonts w:ascii="GHEA Grapalat" w:eastAsia="Arial Unicode MS" w:hAnsi="GHEA Grapalat"/>
                <w:i/>
                <w:color w:val="000000" w:themeColor="text1"/>
                <w:lang w:val="hy-AM"/>
              </w:rPr>
            </w:pPr>
          </w:p>
        </w:tc>
      </w:tr>
      <w:tr w:rsidR="00447437" w:rsidRPr="00A702E8" w14:paraId="6A02DFE7" w14:textId="77777777" w:rsidTr="00DC25AF">
        <w:tc>
          <w:tcPr>
            <w:tcW w:w="3454" w:type="dxa"/>
            <w:tcBorders>
              <w:top w:val="single" w:sz="4" w:space="0" w:color="auto"/>
              <w:left w:val="single" w:sz="4" w:space="0" w:color="auto"/>
              <w:bottom w:val="single" w:sz="4" w:space="0" w:color="auto"/>
              <w:right w:val="single" w:sz="4" w:space="0" w:color="auto"/>
            </w:tcBorders>
            <w:hideMark/>
          </w:tcPr>
          <w:p w14:paraId="2E40AC78" w14:textId="77777777" w:rsidR="009A0AC0" w:rsidRPr="00A702E8" w:rsidRDefault="009A0AC0" w:rsidP="00DC25AF">
            <w:pPr>
              <w:ind w:left="720" w:hanging="720"/>
              <w:rPr>
                <w:rFonts w:ascii="GHEA Grapalat" w:hAnsi="GHEA Grapalat"/>
                <w:b/>
                <w:color w:val="000000" w:themeColor="text1"/>
                <w:lang w:val="hy-AM"/>
              </w:rPr>
            </w:pPr>
            <w:r w:rsidRPr="00A702E8">
              <w:rPr>
                <w:rFonts w:ascii="GHEA Grapalat" w:hAnsi="GHEA Grapalat"/>
                <w:b/>
                <w:color w:val="000000" w:themeColor="text1"/>
                <w:lang w:val="hy-AM"/>
              </w:rPr>
              <w:t>Մեթոդաբանությունը և ռեսուրսները</w:t>
            </w:r>
          </w:p>
        </w:tc>
        <w:tc>
          <w:tcPr>
            <w:tcW w:w="6464" w:type="dxa"/>
            <w:tcBorders>
              <w:top w:val="single" w:sz="4" w:space="0" w:color="auto"/>
              <w:left w:val="single" w:sz="4" w:space="0" w:color="auto"/>
              <w:bottom w:val="single" w:sz="4" w:space="0" w:color="auto"/>
              <w:right w:val="single" w:sz="4" w:space="0" w:color="auto"/>
            </w:tcBorders>
          </w:tcPr>
          <w:p w14:paraId="02253F87" w14:textId="77777777" w:rsidR="009A0AC0" w:rsidRPr="00A702E8" w:rsidRDefault="009A0AC0" w:rsidP="00DC25AF">
            <w:pPr>
              <w:tabs>
                <w:tab w:val="left" w:pos="1080"/>
              </w:tabs>
              <w:ind w:left="720" w:hanging="720"/>
              <w:jc w:val="both"/>
              <w:rPr>
                <w:rFonts w:ascii="GHEA Grapalat" w:eastAsia="Arial Unicode MS" w:hAnsi="GHEA Grapalat"/>
                <w:color w:val="000000" w:themeColor="text1"/>
                <w:lang w:val="hy-AM"/>
              </w:rPr>
            </w:pPr>
          </w:p>
        </w:tc>
      </w:tr>
      <w:tr w:rsidR="00447437" w:rsidRPr="00A702E8" w14:paraId="0538DA6E" w14:textId="77777777" w:rsidTr="00DC25AF">
        <w:tc>
          <w:tcPr>
            <w:tcW w:w="3454" w:type="dxa"/>
            <w:tcBorders>
              <w:top w:val="single" w:sz="4" w:space="0" w:color="auto"/>
              <w:left w:val="single" w:sz="4" w:space="0" w:color="auto"/>
              <w:bottom w:val="single" w:sz="4" w:space="0" w:color="auto"/>
              <w:right w:val="single" w:sz="4" w:space="0" w:color="auto"/>
            </w:tcBorders>
            <w:vAlign w:val="center"/>
            <w:hideMark/>
          </w:tcPr>
          <w:p w14:paraId="0B54942A" w14:textId="77777777" w:rsidR="009A0AC0" w:rsidRPr="00A702E8" w:rsidRDefault="009A0AC0" w:rsidP="00DC25AF">
            <w:pPr>
              <w:ind w:left="720" w:hanging="720"/>
              <w:rPr>
                <w:rFonts w:ascii="GHEA Grapalat" w:hAnsi="GHEA Grapalat"/>
                <w:b/>
                <w:color w:val="000000" w:themeColor="text1"/>
                <w:lang w:val="hy-AM"/>
              </w:rPr>
            </w:pPr>
            <w:r w:rsidRPr="00A702E8">
              <w:rPr>
                <w:rFonts w:ascii="GHEA Grapalat" w:hAnsi="GHEA Grapalat" w:cs="Sylfaen"/>
                <w:b/>
                <w:color w:val="000000" w:themeColor="text1"/>
                <w:lang w:val="hy-AM"/>
              </w:rPr>
              <w:t>ՈՒսուցման երաշխավորված ժամաքանակը</w:t>
            </w:r>
          </w:p>
        </w:tc>
        <w:tc>
          <w:tcPr>
            <w:tcW w:w="6464" w:type="dxa"/>
            <w:tcBorders>
              <w:top w:val="single" w:sz="4" w:space="0" w:color="auto"/>
              <w:left w:val="single" w:sz="4" w:space="0" w:color="auto"/>
              <w:bottom w:val="single" w:sz="4" w:space="0" w:color="auto"/>
              <w:right w:val="single" w:sz="4" w:space="0" w:color="auto"/>
            </w:tcBorders>
          </w:tcPr>
          <w:p w14:paraId="46C4C14F" w14:textId="77777777" w:rsidR="009A0AC0" w:rsidRPr="00A702E8" w:rsidRDefault="009A0AC0" w:rsidP="00DC25AF">
            <w:pPr>
              <w:tabs>
                <w:tab w:val="left" w:pos="1080"/>
              </w:tabs>
              <w:ind w:left="720" w:hanging="720"/>
              <w:jc w:val="both"/>
              <w:rPr>
                <w:rFonts w:ascii="GHEA Grapalat" w:eastAsia="Arial Unicode MS" w:hAnsi="GHEA Grapalat"/>
                <w:color w:val="000000" w:themeColor="text1"/>
                <w:lang w:val="hy-AM"/>
              </w:rPr>
            </w:pPr>
          </w:p>
        </w:tc>
      </w:tr>
      <w:tr w:rsidR="00447437" w:rsidRPr="00A702E8" w14:paraId="68E0F23E" w14:textId="77777777" w:rsidTr="00DC25AF">
        <w:tc>
          <w:tcPr>
            <w:tcW w:w="3454" w:type="dxa"/>
            <w:tcBorders>
              <w:top w:val="single" w:sz="4" w:space="0" w:color="auto"/>
              <w:left w:val="single" w:sz="4" w:space="0" w:color="auto"/>
              <w:bottom w:val="single" w:sz="4" w:space="0" w:color="auto"/>
              <w:right w:val="single" w:sz="4" w:space="0" w:color="auto"/>
            </w:tcBorders>
            <w:vAlign w:val="center"/>
          </w:tcPr>
          <w:p w14:paraId="7120628F" w14:textId="77777777" w:rsidR="009A0AC0" w:rsidRPr="00A702E8" w:rsidRDefault="009A0AC0" w:rsidP="00DC25AF">
            <w:pPr>
              <w:ind w:left="720" w:hanging="720"/>
              <w:rPr>
                <w:rFonts w:ascii="GHEA Grapalat" w:hAnsi="GHEA Grapalat" w:cs="Sylfaen"/>
                <w:b/>
                <w:color w:val="000000" w:themeColor="text1"/>
                <w:lang w:val="hy-AM"/>
              </w:rPr>
            </w:pPr>
          </w:p>
        </w:tc>
        <w:tc>
          <w:tcPr>
            <w:tcW w:w="6464" w:type="dxa"/>
            <w:tcBorders>
              <w:top w:val="single" w:sz="4" w:space="0" w:color="auto"/>
              <w:left w:val="single" w:sz="4" w:space="0" w:color="auto"/>
              <w:bottom w:val="single" w:sz="4" w:space="0" w:color="auto"/>
              <w:right w:val="single" w:sz="4" w:space="0" w:color="auto"/>
            </w:tcBorders>
          </w:tcPr>
          <w:p w14:paraId="0271F56C" w14:textId="77777777" w:rsidR="009A0AC0" w:rsidRPr="00A702E8" w:rsidRDefault="009A0AC0" w:rsidP="00DC25AF">
            <w:pPr>
              <w:tabs>
                <w:tab w:val="left" w:pos="1080"/>
              </w:tabs>
              <w:ind w:left="720" w:hanging="720"/>
              <w:jc w:val="both"/>
              <w:rPr>
                <w:rFonts w:ascii="GHEA Grapalat" w:eastAsia="Arial Unicode MS" w:hAnsi="GHEA Grapalat"/>
                <w:color w:val="000000" w:themeColor="text1"/>
                <w:lang w:val="hy-AM"/>
              </w:rPr>
            </w:pPr>
          </w:p>
        </w:tc>
      </w:tr>
      <w:tr w:rsidR="00447437" w:rsidRPr="00A702E8" w14:paraId="61A0A24D" w14:textId="77777777" w:rsidTr="00DC25AF">
        <w:tc>
          <w:tcPr>
            <w:tcW w:w="9918" w:type="dxa"/>
            <w:gridSpan w:val="2"/>
            <w:tcBorders>
              <w:top w:val="single" w:sz="4" w:space="0" w:color="auto"/>
              <w:left w:val="single" w:sz="4" w:space="0" w:color="auto"/>
              <w:bottom w:val="single" w:sz="4" w:space="0" w:color="auto"/>
              <w:right w:val="single" w:sz="4" w:space="0" w:color="auto"/>
            </w:tcBorders>
            <w:vAlign w:val="center"/>
            <w:hideMark/>
          </w:tcPr>
          <w:p w14:paraId="18BA35B4" w14:textId="77777777" w:rsidR="009A0AC0" w:rsidRPr="00A702E8" w:rsidRDefault="009A0AC0" w:rsidP="00DC25AF">
            <w:pPr>
              <w:tabs>
                <w:tab w:val="left" w:pos="1080"/>
              </w:tabs>
              <w:ind w:left="720" w:hanging="720"/>
              <w:jc w:val="both"/>
              <w:rPr>
                <w:rFonts w:ascii="GHEA Grapalat" w:eastAsia="Arial Unicode MS" w:hAnsi="GHEA Grapalat"/>
                <w:b/>
                <w:color w:val="000000" w:themeColor="text1"/>
                <w:lang w:val="hy-AM"/>
              </w:rPr>
            </w:pPr>
            <w:r w:rsidRPr="00A702E8">
              <w:rPr>
                <w:rFonts w:ascii="GHEA Grapalat" w:eastAsia="Arial Unicode MS" w:hAnsi="GHEA Grapalat"/>
                <w:b/>
                <w:color w:val="000000" w:themeColor="text1"/>
                <w:lang w:val="hy-AM"/>
              </w:rPr>
              <w:t xml:space="preserve">ՄՈԴՈՒԼԻ ԱՆՎԱՆՈՒՄԸ  </w:t>
            </w:r>
          </w:p>
          <w:p w14:paraId="3AAB0A91" w14:textId="77777777" w:rsidR="009A0AC0" w:rsidRPr="00A702E8" w:rsidRDefault="009A0AC0" w:rsidP="00DC25AF">
            <w:pPr>
              <w:tabs>
                <w:tab w:val="left" w:pos="1080"/>
              </w:tabs>
              <w:ind w:left="720" w:hanging="720"/>
              <w:jc w:val="both"/>
              <w:rPr>
                <w:rFonts w:ascii="GHEA Grapalat" w:hAnsi="GHEA Grapalat"/>
                <w:color w:val="000000" w:themeColor="text1"/>
                <w:lang w:val="hy-AM"/>
              </w:rPr>
            </w:pPr>
            <w:r w:rsidRPr="00A702E8">
              <w:rPr>
                <w:rFonts w:ascii="MS Mincho" w:eastAsia="MS Mincho" w:hAnsi="MS Mincho" w:cs="MS Mincho"/>
                <w:b/>
                <w:color w:val="000000" w:themeColor="text1"/>
                <w:lang w:val="hy-AM"/>
              </w:rPr>
              <w:t>․․․</w:t>
            </w:r>
            <w:r w:rsidRPr="00A702E8">
              <w:rPr>
                <w:rFonts w:ascii="GHEA Grapalat" w:eastAsia="Arial Unicode MS" w:hAnsi="GHEA Grapalat"/>
                <w:b/>
                <w:i/>
                <w:color w:val="000000" w:themeColor="text1"/>
                <w:lang w:val="hy-AM"/>
              </w:rPr>
              <w:t>և այսպես շարունակ՝ կապված մեկ զբաղմունքի համար անհրաժեշտ մոդուլների քանակից</w:t>
            </w:r>
          </w:p>
          <w:p w14:paraId="4EC11DCA" w14:textId="77777777" w:rsidR="009A0AC0" w:rsidRPr="00A702E8" w:rsidRDefault="009A0AC0" w:rsidP="00DC25AF">
            <w:pPr>
              <w:ind w:left="720" w:hanging="720"/>
              <w:rPr>
                <w:rFonts w:ascii="GHEA Grapalat" w:hAnsi="GHEA Grapalat"/>
                <w:color w:val="000000" w:themeColor="text1"/>
                <w:lang w:val="hy-AM"/>
              </w:rPr>
            </w:pPr>
          </w:p>
        </w:tc>
      </w:tr>
      <w:tr w:rsidR="00447437" w:rsidRPr="00A702E8" w14:paraId="102B4CB3" w14:textId="77777777" w:rsidTr="00DC25AF">
        <w:tc>
          <w:tcPr>
            <w:tcW w:w="3454" w:type="dxa"/>
            <w:tcBorders>
              <w:top w:val="single" w:sz="4" w:space="0" w:color="auto"/>
              <w:left w:val="single" w:sz="4" w:space="0" w:color="auto"/>
              <w:bottom w:val="single" w:sz="4" w:space="0" w:color="auto"/>
              <w:right w:val="single" w:sz="4" w:space="0" w:color="auto"/>
            </w:tcBorders>
            <w:vAlign w:val="center"/>
            <w:hideMark/>
          </w:tcPr>
          <w:p w14:paraId="6A7F4E98" w14:textId="77777777" w:rsidR="009A0AC0" w:rsidRPr="00A702E8" w:rsidRDefault="009A0AC0" w:rsidP="00DC25AF">
            <w:pPr>
              <w:ind w:left="720" w:hanging="720"/>
              <w:rPr>
                <w:rFonts w:ascii="GHEA Grapalat" w:hAnsi="GHEA Grapalat"/>
                <w:b/>
                <w:color w:val="000000" w:themeColor="text1"/>
                <w:lang w:val="hy"/>
              </w:rPr>
            </w:pPr>
          </w:p>
        </w:tc>
        <w:tc>
          <w:tcPr>
            <w:tcW w:w="6464" w:type="dxa"/>
            <w:tcBorders>
              <w:top w:val="single" w:sz="4" w:space="0" w:color="auto"/>
              <w:left w:val="single" w:sz="4" w:space="0" w:color="auto"/>
              <w:bottom w:val="single" w:sz="4" w:space="0" w:color="auto"/>
              <w:right w:val="single" w:sz="4" w:space="0" w:color="auto"/>
            </w:tcBorders>
          </w:tcPr>
          <w:p w14:paraId="30F70944" w14:textId="77777777" w:rsidR="009A0AC0" w:rsidRPr="00A702E8" w:rsidRDefault="009A0AC0" w:rsidP="00DC25AF">
            <w:pPr>
              <w:tabs>
                <w:tab w:val="left" w:pos="1080"/>
              </w:tabs>
              <w:ind w:left="720" w:hanging="720"/>
              <w:jc w:val="both"/>
              <w:rPr>
                <w:rFonts w:ascii="GHEA Grapalat" w:eastAsia="Arial Unicode MS" w:hAnsi="GHEA Grapalat"/>
                <w:color w:val="000000" w:themeColor="text1"/>
                <w:lang w:val="hy-AM"/>
              </w:rPr>
            </w:pPr>
          </w:p>
        </w:tc>
      </w:tr>
      <w:tr w:rsidR="00447437" w:rsidRPr="00A702E8" w14:paraId="1367799D" w14:textId="77777777" w:rsidTr="00DC25AF">
        <w:tc>
          <w:tcPr>
            <w:tcW w:w="3454" w:type="dxa"/>
            <w:tcBorders>
              <w:top w:val="single" w:sz="4" w:space="0" w:color="auto"/>
              <w:left w:val="single" w:sz="4" w:space="0" w:color="auto"/>
              <w:bottom w:val="single" w:sz="4" w:space="0" w:color="auto"/>
              <w:right w:val="single" w:sz="4" w:space="0" w:color="auto"/>
            </w:tcBorders>
            <w:hideMark/>
          </w:tcPr>
          <w:p w14:paraId="682A1E15" w14:textId="77777777" w:rsidR="009A0AC0" w:rsidRPr="00A702E8" w:rsidRDefault="009A0AC0" w:rsidP="00DC25AF">
            <w:pPr>
              <w:ind w:left="720" w:hanging="720"/>
              <w:rPr>
                <w:rFonts w:ascii="GHEA Grapalat" w:hAnsi="GHEA Grapalat"/>
                <w:b/>
                <w:color w:val="000000" w:themeColor="text1"/>
              </w:rPr>
            </w:pPr>
            <w:r w:rsidRPr="00A702E8">
              <w:rPr>
                <w:rFonts w:ascii="GHEA Grapalat" w:hAnsi="GHEA Grapalat" w:cs="Sylfaen"/>
                <w:b/>
                <w:color w:val="000000" w:themeColor="text1"/>
              </w:rPr>
              <w:t>Մոդուլի</w:t>
            </w:r>
            <w:r w:rsidRPr="00A702E8">
              <w:rPr>
                <w:rFonts w:ascii="GHEA Grapalat" w:hAnsi="GHEA Grapalat"/>
                <w:b/>
                <w:color w:val="000000" w:themeColor="text1"/>
              </w:rPr>
              <w:t xml:space="preserve"> </w:t>
            </w:r>
            <w:r w:rsidRPr="00A702E8">
              <w:rPr>
                <w:rFonts w:ascii="GHEA Grapalat" w:hAnsi="GHEA Grapalat" w:cs="Sylfaen"/>
                <w:b/>
                <w:color w:val="000000" w:themeColor="text1"/>
              </w:rPr>
              <w:t>նպատակը</w:t>
            </w:r>
          </w:p>
        </w:tc>
        <w:tc>
          <w:tcPr>
            <w:tcW w:w="6464" w:type="dxa"/>
            <w:tcBorders>
              <w:top w:val="single" w:sz="4" w:space="0" w:color="auto"/>
              <w:left w:val="single" w:sz="4" w:space="0" w:color="auto"/>
              <w:bottom w:val="single" w:sz="4" w:space="0" w:color="auto"/>
              <w:right w:val="single" w:sz="4" w:space="0" w:color="auto"/>
            </w:tcBorders>
          </w:tcPr>
          <w:p w14:paraId="32D0E82B" w14:textId="77777777" w:rsidR="009A0AC0" w:rsidRPr="00A702E8" w:rsidRDefault="009A0AC0" w:rsidP="00DC25AF">
            <w:pPr>
              <w:tabs>
                <w:tab w:val="left" w:pos="1080"/>
              </w:tabs>
              <w:ind w:left="720" w:hanging="720"/>
              <w:jc w:val="both"/>
              <w:rPr>
                <w:rFonts w:ascii="GHEA Grapalat" w:eastAsia="Arial Unicode MS" w:hAnsi="GHEA Grapalat"/>
                <w:color w:val="000000" w:themeColor="text1"/>
                <w:lang w:val="hy-AM"/>
              </w:rPr>
            </w:pPr>
          </w:p>
        </w:tc>
      </w:tr>
      <w:tr w:rsidR="00447437" w:rsidRPr="00A702E8" w14:paraId="42D136F3" w14:textId="77777777" w:rsidTr="00DC25AF">
        <w:tc>
          <w:tcPr>
            <w:tcW w:w="3454" w:type="dxa"/>
            <w:tcBorders>
              <w:top w:val="single" w:sz="4" w:space="0" w:color="auto"/>
              <w:left w:val="single" w:sz="4" w:space="0" w:color="auto"/>
              <w:bottom w:val="single" w:sz="4" w:space="0" w:color="auto"/>
              <w:right w:val="single" w:sz="4" w:space="0" w:color="auto"/>
            </w:tcBorders>
            <w:hideMark/>
          </w:tcPr>
          <w:p w14:paraId="03B13429" w14:textId="77777777" w:rsidR="009A0AC0" w:rsidRPr="00A702E8" w:rsidRDefault="009A0AC0" w:rsidP="00DC25AF">
            <w:pPr>
              <w:ind w:left="720" w:hanging="720"/>
              <w:rPr>
                <w:rFonts w:ascii="GHEA Grapalat" w:hAnsi="GHEA Grapalat"/>
                <w:b/>
                <w:color w:val="000000" w:themeColor="text1"/>
              </w:rPr>
            </w:pPr>
            <w:r w:rsidRPr="00A702E8">
              <w:rPr>
                <w:rFonts w:ascii="GHEA Grapalat" w:hAnsi="GHEA Grapalat" w:cs="Sylfaen"/>
                <w:b/>
                <w:color w:val="000000" w:themeColor="text1"/>
              </w:rPr>
              <w:t>Մոդուլի</w:t>
            </w:r>
            <w:r w:rsidRPr="00A702E8">
              <w:rPr>
                <w:rFonts w:ascii="GHEA Grapalat" w:hAnsi="GHEA Grapalat"/>
                <w:b/>
                <w:color w:val="000000" w:themeColor="text1"/>
              </w:rPr>
              <w:t xml:space="preserve"> </w:t>
            </w:r>
            <w:r w:rsidRPr="00A702E8">
              <w:rPr>
                <w:rFonts w:ascii="GHEA Grapalat" w:hAnsi="GHEA Grapalat" w:cs="Sylfaen"/>
                <w:b/>
                <w:color w:val="000000" w:themeColor="text1"/>
              </w:rPr>
              <w:t>տևողությունը</w:t>
            </w:r>
          </w:p>
        </w:tc>
        <w:tc>
          <w:tcPr>
            <w:tcW w:w="6464" w:type="dxa"/>
            <w:tcBorders>
              <w:top w:val="single" w:sz="4" w:space="0" w:color="auto"/>
              <w:left w:val="single" w:sz="4" w:space="0" w:color="auto"/>
              <w:bottom w:val="single" w:sz="4" w:space="0" w:color="auto"/>
              <w:right w:val="single" w:sz="4" w:space="0" w:color="auto"/>
            </w:tcBorders>
          </w:tcPr>
          <w:p w14:paraId="402ABE3E" w14:textId="77777777" w:rsidR="009A0AC0" w:rsidRPr="00A702E8" w:rsidRDefault="009A0AC0" w:rsidP="00DC25AF">
            <w:pPr>
              <w:tabs>
                <w:tab w:val="left" w:pos="1080"/>
              </w:tabs>
              <w:ind w:left="720" w:hanging="720"/>
              <w:jc w:val="both"/>
              <w:rPr>
                <w:rFonts w:ascii="GHEA Grapalat" w:eastAsia="Arial Unicode MS" w:hAnsi="GHEA Grapalat"/>
                <w:color w:val="000000" w:themeColor="text1"/>
                <w:lang w:val="hy-AM"/>
              </w:rPr>
            </w:pPr>
          </w:p>
        </w:tc>
      </w:tr>
      <w:tr w:rsidR="00447437" w:rsidRPr="00A702E8" w14:paraId="7E17598E" w14:textId="77777777" w:rsidTr="00DC25AF">
        <w:tc>
          <w:tcPr>
            <w:tcW w:w="3454" w:type="dxa"/>
            <w:tcBorders>
              <w:top w:val="single" w:sz="4" w:space="0" w:color="auto"/>
              <w:left w:val="single" w:sz="4" w:space="0" w:color="auto"/>
              <w:bottom w:val="single" w:sz="4" w:space="0" w:color="auto"/>
              <w:right w:val="single" w:sz="4" w:space="0" w:color="auto"/>
            </w:tcBorders>
            <w:hideMark/>
          </w:tcPr>
          <w:p w14:paraId="6F35EDBA" w14:textId="77777777" w:rsidR="009A0AC0" w:rsidRPr="00A702E8" w:rsidRDefault="009A0AC0" w:rsidP="00DC25AF">
            <w:pPr>
              <w:ind w:left="720" w:hanging="720"/>
              <w:rPr>
                <w:rFonts w:ascii="GHEA Grapalat" w:hAnsi="GHEA Grapalat"/>
                <w:b/>
                <w:color w:val="000000" w:themeColor="text1"/>
              </w:rPr>
            </w:pPr>
            <w:r w:rsidRPr="00A702E8">
              <w:rPr>
                <w:rFonts w:ascii="GHEA Grapalat" w:hAnsi="GHEA Grapalat" w:cs="Sylfaen"/>
                <w:b/>
                <w:color w:val="000000" w:themeColor="text1"/>
              </w:rPr>
              <w:t>Մուտքային</w:t>
            </w:r>
            <w:r w:rsidRPr="00A702E8">
              <w:rPr>
                <w:rFonts w:ascii="GHEA Grapalat" w:hAnsi="GHEA Grapalat"/>
                <w:b/>
                <w:color w:val="000000" w:themeColor="text1"/>
              </w:rPr>
              <w:t xml:space="preserve"> </w:t>
            </w:r>
            <w:r w:rsidRPr="00A702E8">
              <w:rPr>
                <w:rFonts w:ascii="GHEA Grapalat" w:hAnsi="GHEA Grapalat" w:cs="Sylfaen"/>
                <w:b/>
                <w:color w:val="000000" w:themeColor="text1"/>
              </w:rPr>
              <w:t>պահանջները</w:t>
            </w:r>
          </w:p>
        </w:tc>
        <w:tc>
          <w:tcPr>
            <w:tcW w:w="6464" w:type="dxa"/>
            <w:tcBorders>
              <w:top w:val="single" w:sz="4" w:space="0" w:color="auto"/>
              <w:left w:val="single" w:sz="4" w:space="0" w:color="auto"/>
              <w:bottom w:val="single" w:sz="4" w:space="0" w:color="auto"/>
              <w:right w:val="single" w:sz="4" w:space="0" w:color="auto"/>
            </w:tcBorders>
          </w:tcPr>
          <w:p w14:paraId="02EDF687" w14:textId="77777777" w:rsidR="009A0AC0" w:rsidRPr="00A702E8" w:rsidRDefault="009A0AC0" w:rsidP="00DC25AF">
            <w:pPr>
              <w:tabs>
                <w:tab w:val="left" w:pos="1080"/>
              </w:tabs>
              <w:ind w:left="720" w:hanging="720"/>
              <w:jc w:val="both"/>
              <w:rPr>
                <w:rFonts w:ascii="GHEA Grapalat" w:eastAsia="Arial Unicode MS" w:hAnsi="GHEA Grapalat"/>
                <w:color w:val="000000" w:themeColor="text1"/>
                <w:lang w:val="hy-AM"/>
              </w:rPr>
            </w:pPr>
          </w:p>
        </w:tc>
      </w:tr>
      <w:tr w:rsidR="00447437" w:rsidRPr="00A702E8" w14:paraId="0F5C7DA6" w14:textId="77777777" w:rsidTr="00DC25AF">
        <w:tc>
          <w:tcPr>
            <w:tcW w:w="3454" w:type="dxa"/>
            <w:tcBorders>
              <w:top w:val="single" w:sz="4" w:space="0" w:color="auto"/>
              <w:left w:val="single" w:sz="4" w:space="0" w:color="auto"/>
              <w:bottom w:val="single" w:sz="4" w:space="0" w:color="auto"/>
              <w:right w:val="single" w:sz="4" w:space="0" w:color="auto"/>
            </w:tcBorders>
            <w:hideMark/>
          </w:tcPr>
          <w:p w14:paraId="60D3857C" w14:textId="77777777" w:rsidR="009A0AC0" w:rsidRPr="00A702E8" w:rsidRDefault="009A0AC0" w:rsidP="00DC25AF">
            <w:pPr>
              <w:ind w:left="720" w:hanging="720"/>
              <w:rPr>
                <w:rFonts w:ascii="GHEA Grapalat" w:hAnsi="GHEA Grapalat"/>
                <w:b/>
                <w:color w:val="000000" w:themeColor="text1"/>
              </w:rPr>
            </w:pPr>
            <w:r w:rsidRPr="00A702E8">
              <w:rPr>
                <w:rFonts w:ascii="GHEA Grapalat" w:hAnsi="GHEA Grapalat" w:cs="Sylfaen"/>
                <w:b/>
                <w:color w:val="000000" w:themeColor="text1"/>
              </w:rPr>
              <w:t>Մոդուլի</w:t>
            </w:r>
            <w:r w:rsidRPr="00A702E8">
              <w:rPr>
                <w:rFonts w:ascii="GHEA Grapalat" w:hAnsi="GHEA Grapalat"/>
                <w:b/>
                <w:color w:val="000000" w:themeColor="text1"/>
              </w:rPr>
              <w:t xml:space="preserve"> </w:t>
            </w:r>
            <w:r w:rsidRPr="00A702E8">
              <w:rPr>
                <w:rFonts w:ascii="GHEA Grapalat" w:hAnsi="GHEA Grapalat" w:cs="Sylfaen"/>
                <w:b/>
                <w:color w:val="000000" w:themeColor="text1"/>
              </w:rPr>
              <w:t>գնահատման</w:t>
            </w:r>
            <w:r w:rsidRPr="00A702E8">
              <w:rPr>
                <w:rFonts w:ascii="GHEA Grapalat" w:hAnsi="GHEA Grapalat"/>
                <w:b/>
                <w:color w:val="000000" w:themeColor="text1"/>
              </w:rPr>
              <w:t xml:space="preserve"> </w:t>
            </w:r>
            <w:r w:rsidRPr="00A702E8">
              <w:rPr>
                <w:rFonts w:ascii="GHEA Grapalat" w:hAnsi="GHEA Grapalat" w:cs="Sylfaen"/>
                <w:b/>
                <w:color w:val="000000" w:themeColor="text1"/>
              </w:rPr>
              <w:t>կարգը</w:t>
            </w:r>
          </w:p>
        </w:tc>
        <w:tc>
          <w:tcPr>
            <w:tcW w:w="6464" w:type="dxa"/>
            <w:tcBorders>
              <w:top w:val="single" w:sz="4" w:space="0" w:color="auto"/>
              <w:left w:val="single" w:sz="4" w:space="0" w:color="auto"/>
              <w:bottom w:val="single" w:sz="4" w:space="0" w:color="auto"/>
              <w:right w:val="single" w:sz="4" w:space="0" w:color="auto"/>
            </w:tcBorders>
          </w:tcPr>
          <w:p w14:paraId="2DB4E25B" w14:textId="77777777" w:rsidR="009A0AC0" w:rsidRPr="00A702E8" w:rsidRDefault="009A0AC0" w:rsidP="00DC25AF">
            <w:pPr>
              <w:tabs>
                <w:tab w:val="left" w:pos="1080"/>
              </w:tabs>
              <w:ind w:left="720" w:hanging="720"/>
              <w:jc w:val="both"/>
              <w:rPr>
                <w:rFonts w:ascii="GHEA Grapalat" w:eastAsia="Arial Unicode MS" w:hAnsi="GHEA Grapalat"/>
                <w:color w:val="000000" w:themeColor="text1"/>
                <w:lang w:val="hy-AM"/>
              </w:rPr>
            </w:pPr>
          </w:p>
        </w:tc>
      </w:tr>
      <w:tr w:rsidR="00447437" w:rsidRPr="00A702E8" w14:paraId="48FC49C3" w14:textId="77777777" w:rsidTr="00DC25AF">
        <w:tc>
          <w:tcPr>
            <w:tcW w:w="3454" w:type="dxa"/>
            <w:tcBorders>
              <w:top w:val="single" w:sz="4" w:space="0" w:color="auto"/>
              <w:left w:val="single" w:sz="4" w:space="0" w:color="auto"/>
              <w:bottom w:val="single" w:sz="4" w:space="0" w:color="auto"/>
              <w:right w:val="single" w:sz="4" w:space="0" w:color="auto"/>
            </w:tcBorders>
            <w:vAlign w:val="center"/>
            <w:hideMark/>
          </w:tcPr>
          <w:p w14:paraId="6A4D12CF" w14:textId="77777777" w:rsidR="009A0AC0" w:rsidRPr="00A702E8" w:rsidRDefault="009A0AC0" w:rsidP="00DC25AF">
            <w:pPr>
              <w:ind w:left="720" w:hanging="720"/>
              <w:rPr>
                <w:rFonts w:ascii="GHEA Grapalat" w:hAnsi="GHEA Grapalat"/>
                <w:b/>
                <w:color w:val="000000" w:themeColor="text1"/>
              </w:rPr>
            </w:pPr>
            <w:r w:rsidRPr="00A702E8">
              <w:rPr>
                <w:rFonts w:ascii="GHEA Grapalat" w:hAnsi="GHEA Grapalat" w:cs="Sylfaen"/>
                <w:b/>
                <w:color w:val="000000" w:themeColor="text1"/>
              </w:rPr>
              <w:t>Ուսումնառության</w:t>
            </w:r>
            <w:r w:rsidRPr="00A702E8">
              <w:rPr>
                <w:rFonts w:ascii="GHEA Grapalat" w:hAnsi="GHEA Grapalat"/>
                <w:b/>
                <w:color w:val="000000" w:themeColor="text1"/>
              </w:rPr>
              <w:t xml:space="preserve"> </w:t>
            </w:r>
            <w:r w:rsidRPr="00A702E8">
              <w:rPr>
                <w:rFonts w:ascii="GHEA Grapalat" w:hAnsi="GHEA Grapalat" w:cs="Sylfaen"/>
                <w:b/>
                <w:color w:val="000000" w:themeColor="text1"/>
              </w:rPr>
              <w:t>արդյունք</w:t>
            </w:r>
            <w:r w:rsidRPr="00A702E8">
              <w:rPr>
                <w:rFonts w:ascii="GHEA Grapalat" w:hAnsi="GHEA Grapalat"/>
                <w:b/>
                <w:color w:val="000000" w:themeColor="text1"/>
              </w:rPr>
              <w:t xml:space="preserve"> 1 </w:t>
            </w:r>
          </w:p>
        </w:tc>
        <w:tc>
          <w:tcPr>
            <w:tcW w:w="6464" w:type="dxa"/>
            <w:tcBorders>
              <w:top w:val="single" w:sz="4" w:space="0" w:color="auto"/>
              <w:left w:val="single" w:sz="4" w:space="0" w:color="auto"/>
              <w:bottom w:val="single" w:sz="4" w:space="0" w:color="auto"/>
              <w:right w:val="single" w:sz="4" w:space="0" w:color="auto"/>
            </w:tcBorders>
          </w:tcPr>
          <w:p w14:paraId="29D7704F" w14:textId="77777777" w:rsidR="009A0AC0" w:rsidRPr="00A702E8" w:rsidRDefault="009A0AC0" w:rsidP="00DC25AF">
            <w:pPr>
              <w:tabs>
                <w:tab w:val="left" w:pos="1080"/>
              </w:tabs>
              <w:ind w:left="720" w:hanging="720"/>
              <w:jc w:val="both"/>
              <w:rPr>
                <w:rFonts w:ascii="GHEA Grapalat" w:eastAsia="Arial Unicode MS" w:hAnsi="GHEA Grapalat"/>
                <w:color w:val="000000" w:themeColor="text1"/>
                <w:lang w:val="hy-AM"/>
              </w:rPr>
            </w:pPr>
          </w:p>
        </w:tc>
      </w:tr>
      <w:tr w:rsidR="00447437" w:rsidRPr="00A702E8" w14:paraId="0DA5B0A8" w14:textId="77777777" w:rsidTr="00DC25AF">
        <w:tc>
          <w:tcPr>
            <w:tcW w:w="3454" w:type="dxa"/>
            <w:tcBorders>
              <w:top w:val="single" w:sz="4" w:space="0" w:color="auto"/>
              <w:left w:val="single" w:sz="4" w:space="0" w:color="auto"/>
              <w:bottom w:val="single" w:sz="4" w:space="0" w:color="auto"/>
              <w:right w:val="single" w:sz="4" w:space="0" w:color="auto"/>
            </w:tcBorders>
            <w:hideMark/>
          </w:tcPr>
          <w:p w14:paraId="11A6871F" w14:textId="77777777" w:rsidR="009A0AC0" w:rsidRPr="00A702E8" w:rsidRDefault="009A0AC0" w:rsidP="00DC25AF">
            <w:pPr>
              <w:ind w:left="720" w:hanging="720"/>
              <w:rPr>
                <w:rFonts w:ascii="GHEA Grapalat" w:hAnsi="GHEA Grapalat"/>
                <w:b/>
                <w:color w:val="000000" w:themeColor="text1"/>
              </w:rPr>
            </w:pPr>
            <w:r w:rsidRPr="00A702E8">
              <w:rPr>
                <w:rFonts w:ascii="GHEA Grapalat" w:hAnsi="GHEA Grapalat" w:cs="Sylfaen"/>
                <w:b/>
                <w:color w:val="000000" w:themeColor="text1"/>
              </w:rPr>
              <w:t>Կատարման</w:t>
            </w:r>
            <w:r w:rsidRPr="00A702E8">
              <w:rPr>
                <w:rFonts w:ascii="GHEA Grapalat" w:hAnsi="GHEA Grapalat"/>
                <w:b/>
                <w:color w:val="000000" w:themeColor="text1"/>
              </w:rPr>
              <w:t xml:space="preserve"> </w:t>
            </w:r>
            <w:r w:rsidRPr="00A702E8">
              <w:rPr>
                <w:rFonts w:ascii="GHEA Grapalat" w:hAnsi="GHEA Grapalat" w:cs="Sylfaen"/>
                <w:b/>
                <w:color w:val="000000" w:themeColor="text1"/>
              </w:rPr>
              <w:t>չափանիշներ</w:t>
            </w:r>
          </w:p>
        </w:tc>
        <w:tc>
          <w:tcPr>
            <w:tcW w:w="6464" w:type="dxa"/>
            <w:tcBorders>
              <w:top w:val="single" w:sz="4" w:space="0" w:color="auto"/>
              <w:left w:val="single" w:sz="4" w:space="0" w:color="auto"/>
              <w:bottom w:val="single" w:sz="4" w:space="0" w:color="auto"/>
              <w:right w:val="single" w:sz="4" w:space="0" w:color="auto"/>
            </w:tcBorders>
          </w:tcPr>
          <w:p w14:paraId="3C9A7C77" w14:textId="77777777" w:rsidR="009A0AC0" w:rsidRPr="00A702E8" w:rsidRDefault="009A0AC0" w:rsidP="00DC25AF">
            <w:pPr>
              <w:tabs>
                <w:tab w:val="left" w:pos="1080"/>
              </w:tabs>
              <w:ind w:left="720" w:hanging="720"/>
              <w:jc w:val="both"/>
              <w:rPr>
                <w:rFonts w:ascii="GHEA Grapalat" w:eastAsia="Arial Unicode MS" w:hAnsi="GHEA Grapalat"/>
                <w:color w:val="000000" w:themeColor="text1"/>
                <w:lang w:val="hy-AM"/>
              </w:rPr>
            </w:pPr>
          </w:p>
        </w:tc>
      </w:tr>
      <w:tr w:rsidR="00447437" w:rsidRPr="00A702E8" w14:paraId="51F666C4" w14:textId="77777777" w:rsidTr="00DC25AF">
        <w:tc>
          <w:tcPr>
            <w:tcW w:w="3454" w:type="dxa"/>
            <w:tcBorders>
              <w:top w:val="single" w:sz="4" w:space="0" w:color="auto"/>
              <w:left w:val="single" w:sz="4" w:space="0" w:color="auto"/>
              <w:bottom w:val="single" w:sz="4" w:space="0" w:color="auto"/>
              <w:right w:val="single" w:sz="4" w:space="0" w:color="auto"/>
            </w:tcBorders>
            <w:vAlign w:val="center"/>
            <w:hideMark/>
          </w:tcPr>
          <w:p w14:paraId="2876E530" w14:textId="77777777" w:rsidR="009A0AC0" w:rsidRPr="00A702E8" w:rsidRDefault="009A0AC0" w:rsidP="00DC25AF">
            <w:pPr>
              <w:ind w:left="720" w:hanging="720"/>
              <w:rPr>
                <w:rFonts w:ascii="GHEA Grapalat" w:hAnsi="GHEA Grapalat"/>
                <w:b/>
                <w:color w:val="000000" w:themeColor="text1"/>
                <w:lang w:val="hy-AM"/>
              </w:rPr>
            </w:pPr>
          </w:p>
        </w:tc>
        <w:tc>
          <w:tcPr>
            <w:tcW w:w="6464" w:type="dxa"/>
            <w:tcBorders>
              <w:top w:val="single" w:sz="4" w:space="0" w:color="auto"/>
              <w:left w:val="single" w:sz="4" w:space="0" w:color="auto"/>
              <w:bottom w:val="single" w:sz="4" w:space="0" w:color="auto"/>
              <w:right w:val="single" w:sz="4" w:space="0" w:color="auto"/>
            </w:tcBorders>
          </w:tcPr>
          <w:p w14:paraId="74433934" w14:textId="77777777" w:rsidR="009A0AC0" w:rsidRPr="00A702E8" w:rsidRDefault="009A0AC0" w:rsidP="00DC25AF">
            <w:pPr>
              <w:tabs>
                <w:tab w:val="left" w:pos="1080"/>
              </w:tabs>
              <w:ind w:left="720" w:hanging="720"/>
              <w:jc w:val="both"/>
              <w:rPr>
                <w:rFonts w:ascii="GHEA Grapalat" w:eastAsia="Arial Unicode MS" w:hAnsi="GHEA Grapalat"/>
                <w:color w:val="000000" w:themeColor="text1"/>
                <w:lang w:val="hy-AM"/>
              </w:rPr>
            </w:pPr>
          </w:p>
        </w:tc>
      </w:tr>
      <w:tr w:rsidR="009A0AC0" w:rsidRPr="00A702E8" w14:paraId="1DE3E88C" w14:textId="77777777" w:rsidTr="00DC25AF">
        <w:tc>
          <w:tcPr>
            <w:tcW w:w="9918" w:type="dxa"/>
            <w:gridSpan w:val="2"/>
            <w:tcBorders>
              <w:top w:val="single" w:sz="4" w:space="0" w:color="auto"/>
              <w:left w:val="single" w:sz="4" w:space="0" w:color="auto"/>
              <w:bottom w:val="single" w:sz="4" w:space="0" w:color="auto"/>
              <w:right w:val="single" w:sz="4" w:space="0" w:color="auto"/>
            </w:tcBorders>
            <w:vAlign w:val="center"/>
            <w:hideMark/>
          </w:tcPr>
          <w:p w14:paraId="74D1562D" w14:textId="77777777" w:rsidR="009A0AC0" w:rsidRPr="00A702E8" w:rsidRDefault="009A0AC0" w:rsidP="00DC25AF">
            <w:pPr>
              <w:tabs>
                <w:tab w:val="left" w:pos="1080"/>
              </w:tabs>
              <w:ind w:left="720" w:hanging="720"/>
              <w:jc w:val="both"/>
              <w:rPr>
                <w:rFonts w:ascii="GHEA Grapalat" w:eastAsia="Arial Unicode MS" w:hAnsi="GHEA Grapalat"/>
                <w:b/>
                <w:color w:val="000000" w:themeColor="text1"/>
                <w:lang w:val="hy-AM"/>
              </w:rPr>
            </w:pPr>
            <w:r w:rsidRPr="00A702E8">
              <w:rPr>
                <w:rFonts w:ascii="GHEA Grapalat" w:eastAsia="Arial Unicode MS" w:hAnsi="GHEA Grapalat"/>
                <w:b/>
                <w:color w:val="000000" w:themeColor="text1"/>
                <w:lang w:val="hy-AM"/>
              </w:rPr>
              <w:t xml:space="preserve"> </w:t>
            </w:r>
          </w:p>
        </w:tc>
      </w:tr>
    </w:tbl>
    <w:p w14:paraId="4B5D016D" w14:textId="77777777" w:rsidR="009A0AC0" w:rsidRPr="00A702E8" w:rsidRDefault="009A0AC0" w:rsidP="009A0AC0">
      <w:pPr>
        <w:ind w:left="720" w:hanging="720"/>
        <w:rPr>
          <w:rFonts w:ascii="GHEA Grapalat" w:hAnsi="GHEA Grapalat"/>
          <w:color w:val="000000" w:themeColor="text1"/>
          <w:lang w:val="hy-AM"/>
        </w:rPr>
      </w:pPr>
    </w:p>
    <w:p w14:paraId="4A0C7FC6" w14:textId="77777777" w:rsidR="009A0AC0" w:rsidRPr="00A702E8" w:rsidRDefault="009A0AC0" w:rsidP="009A0AC0">
      <w:pPr>
        <w:ind w:left="720" w:hanging="720"/>
        <w:jc w:val="center"/>
        <w:rPr>
          <w:rFonts w:ascii="GHEA Grapalat" w:hAnsi="GHEA Grapalat"/>
          <w:b/>
          <w:color w:val="000000" w:themeColor="text1"/>
          <w:sz w:val="32"/>
          <w:szCs w:val="32"/>
          <w:lang w:val="hy-AM"/>
        </w:rPr>
      </w:pPr>
    </w:p>
    <w:p w14:paraId="5C8EAC37" w14:textId="77777777" w:rsidR="009A0AC0" w:rsidRPr="00A702E8" w:rsidRDefault="009A0AC0" w:rsidP="009A0AC0">
      <w:pPr>
        <w:ind w:left="720" w:hanging="720"/>
        <w:rPr>
          <w:rFonts w:ascii="GHEA Grapalat" w:hAnsi="GHEA Grapalat"/>
          <w:color w:val="000000" w:themeColor="text1"/>
          <w:sz w:val="24"/>
          <w:szCs w:val="24"/>
          <w:lang w:val="hy-AM"/>
        </w:rPr>
      </w:pPr>
    </w:p>
    <w:p w14:paraId="6871994A" w14:textId="77777777" w:rsidR="009A0AC0" w:rsidRPr="00A702E8" w:rsidRDefault="009A0AC0" w:rsidP="009A0AC0">
      <w:pPr>
        <w:spacing w:line="360" w:lineRule="auto"/>
        <w:ind w:left="720" w:hanging="720"/>
        <w:jc w:val="right"/>
        <w:rPr>
          <w:rFonts w:ascii="GHEA Grapalat" w:eastAsia="GHEA Grapalat" w:hAnsi="GHEA Grapalat" w:cs="GHEA Grapalat"/>
          <w:b/>
          <w:bCs/>
          <w:color w:val="000000" w:themeColor="text1"/>
          <w:sz w:val="24"/>
          <w:szCs w:val="24"/>
          <w:lang w:val="hy-AM"/>
        </w:rPr>
      </w:pPr>
    </w:p>
    <w:p w14:paraId="69128785" w14:textId="77777777" w:rsidR="009A0AC0" w:rsidRPr="00A702E8" w:rsidRDefault="009A0AC0" w:rsidP="009A0AC0">
      <w:pPr>
        <w:spacing w:line="360" w:lineRule="auto"/>
        <w:ind w:left="720" w:hanging="720"/>
        <w:jc w:val="right"/>
        <w:rPr>
          <w:rFonts w:ascii="GHEA Grapalat" w:eastAsia="GHEA Grapalat" w:hAnsi="GHEA Grapalat" w:cs="GHEA Grapalat"/>
          <w:b/>
          <w:bCs/>
          <w:color w:val="000000" w:themeColor="text1"/>
          <w:sz w:val="24"/>
          <w:szCs w:val="24"/>
          <w:lang w:val="hy-AM"/>
        </w:rPr>
      </w:pPr>
    </w:p>
    <w:p w14:paraId="06E5D8C7" w14:textId="77777777" w:rsidR="009A0AC0" w:rsidRPr="00A702E8" w:rsidRDefault="009A0AC0" w:rsidP="009A0AC0">
      <w:pPr>
        <w:spacing w:line="360" w:lineRule="auto"/>
        <w:ind w:left="720" w:hanging="720"/>
        <w:jc w:val="right"/>
        <w:rPr>
          <w:rFonts w:ascii="GHEA Grapalat" w:eastAsia="GHEA Grapalat" w:hAnsi="GHEA Grapalat" w:cs="GHEA Grapalat"/>
          <w:b/>
          <w:bCs/>
          <w:color w:val="000000" w:themeColor="text1"/>
          <w:sz w:val="24"/>
          <w:szCs w:val="24"/>
          <w:lang w:val="hy-AM"/>
        </w:rPr>
      </w:pPr>
    </w:p>
    <w:p w14:paraId="3ABA0D81" w14:textId="77777777" w:rsidR="009A0AC0" w:rsidRPr="00A702E8" w:rsidRDefault="009A0AC0" w:rsidP="009A0AC0">
      <w:pPr>
        <w:rPr>
          <w:rFonts w:ascii="GHEA Grapalat" w:eastAsia="GHEA Grapalat" w:hAnsi="GHEA Grapalat" w:cs="GHEA Grapalat"/>
          <w:b/>
          <w:bCs/>
          <w:color w:val="000000" w:themeColor="text1"/>
          <w:sz w:val="24"/>
          <w:szCs w:val="24"/>
          <w:lang w:val="hy-AM"/>
        </w:rPr>
      </w:pPr>
      <w:r w:rsidRPr="00A702E8">
        <w:rPr>
          <w:rFonts w:ascii="GHEA Grapalat" w:eastAsia="GHEA Grapalat" w:hAnsi="GHEA Grapalat" w:cs="GHEA Grapalat"/>
          <w:b/>
          <w:bCs/>
          <w:color w:val="000000" w:themeColor="text1"/>
          <w:sz w:val="24"/>
          <w:szCs w:val="24"/>
          <w:lang w:val="hy-AM"/>
        </w:rPr>
        <w:br w:type="page"/>
      </w:r>
    </w:p>
    <w:p w14:paraId="0EA4E515" w14:textId="77777777" w:rsidR="009A0AC0" w:rsidRPr="00A702E8" w:rsidRDefault="009A0AC0" w:rsidP="009A0AC0">
      <w:pPr>
        <w:spacing w:line="360" w:lineRule="auto"/>
        <w:ind w:left="720" w:hanging="720"/>
        <w:jc w:val="right"/>
        <w:rPr>
          <w:rFonts w:ascii="GHEA Grapalat" w:hAnsi="GHEA Grapalat" w:cs="Segoe UI"/>
          <w:b/>
          <w:color w:val="000000" w:themeColor="text1"/>
          <w:lang w:val="hy-AM"/>
        </w:rPr>
      </w:pPr>
      <w:r w:rsidRPr="00A702E8">
        <w:rPr>
          <w:rFonts w:ascii="GHEA Grapalat" w:eastAsia="GHEA Grapalat" w:hAnsi="GHEA Grapalat" w:cs="GHEA Grapalat"/>
          <w:b/>
          <w:bCs/>
          <w:color w:val="000000" w:themeColor="text1"/>
          <w:sz w:val="24"/>
          <w:szCs w:val="24"/>
          <w:lang w:val="hy-AM"/>
        </w:rPr>
        <w:lastRenderedPageBreak/>
        <w:t>Ձև</w:t>
      </w:r>
      <w:r w:rsidRPr="00A702E8">
        <w:rPr>
          <w:rFonts w:ascii="GHEA Grapalat" w:hAnsi="GHEA Grapalat" w:cs="Segoe UI"/>
          <w:b/>
          <w:color w:val="000000" w:themeColor="text1"/>
          <w:lang w:val="hy-AM"/>
        </w:rPr>
        <w:t xml:space="preserve"> 2</w:t>
      </w:r>
    </w:p>
    <w:p w14:paraId="6409E307" w14:textId="6BF409D6" w:rsidR="009A0AC0" w:rsidRPr="00A702E8" w:rsidRDefault="009A0AC0" w:rsidP="009A0AC0">
      <w:pPr>
        <w:spacing w:line="360" w:lineRule="auto"/>
        <w:ind w:left="720" w:hanging="720"/>
        <w:jc w:val="center"/>
        <w:rPr>
          <w:rFonts w:ascii="GHEA Grapalat" w:hAnsi="GHEA Grapalat" w:cs="Segoe UI"/>
          <w:b/>
          <w:color w:val="000000" w:themeColor="text1"/>
          <w:lang w:val="hy-AM"/>
        </w:rPr>
      </w:pPr>
      <w:r w:rsidRPr="00A702E8">
        <w:rPr>
          <w:rFonts w:ascii="GHEA Grapalat" w:hAnsi="GHEA Grapalat" w:cs="Segoe UI"/>
          <w:b/>
          <w:color w:val="000000" w:themeColor="text1"/>
          <w:lang w:val="hy-AM"/>
        </w:rPr>
        <w:t>ՓՈԽԸՄԲՌՆՄԱՆ ՀՈՒՇԱԳԻՐ</w:t>
      </w:r>
      <w:r w:rsidR="004B5BEB" w:rsidRPr="00A702E8">
        <w:rPr>
          <w:rStyle w:val="FootnoteReference"/>
          <w:rFonts w:ascii="GHEA Grapalat" w:hAnsi="GHEA Grapalat" w:cs="Segoe UI"/>
          <w:b/>
          <w:color w:val="000000" w:themeColor="text1"/>
          <w:lang w:val="hy-AM"/>
        </w:rPr>
        <w:footnoteReference w:id="2"/>
      </w:r>
    </w:p>
    <w:p w14:paraId="6A576B04" w14:textId="77777777" w:rsidR="009A0AC0" w:rsidRPr="00A702E8" w:rsidRDefault="009A0AC0" w:rsidP="009A0AC0">
      <w:pPr>
        <w:spacing w:line="276" w:lineRule="auto"/>
        <w:ind w:left="720" w:hanging="720"/>
        <w:jc w:val="center"/>
        <w:rPr>
          <w:rFonts w:ascii="GHEA Grapalat" w:hAnsi="GHEA Grapalat" w:cs="Segoe UI"/>
          <w:bCs/>
          <w:i/>
          <w:iCs/>
          <w:color w:val="000000" w:themeColor="text1"/>
          <w:lang w:val="hy-AM"/>
        </w:rPr>
      </w:pPr>
      <w:r w:rsidRPr="00A702E8">
        <w:rPr>
          <w:rFonts w:ascii="GHEA Grapalat" w:hAnsi="GHEA Grapalat" w:cs="Segoe UI"/>
          <w:bCs/>
          <w:i/>
          <w:iCs/>
          <w:color w:val="000000" w:themeColor="text1"/>
          <w:lang w:val="hy-AM"/>
        </w:rPr>
        <w:t>(Աշխատանքի վրա հիմնված ուսումնառության կազմակերպման մասին)</w:t>
      </w:r>
    </w:p>
    <w:p w14:paraId="36B172BD" w14:textId="77777777" w:rsidR="009A0AC0" w:rsidRPr="00A702E8" w:rsidRDefault="009A0AC0" w:rsidP="009A0AC0">
      <w:pPr>
        <w:spacing w:line="276" w:lineRule="auto"/>
        <w:ind w:left="720" w:hanging="720"/>
        <w:jc w:val="both"/>
        <w:rPr>
          <w:rFonts w:ascii="GHEA Grapalat" w:hAnsi="GHEA Grapalat" w:cs="Segoe UI"/>
          <w:bCs/>
          <w:color w:val="000000" w:themeColor="text1"/>
          <w:lang w:val="hy-AM"/>
        </w:rPr>
      </w:pPr>
    </w:p>
    <w:p w14:paraId="508B80EB" w14:textId="1798201C" w:rsidR="009A0AC0" w:rsidRPr="00A702E8" w:rsidRDefault="009A0AC0" w:rsidP="009A0AC0">
      <w:pPr>
        <w:spacing w:before="120" w:after="120" w:line="276" w:lineRule="auto"/>
        <w:ind w:left="720"/>
        <w:jc w:val="both"/>
        <w:rPr>
          <w:rFonts w:ascii="GHEA Grapalat" w:hAnsi="GHEA Grapalat" w:cs="Segoe UI"/>
          <w:color w:val="000000" w:themeColor="text1"/>
          <w:lang w:val="hy-AM"/>
        </w:rPr>
      </w:pPr>
      <w:r w:rsidRPr="00A702E8">
        <w:rPr>
          <w:rFonts w:ascii="GHEA Grapalat" w:hAnsi="GHEA Grapalat" w:cs="Segoe UI"/>
          <w:i/>
          <w:color w:val="000000" w:themeColor="text1"/>
          <w:lang w:val="hy-AM"/>
        </w:rPr>
        <w:t xml:space="preserve">ք. </w:t>
      </w:r>
      <w:r w:rsidRPr="00A702E8">
        <w:rPr>
          <w:rFonts w:ascii="GHEA Grapalat" w:hAnsi="GHEA Grapalat" w:cs="Segoe UI"/>
          <w:i/>
          <w:color w:val="000000" w:themeColor="text1"/>
          <w:u w:val="single"/>
          <w:lang w:val="hy-AM"/>
        </w:rPr>
        <w:tab/>
      </w:r>
      <w:r w:rsidRPr="00A702E8">
        <w:rPr>
          <w:rFonts w:ascii="GHEA Grapalat" w:hAnsi="GHEA Grapalat" w:cs="Segoe UI"/>
          <w:i/>
          <w:color w:val="000000" w:themeColor="text1"/>
          <w:u w:val="single"/>
          <w:lang w:val="hy-AM"/>
        </w:rPr>
        <w:tab/>
      </w:r>
      <w:r w:rsidRPr="00A702E8">
        <w:rPr>
          <w:rFonts w:ascii="GHEA Grapalat" w:hAnsi="GHEA Grapalat" w:cs="Segoe UI"/>
          <w:i/>
          <w:color w:val="000000" w:themeColor="text1"/>
          <w:u w:val="single"/>
          <w:lang w:val="hy-AM"/>
        </w:rPr>
        <w:tab/>
      </w:r>
      <w:r w:rsidRPr="00A702E8">
        <w:rPr>
          <w:rFonts w:ascii="GHEA Grapalat" w:hAnsi="GHEA Grapalat" w:cs="Segoe UI"/>
          <w:i/>
          <w:color w:val="000000" w:themeColor="text1"/>
          <w:lang w:val="hy-AM"/>
        </w:rPr>
        <w:tab/>
      </w:r>
      <w:r w:rsidRPr="00A702E8">
        <w:rPr>
          <w:rFonts w:ascii="GHEA Grapalat" w:hAnsi="GHEA Grapalat" w:cs="Segoe UI"/>
          <w:i/>
          <w:color w:val="000000" w:themeColor="text1"/>
          <w:lang w:val="hy-AM"/>
        </w:rPr>
        <w:tab/>
      </w:r>
      <w:r w:rsidRPr="00A702E8">
        <w:rPr>
          <w:rFonts w:ascii="GHEA Grapalat" w:hAnsi="GHEA Grapalat" w:cs="Segoe UI"/>
          <w:i/>
          <w:color w:val="000000" w:themeColor="text1"/>
          <w:lang w:val="hy-AM"/>
        </w:rPr>
        <w:tab/>
      </w:r>
      <w:r w:rsidRPr="00A702E8">
        <w:rPr>
          <w:rFonts w:ascii="GHEA Grapalat" w:hAnsi="GHEA Grapalat" w:cs="Segoe UI"/>
          <w:i/>
          <w:color w:val="000000" w:themeColor="text1"/>
          <w:lang w:val="hy-AM"/>
        </w:rPr>
        <w:tab/>
        <w:t>«</w:t>
      </w:r>
      <w:bookmarkStart w:id="6" w:name="_Hlk150524072"/>
      <w:r w:rsidRPr="00A702E8">
        <w:rPr>
          <w:rFonts w:ascii="GHEA Grapalat" w:hAnsi="GHEA Grapalat" w:cs="Segoe UI"/>
          <w:i/>
          <w:color w:val="000000" w:themeColor="text1"/>
          <w:u w:val="single"/>
          <w:lang w:val="hy-AM"/>
        </w:rPr>
        <w:tab/>
      </w:r>
      <w:bookmarkEnd w:id="6"/>
      <w:r w:rsidRPr="00A702E8">
        <w:rPr>
          <w:rFonts w:ascii="GHEA Grapalat" w:hAnsi="GHEA Grapalat" w:cs="Segoe UI"/>
          <w:i/>
          <w:color w:val="000000" w:themeColor="text1"/>
          <w:lang w:val="hy-AM"/>
        </w:rPr>
        <w:t xml:space="preserve">»-ը </w:t>
      </w:r>
      <w:r w:rsidRPr="00A702E8">
        <w:rPr>
          <w:rFonts w:ascii="GHEA Grapalat" w:hAnsi="GHEA Grapalat" w:cs="Segoe UI"/>
          <w:i/>
          <w:color w:val="000000" w:themeColor="text1"/>
          <w:u w:val="single"/>
          <w:lang w:val="hy-AM"/>
        </w:rPr>
        <w:tab/>
      </w:r>
      <w:r w:rsidRPr="00A702E8">
        <w:rPr>
          <w:rFonts w:ascii="GHEA Grapalat" w:hAnsi="GHEA Grapalat" w:cs="Segoe UI"/>
          <w:i/>
          <w:color w:val="000000" w:themeColor="text1"/>
          <w:u w:val="single"/>
          <w:lang w:val="hy-AM"/>
        </w:rPr>
        <w:tab/>
      </w:r>
      <w:r w:rsidRPr="00A702E8">
        <w:rPr>
          <w:rFonts w:ascii="GHEA Grapalat" w:hAnsi="GHEA Grapalat" w:cs="Segoe UI"/>
          <w:i/>
          <w:color w:val="000000" w:themeColor="text1"/>
          <w:u w:val="single"/>
          <w:lang w:val="hy-AM"/>
        </w:rPr>
        <w:tab/>
      </w:r>
      <w:r w:rsidRPr="00A702E8">
        <w:rPr>
          <w:rFonts w:ascii="GHEA Grapalat" w:hAnsi="GHEA Grapalat" w:cs="Segoe UI"/>
          <w:i/>
          <w:color w:val="000000" w:themeColor="text1"/>
          <w:lang w:val="hy-AM"/>
        </w:rPr>
        <w:t>ի 202</w:t>
      </w:r>
      <w:r w:rsidRPr="00A702E8">
        <w:rPr>
          <w:rFonts w:ascii="GHEA Grapalat" w:hAnsi="GHEA Grapalat" w:cs="Segoe UI"/>
          <w:i/>
          <w:color w:val="000000" w:themeColor="text1"/>
          <w:u w:val="single"/>
          <w:lang w:val="hy-AM"/>
        </w:rPr>
        <w:tab/>
      </w:r>
      <w:r w:rsidRPr="00A702E8">
        <w:rPr>
          <w:rFonts w:ascii="GHEA Grapalat" w:hAnsi="GHEA Grapalat" w:cs="Segoe UI"/>
          <w:i/>
          <w:color w:val="000000" w:themeColor="text1"/>
          <w:lang w:val="hy-AM"/>
        </w:rPr>
        <w:t>թ</w:t>
      </w:r>
      <w:r w:rsidRPr="00A702E8">
        <w:rPr>
          <w:rFonts w:ascii="GHEA Grapalat" w:hAnsi="GHEA Grapalat" w:cs="Segoe UI"/>
          <w:color w:val="000000" w:themeColor="text1"/>
          <w:lang w:val="hy-AM"/>
        </w:rPr>
        <w:t>.</w:t>
      </w:r>
    </w:p>
    <w:p w14:paraId="503337AB" w14:textId="77777777" w:rsidR="00943D63" w:rsidRPr="00A702E8" w:rsidRDefault="00943D63" w:rsidP="009A0AC0">
      <w:pPr>
        <w:spacing w:before="120" w:after="120" w:line="276" w:lineRule="auto"/>
        <w:ind w:left="720"/>
        <w:jc w:val="both"/>
        <w:rPr>
          <w:rFonts w:ascii="GHEA Grapalat" w:hAnsi="GHEA Grapalat" w:cs="Segoe UI"/>
          <w:bCs/>
          <w:color w:val="000000" w:themeColor="text1"/>
          <w:lang w:val="hy-AM"/>
        </w:rPr>
      </w:pPr>
    </w:p>
    <w:p w14:paraId="12DDA36C" w14:textId="77777777" w:rsidR="009A0AC0" w:rsidRPr="00A702E8" w:rsidRDefault="009A0AC0" w:rsidP="009A0AC0">
      <w:pPr>
        <w:spacing w:before="120" w:after="120" w:line="276" w:lineRule="auto"/>
        <w:ind w:left="720"/>
        <w:jc w:val="both"/>
        <w:rPr>
          <w:rFonts w:ascii="GHEA Grapalat" w:hAnsi="GHEA Grapalat" w:cs="Segoe UI"/>
          <w:bCs/>
          <w:color w:val="000000" w:themeColor="text1"/>
          <w:lang w:val="hy-AM"/>
        </w:rPr>
      </w:pPr>
      <w:r w:rsidRPr="00A702E8">
        <w:rPr>
          <w:rFonts w:ascii="GHEA Grapalat" w:hAnsi="GHEA Grapalat" w:cs="Segoe UI"/>
          <w:bCs/>
          <w:i/>
          <w:iCs/>
          <w:color w:val="000000" w:themeColor="text1"/>
          <w:lang w:val="hy-AM"/>
        </w:rPr>
        <w:t>[</w:t>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lang w:val="hy-AM"/>
        </w:rPr>
        <w:t xml:space="preserve">] </w:t>
      </w:r>
      <w:r w:rsidRPr="00A702E8">
        <w:rPr>
          <w:rFonts w:ascii="GHEA Grapalat" w:hAnsi="GHEA Grapalat" w:cs="Segoe UI"/>
          <w:bCs/>
          <w:color w:val="000000" w:themeColor="text1"/>
          <w:lang w:val="hy-AM"/>
        </w:rPr>
        <w:t>մասնագիտական ուսումնական հաստատությունը</w:t>
      </w:r>
      <w:r w:rsidRPr="00A702E8">
        <w:rPr>
          <w:rStyle w:val="FootnoteReference"/>
          <w:rFonts w:ascii="GHEA Grapalat" w:hAnsi="GHEA Grapalat" w:cs="Segoe UI"/>
          <w:bCs/>
          <w:color w:val="000000" w:themeColor="text1"/>
          <w:lang w:val="hy-AM"/>
        </w:rPr>
        <w:footnoteReference w:id="3"/>
      </w:r>
      <w:r w:rsidRPr="00A702E8">
        <w:rPr>
          <w:rFonts w:ascii="GHEA Grapalat" w:hAnsi="GHEA Grapalat" w:cs="Segoe UI"/>
          <w:bCs/>
          <w:color w:val="000000" w:themeColor="text1"/>
          <w:lang w:val="hy-AM"/>
        </w:rPr>
        <w:t xml:space="preserve"> (այսուհետ՝ </w:t>
      </w:r>
      <w:r w:rsidRPr="00A702E8">
        <w:rPr>
          <w:rFonts w:ascii="GHEA Grapalat" w:hAnsi="GHEA Grapalat" w:cs="Segoe UI"/>
          <w:b/>
          <w:color w:val="000000" w:themeColor="text1"/>
          <w:lang w:val="hy-AM"/>
        </w:rPr>
        <w:t>ՄՈՒՀ</w:t>
      </w:r>
      <w:r w:rsidRPr="00A702E8">
        <w:rPr>
          <w:rFonts w:ascii="GHEA Grapalat" w:hAnsi="GHEA Grapalat" w:cs="Segoe UI"/>
          <w:bCs/>
          <w:color w:val="000000" w:themeColor="text1"/>
          <w:lang w:val="hy-AM"/>
        </w:rPr>
        <w:t xml:space="preserve">), մի կողմից, և </w:t>
      </w:r>
      <w:r w:rsidRPr="00A702E8">
        <w:rPr>
          <w:rFonts w:ascii="GHEA Grapalat" w:hAnsi="GHEA Grapalat" w:cs="Segoe UI"/>
          <w:bCs/>
          <w:i/>
          <w:iCs/>
          <w:color w:val="000000" w:themeColor="text1"/>
          <w:lang w:val="hy-AM"/>
        </w:rPr>
        <w:t>[</w:t>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lang w:val="hy-AM"/>
        </w:rPr>
        <w:t xml:space="preserve">] </w:t>
      </w:r>
      <w:r w:rsidRPr="00A702E8">
        <w:rPr>
          <w:rFonts w:ascii="GHEA Grapalat" w:hAnsi="GHEA Grapalat" w:cs="Segoe UI"/>
          <w:bCs/>
          <w:color w:val="000000" w:themeColor="text1"/>
          <w:lang w:val="hy-AM"/>
        </w:rPr>
        <w:t>կազմակերպությունը</w:t>
      </w:r>
      <w:r w:rsidRPr="00A702E8">
        <w:rPr>
          <w:rStyle w:val="FootnoteReference"/>
          <w:rFonts w:ascii="GHEA Grapalat" w:hAnsi="GHEA Grapalat" w:cs="Segoe UI"/>
          <w:bCs/>
          <w:color w:val="000000" w:themeColor="text1"/>
          <w:lang w:val="hy-AM"/>
        </w:rPr>
        <w:footnoteReference w:id="4"/>
      </w:r>
      <w:r w:rsidRPr="00A702E8">
        <w:rPr>
          <w:rFonts w:ascii="GHEA Grapalat" w:hAnsi="GHEA Grapalat" w:cs="Segoe UI"/>
          <w:bCs/>
          <w:color w:val="000000" w:themeColor="text1"/>
          <w:lang w:val="hy-AM"/>
        </w:rPr>
        <w:t xml:space="preserve"> (այսուհետ՝ </w:t>
      </w:r>
      <w:r w:rsidRPr="00A702E8">
        <w:rPr>
          <w:rFonts w:ascii="GHEA Grapalat" w:hAnsi="GHEA Grapalat" w:cs="Segoe UI"/>
          <w:b/>
          <w:color w:val="000000" w:themeColor="text1"/>
          <w:lang w:val="hy-AM"/>
        </w:rPr>
        <w:t>Գործընկեր Կազմակերպություն</w:t>
      </w:r>
      <w:r w:rsidRPr="00A702E8">
        <w:rPr>
          <w:rFonts w:ascii="GHEA Grapalat" w:hAnsi="GHEA Grapalat" w:cs="Segoe UI"/>
          <w:bCs/>
          <w:color w:val="000000" w:themeColor="text1"/>
          <w:lang w:val="hy-AM"/>
        </w:rPr>
        <w:t>), մյուս կողմից</w:t>
      </w:r>
      <w:r w:rsidRPr="00A702E8">
        <w:rPr>
          <w:rFonts w:ascii="GHEA Grapalat" w:hAnsi="GHEA Grapalat" w:cs="Segoe UI"/>
          <w:b/>
          <w:color w:val="000000" w:themeColor="text1"/>
          <w:lang w:val="hy-AM"/>
        </w:rPr>
        <w:t xml:space="preserve"> </w:t>
      </w:r>
      <w:r w:rsidRPr="00A702E8">
        <w:rPr>
          <w:rFonts w:ascii="GHEA Grapalat" w:hAnsi="GHEA Grapalat" w:cs="Segoe UI"/>
          <w:bCs/>
          <w:color w:val="000000" w:themeColor="text1"/>
          <w:lang w:val="hy-AM"/>
        </w:rPr>
        <w:t xml:space="preserve">(այսուհետ միասին` </w:t>
      </w:r>
      <w:r w:rsidRPr="00A702E8">
        <w:rPr>
          <w:rFonts w:ascii="GHEA Grapalat" w:hAnsi="GHEA Grapalat" w:cs="Segoe UI"/>
          <w:b/>
          <w:color w:val="000000" w:themeColor="text1"/>
          <w:lang w:val="hy-AM"/>
        </w:rPr>
        <w:t>Կողմեր</w:t>
      </w:r>
      <w:r w:rsidRPr="00A702E8">
        <w:rPr>
          <w:rFonts w:ascii="GHEA Grapalat" w:hAnsi="GHEA Grapalat" w:cs="Segoe UI"/>
          <w:bCs/>
          <w:color w:val="000000" w:themeColor="text1"/>
          <w:lang w:val="hy-AM"/>
        </w:rPr>
        <w:t>),</w:t>
      </w:r>
    </w:p>
    <w:p w14:paraId="5BD316DD" w14:textId="77777777" w:rsidR="009A0AC0" w:rsidRPr="00A702E8" w:rsidRDefault="009A0AC0" w:rsidP="009A0AC0">
      <w:pPr>
        <w:spacing w:line="276" w:lineRule="auto"/>
        <w:ind w:left="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մասնագիտական կրթության և ուսուցման ոլորտում սոցիալական գործընկերության համ</w:t>
      </w:r>
      <w:r w:rsidRPr="00A702E8">
        <w:rPr>
          <w:rFonts w:ascii="GHEA Grapalat" w:hAnsi="GHEA Grapalat" w:cs="Segoe UI"/>
          <w:color w:val="000000" w:themeColor="text1"/>
          <w:lang w:val="hy-AM"/>
        </w:rPr>
        <w:softHyphen/>
        <w:t>ընդհանուր համաձայնեցված նպատակների իրականացմանը միտված համագործակցու</w:t>
      </w:r>
      <w:r w:rsidRPr="00A702E8">
        <w:rPr>
          <w:rFonts w:ascii="GHEA Grapalat" w:hAnsi="GHEA Grapalat" w:cs="Segoe UI"/>
          <w:color w:val="000000" w:themeColor="text1"/>
          <w:lang w:val="hy-AM"/>
        </w:rPr>
        <w:softHyphen/>
        <w:t xml:space="preserve">թյան շրջանակներում, կնքեցին սույն աշխատանքի վրա հիմնված ուսումնառության կազմակերպման մասին փոխըմբռնման Հուշագիրը՝ (այսուհետ՝ </w:t>
      </w:r>
      <w:r w:rsidRPr="00A702E8">
        <w:rPr>
          <w:rFonts w:ascii="GHEA Grapalat" w:hAnsi="GHEA Grapalat" w:cs="Segoe UI"/>
          <w:b/>
          <w:bCs/>
          <w:color w:val="000000" w:themeColor="text1"/>
          <w:lang w:val="hy-AM"/>
        </w:rPr>
        <w:t>Հուշագիր</w:t>
      </w:r>
      <w:r w:rsidRPr="00A702E8">
        <w:rPr>
          <w:rFonts w:ascii="GHEA Grapalat" w:hAnsi="GHEA Grapalat" w:cs="Segoe UI"/>
          <w:color w:val="000000" w:themeColor="text1"/>
          <w:lang w:val="hy-AM"/>
        </w:rPr>
        <w:t>)՝ հաստատելու իրենց մտադրությունը ներքոնշյալ հարցերում:</w:t>
      </w:r>
    </w:p>
    <w:p w14:paraId="4C20F1B4" w14:textId="77777777" w:rsidR="009A0AC0" w:rsidRPr="00A702E8" w:rsidRDefault="009A0AC0" w:rsidP="009A0AC0">
      <w:pPr>
        <w:spacing w:line="276" w:lineRule="auto"/>
        <w:ind w:left="720" w:hanging="720"/>
        <w:jc w:val="both"/>
        <w:rPr>
          <w:rFonts w:ascii="GHEA Grapalat" w:hAnsi="GHEA Grapalat" w:cs="Segoe UI"/>
          <w:color w:val="000000" w:themeColor="text1"/>
          <w:lang w:val="hy-AM"/>
        </w:rPr>
      </w:pPr>
    </w:p>
    <w:p w14:paraId="26E562EE" w14:textId="77777777" w:rsidR="009A0AC0" w:rsidRPr="00A702E8" w:rsidRDefault="009A0AC0" w:rsidP="009A0AC0">
      <w:pPr>
        <w:numPr>
          <w:ilvl w:val="0"/>
          <w:numId w:val="12"/>
        </w:numPr>
        <w:spacing w:after="0" w:line="276" w:lineRule="auto"/>
        <w:ind w:left="720" w:hanging="720"/>
        <w:jc w:val="both"/>
        <w:rPr>
          <w:rFonts w:ascii="GHEA Grapalat" w:hAnsi="GHEA Grapalat" w:cs="Segoe UI"/>
          <w:b/>
          <w:color w:val="000000" w:themeColor="text1"/>
          <w:lang w:val="hy-AM"/>
        </w:rPr>
      </w:pPr>
      <w:r w:rsidRPr="00A702E8">
        <w:rPr>
          <w:rFonts w:ascii="GHEA Grapalat" w:hAnsi="GHEA Grapalat" w:cs="Segoe UI"/>
          <w:b/>
          <w:color w:val="000000" w:themeColor="text1"/>
          <w:lang w:val="hy-AM"/>
        </w:rPr>
        <w:t>Համագործակցության առարկա</w:t>
      </w:r>
    </w:p>
    <w:p w14:paraId="49110473" w14:textId="746DC3FF" w:rsidR="009A0AC0" w:rsidRPr="00A702E8" w:rsidRDefault="009A0AC0" w:rsidP="009A0AC0">
      <w:pPr>
        <w:numPr>
          <w:ilvl w:val="1"/>
          <w:numId w:val="12"/>
        </w:numPr>
        <w:spacing w:after="0" w:line="276" w:lineRule="auto"/>
        <w:ind w:left="720" w:hanging="720"/>
        <w:jc w:val="both"/>
        <w:rPr>
          <w:rFonts w:ascii="GHEA Grapalat" w:hAnsi="GHEA Grapalat" w:cs="Segoe UI"/>
          <w:b/>
          <w:color w:val="000000" w:themeColor="text1"/>
          <w:lang w:val="hy-AM"/>
        </w:rPr>
      </w:pPr>
      <w:r w:rsidRPr="00A702E8">
        <w:rPr>
          <w:rFonts w:ascii="GHEA Grapalat" w:hAnsi="GHEA Grapalat" w:cs="Segoe UI"/>
          <w:color w:val="000000" w:themeColor="text1"/>
          <w:lang w:val="hy-AM"/>
        </w:rPr>
        <w:t>Հուշագիրը կնքելով՝ Կողմերն արտահայտում են իրենց համագործակցության մտադրությունը սոցիալական գործընկերության փոխազդեցության շրջանակներում պատրաստելու և վերապատրաստելու մասնագետներ՝ մասնագիտական կրթության արհեստագործական կամ միջին մասնագիտական մակարդակի որակավորումների (միկրոորակավորումների) ծրագրերով՝ աշխատաշուկայի պահանջներին համապատասխան:</w:t>
      </w:r>
    </w:p>
    <w:p w14:paraId="2CE48E43" w14:textId="77777777" w:rsidR="009A0AC0" w:rsidRPr="00A702E8" w:rsidRDefault="009A0AC0" w:rsidP="009A0AC0">
      <w:pPr>
        <w:numPr>
          <w:ilvl w:val="1"/>
          <w:numId w:val="12"/>
        </w:numPr>
        <w:spacing w:after="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Կողմերը հաստատում են, որ Հուշագիրը Կողմերի համար չի սահմանում պարտադիր կատարման ենթակա իրավունքներ և պարտականություններ, այլ սահմանում է վերջիններիս մտադրությունը՝ համագործակցելու վերաբերյալ: Համագործակցության պայմանների վերաբերյալ վերջնական համաձայնության հասնելուց հետո Կողմերը կկնքեն </w:t>
      </w:r>
      <w:r w:rsidRPr="00A702E8">
        <w:rPr>
          <w:rFonts w:ascii="GHEA Grapalat" w:hAnsi="GHEA Grapalat" w:cs="Segoe UI"/>
          <w:color w:val="000000" w:themeColor="text1"/>
          <w:lang w:val="hy-AM"/>
        </w:rPr>
        <w:lastRenderedPageBreak/>
        <w:t xml:space="preserve">համագործակցության վերաբերյալ պայմանագիր և անհրաժեշտ այլ պայմանագրեր, որոնք կկարգավորեն վերջիններիս հարաբերությունները:  </w:t>
      </w:r>
    </w:p>
    <w:p w14:paraId="57327C0D" w14:textId="77777777" w:rsidR="009A0AC0" w:rsidRPr="00A702E8" w:rsidRDefault="009A0AC0" w:rsidP="009A0AC0">
      <w:pPr>
        <w:spacing w:line="276" w:lineRule="auto"/>
        <w:ind w:left="720" w:hanging="720"/>
        <w:jc w:val="both"/>
        <w:rPr>
          <w:rFonts w:ascii="GHEA Grapalat" w:hAnsi="GHEA Grapalat" w:cs="Segoe UI"/>
          <w:color w:val="000000" w:themeColor="text1"/>
          <w:lang w:val="hy-AM"/>
        </w:rPr>
      </w:pPr>
    </w:p>
    <w:p w14:paraId="46CDE526" w14:textId="77777777" w:rsidR="009A0AC0" w:rsidRPr="00A702E8" w:rsidRDefault="009A0AC0" w:rsidP="009A0AC0">
      <w:pPr>
        <w:numPr>
          <w:ilvl w:val="0"/>
          <w:numId w:val="12"/>
        </w:numPr>
        <w:spacing w:after="0" w:line="276" w:lineRule="auto"/>
        <w:ind w:left="720" w:hanging="720"/>
        <w:jc w:val="both"/>
        <w:rPr>
          <w:rFonts w:ascii="GHEA Grapalat" w:hAnsi="GHEA Grapalat" w:cs="Segoe UI"/>
          <w:b/>
          <w:color w:val="000000" w:themeColor="text1"/>
          <w:lang w:val="hy-AM"/>
        </w:rPr>
      </w:pPr>
      <w:r w:rsidRPr="00A702E8">
        <w:rPr>
          <w:rFonts w:ascii="GHEA Grapalat" w:hAnsi="GHEA Grapalat" w:cs="Segoe UI"/>
          <w:b/>
          <w:color w:val="000000" w:themeColor="text1"/>
          <w:lang w:val="hy-AM"/>
        </w:rPr>
        <w:t>Համագործակցության նպատակները</w:t>
      </w:r>
    </w:p>
    <w:p w14:paraId="63DCC841" w14:textId="360CA28B" w:rsidR="009A0AC0" w:rsidRPr="00A702E8" w:rsidRDefault="009A0AC0" w:rsidP="009A0AC0">
      <w:pPr>
        <w:numPr>
          <w:ilvl w:val="1"/>
          <w:numId w:val="12"/>
        </w:numPr>
        <w:spacing w:after="0" w:line="276" w:lineRule="auto"/>
        <w:ind w:left="720" w:hanging="720"/>
        <w:jc w:val="both"/>
        <w:rPr>
          <w:rFonts w:ascii="GHEA Grapalat" w:hAnsi="GHEA Grapalat" w:cs="Segoe UI"/>
          <w:b/>
          <w:color w:val="000000" w:themeColor="text1"/>
          <w:lang w:val="hy-AM"/>
        </w:rPr>
      </w:pPr>
      <w:r w:rsidRPr="00A702E8">
        <w:rPr>
          <w:rFonts w:ascii="GHEA Grapalat" w:hAnsi="GHEA Grapalat" w:cs="Segoe UI"/>
          <w:color w:val="000000" w:themeColor="text1"/>
          <w:lang w:val="hy-AM"/>
        </w:rPr>
        <w:t>Կողմերը Հուշագ</w:t>
      </w:r>
      <w:r w:rsidR="000A63B5" w:rsidRPr="00A702E8">
        <w:rPr>
          <w:rFonts w:ascii="GHEA Grapalat" w:hAnsi="GHEA Grapalat" w:cs="Segoe UI"/>
          <w:color w:val="000000" w:themeColor="text1"/>
          <w:lang w:val="hy-AM"/>
        </w:rPr>
        <w:t>ի</w:t>
      </w:r>
      <w:r w:rsidRPr="00A702E8">
        <w:rPr>
          <w:rFonts w:ascii="GHEA Grapalat" w:hAnsi="GHEA Grapalat" w:cs="Segoe UI"/>
          <w:color w:val="000000" w:themeColor="text1"/>
          <w:lang w:val="hy-AM"/>
        </w:rPr>
        <w:t>ր</w:t>
      </w:r>
      <w:r w:rsidR="000A63B5" w:rsidRPr="00A702E8">
        <w:rPr>
          <w:rFonts w:ascii="GHEA Grapalat" w:hAnsi="GHEA Grapalat" w:cs="Segoe UI"/>
          <w:color w:val="000000" w:themeColor="text1"/>
          <w:lang w:val="hy-AM"/>
        </w:rPr>
        <w:t>ը</w:t>
      </w:r>
      <w:r w:rsidRPr="00A702E8">
        <w:rPr>
          <w:rFonts w:ascii="GHEA Grapalat" w:hAnsi="GHEA Grapalat" w:cs="Segoe UI"/>
          <w:color w:val="000000" w:themeColor="text1"/>
          <w:lang w:val="hy-AM"/>
        </w:rPr>
        <w:t xml:space="preserve"> կնք</w:t>
      </w:r>
      <w:r w:rsidR="000A63B5" w:rsidRPr="00A702E8">
        <w:rPr>
          <w:rFonts w:ascii="GHEA Grapalat" w:hAnsi="GHEA Grapalat" w:cs="Segoe UI"/>
          <w:color w:val="000000" w:themeColor="text1"/>
          <w:lang w:val="hy-AM"/>
        </w:rPr>
        <w:t>ելով</w:t>
      </w:r>
      <w:r w:rsidRPr="00A702E8">
        <w:rPr>
          <w:rFonts w:ascii="GHEA Grapalat" w:hAnsi="GHEA Grapalat" w:cs="Segoe UI"/>
          <w:color w:val="000000" w:themeColor="text1"/>
          <w:lang w:val="hy-AM"/>
        </w:rPr>
        <w:t xml:space="preserve"> նպատակ ունեն</w:t>
      </w:r>
      <w:r w:rsidRPr="00A702E8">
        <w:rPr>
          <w:rFonts w:ascii="GHEA Grapalat" w:hAnsi="GHEA Grapalat" w:cs="Segoe UI"/>
          <w:b/>
          <w:color w:val="000000" w:themeColor="text1"/>
          <w:lang w:val="hy-AM"/>
        </w:rPr>
        <w:t>.</w:t>
      </w:r>
    </w:p>
    <w:p w14:paraId="27FB6392" w14:textId="77777777" w:rsidR="009A0AC0" w:rsidRPr="00A702E8" w:rsidRDefault="009A0AC0" w:rsidP="009A0AC0">
      <w:pPr>
        <w:numPr>
          <w:ilvl w:val="2"/>
          <w:numId w:val="12"/>
        </w:numPr>
        <w:spacing w:after="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նպաստել մարզի/ոլորտի տնտեսական զարգացմանը,</w:t>
      </w:r>
    </w:p>
    <w:p w14:paraId="7227987A" w14:textId="77777777" w:rsidR="009A0AC0" w:rsidRPr="00A702E8" w:rsidRDefault="009A0AC0" w:rsidP="009A0AC0">
      <w:pPr>
        <w:numPr>
          <w:ilvl w:val="2"/>
          <w:numId w:val="12"/>
        </w:numPr>
        <w:spacing w:after="0" w:line="276" w:lineRule="auto"/>
        <w:ind w:left="720" w:hanging="720"/>
        <w:jc w:val="both"/>
        <w:rPr>
          <w:rFonts w:ascii="GHEA Grapalat" w:hAnsi="GHEA Grapalat" w:cs="Segoe UI"/>
          <w:b/>
          <w:color w:val="000000" w:themeColor="text1"/>
          <w:lang w:val="hy-AM"/>
        </w:rPr>
      </w:pPr>
      <w:r w:rsidRPr="00A702E8">
        <w:rPr>
          <w:rFonts w:ascii="GHEA Grapalat" w:hAnsi="GHEA Grapalat" w:cs="Segoe UI"/>
          <w:color w:val="000000" w:themeColor="text1"/>
          <w:lang w:val="hy-AM"/>
        </w:rPr>
        <w:t xml:space="preserve"> աջակցել աշխատանքի վրա հիմնված ուսումնառության շրջանակներում ուսանողների գործնական   աշխատանքային ուսուցմանը (այսուհետ՝ </w:t>
      </w:r>
      <w:r w:rsidRPr="00A702E8">
        <w:rPr>
          <w:rFonts w:ascii="GHEA Grapalat" w:hAnsi="GHEA Grapalat" w:cs="Segoe UI"/>
          <w:b/>
          <w:bCs/>
          <w:color w:val="000000" w:themeColor="text1"/>
          <w:lang w:val="hy-AM"/>
        </w:rPr>
        <w:t>ԳԱՈՒ</w:t>
      </w:r>
      <w:r w:rsidRPr="00A702E8">
        <w:rPr>
          <w:rFonts w:ascii="GHEA Grapalat" w:hAnsi="GHEA Grapalat" w:cs="Segoe UI"/>
          <w:color w:val="000000" w:themeColor="text1"/>
          <w:lang w:val="hy-AM"/>
        </w:rPr>
        <w:t>),</w:t>
      </w:r>
    </w:p>
    <w:p w14:paraId="74116240" w14:textId="77777777" w:rsidR="009A0AC0" w:rsidRPr="00A702E8" w:rsidRDefault="009A0AC0" w:rsidP="009A0AC0">
      <w:pPr>
        <w:numPr>
          <w:ilvl w:val="2"/>
          <w:numId w:val="12"/>
        </w:numPr>
        <w:spacing w:after="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համատեղ պատրաստել մրցունակ կադրեր</w:t>
      </w:r>
      <w:r w:rsidRPr="00A702E8">
        <w:rPr>
          <w:rFonts w:ascii="GHEA Grapalat" w:hAnsi="GHEA Grapalat" w:cs="Segoe UI"/>
          <w:color w:val="000000" w:themeColor="text1"/>
        </w:rPr>
        <w:t>,</w:t>
      </w:r>
    </w:p>
    <w:p w14:paraId="59F31AAC" w14:textId="77777777" w:rsidR="009A0AC0" w:rsidRPr="00A702E8" w:rsidRDefault="009A0AC0" w:rsidP="009A0AC0">
      <w:pPr>
        <w:numPr>
          <w:ilvl w:val="2"/>
          <w:numId w:val="12"/>
        </w:numPr>
        <w:spacing w:after="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նպաստել մասնագիտական կրթության և ուսուցման որակի շարունակական բարելավմանը,</w:t>
      </w:r>
    </w:p>
    <w:p w14:paraId="5E532833" w14:textId="77777777" w:rsidR="009A0AC0" w:rsidRPr="00A702E8" w:rsidRDefault="009A0AC0" w:rsidP="009A0AC0">
      <w:pPr>
        <w:numPr>
          <w:ilvl w:val="2"/>
          <w:numId w:val="12"/>
        </w:numPr>
        <w:spacing w:after="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նպաստել ուսանողների մասնագիտական կարողունակությունների շարունակական կատարելագործմանը,</w:t>
      </w:r>
    </w:p>
    <w:p w14:paraId="373A2610" w14:textId="77777777" w:rsidR="009A0AC0" w:rsidRPr="00A702E8" w:rsidRDefault="009A0AC0" w:rsidP="009A0AC0">
      <w:pPr>
        <w:numPr>
          <w:ilvl w:val="2"/>
          <w:numId w:val="12"/>
        </w:numPr>
        <w:spacing w:after="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տրամադրել անհրաժեշտ ռեսուրսներ և տեղեկատվություն՝ ելնելով Հուշագրի նպատակներից։</w:t>
      </w:r>
    </w:p>
    <w:p w14:paraId="4CD2FF1D" w14:textId="77777777" w:rsidR="009A0AC0" w:rsidRPr="00A702E8" w:rsidRDefault="009A0AC0" w:rsidP="009A0AC0">
      <w:pPr>
        <w:spacing w:line="276" w:lineRule="auto"/>
        <w:ind w:left="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w:t>
      </w:r>
    </w:p>
    <w:p w14:paraId="5591EA6E" w14:textId="77777777" w:rsidR="009A0AC0" w:rsidRPr="00A702E8" w:rsidRDefault="009A0AC0" w:rsidP="009A0AC0">
      <w:pPr>
        <w:numPr>
          <w:ilvl w:val="1"/>
          <w:numId w:val="12"/>
        </w:numPr>
        <w:spacing w:after="0" w:line="276" w:lineRule="auto"/>
        <w:ind w:left="720" w:hanging="720"/>
        <w:jc w:val="both"/>
        <w:rPr>
          <w:rFonts w:ascii="GHEA Grapalat" w:hAnsi="GHEA Grapalat" w:cs="Segoe UI"/>
          <w:b/>
          <w:color w:val="000000" w:themeColor="text1"/>
          <w:lang w:val="hy-AM"/>
        </w:rPr>
      </w:pPr>
      <w:r w:rsidRPr="00A702E8">
        <w:rPr>
          <w:rFonts w:ascii="GHEA Grapalat" w:hAnsi="GHEA Grapalat" w:cs="Segoe UI"/>
          <w:b/>
          <w:color w:val="000000" w:themeColor="text1"/>
          <w:lang w:val="hy-AM"/>
        </w:rPr>
        <w:t>Գործընկեր Կազմակերպությունը Հուշագրի շրջանակներում պատրաստակամություն է հայտնում.</w:t>
      </w:r>
    </w:p>
    <w:p w14:paraId="59DB5134" w14:textId="77777777" w:rsidR="009A0AC0" w:rsidRPr="00A702E8" w:rsidRDefault="009A0AC0" w:rsidP="009A0AC0">
      <w:pPr>
        <w:numPr>
          <w:ilvl w:val="2"/>
          <w:numId w:val="12"/>
        </w:numPr>
        <w:spacing w:after="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աշխատանքի վրա հիմնված ուսումնառության շրջանակներում ուսանողների ԳԱՈՒ  իրականացման համար ապահովել անհրաժեշտ պայմաններ,</w:t>
      </w:r>
    </w:p>
    <w:p w14:paraId="4DC73086" w14:textId="77777777" w:rsidR="009A0AC0" w:rsidRPr="00A702E8" w:rsidRDefault="009A0AC0" w:rsidP="009A0AC0">
      <w:pPr>
        <w:numPr>
          <w:ilvl w:val="2"/>
          <w:numId w:val="12"/>
        </w:numPr>
        <w:spacing w:after="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կազմակերպել ճանաչողական հանդիպումներ իր աշխատակազմի և ՄՈՒՀ-ի աշխատողների միջև,</w:t>
      </w:r>
    </w:p>
    <w:p w14:paraId="6D9D6F73" w14:textId="77777777" w:rsidR="009A0AC0" w:rsidRPr="00A702E8" w:rsidRDefault="009A0AC0" w:rsidP="009A0AC0">
      <w:pPr>
        <w:numPr>
          <w:ilvl w:val="2"/>
          <w:numId w:val="12"/>
        </w:numPr>
        <w:spacing w:after="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նպատակահարմարությունից ելնելով և իր հետ նախապես համաձայնեցված կարգով և ժամկետներում հնարավորություն ընձեռել ՄՈՒՀ-ի մանկավարժական աշխատողներին ծանոթանալու աշխատանքային միջավայրում և գործընթացներում կիրառվող սարքավորումների ու տեխնոլոգիաների վերջին զարգացումներին,</w:t>
      </w:r>
    </w:p>
    <w:p w14:paraId="4BC988C3" w14:textId="77777777" w:rsidR="009A0AC0" w:rsidRPr="00A702E8" w:rsidRDefault="009A0AC0" w:rsidP="009A0AC0">
      <w:pPr>
        <w:numPr>
          <w:ilvl w:val="2"/>
          <w:numId w:val="12"/>
        </w:numPr>
        <w:spacing w:after="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կատարել Հուշագրի նպատակներից բխող այլ գործողություններ:</w:t>
      </w:r>
    </w:p>
    <w:p w14:paraId="0D906F98" w14:textId="77777777" w:rsidR="009A0AC0" w:rsidRPr="00A702E8" w:rsidRDefault="009A0AC0" w:rsidP="009A0AC0">
      <w:pPr>
        <w:spacing w:line="276" w:lineRule="auto"/>
        <w:ind w:left="720"/>
        <w:jc w:val="both"/>
        <w:rPr>
          <w:rFonts w:ascii="GHEA Grapalat" w:hAnsi="GHEA Grapalat" w:cs="Segoe UI"/>
          <w:color w:val="000000" w:themeColor="text1"/>
          <w:lang w:val="hy-AM"/>
        </w:rPr>
      </w:pPr>
    </w:p>
    <w:p w14:paraId="7915CA05" w14:textId="77777777" w:rsidR="009A0AC0" w:rsidRPr="00A702E8" w:rsidRDefault="009A0AC0" w:rsidP="009A0AC0">
      <w:pPr>
        <w:numPr>
          <w:ilvl w:val="1"/>
          <w:numId w:val="12"/>
        </w:numPr>
        <w:spacing w:after="0" w:line="276" w:lineRule="auto"/>
        <w:ind w:left="720" w:hanging="720"/>
        <w:jc w:val="both"/>
        <w:rPr>
          <w:rFonts w:ascii="GHEA Grapalat" w:hAnsi="GHEA Grapalat" w:cs="Segoe UI"/>
          <w:b/>
          <w:color w:val="000000" w:themeColor="text1"/>
          <w:lang w:val="hy-AM"/>
        </w:rPr>
      </w:pPr>
      <w:r w:rsidRPr="00A702E8">
        <w:rPr>
          <w:rFonts w:ascii="GHEA Grapalat" w:hAnsi="GHEA Grapalat" w:cs="Segoe UI"/>
          <w:b/>
          <w:bCs/>
          <w:color w:val="000000" w:themeColor="text1"/>
          <w:lang w:val="hy-AM"/>
        </w:rPr>
        <w:t>ՄՈՒՀ</w:t>
      </w:r>
      <w:r w:rsidRPr="00A702E8">
        <w:rPr>
          <w:rFonts w:ascii="GHEA Grapalat" w:hAnsi="GHEA Grapalat" w:cs="Segoe UI"/>
          <w:b/>
          <w:color w:val="000000" w:themeColor="text1"/>
          <w:lang w:val="hy-AM"/>
        </w:rPr>
        <w:t>-ը Հուշագրի շրջանակներում պատրաստակամություն է հայտնում.</w:t>
      </w:r>
    </w:p>
    <w:p w14:paraId="53F41DAC" w14:textId="77777777" w:rsidR="009A0AC0" w:rsidRPr="00A702E8" w:rsidRDefault="009A0AC0" w:rsidP="009A0AC0">
      <w:pPr>
        <w:numPr>
          <w:ilvl w:val="2"/>
          <w:numId w:val="12"/>
        </w:numPr>
        <w:spacing w:after="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Գործընկեր Կազմակերպությանը տրամադրել ԳԱՈՒ  ծրագրի կազմակերպման և իրականացման համար անհրաժեշտ խորհրդատվություն և անցկացնել վերապատրաստում,</w:t>
      </w:r>
    </w:p>
    <w:p w14:paraId="57233310" w14:textId="77777777" w:rsidR="009A0AC0" w:rsidRPr="00A702E8" w:rsidRDefault="009A0AC0" w:rsidP="009A0AC0">
      <w:pPr>
        <w:numPr>
          <w:ilvl w:val="2"/>
          <w:numId w:val="12"/>
        </w:numPr>
        <w:spacing w:after="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սովորողների և մանկավարժական աշխատողների համար կազմակերպել տեղեկատվական և ճանաչողական հանդիպումներ Գործընկեր Կազմակերպությունում՝ վերջինիս հետ նախապես համաձայնեցված կարգով և ժամկետներում,</w:t>
      </w:r>
    </w:p>
    <w:p w14:paraId="7C6AD602" w14:textId="77777777" w:rsidR="009A0AC0" w:rsidRPr="00A702E8" w:rsidRDefault="009A0AC0" w:rsidP="009A0AC0">
      <w:pPr>
        <w:numPr>
          <w:ilvl w:val="2"/>
          <w:numId w:val="12"/>
        </w:numPr>
        <w:spacing w:after="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ձևավորել թիրախային խմբեր՝ ըստ Գործընկեր Կազմակերպության կողմից պահանջարկված մասնագիտությունների,</w:t>
      </w:r>
    </w:p>
    <w:p w14:paraId="29A10BD4" w14:textId="77777777" w:rsidR="009A0AC0" w:rsidRPr="00A702E8" w:rsidRDefault="009A0AC0" w:rsidP="009A0AC0">
      <w:pPr>
        <w:numPr>
          <w:ilvl w:val="2"/>
          <w:numId w:val="12"/>
        </w:numPr>
        <w:spacing w:after="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Գործընկեր Կազմակերպությանը տրամադրել գործնական ուսուցումը կազմակերպելու համար անհրաժեշտ տեղեկատվություն,</w:t>
      </w:r>
    </w:p>
    <w:p w14:paraId="224F9CA8" w14:textId="1DC4759B" w:rsidR="009A0AC0" w:rsidRPr="00A702E8" w:rsidRDefault="009A0AC0" w:rsidP="009A0AC0">
      <w:pPr>
        <w:numPr>
          <w:ilvl w:val="2"/>
          <w:numId w:val="12"/>
        </w:numPr>
        <w:spacing w:after="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lastRenderedPageBreak/>
        <w:t>կատարել Հուշագրի նպատակներից բխող այլ գործողություններ:</w:t>
      </w:r>
    </w:p>
    <w:p w14:paraId="6339AE4C" w14:textId="77777777" w:rsidR="009A0AC0" w:rsidRPr="00A702E8" w:rsidRDefault="009A0AC0" w:rsidP="009A0AC0">
      <w:pPr>
        <w:pStyle w:val="ListParagraph"/>
        <w:spacing w:line="276" w:lineRule="auto"/>
        <w:ind w:hanging="720"/>
        <w:jc w:val="both"/>
        <w:rPr>
          <w:rFonts w:ascii="GHEA Grapalat" w:hAnsi="GHEA Grapalat" w:cs="Segoe UI"/>
          <w:color w:val="000000" w:themeColor="text1"/>
          <w:lang w:val="hy-AM"/>
        </w:rPr>
      </w:pPr>
    </w:p>
    <w:p w14:paraId="36E08E93" w14:textId="77777777" w:rsidR="009A0AC0" w:rsidRPr="00A702E8" w:rsidRDefault="009A0AC0" w:rsidP="009A0AC0">
      <w:pPr>
        <w:numPr>
          <w:ilvl w:val="0"/>
          <w:numId w:val="12"/>
        </w:numPr>
        <w:spacing w:after="0" w:line="276" w:lineRule="auto"/>
        <w:ind w:left="720" w:hanging="720"/>
        <w:jc w:val="both"/>
        <w:rPr>
          <w:rFonts w:ascii="GHEA Grapalat" w:hAnsi="GHEA Grapalat" w:cs="Segoe UI"/>
          <w:b/>
          <w:color w:val="000000" w:themeColor="text1"/>
          <w:lang w:val="hy-AM"/>
        </w:rPr>
      </w:pPr>
      <w:r w:rsidRPr="00A702E8">
        <w:rPr>
          <w:rFonts w:ascii="GHEA Grapalat" w:hAnsi="GHEA Grapalat" w:cs="Segoe UI"/>
          <w:b/>
          <w:color w:val="000000" w:themeColor="text1"/>
          <w:lang w:val="hy-AM"/>
        </w:rPr>
        <w:t>Այլ դրույթներ</w:t>
      </w:r>
    </w:p>
    <w:p w14:paraId="5FCA65A2" w14:textId="77777777" w:rsidR="009A0AC0" w:rsidRPr="00A702E8" w:rsidRDefault="009A0AC0" w:rsidP="009A0AC0">
      <w:pPr>
        <w:numPr>
          <w:ilvl w:val="1"/>
          <w:numId w:val="12"/>
        </w:numPr>
        <w:spacing w:after="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Կողմերը պարտավորվում են պահպանել միմյանց՝ համագործակցության շրջանակում հայտնի դարձած առևտրային գաղտնիք հանդիսացող  տեղեկությունները, ապահովել այդ տեղեկատվության պաշտպանությունը՝ բացառելով դրանց՝ երրորդ անձանց ուղղակիորեն կամ անուղղակիորեն հայտնի դառնալը, ինչպես նաև իրենց հայտնի դարձած գաղտնիք հանդիսացող տեղեկություններն օգտագործել միմյանց միջև կնքված պայմանագրերի կատարման նպատակով:</w:t>
      </w:r>
    </w:p>
    <w:p w14:paraId="72A9D596" w14:textId="14E07D40" w:rsidR="009A0AC0" w:rsidRPr="00A702E8" w:rsidRDefault="009A0AC0" w:rsidP="009A0AC0">
      <w:pPr>
        <w:numPr>
          <w:ilvl w:val="1"/>
          <w:numId w:val="12"/>
        </w:numPr>
        <w:spacing w:after="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Հուշագիրը ուժի մեջ է մտնում Կողմերի ստորագրման պահից։ </w:t>
      </w:r>
    </w:p>
    <w:p w14:paraId="7873BE3F" w14:textId="0331ADBC" w:rsidR="009A0AC0" w:rsidRPr="00A702E8" w:rsidRDefault="009A0AC0" w:rsidP="009A0AC0">
      <w:pPr>
        <w:numPr>
          <w:ilvl w:val="1"/>
          <w:numId w:val="12"/>
        </w:numPr>
        <w:spacing w:after="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Կողմերից յուրաքանչյուրն իրավունք ունի դադարեցնել Հուշագիրը` մյուս Կողմին առնվազն 30 օր առաջ գրավոր ծանուցելով այդ մասին: </w:t>
      </w:r>
    </w:p>
    <w:p w14:paraId="0B566050" w14:textId="23E2C297" w:rsidR="009A0AC0" w:rsidRPr="00A702E8" w:rsidRDefault="009A0AC0" w:rsidP="009A0AC0">
      <w:pPr>
        <w:numPr>
          <w:ilvl w:val="1"/>
          <w:numId w:val="12"/>
        </w:numPr>
        <w:spacing w:after="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Հուշագրի ցանկացած փոփոխություն և լրացում վավեր է, եթե կատարված է գրավոր և ստորագրված է Կողմերի կողմից:</w:t>
      </w:r>
    </w:p>
    <w:p w14:paraId="0BB9A66C" w14:textId="77777777" w:rsidR="009A0AC0" w:rsidRPr="00A702E8" w:rsidRDefault="009A0AC0" w:rsidP="009A0AC0">
      <w:pPr>
        <w:numPr>
          <w:ilvl w:val="1"/>
          <w:numId w:val="12"/>
        </w:numPr>
        <w:spacing w:after="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Հուշագիրը կազմված է հայերեն լեզվով, բաղկացած է երկու օրինակից, որոնք ունեն հավասարազոր իրավական ուժ:</w:t>
      </w:r>
    </w:p>
    <w:p w14:paraId="6C322A0A" w14:textId="77777777" w:rsidR="009A0AC0" w:rsidRPr="00A702E8" w:rsidRDefault="009A0AC0" w:rsidP="009A0AC0">
      <w:pPr>
        <w:pStyle w:val="ListParagraph"/>
        <w:spacing w:before="120" w:after="120"/>
        <w:ind w:hanging="720"/>
        <w:jc w:val="both"/>
        <w:rPr>
          <w:rFonts w:ascii="GHEA Grapalat" w:hAnsi="GHEA Grapalat" w:cs="Segoe UI"/>
          <w:color w:val="000000" w:themeColor="text1"/>
        </w:rPr>
      </w:pPr>
      <w:r w:rsidRPr="00A702E8">
        <w:rPr>
          <w:rFonts w:ascii="GHEA Grapalat" w:hAnsi="GHEA Grapalat" w:cs="Segoe UI"/>
          <w:color w:val="000000" w:themeColor="text1"/>
        </w:rPr>
        <w:t>[ստորագրության էջը հաջորդիվ]</w:t>
      </w:r>
    </w:p>
    <w:p w14:paraId="5B83B34C" w14:textId="77777777" w:rsidR="009A0AC0" w:rsidRPr="00A702E8" w:rsidRDefault="009A0AC0" w:rsidP="009A0AC0">
      <w:pPr>
        <w:numPr>
          <w:ilvl w:val="0"/>
          <w:numId w:val="12"/>
        </w:numPr>
        <w:spacing w:after="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rPr>
        <w:br w:type="page"/>
      </w:r>
      <w:r w:rsidRPr="00A702E8">
        <w:rPr>
          <w:rFonts w:ascii="GHEA Grapalat" w:hAnsi="GHEA Grapalat" w:cs="Segoe UI"/>
          <w:b/>
          <w:color w:val="000000" w:themeColor="text1"/>
          <w:lang w:val="hy-AM"/>
        </w:rPr>
        <w:lastRenderedPageBreak/>
        <w:t>ԿՈՂՄԵՐԻ ՎԱՎԵՐԱՊԱՅՄԱՆԵՐԸ</w:t>
      </w:r>
    </w:p>
    <w:p w14:paraId="66825993" w14:textId="77777777" w:rsidR="009A0AC0" w:rsidRPr="00A702E8" w:rsidRDefault="009A0AC0" w:rsidP="009A0AC0">
      <w:pPr>
        <w:spacing w:line="276" w:lineRule="auto"/>
        <w:ind w:left="720" w:hanging="720"/>
        <w:jc w:val="both"/>
        <w:rPr>
          <w:rFonts w:ascii="GHEA Grapalat" w:hAnsi="GHEA Grapalat" w:cs="Segoe UI"/>
          <w:color w:val="000000" w:themeColor="text1"/>
          <w:lang w:val="hy-AM"/>
        </w:rPr>
      </w:pPr>
    </w:p>
    <w:tbl>
      <w:tblPr>
        <w:tblStyle w:val="TableGrid"/>
        <w:tblW w:w="0" w:type="auto"/>
        <w:jc w:val="center"/>
        <w:tblLook w:val="04A0" w:firstRow="1" w:lastRow="0" w:firstColumn="1" w:lastColumn="0" w:noHBand="0" w:noVBand="1"/>
      </w:tblPr>
      <w:tblGrid>
        <w:gridCol w:w="2584"/>
        <w:gridCol w:w="3496"/>
        <w:gridCol w:w="3824"/>
      </w:tblGrid>
      <w:tr w:rsidR="00447437" w:rsidRPr="00A702E8" w14:paraId="1745B3A5" w14:textId="77777777" w:rsidTr="00DC25AF">
        <w:trPr>
          <w:jc w:val="center"/>
        </w:trPr>
        <w:tc>
          <w:tcPr>
            <w:tcW w:w="0" w:type="auto"/>
            <w:vAlign w:val="center"/>
          </w:tcPr>
          <w:p w14:paraId="31B35CFB" w14:textId="77777777" w:rsidR="009A0AC0" w:rsidRPr="00A702E8" w:rsidRDefault="009A0AC0" w:rsidP="00DC25AF">
            <w:pPr>
              <w:pStyle w:val="ListParagraph"/>
              <w:spacing w:before="120" w:after="120" w:line="276" w:lineRule="auto"/>
              <w:ind w:hanging="720"/>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Կողմը</w:t>
            </w:r>
          </w:p>
        </w:tc>
        <w:tc>
          <w:tcPr>
            <w:tcW w:w="3496" w:type="dxa"/>
            <w:vAlign w:val="center"/>
          </w:tcPr>
          <w:p w14:paraId="4902D755" w14:textId="77777777" w:rsidR="009A0AC0" w:rsidRPr="00A702E8" w:rsidRDefault="009A0AC0" w:rsidP="00DC25AF">
            <w:pPr>
              <w:pStyle w:val="ListParagraph"/>
              <w:spacing w:before="120" w:after="120" w:line="276" w:lineRule="auto"/>
              <w:ind w:hanging="720"/>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ՄՈՒՀ</w:t>
            </w:r>
          </w:p>
        </w:tc>
        <w:tc>
          <w:tcPr>
            <w:tcW w:w="3824" w:type="dxa"/>
            <w:vAlign w:val="center"/>
          </w:tcPr>
          <w:p w14:paraId="0D0BC308" w14:textId="77777777" w:rsidR="009A0AC0" w:rsidRPr="00A702E8" w:rsidRDefault="009A0AC0" w:rsidP="00DC25AF">
            <w:pPr>
              <w:pStyle w:val="ListParagraph"/>
              <w:spacing w:before="120" w:after="120" w:line="276" w:lineRule="auto"/>
              <w:ind w:hanging="720"/>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Գործընկեր կազմակերպություն</w:t>
            </w:r>
          </w:p>
        </w:tc>
      </w:tr>
      <w:tr w:rsidR="00447437" w:rsidRPr="00027471" w14:paraId="5F08FBBC" w14:textId="77777777" w:rsidTr="00DC25AF">
        <w:trPr>
          <w:jc w:val="center"/>
        </w:trPr>
        <w:tc>
          <w:tcPr>
            <w:tcW w:w="0" w:type="auto"/>
            <w:vAlign w:val="center"/>
          </w:tcPr>
          <w:p w14:paraId="68097B15" w14:textId="77777777" w:rsidR="009A0AC0" w:rsidRPr="00A702E8" w:rsidRDefault="009A0AC0" w:rsidP="00DC25AF">
            <w:pPr>
              <w:pStyle w:val="ListParagraph"/>
              <w:spacing w:before="120" w:after="120" w:line="276" w:lineRule="auto"/>
              <w:ind w:hanging="720"/>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Անվանումը/անունը</w:t>
            </w:r>
          </w:p>
        </w:tc>
        <w:tc>
          <w:tcPr>
            <w:tcW w:w="3496" w:type="dxa"/>
            <w:vAlign w:val="center"/>
          </w:tcPr>
          <w:p w14:paraId="4EC3D308" w14:textId="77777777" w:rsidR="009A0AC0" w:rsidRPr="00A702E8" w:rsidRDefault="009A0AC0" w:rsidP="00DC25AF">
            <w:pPr>
              <w:pStyle w:val="ListParagraph"/>
              <w:spacing w:before="120" w:after="120" w:line="276" w:lineRule="auto"/>
              <w:ind w:left="0"/>
              <w:contextualSpacing w:val="0"/>
              <w:rPr>
                <w:rFonts w:ascii="GHEA Grapalat" w:hAnsi="GHEA Grapalat" w:cs="Segoe UI"/>
                <w:b/>
                <w:color w:val="000000" w:themeColor="text1"/>
                <w:lang w:val="hy-AM"/>
              </w:rPr>
            </w:pPr>
            <w:r w:rsidRPr="00A702E8">
              <w:rPr>
                <w:rFonts w:ascii="GHEA Grapalat" w:hAnsi="GHEA Grapalat" w:cs="Segoe UI"/>
                <w:i/>
                <w:iCs/>
                <w:color w:val="000000" w:themeColor="text1"/>
              </w:rPr>
              <w:t>[</w:t>
            </w:r>
            <w:r w:rsidRPr="00A702E8">
              <w:rPr>
                <w:rFonts w:ascii="GHEA Grapalat" w:hAnsi="GHEA Grapalat" w:cs="Segoe UI"/>
                <w:i/>
                <w:iCs/>
                <w:color w:val="000000" w:themeColor="text1"/>
                <w:lang w:val="hy-AM"/>
              </w:rPr>
              <w:t>կազմակերպության անվանում</w:t>
            </w:r>
            <w:r w:rsidRPr="00A702E8">
              <w:rPr>
                <w:rFonts w:ascii="GHEA Grapalat" w:hAnsi="GHEA Grapalat" w:cs="Segoe UI"/>
                <w:i/>
                <w:iCs/>
                <w:color w:val="000000" w:themeColor="text1"/>
              </w:rPr>
              <w:t xml:space="preserve">, </w:t>
            </w:r>
            <w:r w:rsidRPr="00A702E8">
              <w:rPr>
                <w:rFonts w:ascii="GHEA Grapalat" w:hAnsi="GHEA Grapalat" w:cs="Segoe UI"/>
                <w:i/>
                <w:iCs/>
                <w:color w:val="000000" w:themeColor="text1"/>
                <w:lang w:val="hy-AM"/>
              </w:rPr>
              <w:t>կազմակերպաիրավական ձև</w:t>
            </w:r>
            <w:r w:rsidRPr="00A702E8">
              <w:rPr>
                <w:rFonts w:ascii="GHEA Grapalat" w:hAnsi="GHEA Grapalat" w:cs="Segoe UI"/>
                <w:i/>
                <w:iCs/>
                <w:color w:val="000000" w:themeColor="text1"/>
              </w:rPr>
              <w:t>]</w:t>
            </w:r>
          </w:p>
        </w:tc>
        <w:tc>
          <w:tcPr>
            <w:tcW w:w="3824" w:type="dxa"/>
            <w:vAlign w:val="center"/>
          </w:tcPr>
          <w:p w14:paraId="4983C428" w14:textId="77777777" w:rsidR="009A0AC0" w:rsidRPr="00A702E8" w:rsidRDefault="009A0AC0" w:rsidP="00DC25AF">
            <w:pPr>
              <w:pStyle w:val="ListParagraph"/>
              <w:spacing w:before="120" w:after="120" w:line="276" w:lineRule="auto"/>
              <w:ind w:left="0"/>
              <w:contextualSpacing w:val="0"/>
              <w:rPr>
                <w:rFonts w:ascii="GHEA Grapalat" w:hAnsi="GHEA Grapalat" w:cs="Segoe UI"/>
                <w:b/>
                <w:color w:val="000000" w:themeColor="text1"/>
                <w:lang w:val="hy-AM"/>
              </w:rPr>
            </w:pPr>
            <w:r w:rsidRPr="00A702E8">
              <w:rPr>
                <w:rFonts w:ascii="GHEA Grapalat" w:hAnsi="GHEA Grapalat" w:cs="Segoe UI"/>
                <w:i/>
                <w:iCs/>
                <w:color w:val="000000" w:themeColor="text1"/>
                <w:lang w:val="hy-AM"/>
              </w:rPr>
              <w:t>[կազմակերպության անվանում, կազմակերպաիրավական ձև, ԱՁ, ֆիզիկական անձ]</w:t>
            </w:r>
          </w:p>
        </w:tc>
      </w:tr>
      <w:tr w:rsidR="00447437" w:rsidRPr="00027471" w14:paraId="3E99BD36" w14:textId="77777777" w:rsidTr="00DC25AF">
        <w:trPr>
          <w:jc w:val="center"/>
        </w:trPr>
        <w:tc>
          <w:tcPr>
            <w:tcW w:w="0" w:type="auto"/>
            <w:vAlign w:val="center"/>
          </w:tcPr>
          <w:p w14:paraId="76AE46E4" w14:textId="77777777" w:rsidR="009A0AC0" w:rsidRPr="00A702E8" w:rsidRDefault="009A0AC0" w:rsidP="00DC25AF">
            <w:pPr>
              <w:pStyle w:val="ListParagraph"/>
              <w:spacing w:before="120" w:after="120" w:line="276" w:lineRule="auto"/>
              <w:ind w:hanging="720"/>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Ստորագրող անձը</w:t>
            </w:r>
          </w:p>
        </w:tc>
        <w:tc>
          <w:tcPr>
            <w:tcW w:w="3496" w:type="dxa"/>
            <w:vAlign w:val="center"/>
          </w:tcPr>
          <w:p w14:paraId="16E292BD" w14:textId="77777777" w:rsidR="009A0AC0" w:rsidRPr="00A702E8" w:rsidRDefault="009A0AC0" w:rsidP="00DC25AF">
            <w:pPr>
              <w:pStyle w:val="ListParagraph"/>
              <w:spacing w:before="120" w:after="120" w:line="276" w:lineRule="auto"/>
              <w:ind w:left="0"/>
              <w:contextualSpacing w:val="0"/>
              <w:rPr>
                <w:rFonts w:ascii="GHEA Grapalat" w:hAnsi="GHEA Grapalat" w:cs="Segoe UI"/>
                <w:b/>
                <w:color w:val="000000" w:themeColor="text1"/>
                <w:lang w:val="hy-AM"/>
              </w:rPr>
            </w:pPr>
            <w:r w:rsidRPr="00A702E8">
              <w:rPr>
                <w:rFonts w:ascii="GHEA Grapalat" w:hAnsi="GHEA Grapalat" w:cs="Segoe UI"/>
                <w:i/>
                <w:iCs/>
                <w:color w:val="000000" w:themeColor="text1"/>
                <w:lang w:val="hy-AM"/>
              </w:rPr>
              <w:t>[տնօրենի, կառավարչի, լիազորված անձի անուն, ԱՁ-ի և ֆիզիկական անձի դեպքում չի լրացվում]</w:t>
            </w:r>
          </w:p>
        </w:tc>
        <w:tc>
          <w:tcPr>
            <w:tcW w:w="3824" w:type="dxa"/>
            <w:vAlign w:val="center"/>
          </w:tcPr>
          <w:p w14:paraId="0D242485" w14:textId="77777777" w:rsidR="009A0AC0" w:rsidRPr="00A702E8" w:rsidRDefault="009A0AC0" w:rsidP="00DC25AF">
            <w:pPr>
              <w:pStyle w:val="ListParagraph"/>
              <w:spacing w:before="120" w:after="120" w:line="276" w:lineRule="auto"/>
              <w:ind w:left="0"/>
              <w:contextualSpacing w:val="0"/>
              <w:rPr>
                <w:rFonts w:ascii="GHEA Grapalat" w:hAnsi="GHEA Grapalat" w:cs="Segoe UI"/>
                <w:b/>
                <w:color w:val="000000" w:themeColor="text1"/>
                <w:lang w:val="hy-AM"/>
              </w:rPr>
            </w:pPr>
            <w:r w:rsidRPr="00A702E8">
              <w:rPr>
                <w:rFonts w:ascii="GHEA Grapalat" w:hAnsi="GHEA Grapalat" w:cs="Segoe UI"/>
                <w:i/>
                <w:iCs/>
                <w:color w:val="000000" w:themeColor="text1"/>
                <w:lang w:val="hy-AM"/>
              </w:rPr>
              <w:t>[տնօրենի, կառավարչի, լիազորված անձի անուն, ԱՁ-ի և ֆիզիկական անձի դեպքում չի լրացվում]</w:t>
            </w:r>
          </w:p>
        </w:tc>
      </w:tr>
      <w:tr w:rsidR="00447437" w:rsidRPr="00027471" w14:paraId="4B09AFF5" w14:textId="77777777" w:rsidTr="00DC25AF">
        <w:trPr>
          <w:jc w:val="center"/>
        </w:trPr>
        <w:tc>
          <w:tcPr>
            <w:tcW w:w="0" w:type="auto"/>
            <w:vAlign w:val="center"/>
          </w:tcPr>
          <w:p w14:paraId="2AFC919E" w14:textId="77777777" w:rsidR="009A0AC0" w:rsidRPr="00A702E8" w:rsidRDefault="009A0AC0" w:rsidP="00DC25AF">
            <w:pPr>
              <w:pStyle w:val="ListParagraph"/>
              <w:spacing w:before="120" w:after="120" w:line="276" w:lineRule="auto"/>
              <w:ind w:left="-20" w:firstLine="20"/>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Փաստաթուղթը, որի հիման վրա հադես է գալիս ստորագրողը</w:t>
            </w:r>
          </w:p>
        </w:tc>
        <w:tc>
          <w:tcPr>
            <w:tcW w:w="3496" w:type="dxa"/>
            <w:vAlign w:val="center"/>
          </w:tcPr>
          <w:p w14:paraId="366B1B70" w14:textId="77777777" w:rsidR="009A0AC0" w:rsidRPr="00A702E8" w:rsidRDefault="009A0AC0" w:rsidP="00DC25AF">
            <w:pPr>
              <w:pStyle w:val="ListParagraph"/>
              <w:spacing w:before="120" w:after="120" w:line="276" w:lineRule="auto"/>
              <w:ind w:left="0"/>
              <w:contextualSpacing w:val="0"/>
              <w:rPr>
                <w:rFonts w:ascii="GHEA Grapalat" w:hAnsi="GHEA Grapalat" w:cs="Segoe UI"/>
                <w:b/>
                <w:color w:val="000000" w:themeColor="text1"/>
                <w:lang w:val="hy-AM"/>
              </w:rPr>
            </w:pPr>
            <w:r w:rsidRPr="00A702E8">
              <w:rPr>
                <w:rFonts w:ascii="GHEA Grapalat" w:hAnsi="GHEA Grapalat" w:cs="Segoe UI"/>
                <w:i/>
                <w:iCs/>
                <w:color w:val="000000" w:themeColor="text1"/>
                <w:lang w:val="hy-AM"/>
              </w:rPr>
              <w:t>[Կանոնադրություն/Լիազորագիր]</w:t>
            </w:r>
          </w:p>
        </w:tc>
        <w:tc>
          <w:tcPr>
            <w:tcW w:w="3824" w:type="dxa"/>
            <w:vAlign w:val="center"/>
          </w:tcPr>
          <w:p w14:paraId="460864A4" w14:textId="77777777" w:rsidR="009A0AC0" w:rsidRPr="00A702E8" w:rsidRDefault="009A0AC0" w:rsidP="00DC25AF">
            <w:pPr>
              <w:pStyle w:val="ListParagraph"/>
              <w:spacing w:before="120" w:after="120" w:line="276" w:lineRule="auto"/>
              <w:ind w:left="0"/>
              <w:contextualSpacing w:val="0"/>
              <w:rPr>
                <w:rFonts w:ascii="GHEA Grapalat" w:hAnsi="GHEA Grapalat" w:cs="Segoe UI"/>
                <w:b/>
                <w:color w:val="000000" w:themeColor="text1"/>
                <w:lang w:val="hy-AM"/>
              </w:rPr>
            </w:pPr>
            <w:r w:rsidRPr="00A702E8">
              <w:rPr>
                <w:rFonts w:ascii="GHEA Grapalat" w:hAnsi="GHEA Grapalat" w:cs="Segoe UI"/>
                <w:i/>
                <w:iCs/>
                <w:color w:val="000000" w:themeColor="text1"/>
                <w:lang w:val="hy-AM"/>
              </w:rPr>
              <w:t xml:space="preserve">[Կանոնադրություն/Լիազորագիր, ԱՁ-ի և ֆիզիկական անձի դեպքում չի լրացվում] </w:t>
            </w:r>
          </w:p>
        </w:tc>
      </w:tr>
      <w:tr w:rsidR="00447437" w:rsidRPr="00027471" w14:paraId="32993F27" w14:textId="77777777" w:rsidTr="00DC25AF">
        <w:trPr>
          <w:jc w:val="center"/>
        </w:trPr>
        <w:tc>
          <w:tcPr>
            <w:tcW w:w="0" w:type="auto"/>
            <w:vAlign w:val="center"/>
          </w:tcPr>
          <w:p w14:paraId="4DB035AD" w14:textId="77777777" w:rsidR="009A0AC0" w:rsidRPr="00A702E8" w:rsidRDefault="009A0AC0" w:rsidP="00DC25AF">
            <w:pPr>
              <w:pStyle w:val="ListParagraph"/>
              <w:spacing w:before="120" w:after="120" w:line="276" w:lineRule="auto"/>
              <w:ind w:left="-20" w:firstLine="20"/>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ՀՎՀՀ</w:t>
            </w:r>
            <w:r w:rsidRPr="00A702E8">
              <w:rPr>
                <w:rStyle w:val="FootnoteReference"/>
                <w:rFonts w:ascii="GHEA Grapalat" w:hAnsi="GHEA Grapalat" w:cs="Segoe UI"/>
                <w:bCs/>
                <w:color w:val="000000" w:themeColor="text1"/>
                <w:lang w:val="hy-AM"/>
              </w:rPr>
              <w:footnoteReference w:id="5"/>
            </w:r>
            <w:r w:rsidRPr="00A702E8">
              <w:rPr>
                <w:rFonts w:ascii="GHEA Grapalat" w:hAnsi="GHEA Grapalat" w:cs="Segoe UI"/>
                <w:b/>
                <w:bCs/>
                <w:color w:val="000000" w:themeColor="text1"/>
                <w:lang w:val="hy-AM"/>
              </w:rPr>
              <w:t>/</w:t>
            </w:r>
            <w:r w:rsidRPr="00A702E8">
              <w:rPr>
                <w:rFonts w:ascii="GHEA Grapalat" w:hAnsi="GHEA Grapalat" w:cs="Segoe UI"/>
                <w:i/>
                <w:iCs/>
                <w:color w:val="000000" w:themeColor="text1"/>
                <w:lang w:val="hy-AM"/>
              </w:rPr>
              <w:t xml:space="preserve"> </w:t>
            </w:r>
            <w:r w:rsidRPr="00A702E8">
              <w:rPr>
                <w:rFonts w:ascii="GHEA Grapalat" w:hAnsi="GHEA Grapalat" w:cs="Segoe UI"/>
                <w:b/>
                <w:bCs/>
                <w:i/>
                <w:iCs/>
                <w:color w:val="000000" w:themeColor="text1"/>
                <w:lang w:val="hy-AM"/>
              </w:rPr>
              <w:t>անձը հաստատող փաստաթղթի տվյալներ</w:t>
            </w:r>
            <w:r w:rsidRPr="00A702E8">
              <w:rPr>
                <w:rStyle w:val="FootnoteReference"/>
                <w:rFonts w:ascii="GHEA Grapalat" w:hAnsi="GHEA Grapalat" w:cs="Segoe UI"/>
                <w:bCs/>
                <w:color w:val="000000" w:themeColor="text1"/>
                <w:lang w:val="hy-AM"/>
              </w:rPr>
              <w:footnoteReference w:id="6"/>
            </w:r>
          </w:p>
        </w:tc>
        <w:tc>
          <w:tcPr>
            <w:tcW w:w="3496" w:type="dxa"/>
            <w:vAlign w:val="center"/>
          </w:tcPr>
          <w:p w14:paraId="7C08085C" w14:textId="77777777" w:rsidR="009A0AC0" w:rsidRPr="00A702E8" w:rsidRDefault="009A0AC0" w:rsidP="00DC25AF">
            <w:pPr>
              <w:pStyle w:val="ListParagraph"/>
              <w:spacing w:before="120" w:after="120" w:line="276" w:lineRule="auto"/>
              <w:ind w:left="0"/>
              <w:contextualSpacing w:val="0"/>
              <w:rPr>
                <w:rFonts w:ascii="GHEA Grapalat" w:hAnsi="GHEA Grapalat" w:cs="Segoe UI"/>
                <w:b/>
                <w:color w:val="000000" w:themeColor="text1"/>
                <w:lang w:val="hy-AM"/>
              </w:rPr>
            </w:pPr>
            <w:r w:rsidRPr="00A702E8">
              <w:rPr>
                <w:rFonts w:ascii="GHEA Grapalat" w:hAnsi="GHEA Grapalat" w:cs="Segoe UI"/>
                <w:i/>
                <w:iCs/>
                <w:color w:val="000000" w:themeColor="text1"/>
              </w:rPr>
              <w:t>[</w:t>
            </w:r>
            <w:r w:rsidRPr="00A702E8">
              <w:rPr>
                <w:rFonts w:ascii="GHEA Grapalat" w:hAnsi="GHEA Grapalat" w:cs="Segoe UI"/>
                <w:i/>
                <w:iCs/>
                <w:color w:val="000000" w:themeColor="text1"/>
                <w:lang w:val="hy-AM"/>
              </w:rPr>
              <w:t>ՀՎՀՀ</w:t>
            </w:r>
            <w:r w:rsidRPr="00A702E8">
              <w:rPr>
                <w:rFonts w:ascii="GHEA Grapalat" w:hAnsi="GHEA Grapalat" w:cs="Segoe UI"/>
                <w:i/>
                <w:iCs/>
                <w:color w:val="000000" w:themeColor="text1"/>
              </w:rPr>
              <w:t>]</w:t>
            </w:r>
          </w:p>
        </w:tc>
        <w:tc>
          <w:tcPr>
            <w:tcW w:w="3824" w:type="dxa"/>
            <w:vAlign w:val="center"/>
          </w:tcPr>
          <w:p w14:paraId="5B359B72" w14:textId="77777777" w:rsidR="009A0AC0" w:rsidRPr="00A702E8" w:rsidRDefault="009A0AC0" w:rsidP="00DC25AF">
            <w:pPr>
              <w:pStyle w:val="ListParagraph"/>
              <w:spacing w:before="120" w:after="120" w:line="276" w:lineRule="auto"/>
              <w:ind w:left="0"/>
              <w:contextualSpacing w:val="0"/>
              <w:rPr>
                <w:rFonts w:ascii="GHEA Grapalat" w:hAnsi="GHEA Grapalat" w:cs="Segoe UI"/>
                <w:b/>
                <w:color w:val="000000" w:themeColor="text1"/>
                <w:lang w:val="hy-AM"/>
              </w:rPr>
            </w:pPr>
            <w:r w:rsidRPr="00A702E8">
              <w:rPr>
                <w:rFonts w:ascii="GHEA Grapalat" w:hAnsi="GHEA Grapalat" w:cs="Segoe UI"/>
                <w:i/>
                <w:iCs/>
                <w:color w:val="000000" w:themeColor="text1"/>
                <w:lang w:val="hy-AM"/>
              </w:rPr>
              <w:t xml:space="preserve">[ՀՎՀՀ/անձնագրի/նույնականացման քարտի համար, տրամադրող մարմին, տրման ամսաթիվ] </w:t>
            </w:r>
          </w:p>
        </w:tc>
      </w:tr>
      <w:tr w:rsidR="00447437" w:rsidRPr="00A702E8" w14:paraId="67A66131" w14:textId="77777777" w:rsidTr="00DC25AF">
        <w:trPr>
          <w:jc w:val="center"/>
        </w:trPr>
        <w:tc>
          <w:tcPr>
            <w:tcW w:w="0" w:type="auto"/>
            <w:vAlign w:val="center"/>
          </w:tcPr>
          <w:p w14:paraId="3C1893BC" w14:textId="77777777" w:rsidR="009A0AC0" w:rsidRPr="00A702E8" w:rsidRDefault="009A0AC0" w:rsidP="00DC25AF">
            <w:pPr>
              <w:pStyle w:val="ListParagraph"/>
              <w:spacing w:before="120" w:after="120" w:line="276" w:lineRule="auto"/>
              <w:ind w:hanging="720"/>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Հասցե</w:t>
            </w:r>
          </w:p>
        </w:tc>
        <w:tc>
          <w:tcPr>
            <w:tcW w:w="3496" w:type="dxa"/>
            <w:vAlign w:val="center"/>
          </w:tcPr>
          <w:p w14:paraId="15E8619A" w14:textId="77777777" w:rsidR="009A0AC0" w:rsidRPr="00A702E8" w:rsidRDefault="009A0AC0" w:rsidP="00DC25AF">
            <w:pPr>
              <w:pStyle w:val="ListParagraph"/>
              <w:spacing w:before="120" w:after="120" w:line="276" w:lineRule="auto"/>
              <w:ind w:hanging="720"/>
              <w:rPr>
                <w:rFonts w:ascii="GHEA Grapalat" w:hAnsi="GHEA Grapalat" w:cs="Segoe UI"/>
                <w:b/>
                <w:color w:val="000000" w:themeColor="text1"/>
                <w:lang w:val="hy-AM"/>
              </w:rPr>
            </w:pPr>
            <w:r w:rsidRPr="00A702E8">
              <w:rPr>
                <w:rFonts w:ascii="GHEA Grapalat" w:hAnsi="GHEA Grapalat" w:cs="Segoe UI"/>
                <w:i/>
                <w:iCs/>
                <w:color w:val="000000" w:themeColor="text1"/>
              </w:rPr>
              <w:t>[</w:t>
            </w:r>
            <w:r w:rsidRPr="00A702E8">
              <w:rPr>
                <w:rFonts w:ascii="GHEA Grapalat" w:hAnsi="GHEA Grapalat" w:cs="Segoe UI"/>
                <w:i/>
                <w:iCs/>
                <w:color w:val="000000" w:themeColor="text1"/>
                <w:lang w:val="hy-AM"/>
              </w:rPr>
              <w:t>լրացվում է</w:t>
            </w:r>
            <w:r w:rsidRPr="00A702E8">
              <w:rPr>
                <w:rFonts w:ascii="GHEA Grapalat" w:hAnsi="GHEA Grapalat" w:cs="Segoe UI"/>
                <w:i/>
                <w:iCs/>
                <w:color w:val="000000" w:themeColor="text1"/>
              </w:rPr>
              <w:t>]</w:t>
            </w:r>
          </w:p>
        </w:tc>
        <w:tc>
          <w:tcPr>
            <w:tcW w:w="3824" w:type="dxa"/>
            <w:vAlign w:val="center"/>
          </w:tcPr>
          <w:p w14:paraId="0EF4FD4E" w14:textId="77777777" w:rsidR="009A0AC0" w:rsidRPr="00A702E8" w:rsidRDefault="009A0AC0" w:rsidP="00DC25AF">
            <w:pPr>
              <w:pStyle w:val="ListParagraph"/>
              <w:spacing w:before="120" w:after="120" w:line="276" w:lineRule="auto"/>
              <w:ind w:hanging="720"/>
              <w:rPr>
                <w:rFonts w:ascii="GHEA Grapalat" w:hAnsi="GHEA Grapalat" w:cs="Segoe UI"/>
                <w:b/>
                <w:color w:val="000000" w:themeColor="text1"/>
                <w:lang w:val="hy-AM"/>
              </w:rPr>
            </w:pPr>
            <w:r w:rsidRPr="00A702E8">
              <w:rPr>
                <w:rFonts w:ascii="GHEA Grapalat" w:hAnsi="GHEA Grapalat" w:cs="Segoe UI"/>
                <w:i/>
                <w:iCs/>
                <w:color w:val="000000" w:themeColor="text1"/>
              </w:rPr>
              <w:t>[</w:t>
            </w:r>
            <w:r w:rsidRPr="00A702E8">
              <w:rPr>
                <w:rFonts w:ascii="GHEA Grapalat" w:hAnsi="GHEA Grapalat" w:cs="Segoe UI"/>
                <w:i/>
                <w:iCs/>
                <w:color w:val="000000" w:themeColor="text1"/>
                <w:lang w:val="hy-AM"/>
              </w:rPr>
              <w:t>լրացվում է</w:t>
            </w:r>
            <w:r w:rsidRPr="00A702E8">
              <w:rPr>
                <w:rFonts w:ascii="GHEA Grapalat" w:hAnsi="GHEA Grapalat" w:cs="Segoe UI"/>
                <w:i/>
                <w:iCs/>
                <w:color w:val="000000" w:themeColor="text1"/>
              </w:rPr>
              <w:t>]</w:t>
            </w:r>
          </w:p>
        </w:tc>
      </w:tr>
      <w:tr w:rsidR="00447437" w:rsidRPr="00A702E8" w14:paraId="34E868C0" w14:textId="77777777" w:rsidTr="00DC25AF">
        <w:trPr>
          <w:jc w:val="center"/>
        </w:trPr>
        <w:tc>
          <w:tcPr>
            <w:tcW w:w="0" w:type="auto"/>
            <w:vAlign w:val="center"/>
          </w:tcPr>
          <w:p w14:paraId="74EB760E" w14:textId="77777777" w:rsidR="009A0AC0" w:rsidRPr="00A702E8" w:rsidRDefault="009A0AC0" w:rsidP="00DC25AF">
            <w:pPr>
              <w:pStyle w:val="ListParagraph"/>
              <w:spacing w:before="120" w:after="120" w:line="276" w:lineRule="auto"/>
              <w:ind w:hanging="720"/>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Էլ. փոստի հասցե</w:t>
            </w:r>
          </w:p>
        </w:tc>
        <w:tc>
          <w:tcPr>
            <w:tcW w:w="3496" w:type="dxa"/>
            <w:vAlign w:val="center"/>
          </w:tcPr>
          <w:p w14:paraId="081CEE73" w14:textId="77777777" w:rsidR="009A0AC0" w:rsidRPr="00A702E8" w:rsidRDefault="009A0AC0" w:rsidP="00DC25AF">
            <w:pPr>
              <w:pStyle w:val="ListParagraph"/>
              <w:spacing w:before="120" w:after="120" w:line="276" w:lineRule="auto"/>
              <w:ind w:hanging="720"/>
              <w:rPr>
                <w:rFonts w:ascii="GHEA Grapalat" w:hAnsi="GHEA Grapalat" w:cs="Segoe UI"/>
                <w:b/>
                <w:color w:val="000000" w:themeColor="text1"/>
                <w:lang w:val="hy-AM"/>
              </w:rPr>
            </w:pPr>
            <w:r w:rsidRPr="00A702E8">
              <w:rPr>
                <w:rFonts w:ascii="GHEA Grapalat" w:hAnsi="GHEA Grapalat" w:cs="Segoe UI"/>
                <w:color w:val="000000" w:themeColor="text1"/>
                <w:lang w:val="hy-AM"/>
              </w:rPr>
              <w:t>[լրացվում է]</w:t>
            </w:r>
          </w:p>
        </w:tc>
        <w:tc>
          <w:tcPr>
            <w:tcW w:w="3824" w:type="dxa"/>
            <w:vAlign w:val="center"/>
          </w:tcPr>
          <w:p w14:paraId="58F472E4" w14:textId="77777777" w:rsidR="009A0AC0" w:rsidRPr="00A702E8" w:rsidRDefault="009A0AC0" w:rsidP="00DC25AF">
            <w:pPr>
              <w:pStyle w:val="ListParagraph"/>
              <w:spacing w:before="120" w:after="120" w:line="276" w:lineRule="auto"/>
              <w:ind w:hanging="720"/>
              <w:rPr>
                <w:rFonts w:ascii="GHEA Grapalat" w:hAnsi="GHEA Grapalat" w:cs="Segoe UI"/>
                <w:b/>
                <w:color w:val="000000" w:themeColor="text1"/>
                <w:lang w:val="hy-AM"/>
              </w:rPr>
            </w:pPr>
            <w:r w:rsidRPr="00A702E8">
              <w:rPr>
                <w:rFonts w:ascii="GHEA Grapalat" w:hAnsi="GHEA Grapalat" w:cs="Segoe UI"/>
                <w:color w:val="000000" w:themeColor="text1"/>
              </w:rPr>
              <w:t>[լրացվում է]</w:t>
            </w:r>
          </w:p>
        </w:tc>
      </w:tr>
      <w:tr w:rsidR="00447437" w:rsidRPr="00A702E8" w14:paraId="7DDAFF26" w14:textId="77777777" w:rsidTr="00DC25AF">
        <w:trPr>
          <w:jc w:val="center"/>
        </w:trPr>
        <w:tc>
          <w:tcPr>
            <w:tcW w:w="0" w:type="auto"/>
            <w:vAlign w:val="center"/>
          </w:tcPr>
          <w:p w14:paraId="53075202" w14:textId="77777777" w:rsidR="009A0AC0" w:rsidRPr="00A702E8" w:rsidRDefault="009A0AC0" w:rsidP="00DC25AF">
            <w:pPr>
              <w:pStyle w:val="ListParagraph"/>
              <w:spacing w:before="120" w:after="120" w:line="276" w:lineRule="auto"/>
              <w:ind w:hanging="720"/>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Հեռախոս</w:t>
            </w:r>
          </w:p>
        </w:tc>
        <w:tc>
          <w:tcPr>
            <w:tcW w:w="3496" w:type="dxa"/>
            <w:vAlign w:val="center"/>
          </w:tcPr>
          <w:p w14:paraId="5AE202C6" w14:textId="77777777" w:rsidR="009A0AC0" w:rsidRPr="00A702E8" w:rsidRDefault="009A0AC0" w:rsidP="00DC25AF">
            <w:pPr>
              <w:pStyle w:val="ListParagraph"/>
              <w:spacing w:before="120" w:after="120" w:line="276" w:lineRule="auto"/>
              <w:ind w:hanging="720"/>
              <w:rPr>
                <w:rFonts w:ascii="GHEA Grapalat" w:hAnsi="GHEA Grapalat" w:cs="Segoe UI"/>
                <w:color w:val="000000" w:themeColor="text1"/>
                <w:lang w:val="hy-AM"/>
              </w:rPr>
            </w:pPr>
            <w:r w:rsidRPr="00A702E8">
              <w:rPr>
                <w:rFonts w:ascii="GHEA Grapalat" w:hAnsi="GHEA Grapalat" w:cs="Segoe UI"/>
                <w:color w:val="000000" w:themeColor="text1"/>
                <w:lang w:val="hy-AM"/>
              </w:rPr>
              <w:t>[լրացվում է]</w:t>
            </w:r>
          </w:p>
        </w:tc>
        <w:tc>
          <w:tcPr>
            <w:tcW w:w="3824" w:type="dxa"/>
            <w:vAlign w:val="center"/>
          </w:tcPr>
          <w:p w14:paraId="2B913CEC" w14:textId="77777777" w:rsidR="009A0AC0" w:rsidRPr="00A702E8" w:rsidRDefault="009A0AC0" w:rsidP="00DC25AF">
            <w:pPr>
              <w:pStyle w:val="ListParagraph"/>
              <w:spacing w:before="120" w:after="120" w:line="276" w:lineRule="auto"/>
              <w:ind w:hanging="720"/>
              <w:rPr>
                <w:rFonts w:ascii="GHEA Grapalat" w:hAnsi="GHEA Grapalat" w:cs="Segoe UI"/>
                <w:color w:val="000000" w:themeColor="text1"/>
              </w:rPr>
            </w:pPr>
            <w:r w:rsidRPr="00A702E8">
              <w:rPr>
                <w:rFonts w:ascii="GHEA Grapalat" w:hAnsi="GHEA Grapalat" w:cs="Segoe UI"/>
                <w:color w:val="000000" w:themeColor="text1"/>
              </w:rPr>
              <w:t>[լրացվում է]</w:t>
            </w:r>
          </w:p>
        </w:tc>
      </w:tr>
      <w:tr w:rsidR="00447437" w:rsidRPr="00A702E8" w14:paraId="5920D4F8" w14:textId="77777777" w:rsidTr="00DC25AF">
        <w:trPr>
          <w:jc w:val="center"/>
        </w:trPr>
        <w:tc>
          <w:tcPr>
            <w:tcW w:w="0" w:type="auto"/>
            <w:vAlign w:val="center"/>
          </w:tcPr>
          <w:p w14:paraId="557B57B4" w14:textId="77777777" w:rsidR="009A0AC0" w:rsidRPr="00A702E8" w:rsidRDefault="009A0AC0" w:rsidP="00DC25AF">
            <w:pPr>
              <w:pStyle w:val="ListParagraph"/>
              <w:spacing w:before="120" w:after="120" w:line="276" w:lineRule="auto"/>
              <w:ind w:hanging="720"/>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ստորագրություն</w:t>
            </w:r>
          </w:p>
        </w:tc>
        <w:tc>
          <w:tcPr>
            <w:tcW w:w="3496" w:type="dxa"/>
            <w:vAlign w:val="center"/>
          </w:tcPr>
          <w:p w14:paraId="77E07AD1" w14:textId="77777777" w:rsidR="009A0AC0" w:rsidRPr="00A702E8" w:rsidRDefault="009A0AC0" w:rsidP="00DC25AF">
            <w:pPr>
              <w:spacing w:before="120" w:after="120" w:line="276" w:lineRule="auto"/>
              <w:ind w:left="720" w:hanging="720"/>
              <w:jc w:val="center"/>
              <w:rPr>
                <w:rFonts w:ascii="GHEA Grapalat" w:hAnsi="GHEA Grapalat" w:cs="Segoe UI"/>
                <w:color w:val="000000" w:themeColor="text1"/>
                <w:lang w:val="hy-AM"/>
              </w:rPr>
            </w:pPr>
          </w:p>
          <w:p w14:paraId="79D48960" w14:textId="77777777" w:rsidR="009A0AC0" w:rsidRPr="00A702E8" w:rsidRDefault="009A0AC0" w:rsidP="00DC25AF">
            <w:pPr>
              <w:spacing w:before="120" w:after="120" w:line="276" w:lineRule="auto"/>
              <w:ind w:left="720" w:hanging="720"/>
              <w:jc w:val="center"/>
              <w:rPr>
                <w:rFonts w:ascii="GHEA Grapalat" w:hAnsi="GHEA Grapalat" w:cs="Segoe UI"/>
                <w:color w:val="000000" w:themeColor="text1"/>
                <w:lang w:val="hy-AM"/>
              </w:rPr>
            </w:pPr>
            <w:r w:rsidRPr="00A702E8">
              <w:rPr>
                <w:rFonts w:ascii="GHEA Grapalat" w:hAnsi="GHEA Grapalat" w:cs="Segoe UI"/>
                <w:color w:val="000000" w:themeColor="text1"/>
                <w:lang w:val="hy-AM"/>
              </w:rPr>
              <w:t>________________________</w:t>
            </w:r>
          </w:p>
          <w:p w14:paraId="69A725FA" w14:textId="77777777" w:rsidR="009A0AC0" w:rsidRPr="00A702E8" w:rsidRDefault="009A0AC0" w:rsidP="00DC25AF">
            <w:pPr>
              <w:pStyle w:val="ListParagraph"/>
              <w:spacing w:before="120" w:after="120" w:line="276" w:lineRule="auto"/>
              <w:ind w:hanging="720"/>
              <w:rPr>
                <w:rFonts w:ascii="GHEA Grapalat" w:hAnsi="GHEA Grapalat" w:cs="Segoe UI"/>
                <w:color w:val="000000" w:themeColor="text1"/>
                <w:lang w:val="hy-AM"/>
              </w:rPr>
            </w:pPr>
            <w:r w:rsidRPr="00A702E8">
              <w:rPr>
                <w:rFonts w:ascii="GHEA Grapalat" w:hAnsi="GHEA Grapalat" w:cs="Segoe UI"/>
                <w:color w:val="000000" w:themeColor="text1"/>
                <w:lang w:val="hy-AM"/>
              </w:rPr>
              <w:t>ստորագրություն</w:t>
            </w:r>
          </w:p>
        </w:tc>
        <w:tc>
          <w:tcPr>
            <w:tcW w:w="3824" w:type="dxa"/>
            <w:vAlign w:val="center"/>
          </w:tcPr>
          <w:p w14:paraId="4C68DCA2" w14:textId="77777777" w:rsidR="009A0AC0" w:rsidRPr="00A702E8" w:rsidRDefault="009A0AC0" w:rsidP="00DC25AF">
            <w:pPr>
              <w:spacing w:before="120" w:after="120" w:line="276" w:lineRule="auto"/>
              <w:ind w:left="720" w:hanging="720"/>
              <w:jc w:val="center"/>
              <w:rPr>
                <w:rFonts w:ascii="GHEA Grapalat" w:hAnsi="GHEA Grapalat" w:cs="Segoe UI"/>
                <w:color w:val="000000" w:themeColor="text1"/>
              </w:rPr>
            </w:pPr>
          </w:p>
          <w:p w14:paraId="6DE51382" w14:textId="77777777" w:rsidR="009A0AC0" w:rsidRPr="00A702E8" w:rsidRDefault="009A0AC0" w:rsidP="00DC25AF">
            <w:pPr>
              <w:spacing w:before="120" w:after="120" w:line="276" w:lineRule="auto"/>
              <w:ind w:left="720" w:hanging="720"/>
              <w:jc w:val="center"/>
              <w:rPr>
                <w:rFonts w:ascii="GHEA Grapalat" w:hAnsi="GHEA Grapalat" w:cs="Segoe UI"/>
                <w:color w:val="000000" w:themeColor="text1"/>
              </w:rPr>
            </w:pPr>
            <w:r w:rsidRPr="00A702E8">
              <w:rPr>
                <w:rFonts w:ascii="GHEA Grapalat" w:hAnsi="GHEA Grapalat" w:cs="Segoe UI"/>
                <w:color w:val="000000" w:themeColor="text1"/>
              </w:rPr>
              <w:t>_______________________</w:t>
            </w:r>
          </w:p>
          <w:p w14:paraId="082A4835" w14:textId="77777777" w:rsidR="009A0AC0" w:rsidRPr="00A702E8" w:rsidRDefault="009A0AC0" w:rsidP="00DC25AF">
            <w:pPr>
              <w:pStyle w:val="ListParagraph"/>
              <w:spacing w:before="120" w:after="120" w:line="276" w:lineRule="auto"/>
              <w:ind w:hanging="720"/>
              <w:jc w:val="center"/>
              <w:rPr>
                <w:rFonts w:ascii="GHEA Grapalat" w:hAnsi="GHEA Grapalat" w:cs="Segoe UI"/>
                <w:color w:val="000000" w:themeColor="text1"/>
              </w:rPr>
            </w:pPr>
            <w:r w:rsidRPr="00A702E8">
              <w:rPr>
                <w:rFonts w:ascii="GHEA Grapalat" w:hAnsi="GHEA Grapalat" w:cs="Segoe UI"/>
                <w:color w:val="000000" w:themeColor="text1"/>
              </w:rPr>
              <w:t>ստորագրություն</w:t>
            </w:r>
          </w:p>
        </w:tc>
      </w:tr>
      <w:tr w:rsidR="009A0AC0" w:rsidRPr="00A702E8" w14:paraId="4A70877F" w14:textId="77777777" w:rsidTr="00DC25AF">
        <w:trPr>
          <w:jc w:val="center"/>
        </w:trPr>
        <w:tc>
          <w:tcPr>
            <w:tcW w:w="0" w:type="auto"/>
            <w:vAlign w:val="center"/>
          </w:tcPr>
          <w:p w14:paraId="5B972561" w14:textId="77777777" w:rsidR="009A0AC0" w:rsidRPr="00A702E8" w:rsidRDefault="009A0AC0" w:rsidP="00DC25AF">
            <w:pPr>
              <w:pStyle w:val="ListParagraph"/>
              <w:spacing w:before="120" w:after="120" w:line="276" w:lineRule="auto"/>
              <w:ind w:hanging="720"/>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ամսաթիվ</w:t>
            </w:r>
          </w:p>
        </w:tc>
        <w:tc>
          <w:tcPr>
            <w:tcW w:w="3496" w:type="dxa"/>
            <w:vAlign w:val="center"/>
          </w:tcPr>
          <w:p w14:paraId="5081DAAC" w14:textId="77777777" w:rsidR="009A0AC0" w:rsidRPr="00A702E8" w:rsidRDefault="009A0AC0" w:rsidP="00DC25AF">
            <w:pPr>
              <w:spacing w:before="120" w:after="120" w:line="276" w:lineRule="auto"/>
              <w:ind w:left="720" w:hanging="720"/>
              <w:jc w:val="center"/>
              <w:rPr>
                <w:rFonts w:ascii="GHEA Grapalat" w:hAnsi="GHEA Grapalat" w:cs="Segoe UI"/>
                <w:color w:val="000000" w:themeColor="text1"/>
                <w:u w:val="single"/>
                <w:lang w:val="hy-AM"/>
              </w:rPr>
            </w:pPr>
          </w:p>
          <w:p w14:paraId="20AEC98F" w14:textId="77777777" w:rsidR="009A0AC0" w:rsidRPr="00A702E8" w:rsidRDefault="009A0AC0" w:rsidP="00DC25AF">
            <w:pPr>
              <w:spacing w:before="120" w:after="120" w:line="276" w:lineRule="auto"/>
              <w:ind w:left="720" w:hanging="720"/>
              <w:jc w:val="center"/>
              <w:rPr>
                <w:rFonts w:ascii="GHEA Grapalat" w:hAnsi="GHEA Grapalat" w:cs="Segoe UI"/>
                <w:color w:val="000000" w:themeColor="text1"/>
                <w:u w:val="single"/>
                <w:lang w:val="hy-AM"/>
              </w:rPr>
            </w:pPr>
            <w:r w:rsidRPr="00A702E8">
              <w:rPr>
                <w:rFonts w:ascii="GHEA Grapalat" w:hAnsi="GHEA Grapalat" w:cs="Segoe UI"/>
                <w:color w:val="000000" w:themeColor="text1"/>
                <w:u w:val="single"/>
                <w:lang w:val="hy-AM"/>
              </w:rPr>
              <w:tab/>
            </w:r>
            <w:r w:rsidRPr="00A702E8">
              <w:rPr>
                <w:rFonts w:ascii="GHEA Grapalat" w:hAnsi="GHEA Grapalat" w:cs="Segoe UI"/>
                <w:color w:val="000000" w:themeColor="text1"/>
                <w:u w:val="single"/>
                <w:lang w:val="hy-AM"/>
              </w:rPr>
              <w:tab/>
            </w:r>
            <w:r w:rsidRPr="00A702E8">
              <w:rPr>
                <w:rFonts w:ascii="GHEA Grapalat" w:hAnsi="GHEA Grapalat" w:cs="Segoe UI"/>
                <w:color w:val="000000" w:themeColor="text1"/>
                <w:u w:val="single"/>
                <w:lang w:val="hy-AM"/>
              </w:rPr>
              <w:tab/>
            </w:r>
            <w:r w:rsidRPr="00A702E8">
              <w:rPr>
                <w:rFonts w:ascii="GHEA Grapalat" w:hAnsi="GHEA Grapalat" w:cs="Segoe UI"/>
                <w:color w:val="000000" w:themeColor="text1"/>
                <w:u w:val="single"/>
                <w:lang w:val="hy-AM"/>
              </w:rPr>
              <w:tab/>
            </w:r>
          </w:p>
          <w:p w14:paraId="6C773AF4" w14:textId="77777777" w:rsidR="009A0AC0" w:rsidRPr="00A702E8" w:rsidRDefault="009A0AC0" w:rsidP="00DC25AF">
            <w:pPr>
              <w:spacing w:before="120" w:after="120" w:line="276" w:lineRule="auto"/>
              <w:ind w:left="720" w:hanging="720"/>
              <w:jc w:val="center"/>
              <w:rPr>
                <w:rFonts w:ascii="GHEA Grapalat" w:hAnsi="GHEA Grapalat" w:cs="Segoe UI"/>
                <w:color w:val="000000" w:themeColor="text1"/>
                <w:lang w:val="hy-AM"/>
              </w:rPr>
            </w:pPr>
          </w:p>
        </w:tc>
        <w:tc>
          <w:tcPr>
            <w:tcW w:w="3824" w:type="dxa"/>
            <w:vAlign w:val="center"/>
          </w:tcPr>
          <w:p w14:paraId="351D91D6" w14:textId="77777777" w:rsidR="009A0AC0" w:rsidRPr="00A702E8" w:rsidRDefault="009A0AC0" w:rsidP="00DC25AF">
            <w:pPr>
              <w:spacing w:before="120" w:after="120" w:line="276" w:lineRule="auto"/>
              <w:ind w:left="720" w:hanging="720"/>
              <w:jc w:val="center"/>
              <w:rPr>
                <w:rFonts w:ascii="GHEA Grapalat" w:hAnsi="GHEA Grapalat" w:cs="Segoe UI"/>
                <w:color w:val="000000" w:themeColor="text1"/>
              </w:rPr>
            </w:pPr>
            <w:r w:rsidRPr="00A702E8">
              <w:rPr>
                <w:rFonts w:ascii="GHEA Grapalat" w:hAnsi="GHEA Grapalat" w:cs="Segoe UI"/>
                <w:color w:val="000000" w:themeColor="text1"/>
                <w:u w:val="single"/>
                <w:lang w:val="hy-AM"/>
              </w:rPr>
              <w:tab/>
            </w:r>
            <w:r w:rsidRPr="00A702E8">
              <w:rPr>
                <w:rFonts w:ascii="GHEA Grapalat" w:hAnsi="GHEA Grapalat" w:cs="Segoe UI"/>
                <w:color w:val="000000" w:themeColor="text1"/>
                <w:u w:val="single"/>
                <w:lang w:val="hy-AM"/>
              </w:rPr>
              <w:tab/>
            </w:r>
            <w:r w:rsidRPr="00A702E8">
              <w:rPr>
                <w:rFonts w:ascii="GHEA Grapalat" w:hAnsi="GHEA Grapalat" w:cs="Segoe UI"/>
                <w:color w:val="000000" w:themeColor="text1"/>
                <w:u w:val="single"/>
                <w:lang w:val="hy-AM"/>
              </w:rPr>
              <w:tab/>
            </w:r>
            <w:r w:rsidRPr="00A702E8">
              <w:rPr>
                <w:rFonts w:ascii="GHEA Grapalat" w:hAnsi="GHEA Grapalat" w:cs="Segoe UI"/>
                <w:color w:val="000000" w:themeColor="text1"/>
                <w:u w:val="single"/>
                <w:lang w:val="hy-AM"/>
              </w:rPr>
              <w:tab/>
            </w:r>
          </w:p>
        </w:tc>
      </w:tr>
    </w:tbl>
    <w:p w14:paraId="5A0AFB49" w14:textId="77777777" w:rsidR="009A0AC0" w:rsidRPr="00A702E8" w:rsidRDefault="009A0AC0" w:rsidP="009A0AC0">
      <w:pPr>
        <w:pStyle w:val="ListParagraph"/>
        <w:spacing w:line="276" w:lineRule="auto"/>
        <w:ind w:right="-1" w:hanging="720"/>
        <w:jc w:val="both"/>
        <w:rPr>
          <w:rFonts w:ascii="GHEA Grapalat" w:hAnsi="GHEA Grapalat" w:cs="Segoe UI"/>
          <w:b/>
          <w:bCs/>
          <w:color w:val="000000" w:themeColor="text1"/>
          <w:lang w:val="hy-AM"/>
        </w:rPr>
      </w:pPr>
    </w:p>
    <w:p w14:paraId="72570BCA" w14:textId="77777777" w:rsidR="009A0AC0" w:rsidRPr="00A702E8" w:rsidRDefault="009A0AC0" w:rsidP="009A0AC0">
      <w:pPr>
        <w:rPr>
          <w:rFonts w:ascii="GHEA Grapalat" w:eastAsia="GHEA Grapalat" w:hAnsi="GHEA Grapalat" w:cs="GHEA Grapalat"/>
          <w:b/>
          <w:bCs/>
          <w:color w:val="000000" w:themeColor="text1"/>
          <w:sz w:val="24"/>
          <w:szCs w:val="24"/>
          <w:lang w:val="hy-AM"/>
        </w:rPr>
      </w:pPr>
      <w:r w:rsidRPr="00A702E8">
        <w:rPr>
          <w:rFonts w:ascii="GHEA Grapalat" w:eastAsia="GHEA Grapalat" w:hAnsi="GHEA Grapalat" w:cs="GHEA Grapalat"/>
          <w:b/>
          <w:bCs/>
          <w:color w:val="000000" w:themeColor="text1"/>
          <w:sz w:val="24"/>
          <w:szCs w:val="24"/>
          <w:lang w:val="hy-AM"/>
        </w:rPr>
        <w:br w:type="page"/>
      </w:r>
    </w:p>
    <w:p w14:paraId="106C3048" w14:textId="77777777" w:rsidR="009A0AC0" w:rsidRPr="00A702E8" w:rsidRDefault="009A0AC0" w:rsidP="00F36E09">
      <w:pPr>
        <w:spacing w:after="0" w:line="360" w:lineRule="auto"/>
        <w:ind w:left="720" w:hanging="720"/>
        <w:jc w:val="right"/>
        <w:rPr>
          <w:rFonts w:ascii="GHEA Grapalat" w:hAnsi="GHEA Grapalat" w:cs="Segoe UI"/>
          <w:b/>
          <w:color w:val="000000" w:themeColor="text1"/>
          <w:sz w:val="24"/>
          <w:szCs w:val="24"/>
          <w:lang w:val="hy-AM"/>
        </w:rPr>
      </w:pPr>
      <w:r w:rsidRPr="00A702E8">
        <w:rPr>
          <w:rFonts w:ascii="GHEA Grapalat" w:eastAsia="GHEA Grapalat" w:hAnsi="GHEA Grapalat" w:cs="GHEA Grapalat"/>
          <w:b/>
          <w:bCs/>
          <w:color w:val="000000" w:themeColor="text1"/>
          <w:sz w:val="24"/>
          <w:szCs w:val="24"/>
          <w:lang w:val="hy-AM"/>
        </w:rPr>
        <w:lastRenderedPageBreak/>
        <w:t>Ձև</w:t>
      </w:r>
      <w:r w:rsidRPr="00A702E8">
        <w:rPr>
          <w:rFonts w:ascii="GHEA Grapalat" w:hAnsi="GHEA Grapalat" w:cs="Segoe UI"/>
          <w:b/>
          <w:color w:val="000000" w:themeColor="text1"/>
          <w:sz w:val="24"/>
          <w:szCs w:val="24"/>
          <w:lang w:val="hy-AM"/>
        </w:rPr>
        <w:t xml:space="preserve"> 3</w:t>
      </w:r>
    </w:p>
    <w:p w14:paraId="21850337" w14:textId="608AD29E" w:rsidR="009A0AC0" w:rsidRPr="00A702E8" w:rsidRDefault="009A0AC0" w:rsidP="00F36E09">
      <w:pPr>
        <w:pStyle w:val="Title"/>
        <w:spacing w:before="0" w:after="0" w:line="276" w:lineRule="auto"/>
        <w:ind w:left="720" w:hanging="720"/>
        <w:jc w:val="center"/>
        <w:rPr>
          <w:rFonts w:ascii="GHEA Grapalat" w:hAnsi="GHEA Grapalat" w:cs="Segoe UI"/>
          <w:b w:val="0"/>
          <w:bCs/>
          <w:color w:val="000000" w:themeColor="text1"/>
          <w:sz w:val="28"/>
          <w:szCs w:val="28"/>
          <w:lang w:val="hy-AM"/>
        </w:rPr>
      </w:pPr>
      <w:r w:rsidRPr="00A702E8">
        <w:rPr>
          <w:rFonts w:ascii="GHEA Grapalat" w:hAnsi="GHEA Grapalat"/>
          <w:color w:val="000000" w:themeColor="text1"/>
          <w:lang w:val="hy-AM"/>
        </w:rPr>
        <w:tab/>
      </w:r>
      <w:r w:rsidRPr="00A702E8">
        <w:rPr>
          <w:rFonts w:ascii="GHEA Grapalat" w:hAnsi="GHEA Grapalat"/>
          <w:color w:val="000000" w:themeColor="text1"/>
          <w:lang w:val="hy-AM"/>
        </w:rPr>
        <w:tab/>
      </w:r>
      <w:r w:rsidRPr="00A702E8">
        <w:rPr>
          <w:rFonts w:ascii="GHEA Grapalat" w:hAnsi="GHEA Grapalat" w:cs="Segoe UI"/>
          <w:bCs/>
          <w:color w:val="000000" w:themeColor="text1"/>
          <w:sz w:val="28"/>
          <w:szCs w:val="28"/>
          <w:lang w:val="hy-AM"/>
        </w:rPr>
        <w:t>ՀԱՄԱԳՈՐԾԱԿՑՈՒԹՅԱՆ ՊԱՅՄԱՆԱԳԻՐ</w:t>
      </w:r>
      <w:r w:rsidR="004B5BEB" w:rsidRPr="00A702E8">
        <w:rPr>
          <w:rStyle w:val="FootnoteReference"/>
          <w:rFonts w:ascii="GHEA Grapalat" w:hAnsi="GHEA Grapalat" w:cs="Segoe UI"/>
          <w:bCs/>
          <w:color w:val="000000" w:themeColor="text1"/>
          <w:sz w:val="28"/>
          <w:szCs w:val="28"/>
          <w:lang w:val="hy-AM"/>
        </w:rPr>
        <w:footnoteReference w:id="7"/>
      </w:r>
      <w:r w:rsidRPr="00A702E8">
        <w:rPr>
          <w:rFonts w:ascii="GHEA Grapalat" w:hAnsi="GHEA Grapalat" w:cs="Segoe UI"/>
          <w:bCs/>
          <w:color w:val="000000" w:themeColor="text1"/>
          <w:sz w:val="28"/>
          <w:szCs w:val="28"/>
          <w:lang w:val="hy-AM"/>
        </w:rPr>
        <w:t xml:space="preserve"> </w:t>
      </w:r>
    </w:p>
    <w:p w14:paraId="06D90C48" w14:textId="77777777" w:rsidR="009A0AC0" w:rsidRPr="00A702E8" w:rsidRDefault="009A0AC0" w:rsidP="009A0AC0">
      <w:pPr>
        <w:spacing w:after="360"/>
        <w:ind w:left="720" w:hanging="720"/>
        <w:jc w:val="center"/>
        <w:rPr>
          <w:rFonts w:ascii="GHEA Grapalat" w:hAnsi="GHEA Grapalat" w:cs="Segoe UI"/>
          <w:i/>
          <w:color w:val="000000" w:themeColor="text1"/>
          <w:lang w:val="hy-AM"/>
        </w:rPr>
      </w:pPr>
      <w:r w:rsidRPr="00A702E8">
        <w:rPr>
          <w:rFonts w:ascii="GHEA Grapalat" w:hAnsi="GHEA Grapalat" w:cs="Segoe UI"/>
          <w:i/>
          <w:color w:val="000000" w:themeColor="text1"/>
          <w:lang w:val="hy-AM"/>
        </w:rPr>
        <w:t>(Աշխատանքի վրա հիմնված ուսուցման կազմակերպման վերաբերյալ)</w:t>
      </w:r>
    </w:p>
    <w:p w14:paraId="4FB8DB94" w14:textId="42148F77" w:rsidR="009A0AC0" w:rsidRPr="00A702E8" w:rsidRDefault="009A0AC0" w:rsidP="009A0AC0">
      <w:pPr>
        <w:spacing w:before="120" w:after="120"/>
        <w:ind w:left="720"/>
        <w:rPr>
          <w:rFonts w:ascii="GHEA Grapalat" w:hAnsi="GHEA Grapalat" w:cs="Segoe UI"/>
          <w:color w:val="000000" w:themeColor="text1"/>
          <w:lang w:val="hy-AM"/>
        </w:rPr>
      </w:pPr>
      <w:r w:rsidRPr="00A702E8">
        <w:rPr>
          <w:rFonts w:ascii="GHEA Grapalat" w:hAnsi="GHEA Grapalat" w:cs="Segoe UI"/>
          <w:i/>
          <w:color w:val="000000" w:themeColor="text1"/>
          <w:lang w:val="hy-AM"/>
        </w:rPr>
        <w:t xml:space="preserve">ք. </w:t>
      </w:r>
      <w:r w:rsidRPr="00A702E8">
        <w:rPr>
          <w:rFonts w:ascii="GHEA Grapalat" w:hAnsi="GHEA Grapalat" w:cs="Segoe UI"/>
          <w:i/>
          <w:color w:val="000000" w:themeColor="text1"/>
          <w:u w:val="single"/>
          <w:lang w:val="hy-AM"/>
        </w:rPr>
        <w:tab/>
      </w:r>
      <w:r w:rsidRPr="00A702E8">
        <w:rPr>
          <w:rFonts w:ascii="GHEA Grapalat" w:hAnsi="GHEA Grapalat" w:cs="Segoe UI"/>
          <w:i/>
          <w:color w:val="000000" w:themeColor="text1"/>
          <w:u w:val="single"/>
          <w:lang w:val="hy-AM"/>
        </w:rPr>
        <w:tab/>
      </w:r>
      <w:r w:rsidRPr="00A702E8">
        <w:rPr>
          <w:rFonts w:ascii="GHEA Grapalat" w:hAnsi="GHEA Grapalat" w:cs="Segoe UI"/>
          <w:i/>
          <w:color w:val="000000" w:themeColor="text1"/>
          <w:u w:val="single"/>
          <w:lang w:val="hy-AM"/>
        </w:rPr>
        <w:tab/>
      </w:r>
      <w:r w:rsidRPr="00A702E8">
        <w:rPr>
          <w:rFonts w:ascii="GHEA Grapalat" w:hAnsi="GHEA Grapalat" w:cs="Segoe UI"/>
          <w:i/>
          <w:color w:val="000000" w:themeColor="text1"/>
          <w:lang w:val="hy-AM"/>
        </w:rPr>
        <w:tab/>
      </w:r>
      <w:r w:rsidRPr="00A702E8">
        <w:rPr>
          <w:rFonts w:ascii="GHEA Grapalat" w:hAnsi="GHEA Grapalat" w:cs="Segoe UI"/>
          <w:i/>
          <w:color w:val="000000" w:themeColor="text1"/>
          <w:lang w:val="hy-AM"/>
        </w:rPr>
        <w:tab/>
      </w:r>
      <w:r w:rsidRPr="00A702E8">
        <w:rPr>
          <w:rFonts w:ascii="GHEA Grapalat" w:hAnsi="GHEA Grapalat" w:cs="Segoe UI"/>
          <w:i/>
          <w:color w:val="000000" w:themeColor="text1"/>
          <w:lang w:val="hy-AM"/>
        </w:rPr>
        <w:tab/>
      </w:r>
      <w:r w:rsidRPr="00A702E8">
        <w:rPr>
          <w:rFonts w:ascii="GHEA Grapalat" w:hAnsi="GHEA Grapalat" w:cs="Segoe UI"/>
          <w:i/>
          <w:color w:val="000000" w:themeColor="text1"/>
          <w:lang w:val="hy-AM"/>
        </w:rPr>
        <w:tab/>
        <w:t>«</w:t>
      </w:r>
      <w:r w:rsidRPr="00A702E8">
        <w:rPr>
          <w:rFonts w:ascii="GHEA Grapalat" w:hAnsi="GHEA Grapalat" w:cs="Segoe UI"/>
          <w:i/>
          <w:color w:val="000000" w:themeColor="text1"/>
          <w:u w:val="single"/>
          <w:lang w:val="hy-AM"/>
        </w:rPr>
        <w:tab/>
      </w:r>
      <w:r w:rsidRPr="00A702E8">
        <w:rPr>
          <w:rFonts w:ascii="GHEA Grapalat" w:hAnsi="GHEA Grapalat" w:cs="Segoe UI"/>
          <w:i/>
          <w:color w:val="000000" w:themeColor="text1"/>
          <w:lang w:val="hy-AM"/>
        </w:rPr>
        <w:t xml:space="preserve">»-ը </w:t>
      </w:r>
      <w:r w:rsidRPr="00A702E8">
        <w:rPr>
          <w:rFonts w:ascii="GHEA Grapalat" w:hAnsi="GHEA Grapalat" w:cs="Segoe UI"/>
          <w:i/>
          <w:color w:val="000000" w:themeColor="text1"/>
          <w:u w:val="single"/>
          <w:lang w:val="hy-AM"/>
        </w:rPr>
        <w:tab/>
      </w:r>
      <w:r w:rsidRPr="00A702E8">
        <w:rPr>
          <w:rFonts w:ascii="GHEA Grapalat" w:hAnsi="GHEA Grapalat" w:cs="Segoe UI"/>
          <w:i/>
          <w:color w:val="000000" w:themeColor="text1"/>
          <w:u w:val="single"/>
          <w:lang w:val="hy-AM"/>
        </w:rPr>
        <w:tab/>
      </w:r>
      <w:r w:rsidRPr="00A702E8">
        <w:rPr>
          <w:rFonts w:ascii="GHEA Grapalat" w:hAnsi="GHEA Grapalat" w:cs="Segoe UI"/>
          <w:i/>
          <w:color w:val="000000" w:themeColor="text1"/>
          <w:u w:val="single"/>
          <w:lang w:val="hy-AM"/>
        </w:rPr>
        <w:tab/>
      </w:r>
      <w:r w:rsidRPr="00A702E8">
        <w:rPr>
          <w:rFonts w:ascii="GHEA Grapalat" w:hAnsi="GHEA Grapalat" w:cs="Segoe UI"/>
          <w:i/>
          <w:color w:val="000000" w:themeColor="text1"/>
          <w:lang w:val="hy-AM"/>
        </w:rPr>
        <w:t>ի 202</w:t>
      </w:r>
      <w:r w:rsidRPr="00A702E8">
        <w:rPr>
          <w:rFonts w:ascii="GHEA Grapalat" w:hAnsi="GHEA Grapalat" w:cs="Segoe UI"/>
          <w:i/>
          <w:color w:val="000000" w:themeColor="text1"/>
          <w:u w:val="single"/>
          <w:lang w:val="hy-AM"/>
        </w:rPr>
        <w:tab/>
      </w:r>
      <w:r w:rsidRPr="00A702E8">
        <w:rPr>
          <w:rFonts w:ascii="GHEA Grapalat" w:hAnsi="GHEA Grapalat" w:cs="Segoe UI"/>
          <w:i/>
          <w:color w:val="000000" w:themeColor="text1"/>
          <w:lang w:val="hy-AM"/>
        </w:rPr>
        <w:t>թ</w:t>
      </w:r>
      <w:r w:rsidRPr="00A702E8">
        <w:rPr>
          <w:rFonts w:ascii="GHEA Grapalat" w:hAnsi="GHEA Grapalat" w:cs="Segoe UI"/>
          <w:color w:val="000000" w:themeColor="text1"/>
          <w:lang w:val="hy-AM"/>
        </w:rPr>
        <w:t>.</w:t>
      </w:r>
    </w:p>
    <w:p w14:paraId="01CCAA2A" w14:textId="77777777" w:rsidR="009A0AC0" w:rsidRPr="00A702E8" w:rsidRDefault="009A0AC0" w:rsidP="009A0AC0">
      <w:pPr>
        <w:spacing w:before="120" w:after="120"/>
        <w:ind w:left="720"/>
        <w:rPr>
          <w:rFonts w:ascii="GHEA Grapalat" w:hAnsi="GHEA Grapalat" w:cs="Segoe UI"/>
          <w:color w:val="000000" w:themeColor="text1"/>
          <w:lang w:val="hy-AM"/>
        </w:rPr>
      </w:pPr>
    </w:p>
    <w:p w14:paraId="23A8C83A" w14:textId="77777777" w:rsidR="009A0AC0" w:rsidRPr="00A702E8" w:rsidRDefault="009A0AC0" w:rsidP="009A0AC0">
      <w:pPr>
        <w:spacing w:before="120" w:after="120"/>
        <w:ind w:left="720"/>
        <w:jc w:val="both"/>
        <w:rPr>
          <w:rFonts w:ascii="GHEA Grapalat" w:hAnsi="GHEA Grapalat" w:cs="Segoe UI"/>
          <w:bCs/>
          <w:color w:val="000000" w:themeColor="text1"/>
          <w:lang w:val="hy-AM"/>
        </w:rPr>
      </w:pPr>
      <w:r w:rsidRPr="00A702E8">
        <w:rPr>
          <w:rFonts w:ascii="GHEA Grapalat" w:hAnsi="GHEA Grapalat" w:cs="Segoe UI"/>
          <w:bCs/>
          <w:i/>
          <w:iCs/>
          <w:color w:val="000000" w:themeColor="text1"/>
          <w:lang w:val="hy-AM"/>
        </w:rPr>
        <w:t>[</w:t>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lang w:val="hy-AM"/>
        </w:rPr>
        <w:t>]</w:t>
      </w:r>
      <w:r w:rsidRPr="00A702E8">
        <w:rPr>
          <w:rFonts w:ascii="GHEA Grapalat" w:hAnsi="GHEA Grapalat" w:cs="Segoe UI"/>
          <w:bCs/>
          <w:color w:val="000000" w:themeColor="text1"/>
          <w:lang w:val="hy-AM"/>
        </w:rPr>
        <w:t xml:space="preserve"> մասնագիտական ուսումնական հաստատությունը</w:t>
      </w:r>
      <w:r w:rsidRPr="00A702E8">
        <w:rPr>
          <w:rStyle w:val="FootnoteReference"/>
          <w:rFonts w:ascii="GHEA Grapalat" w:hAnsi="GHEA Grapalat" w:cs="Segoe UI"/>
          <w:bCs/>
          <w:color w:val="000000" w:themeColor="text1"/>
          <w:lang w:val="hy-AM"/>
        </w:rPr>
        <w:footnoteReference w:id="8"/>
      </w:r>
      <w:r w:rsidRPr="00A702E8">
        <w:rPr>
          <w:rFonts w:ascii="GHEA Grapalat" w:hAnsi="GHEA Grapalat" w:cs="Segoe UI"/>
          <w:bCs/>
          <w:color w:val="000000" w:themeColor="text1"/>
          <w:lang w:val="hy-AM"/>
        </w:rPr>
        <w:t xml:space="preserve"> (այսուհետ՝ </w:t>
      </w:r>
      <w:r w:rsidRPr="00A702E8">
        <w:rPr>
          <w:rFonts w:ascii="GHEA Grapalat" w:hAnsi="GHEA Grapalat" w:cs="Segoe UI"/>
          <w:b/>
          <w:color w:val="000000" w:themeColor="text1"/>
          <w:lang w:val="hy-AM"/>
        </w:rPr>
        <w:t>ՄՈՒՀ</w:t>
      </w:r>
      <w:r w:rsidRPr="00A702E8">
        <w:rPr>
          <w:rFonts w:ascii="GHEA Grapalat" w:hAnsi="GHEA Grapalat" w:cs="Segoe UI"/>
          <w:bCs/>
          <w:color w:val="000000" w:themeColor="text1"/>
          <w:lang w:val="hy-AM"/>
        </w:rPr>
        <w:t xml:space="preserve">), մի կողմից, և </w:t>
      </w:r>
      <w:r w:rsidRPr="00A702E8">
        <w:rPr>
          <w:rFonts w:ascii="GHEA Grapalat" w:hAnsi="GHEA Grapalat" w:cs="Segoe UI"/>
          <w:bCs/>
          <w:i/>
          <w:iCs/>
          <w:color w:val="000000" w:themeColor="text1"/>
          <w:lang w:val="hy-AM"/>
        </w:rPr>
        <w:t>[</w:t>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lang w:val="hy-AM"/>
        </w:rPr>
        <w:t xml:space="preserve">] </w:t>
      </w:r>
      <w:r w:rsidRPr="00A702E8">
        <w:rPr>
          <w:rFonts w:ascii="GHEA Grapalat" w:hAnsi="GHEA Grapalat" w:cs="Segoe UI"/>
          <w:bCs/>
          <w:color w:val="000000" w:themeColor="text1"/>
          <w:lang w:val="hy-AM"/>
        </w:rPr>
        <w:t>կազմակերպությունը</w:t>
      </w:r>
      <w:r w:rsidRPr="00A702E8">
        <w:rPr>
          <w:rStyle w:val="FootnoteReference"/>
          <w:rFonts w:ascii="GHEA Grapalat" w:hAnsi="GHEA Grapalat" w:cs="Segoe UI"/>
          <w:bCs/>
          <w:color w:val="000000" w:themeColor="text1"/>
          <w:lang w:val="hy-AM"/>
        </w:rPr>
        <w:footnoteReference w:id="9"/>
      </w:r>
      <w:r w:rsidRPr="00A702E8">
        <w:rPr>
          <w:rFonts w:ascii="GHEA Grapalat" w:hAnsi="GHEA Grapalat" w:cs="Segoe UI"/>
          <w:bCs/>
          <w:color w:val="000000" w:themeColor="text1"/>
          <w:lang w:val="hy-AM"/>
        </w:rPr>
        <w:t xml:space="preserve"> (այսուհետ՝ </w:t>
      </w:r>
      <w:r w:rsidRPr="00A702E8">
        <w:rPr>
          <w:rFonts w:ascii="GHEA Grapalat" w:hAnsi="GHEA Grapalat" w:cs="Segoe UI"/>
          <w:b/>
          <w:color w:val="000000" w:themeColor="text1"/>
          <w:lang w:val="hy-AM"/>
        </w:rPr>
        <w:t>Գործընկեր Կազմակերպություն</w:t>
      </w:r>
      <w:r w:rsidRPr="00A702E8">
        <w:rPr>
          <w:rFonts w:ascii="GHEA Grapalat" w:hAnsi="GHEA Grapalat" w:cs="Segoe UI"/>
          <w:bCs/>
          <w:color w:val="000000" w:themeColor="text1"/>
          <w:lang w:val="hy-AM"/>
        </w:rPr>
        <w:t>), մյուս կողմից</w:t>
      </w:r>
      <w:r w:rsidRPr="00A702E8">
        <w:rPr>
          <w:rFonts w:ascii="GHEA Grapalat" w:hAnsi="GHEA Grapalat" w:cs="Segoe UI"/>
          <w:b/>
          <w:color w:val="000000" w:themeColor="text1"/>
          <w:lang w:val="hy-AM"/>
        </w:rPr>
        <w:t xml:space="preserve"> </w:t>
      </w:r>
      <w:r w:rsidRPr="00A702E8">
        <w:rPr>
          <w:rFonts w:ascii="GHEA Grapalat" w:hAnsi="GHEA Grapalat" w:cs="Segoe UI"/>
          <w:bCs/>
          <w:color w:val="000000" w:themeColor="text1"/>
          <w:lang w:val="hy-AM"/>
        </w:rPr>
        <w:t xml:space="preserve">(այսուհետ միասին` Կողմեր), </w:t>
      </w:r>
    </w:p>
    <w:p w14:paraId="1D16310A" w14:textId="77777777" w:rsidR="009A0AC0" w:rsidRPr="00A702E8" w:rsidRDefault="009A0AC0" w:rsidP="009A0AC0">
      <w:pPr>
        <w:spacing w:before="120" w:after="120"/>
        <w:ind w:left="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մասնագիտական կրթության և ուսուցման ոլորտում սոցիալական գործընկերության համ</w:t>
      </w:r>
      <w:r w:rsidRPr="00A702E8">
        <w:rPr>
          <w:rFonts w:ascii="GHEA Grapalat" w:hAnsi="GHEA Grapalat" w:cs="Segoe UI"/>
          <w:color w:val="000000" w:themeColor="text1"/>
          <w:lang w:val="hy-AM"/>
        </w:rPr>
        <w:softHyphen/>
        <w:t>ընդհանուր համաձայնեցված նպատակների իրականացմանը միտված համագործակցու</w:t>
      </w:r>
      <w:r w:rsidRPr="00A702E8">
        <w:rPr>
          <w:rFonts w:ascii="GHEA Grapalat" w:hAnsi="GHEA Grapalat" w:cs="Segoe UI"/>
          <w:color w:val="000000" w:themeColor="text1"/>
          <w:lang w:val="hy-AM"/>
        </w:rPr>
        <w:softHyphen/>
        <w:t xml:space="preserve">թյան շրջանակներում, կնքեցին սույն համագործակցության պայմանագիրը (այսուհետ՝ </w:t>
      </w:r>
      <w:r w:rsidRPr="00A702E8">
        <w:rPr>
          <w:rFonts w:ascii="GHEA Grapalat" w:hAnsi="GHEA Grapalat" w:cs="Segoe UI"/>
          <w:b/>
          <w:bCs/>
          <w:color w:val="000000" w:themeColor="text1"/>
          <w:lang w:val="hy-AM"/>
        </w:rPr>
        <w:t>Պայմանա</w:t>
      </w:r>
      <w:r w:rsidRPr="00A702E8">
        <w:rPr>
          <w:rFonts w:ascii="GHEA Grapalat" w:hAnsi="GHEA Grapalat" w:cs="Segoe UI"/>
          <w:b/>
          <w:bCs/>
          <w:color w:val="000000" w:themeColor="text1"/>
          <w:lang w:val="hy-AM"/>
        </w:rPr>
        <w:softHyphen/>
        <w:t>գիր</w:t>
      </w:r>
      <w:r w:rsidRPr="00A702E8">
        <w:rPr>
          <w:rFonts w:ascii="GHEA Grapalat" w:hAnsi="GHEA Grapalat" w:cs="Segoe UI"/>
          <w:color w:val="000000" w:themeColor="text1"/>
          <w:lang w:val="hy-AM"/>
        </w:rPr>
        <w:t>) հետևյալի մասին.</w:t>
      </w:r>
    </w:p>
    <w:p w14:paraId="7764208D" w14:textId="77777777" w:rsidR="009A0AC0" w:rsidRPr="00A702E8" w:rsidRDefault="009A0AC0" w:rsidP="009A0AC0">
      <w:pPr>
        <w:pStyle w:val="Heading1"/>
        <w:keepLines/>
        <w:numPr>
          <w:ilvl w:val="0"/>
          <w:numId w:val="13"/>
        </w:numPr>
        <w:spacing w:before="360" w:after="120" w:line="276" w:lineRule="auto"/>
        <w:ind w:left="720" w:hanging="720"/>
        <w:rPr>
          <w:rFonts w:ascii="GHEA Grapalat" w:hAnsi="GHEA Grapalat"/>
          <w:color w:val="000000" w:themeColor="text1"/>
        </w:rPr>
      </w:pPr>
      <w:r w:rsidRPr="00A702E8">
        <w:rPr>
          <w:rFonts w:ascii="GHEA Grapalat" w:hAnsi="GHEA Grapalat"/>
          <w:color w:val="000000" w:themeColor="text1"/>
        </w:rPr>
        <w:t>ՊԱՅՄԱՆԱԳՐԻ ԱՌԱՐԿԱՆ</w:t>
      </w:r>
    </w:p>
    <w:p w14:paraId="5741ABD8" w14:textId="4D4FE4A9" w:rsidR="009A0AC0" w:rsidRPr="00A702E8" w:rsidRDefault="009A0AC0" w:rsidP="009A0AC0">
      <w:pPr>
        <w:pStyle w:val="ListParagraph"/>
        <w:numPr>
          <w:ilvl w:val="1"/>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Պայմանագիրը կարգավորում է աշխատանքի վրա հիմնված ուսումնառության կազմակերպման հետ կապված Կողմերի հարաբերությունները՝ համաձայն Պայմանագրի </w:t>
      </w:r>
      <w:r w:rsidRPr="00A702E8">
        <w:rPr>
          <w:rFonts w:ascii="GHEA Grapalat" w:hAnsi="GHEA Grapalat" w:cs="Segoe UI"/>
          <w:b/>
          <w:bCs/>
          <w:color w:val="000000" w:themeColor="text1"/>
          <w:lang w:val="hy-AM"/>
        </w:rPr>
        <w:t xml:space="preserve">Հավելված 1-ով </w:t>
      </w:r>
      <w:r w:rsidRPr="00A702E8">
        <w:rPr>
          <w:rFonts w:ascii="GHEA Grapalat" w:hAnsi="GHEA Grapalat" w:cs="Segoe UI"/>
          <w:color w:val="000000" w:themeColor="text1"/>
          <w:lang w:val="hy-AM"/>
        </w:rPr>
        <w:t xml:space="preserve">սահմանված գործնական աշխատանքային ուսուցման (այսուհետ՝ </w:t>
      </w:r>
      <w:r w:rsidRPr="00A702E8">
        <w:rPr>
          <w:rFonts w:ascii="GHEA Grapalat" w:hAnsi="GHEA Grapalat" w:cs="Segoe UI"/>
          <w:b/>
          <w:bCs/>
          <w:color w:val="000000" w:themeColor="text1"/>
          <w:lang w:val="hy-AM"/>
        </w:rPr>
        <w:t>ԳԱՈՒ</w:t>
      </w:r>
      <w:r w:rsidRPr="00A702E8">
        <w:rPr>
          <w:rFonts w:ascii="GHEA Grapalat" w:hAnsi="GHEA Grapalat" w:cs="Segoe UI"/>
          <w:color w:val="000000" w:themeColor="text1"/>
          <w:lang w:val="hy-AM"/>
        </w:rPr>
        <w:t>) մոդուլային ծրագրի (ծրագրերի)։</w:t>
      </w:r>
    </w:p>
    <w:p w14:paraId="0D6A6998" w14:textId="0D041505" w:rsidR="009A0AC0" w:rsidRPr="00A702E8" w:rsidRDefault="009A0AC0" w:rsidP="009A0AC0">
      <w:pPr>
        <w:pStyle w:val="ListParagraph"/>
        <w:numPr>
          <w:ilvl w:val="1"/>
          <w:numId w:val="13"/>
        </w:numPr>
        <w:spacing w:before="120" w:after="120" w:line="276" w:lineRule="auto"/>
        <w:ind w:left="720" w:hanging="720"/>
        <w:contextualSpacing w:val="0"/>
        <w:jc w:val="both"/>
        <w:rPr>
          <w:rFonts w:ascii="GHEA Grapalat" w:hAnsi="GHEA Grapalat" w:cs="Segoe UI"/>
          <w:color w:val="000000" w:themeColor="text1"/>
          <w:lang w:val="hy-AM"/>
        </w:rPr>
      </w:pPr>
      <w:bookmarkStart w:id="7" w:name="_Ref222933820"/>
      <w:bookmarkStart w:id="8" w:name="_Ref150187194"/>
      <w:r w:rsidRPr="00A702E8">
        <w:rPr>
          <w:rFonts w:ascii="GHEA Grapalat" w:hAnsi="GHEA Grapalat" w:cs="Segoe UI"/>
          <w:color w:val="000000" w:themeColor="text1"/>
          <w:lang w:val="hy-AM"/>
        </w:rPr>
        <w:t xml:space="preserve">Պայմանագրի շրջանակում Գործընկեր Կազմակերպությունն ապահովում է Պայմանագրի </w:t>
      </w:r>
      <w:r w:rsidRPr="00A702E8">
        <w:rPr>
          <w:rFonts w:ascii="GHEA Grapalat" w:hAnsi="GHEA Grapalat" w:cs="Segoe UI"/>
          <w:b/>
          <w:bCs/>
          <w:color w:val="000000" w:themeColor="text1"/>
          <w:lang w:val="hy-AM"/>
        </w:rPr>
        <w:t>Հավելված 2-ով</w:t>
      </w:r>
      <w:r w:rsidRPr="00A702E8">
        <w:rPr>
          <w:rFonts w:ascii="GHEA Grapalat" w:hAnsi="GHEA Grapalat" w:cs="Segoe UI"/>
          <w:color w:val="000000" w:themeColor="text1"/>
          <w:lang w:val="hy-AM"/>
        </w:rPr>
        <w:t xml:space="preserve"> նշված ուսանողների (այսուհետ՝ </w:t>
      </w:r>
      <w:r w:rsidRPr="00A702E8">
        <w:rPr>
          <w:rFonts w:ascii="GHEA Grapalat" w:hAnsi="GHEA Grapalat" w:cs="Segoe UI"/>
          <w:b/>
          <w:bCs/>
          <w:color w:val="000000" w:themeColor="text1"/>
          <w:lang w:val="hy-AM"/>
        </w:rPr>
        <w:t>Ուսանող կամ Ուսանողներ</w:t>
      </w:r>
      <w:r w:rsidRPr="00A702E8">
        <w:rPr>
          <w:rFonts w:ascii="GHEA Grapalat" w:hAnsi="GHEA Grapalat" w:cs="Segoe UI"/>
          <w:color w:val="000000" w:themeColor="text1"/>
          <w:lang w:val="hy-AM"/>
        </w:rPr>
        <w:t>)  աշխատանքային կարողունակությունների ձեռքբերմանը միտված</w:t>
      </w:r>
      <w:r w:rsidRPr="00A702E8" w:rsidDel="00054AC7">
        <w:rPr>
          <w:rFonts w:ascii="GHEA Grapalat" w:hAnsi="GHEA Grapalat" w:cs="Segoe UI"/>
          <w:color w:val="000000" w:themeColor="text1"/>
          <w:lang w:val="hy-AM"/>
        </w:rPr>
        <w:t xml:space="preserve"> </w:t>
      </w:r>
      <w:r w:rsidRPr="00A702E8">
        <w:rPr>
          <w:rFonts w:ascii="GHEA Grapalat" w:hAnsi="GHEA Grapalat" w:cs="Segoe UI"/>
          <w:color w:val="000000" w:themeColor="text1"/>
          <w:lang w:val="hy-AM"/>
        </w:rPr>
        <w:t>ԳԱՈՒ-ն, իսկ ՄՈՒՀ-ն ապահովում է համապա</w:t>
      </w:r>
      <w:r w:rsidRPr="00A702E8">
        <w:rPr>
          <w:rFonts w:ascii="GHEA Grapalat" w:hAnsi="GHEA Grapalat" w:cs="Segoe UI"/>
          <w:color w:val="000000" w:themeColor="text1"/>
          <w:lang w:val="hy-AM"/>
        </w:rPr>
        <w:softHyphen/>
        <w:t>տասխան որակավորման (միկրոորակավորման) ծրագրով սահմանված հիմնարար գիտելիքների և կարողությունների ձևավորումը, իրականացնում է ուսումնամեթոդական և համակարգման աշխատանքներ:</w:t>
      </w:r>
      <w:bookmarkEnd w:id="7"/>
      <w:r w:rsidRPr="00A702E8">
        <w:rPr>
          <w:rFonts w:ascii="GHEA Grapalat" w:hAnsi="GHEA Grapalat" w:cs="Segoe UI"/>
          <w:color w:val="000000" w:themeColor="text1"/>
          <w:lang w:val="hy-AM"/>
        </w:rPr>
        <w:t xml:space="preserve"> </w:t>
      </w:r>
    </w:p>
    <w:bookmarkEnd w:id="8"/>
    <w:p w14:paraId="4661A3D1" w14:textId="77777777" w:rsidR="009A0AC0" w:rsidRPr="00A702E8" w:rsidRDefault="009A0AC0" w:rsidP="009A0AC0">
      <w:pPr>
        <w:pStyle w:val="ListParagraph"/>
        <w:numPr>
          <w:ilvl w:val="1"/>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Յուրաքանչյուր ուսումնական տարվա համար Կողմերը հաստատում են ԳԱՈՒ  մոդուլային ծրագիրը (ծրագրերը) (փոփոխության դեպքում կամ նոր ծրագրերի պարագայում) և Ուսանողների ցանկերը՝ Պայմանագրի նոր հավելված (հավելվածներ) կնքելու միջոցով</w:t>
      </w:r>
      <w:r w:rsidRPr="00A702E8">
        <w:rPr>
          <w:rStyle w:val="FootnoteReference"/>
          <w:rFonts w:ascii="GHEA Grapalat" w:hAnsi="GHEA Grapalat" w:cs="Segoe UI"/>
          <w:color w:val="000000" w:themeColor="text1"/>
          <w:lang w:val="hy-AM"/>
        </w:rPr>
        <w:footnoteReference w:id="10"/>
      </w:r>
      <w:r w:rsidRPr="00A702E8">
        <w:rPr>
          <w:rFonts w:ascii="GHEA Grapalat" w:hAnsi="GHEA Grapalat" w:cs="Segoe UI"/>
          <w:color w:val="000000" w:themeColor="text1"/>
          <w:lang w:val="hy-AM"/>
        </w:rPr>
        <w:t xml:space="preserve">: </w:t>
      </w:r>
    </w:p>
    <w:p w14:paraId="2AD65A39" w14:textId="77777777" w:rsidR="009A0AC0" w:rsidRPr="00A702E8" w:rsidRDefault="009A0AC0" w:rsidP="009A0AC0">
      <w:pPr>
        <w:pStyle w:val="Heading1"/>
        <w:keepLines/>
        <w:numPr>
          <w:ilvl w:val="0"/>
          <w:numId w:val="13"/>
        </w:numPr>
        <w:spacing w:before="360" w:after="120" w:line="276" w:lineRule="auto"/>
        <w:ind w:left="720" w:hanging="720"/>
        <w:rPr>
          <w:rFonts w:ascii="GHEA Grapalat" w:hAnsi="GHEA Grapalat"/>
          <w:color w:val="000000" w:themeColor="text1"/>
        </w:rPr>
      </w:pPr>
      <w:r w:rsidRPr="00A702E8">
        <w:rPr>
          <w:rFonts w:ascii="GHEA Grapalat" w:hAnsi="GHEA Grapalat"/>
          <w:color w:val="000000" w:themeColor="text1"/>
        </w:rPr>
        <w:lastRenderedPageBreak/>
        <w:t>ԿՈՂՄԵՐԻ ԻՐԱՎՈՒՆՔՆԵՐԸ</w:t>
      </w:r>
    </w:p>
    <w:p w14:paraId="7C50199D" w14:textId="77777777" w:rsidR="009A0AC0" w:rsidRPr="00A702E8" w:rsidRDefault="009A0AC0" w:rsidP="009A0AC0">
      <w:pPr>
        <w:rPr>
          <w:rFonts w:ascii="Times New Roman" w:hAnsi="Times New Roman"/>
          <w:color w:val="000000" w:themeColor="text1"/>
          <w:sz w:val="20"/>
        </w:rPr>
      </w:pPr>
    </w:p>
    <w:p w14:paraId="27F3A53B" w14:textId="77777777" w:rsidR="009A0AC0" w:rsidRPr="00A702E8" w:rsidRDefault="009A0AC0" w:rsidP="009A0AC0">
      <w:pPr>
        <w:pStyle w:val="ListParagraph"/>
        <w:numPr>
          <w:ilvl w:val="1"/>
          <w:numId w:val="13"/>
        </w:numPr>
        <w:spacing w:before="120" w:after="120" w:line="276" w:lineRule="auto"/>
        <w:ind w:left="720" w:hanging="720"/>
        <w:contextualSpacing w:val="0"/>
        <w:jc w:val="both"/>
        <w:rPr>
          <w:rFonts w:ascii="GHEA Grapalat" w:hAnsi="GHEA Grapalat" w:cs="Segoe UI"/>
          <w:b/>
          <w:color w:val="000000" w:themeColor="text1"/>
          <w:lang w:val="hy-AM"/>
        </w:rPr>
      </w:pPr>
      <w:r w:rsidRPr="00A702E8">
        <w:rPr>
          <w:rFonts w:ascii="GHEA Grapalat" w:hAnsi="GHEA Grapalat" w:cs="Segoe UI"/>
          <w:b/>
          <w:color w:val="000000" w:themeColor="text1"/>
          <w:lang w:val="hy-AM"/>
        </w:rPr>
        <w:t>ՄՈՒՀ-ն իրավունք ունի՝</w:t>
      </w:r>
    </w:p>
    <w:p w14:paraId="49169263"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այցելել (այդ թվում՝ գործընկեր ոլորտային կառույցների մասնակցությամբ)  Գործընկեր Կազմա</w:t>
      </w:r>
      <w:r w:rsidRPr="00A702E8">
        <w:rPr>
          <w:rFonts w:ascii="GHEA Grapalat" w:hAnsi="GHEA Grapalat" w:cs="Segoe UI"/>
          <w:color w:val="000000" w:themeColor="text1"/>
          <w:lang w:val="hy-AM"/>
        </w:rPr>
        <w:softHyphen/>
        <w:t>կերպություն՝ վերահսկելու ԳԱՈՒ  ընթացքը և դրա համապատասխանությունն ուսումնառության վերջնարդյունքներին։ Այցերը կազմակերպվում են Գործընկեր Կազմակերպության հետ համաձայնեցված ժամանակացույցով, սակայն ոչ պակաս, քան կիսամյակի ընթացքում առնվազն երկու անգամ,</w:t>
      </w:r>
    </w:p>
    <w:p w14:paraId="01FAC486"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ներկայացնել ԳԱՈՒ  կազմակերպման բարելավման վերաբերյալ առաջարկներ Գործընկեր Կազմակերպությանը, </w:t>
      </w:r>
    </w:p>
    <w:p w14:paraId="0C51F305"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Գործընկեր Կազմակերպության հետ համաձայնեցմամբ կազմակերպել ՄՈՒՀ-ի ման</w:t>
      </w:r>
      <w:r w:rsidRPr="00A702E8">
        <w:rPr>
          <w:rFonts w:ascii="GHEA Grapalat" w:hAnsi="GHEA Grapalat" w:cs="Segoe UI"/>
          <w:color w:val="000000" w:themeColor="text1"/>
          <w:lang w:val="hy-AM"/>
        </w:rPr>
        <w:softHyphen/>
        <w:t>կավարժական աշխատողների և Գործընկեր կազմակերպության պատասխանատու անձ</w:t>
      </w:r>
      <w:r w:rsidRPr="00A702E8">
        <w:rPr>
          <w:rFonts w:ascii="GHEA Grapalat" w:hAnsi="GHEA Grapalat" w:cs="Segoe UI"/>
          <w:color w:val="000000" w:themeColor="text1"/>
          <w:lang w:val="hy-AM"/>
        </w:rPr>
        <w:softHyphen/>
        <w:t xml:space="preserve">նակազմի տեղեկատվական, ծանոթացման փոխադարձ այցեր և վերապատրաստումներ՝ միտված որակավորման (միկրոորակավորման) ծրագրերի բարելավմանը, դասավանդման որակի կատարելագործմանն ու արդիականացմանը, </w:t>
      </w:r>
    </w:p>
    <w:p w14:paraId="3EE4ABFC"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Գործընկեր կազմակերպության հետ քննարկել և առաջարկել իրականացվող որակավորումներին և զբաղմունքին համապատասխան համագործակցային նոր ձևաչափեր՝ միտված մասնագիտական կրթության որակի և արդյունավետության բարձրացմանը։ </w:t>
      </w:r>
    </w:p>
    <w:p w14:paraId="65A6B09C" w14:textId="77777777" w:rsidR="009A0AC0" w:rsidRPr="00A702E8" w:rsidRDefault="009A0AC0" w:rsidP="009A0AC0">
      <w:pPr>
        <w:pStyle w:val="ListParagraph"/>
        <w:numPr>
          <w:ilvl w:val="1"/>
          <w:numId w:val="13"/>
        </w:numPr>
        <w:spacing w:before="120" w:after="120" w:line="276" w:lineRule="auto"/>
        <w:ind w:left="720" w:hanging="720"/>
        <w:contextualSpacing w:val="0"/>
        <w:jc w:val="both"/>
        <w:rPr>
          <w:rFonts w:ascii="GHEA Grapalat" w:hAnsi="GHEA Grapalat" w:cs="Segoe UI"/>
          <w:b/>
          <w:color w:val="000000" w:themeColor="text1"/>
          <w:lang w:val="hy-AM"/>
        </w:rPr>
      </w:pPr>
      <w:r w:rsidRPr="00A702E8">
        <w:rPr>
          <w:rFonts w:ascii="GHEA Grapalat" w:hAnsi="GHEA Grapalat" w:cs="Segoe UI"/>
          <w:b/>
          <w:color w:val="000000" w:themeColor="text1"/>
          <w:lang w:val="hy-AM"/>
        </w:rPr>
        <w:t>Գործընկեր Կազմակերպությունն իրավունք ունի՝</w:t>
      </w:r>
    </w:p>
    <w:p w14:paraId="46D24BEE"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հսկողություն իրականացնել Ուսանողի կողմից Գործընկեր Կազմակերպության ներ</w:t>
      </w:r>
      <w:r w:rsidRPr="00A702E8">
        <w:rPr>
          <w:rFonts w:ascii="GHEA Grapalat" w:hAnsi="GHEA Grapalat" w:cs="Segoe UI"/>
          <w:color w:val="000000" w:themeColor="text1"/>
          <w:lang w:val="hy-AM"/>
        </w:rPr>
        <w:softHyphen/>
        <w:t>քին իրավական ակտերի, այդ թվում՝ կարգապահական կանոնների, անվտանգության կանոնների և հրահանգների պահպանման նկատմամբ, ինչպես նաև դրանց խախտման դեպքում Ուսանողին ենթարկել կարգապա</w:t>
      </w:r>
      <w:r w:rsidRPr="00A702E8">
        <w:rPr>
          <w:rFonts w:ascii="GHEA Grapalat" w:hAnsi="GHEA Grapalat" w:cs="Segoe UI"/>
          <w:color w:val="000000" w:themeColor="text1"/>
          <w:lang w:val="hy-AM"/>
        </w:rPr>
        <w:softHyphen/>
        <w:t>հական պատասխանատվության՝ ՀՀ օրենսդրու</w:t>
      </w:r>
      <w:r w:rsidRPr="00A702E8">
        <w:rPr>
          <w:rFonts w:ascii="GHEA Grapalat" w:hAnsi="GHEA Grapalat" w:cs="Segoe UI"/>
          <w:color w:val="000000" w:themeColor="text1"/>
          <w:lang w:val="hy-AM"/>
        </w:rPr>
        <w:softHyphen/>
        <w:t>թյամբ սահմանված կարգով,</w:t>
      </w:r>
    </w:p>
    <w:p w14:paraId="0CB7BB96" w14:textId="70A70A53"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ի լրումն Պայմանագրի </w:t>
      </w:r>
      <w:r w:rsidRPr="00A702E8">
        <w:rPr>
          <w:rFonts w:ascii="GHEA Grapalat" w:hAnsi="GHEA Grapalat" w:cs="Segoe UI"/>
          <w:color w:val="000000" w:themeColor="text1"/>
          <w:lang w:val="hy-AM"/>
        </w:rPr>
        <w:fldChar w:fldCharType="begin"/>
      </w:r>
      <w:r w:rsidRPr="00A702E8">
        <w:rPr>
          <w:rFonts w:ascii="GHEA Grapalat" w:hAnsi="GHEA Grapalat" w:cs="Segoe UI"/>
          <w:color w:val="000000" w:themeColor="text1"/>
          <w:lang w:val="hy-AM"/>
        </w:rPr>
        <w:instrText xml:space="preserve"> REF _Ref222323671 \r \h  \* MERGEFORMAT </w:instrText>
      </w:r>
      <w:r w:rsidRPr="00A702E8">
        <w:rPr>
          <w:rFonts w:ascii="GHEA Grapalat" w:hAnsi="GHEA Grapalat" w:cs="Segoe UI"/>
          <w:color w:val="000000" w:themeColor="text1"/>
          <w:lang w:val="hy-AM"/>
        </w:rPr>
      </w:r>
      <w:r w:rsidRPr="00A702E8">
        <w:rPr>
          <w:rFonts w:ascii="GHEA Grapalat" w:hAnsi="GHEA Grapalat" w:cs="Segoe UI"/>
          <w:color w:val="000000" w:themeColor="text1"/>
          <w:lang w:val="hy-AM"/>
        </w:rPr>
        <w:fldChar w:fldCharType="separate"/>
      </w:r>
      <w:r w:rsidR="00D174FB" w:rsidRPr="00A702E8">
        <w:rPr>
          <w:rFonts w:ascii="GHEA Grapalat" w:hAnsi="GHEA Grapalat" w:cs="Segoe UI"/>
          <w:color w:val="000000" w:themeColor="text1"/>
          <w:lang w:val="hy-AM"/>
        </w:rPr>
        <w:t>3.2.2</w:t>
      </w:r>
      <w:r w:rsidRPr="00A702E8">
        <w:rPr>
          <w:rFonts w:ascii="GHEA Grapalat" w:hAnsi="GHEA Grapalat" w:cs="Segoe UI"/>
          <w:color w:val="000000" w:themeColor="text1"/>
          <w:lang w:val="hy-AM"/>
        </w:rPr>
        <w:fldChar w:fldCharType="end"/>
      </w:r>
      <w:r w:rsidRPr="00A702E8">
        <w:rPr>
          <w:rFonts w:ascii="GHEA Grapalat" w:hAnsi="GHEA Grapalat" w:cs="Segoe UI"/>
          <w:color w:val="000000" w:themeColor="text1"/>
          <w:lang w:val="hy-AM"/>
        </w:rPr>
        <w:t>-րդ կետով նախատեսված դեպքերի, աշխատանքային պայմանագիր կնքել նաև աշխատանքի վրա հիմնված ուսումնառության այլ ձևով ուսումնառող Ուսանողի հետ,</w:t>
      </w:r>
    </w:p>
    <w:p w14:paraId="7FA41FF6"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ՄՈՒՀ-ի հետ նախապես խորհրդակցելով՝ լուծել Ուսանողի հետ կնքված աշխատանքային պայմանագիրը՝ պայմանագրով և օրենսդրությամբ սահմանված դեպքերում և կարգով,</w:t>
      </w:r>
    </w:p>
    <w:p w14:paraId="566B2297"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մասնակցել ՄՈՒՀ-ի կողմից համապատասխան մակարդակի որակավորումն ապահովող մոդուլային ծրագրի ուսումնամեթոդական փաթեթի (ուսումնական մոդուլներ, ուսումնական պլաններ, ծրագրի իրականացման ձև) մշակմանը, ինչպես նաև ներկայացնել դրանց արդիականացման և աշխատաշուկայի պահանջներին համապատասխանեցման վերաբերյալ առաջարկություններ, </w:t>
      </w:r>
    </w:p>
    <w:p w14:paraId="671AEF5E"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ՄՈՒՀ-ի հետ քննարկելով ձևավորել աշխատաշուկայում պահանջարկ ունեցող մասնագետների պատրաստ</w:t>
      </w:r>
      <w:r w:rsidRPr="00A702E8">
        <w:rPr>
          <w:rFonts w:ascii="GHEA Grapalat" w:hAnsi="GHEA Grapalat" w:cs="Segoe UI"/>
          <w:color w:val="000000" w:themeColor="text1"/>
          <w:lang w:val="hy-AM"/>
        </w:rPr>
        <w:softHyphen/>
        <w:t>ման պատվեր և օժանդակել համապատասխան որակավորման (միկրոորավորակավորման) ծրագրերի կազմակերպմանը (ֆորմալ և ոչ ֆորմալ)։</w:t>
      </w:r>
    </w:p>
    <w:p w14:paraId="0F5DD44D"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Ուսանողի անվտանգության ապահովման և առողջության պահպանման հարցերում տեղեկատվություն տրամադրելու, ինչպես նաև միջոցառումների պլանավորման, իրականացման և մշտադիտարկման համար ներգրավել բժիշկ, աշխատողների անվտանգության ապահովման և առողջության պահպանման ծառայություն կամ մասնագետ։</w:t>
      </w:r>
    </w:p>
    <w:p w14:paraId="1DA637B6" w14:textId="77777777" w:rsidR="009A0AC0" w:rsidRPr="00A702E8" w:rsidRDefault="009A0AC0" w:rsidP="009A0AC0">
      <w:pPr>
        <w:pStyle w:val="Heading1"/>
        <w:keepLines/>
        <w:numPr>
          <w:ilvl w:val="0"/>
          <w:numId w:val="13"/>
        </w:numPr>
        <w:spacing w:before="360" w:after="120" w:line="276" w:lineRule="auto"/>
        <w:ind w:left="720" w:hanging="720"/>
        <w:rPr>
          <w:rFonts w:ascii="GHEA Grapalat" w:hAnsi="GHEA Grapalat"/>
          <w:color w:val="000000" w:themeColor="text1"/>
        </w:rPr>
      </w:pPr>
      <w:r w:rsidRPr="00A702E8">
        <w:rPr>
          <w:rFonts w:ascii="GHEA Grapalat" w:hAnsi="GHEA Grapalat"/>
          <w:color w:val="000000" w:themeColor="text1"/>
        </w:rPr>
        <w:lastRenderedPageBreak/>
        <w:t>ԿՈՂՄԵՐԻ ՊԱՐՏԱԿԱՆՈՒԹՅՈՒՆՆԵՐԸ</w:t>
      </w:r>
    </w:p>
    <w:p w14:paraId="0CB3FB44" w14:textId="77777777" w:rsidR="009A0AC0" w:rsidRPr="00A702E8" w:rsidRDefault="009A0AC0" w:rsidP="009A0AC0">
      <w:pPr>
        <w:pStyle w:val="ListParagraph"/>
        <w:numPr>
          <w:ilvl w:val="1"/>
          <w:numId w:val="13"/>
        </w:numPr>
        <w:spacing w:before="120" w:after="120" w:line="276" w:lineRule="auto"/>
        <w:ind w:left="720" w:hanging="720"/>
        <w:contextualSpacing w:val="0"/>
        <w:jc w:val="both"/>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ՄՈՒՀ-ը Պայմանագրի շրջանակում պարտավոր է՝</w:t>
      </w:r>
    </w:p>
    <w:p w14:paraId="6FBB1161"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մշակել ԳԱՈՒ մոդուլային ծրագիրը՝ ուսումնասիրելով աշխատաշուկայում մասնագետների պահանջարկը, Գործ</w:t>
      </w:r>
      <w:r w:rsidRPr="00A702E8">
        <w:rPr>
          <w:rFonts w:ascii="GHEA Grapalat" w:hAnsi="GHEA Grapalat" w:cs="Segoe UI"/>
          <w:color w:val="000000" w:themeColor="text1"/>
          <w:lang w:val="hy-AM"/>
        </w:rPr>
        <w:softHyphen/>
        <w:t>ընկեր Կազմակերպության գործառույթներն ու կարիքները և դրանք համադրելով համապատասխան որակավորման (միկրոորակավորման) ծրագրի հետ,</w:t>
      </w:r>
    </w:p>
    <w:p w14:paraId="7696A07C"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համաձայնեցնել ԳԱՈՒ մոդուլային ծրագիրը Գործընկեր Կազմակերպության հետ և վերջինիս առաջարկների հիման վրա լրամշակել այն՝ ըստ անհրաժեշտության, </w:t>
      </w:r>
    </w:p>
    <w:p w14:paraId="0B97A4C5"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Գործընկեր Կազմակերպության հետ համաձայնեցմամբ որոշել ԳԱՈՒ ժամկետները՝ մինչև ուսումնական տարվա սկիզբը,</w:t>
      </w:r>
    </w:p>
    <w:p w14:paraId="5398C673" w14:textId="5344041E"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Գործընկեր Կազմակերպությանը տրամադրել համապատասխան ուսումնական տարվա (կիսամյակի) համար Պայմանագրի </w:t>
      </w:r>
      <w:r w:rsidRPr="00A702E8">
        <w:rPr>
          <w:rFonts w:ascii="GHEA Grapalat" w:hAnsi="GHEA Grapalat" w:cs="Segoe UI"/>
          <w:color w:val="000000" w:themeColor="text1"/>
          <w:lang w:val="hy-AM"/>
        </w:rPr>
        <w:fldChar w:fldCharType="begin"/>
      </w:r>
      <w:r w:rsidRPr="00A702E8">
        <w:rPr>
          <w:rFonts w:ascii="GHEA Grapalat" w:hAnsi="GHEA Grapalat" w:cs="Segoe UI"/>
          <w:color w:val="000000" w:themeColor="text1"/>
          <w:lang w:val="hy-AM"/>
        </w:rPr>
        <w:instrText xml:space="preserve"> REF _Ref222933820 \r \h  \* MERGEFORMAT </w:instrText>
      </w:r>
      <w:r w:rsidRPr="00A702E8">
        <w:rPr>
          <w:rFonts w:ascii="GHEA Grapalat" w:hAnsi="GHEA Grapalat" w:cs="Segoe UI"/>
          <w:color w:val="000000" w:themeColor="text1"/>
          <w:lang w:val="hy-AM"/>
        </w:rPr>
      </w:r>
      <w:r w:rsidRPr="00A702E8">
        <w:rPr>
          <w:rFonts w:ascii="GHEA Grapalat" w:hAnsi="GHEA Grapalat" w:cs="Segoe UI"/>
          <w:color w:val="000000" w:themeColor="text1"/>
          <w:lang w:val="hy-AM"/>
        </w:rPr>
        <w:fldChar w:fldCharType="separate"/>
      </w:r>
      <w:r w:rsidR="00D174FB" w:rsidRPr="00A702E8">
        <w:rPr>
          <w:rFonts w:ascii="GHEA Grapalat" w:hAnsi="GHEA Grapalat" w:cs="Segoe UI"/>
          <w:color w:val="000000" w:themeColor="text1"/>
          <w:lang w:val="hy-AM"/>
        </w:rPr>
        <w:t>1.2</w:t>
      </w:r>
      <w:r w:rsidRPr="00A702E8">
        <w:rPr>
          <w:rFonts w:ascii="GHEA Grapalat" w:hAnsi="GHEA Grapalat" w:cs="Segoe UI"/>
          <w:color w:val="000000" w:themeColor="text1"/>
          <w:lang w:val="hy-AM"/>
        </w:rPr>
        <w:fldChar w:fldCharType="end"/>
      </w:r>
      <w:r w:rsidR="004915A5" w:rsidRPr="00A702E8">
        <w:rPr>
          <w:rFonts w:ascii="GHEA Grapalat" w:hAnsi="GHEA Grapalat" w:cs="Segoe UI"/>
          <w:color w:val="000000" w:themeColor="text1"/>
          <w:lang w:val="hy-AM"/>
        </w:rPr>
        <w:t xml:space="preserve">-րդ </w:t>
      </w:r>
      <w:r w:rsidRPr="00A702E8">
        <w:rPr>
          <w:rFonts w:ascii="GHEA Grapalat" w:hAnsi="GHEA Grapalat" w:cs="Segoe UI"/>
          <w:color w:val="000000" w:themeColor="text1"/>
          <w:lang w:val="hy-AM"/>
        </w:rPr>
        <w:t>կետով սահմանված ուսանողների ցանկը՝ ուսումնական տարվա (կիսամյակի) սկզբին նախորդող առնվազն [15]</w:t>
      </w:r>
      <w:r w:rsidRPr="00A702E8">
        <w:rPr>
          <w:rStyle w:val="FootnoteReference"/>
          <w:rFonts w:ascii="GHEA Grapalat" w:hAnsi="GHEA Grapalat" w:cs="Segoe UI"/>
          <w:color w:val="000000" w:themeColor="text1"/>
          <w:lang w:val="hy-AM"/>
        </w:rPr>
        <w:footnoteReference w:id="11"/>
      </w:r>
      <w:r w:rsidRPr="00A702E8">
        <w:rPr>
          <w:rFonts w:ascii="GHEA Grapalat" w:hAnsi="GHEA Grapalat" w:cs="Segoe UI"/>
          <w:color w:val="000000" w:themeColor="text1"/>
          <w:lang w:val="hy-AM"/>
        </w:rPr>
        <w:t xml:space="preserve"> աշխատանքային օր առաջ,</w:t>
      </w:r>
    </w:p>
    <w:p w14:paraId="2701FC0D"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նշանակել ԳԱՈՒ պատասխանատու ՄՈՒՀ-ի կող</w:t>
      </w:r>
      <w:r w:rsidRPr="00A702E8">
        <w:rPr>
          <w:rFonts w:ascii="GHEA Grapalat" w:hAnsi="GHEA Grapalat" w:cs="Segoe UI"/>
          <w:color w:val="000000" w:themeColor="text1"/>
          <w:lang w:val="hy-AM"/>
        </w:rPr>
        <w:softHyphen/>
        <w:t>մից, որն ապահովում է Գործընկեր Կազմակերպության հետ կապը և ԳԱՈՒ  ընթացքի վերահսկողությունը,</w:t>
      </w:r>
    </w:p>
    <w:p w14:paraId="122F4323"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Ուսանողների համար իրականացնել մասնագիտական կողմնորոշում, կազմակերպել տեղեկատվական և ճանաչողական հանդիպումներ Գործընկեր Կազմակերպությունում՝ Ուսանողների մոտ առաջացնելով հետագա գործնական ուսուցման և աշխատանքի մոտիվացիա, </w:t>
      </w:r>
    </w:p>
    <w:p w14:paraId="3A2F42F9"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Ուսանողներին նախապատրաստել ԳԱՈՒ-ն՝ տրա</w:t>
      </w:r>
      <w:r w:rsidRPr="00A702E8">
        <w:rPr>
          <w:rFonts w:ascii="GHEA Grapalat" w:hAnsi="GHEA Grapalat" w:cs="Segoe UI"/>
          <w:color w:val="000000" w:themeColor="text1"/>
          <w:lang w:val="hy-AM"/>
        </w:rPr>
        <w:softHyphen/>
        <w:t>մադրելով Գործընկեր Կազմակերպության և ԳԱՈՒ  գործ</w:t>
      </w:r>
      <w:r w:rsidRPr="00A702E8">
        <w:rPr>
          <w:rFonts w:ascii="GHEA Grapalat" w:hAnsi="GHEA Grapalat" w:cs="Segoe UI"/>
          <w:color w:val="000000" w:themeColor="text1"/>
          <w:lang w:val="hy-AM"/>
        </w:rPr>
        <w:softHyphen/>
        <w:t>ընթացի վերաբերյալ անհրաժեշտ տեղեկատվություն և ցուցումներ,</w:t>
      </w:r>
    </w:p>
    <w:p w14:paraId="42291935"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Գործընկեր Կազմակերպությանը նախապատրաստել ԳԱՈՒ-ն՝ տրա</w:t>
      </w:r>
      <w:r w:rsidRPr="00A702E8">
        <w:rPr>
          <w:rFonts w:ascii="GHEA Grapalat" w:hAnsi="GHEA Grapalat" w:cs="Segoe UI"/>
          <w:color w:val="000000" w:themeColor="text1"/>
          <w:lang w:val="hy-AM"/>
        </w:rPr>
        <w:softHyphen/>
        <w:t>մադրելով անհրաժեշտ տեղեկատվություն և մեթոդական խորհրդատվություն,</w:t>
      </w:r>
    </w:p>
    <w:p w14:paraId="3DB8DC6C"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ԳԱՈՒ մոդուլային ծրագրի կազմակերպման, ընթացքը հաշվառելու, վերահսկելու և արդյունքները գնահատելու նպատակով Գործընկեր Կազմակերպության հետ համաձայնեցնել համապատասխան կազմակերպությունում ապահովման ենթակա ծրագրի բաղադրիչները, տրամադրել ԳԱՈՒ  օրագիրը վարելու վերաբերյալ անհրաժեշտ մեթոդական խորհրդատվություն,</w:t>
      </w:r>
    </w:p>
    <w:p w14:paraId="77ECF0B9"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կազմակերպել գործնական աշխատանքային ուսուցում անցնող Ուսանողի առաջին անգամ այցը Գործընկեր Կազմակերպություն՝ ապահովելով անհրաժեշտ ուղեկցում,</w:t>
      </w:r>
    </w:p>
    <w:p w14:paraId="57DBF313"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Գործընկեր Կազմակերպության հետ համաձայնեցված ժամանակացույցով, սակայն ոչ պակաս, քան կիսամյակի ընթացքում առնվազն երկու անգամ այցելել Գործընկեր Կազմա</w:t>
      </w:r>
      <w:r w:rsidRPr="00A702E8">
        <w:rPr>
          <w:rFonts w:ascii="GHEA Grapalat" w:hAnsi="GHEA Grapalat" w:cs="Segoe UI"/>
          <w:color w:val="000000" w:themeColor="text1"/>
          <w:lang w:val="hy-AM"/>
        </w:rPr>
        <w:softHyphen/>
        <w:t xml:space="preserve">կերպություն՝ վերահսկելու ԳԱՈՒ  ընթացքը և դրա համապատասխանությունը ուսումնառության վերջնարդյունքներին, </w:t>
      </w:r>
    </w:p>
    <w:p w14:paraId="2C090223"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Գործընկեր Կազմակերպության հետ համատեղ իրականացնել ԳԱՈՒ ընթացքի և կրթական կարիքների գնահատում (մոնիտորինգ)՝ միտ</w:t>
      </w:r>
      <w:r w:rsidRPr="00A702E8">
        <w:rPr>
          <w:rFonts w:ascii="GHEA Grapalat" w:hAnsi="GHEA Grapalat" w:cs="Segoe UI"/>
          <w:color w:val="000000" w:themeColor="text1"/>
          <w:lang w:val="hy-AM"/>
        </w:rPr>
        <w:softHyphen/>
        <w:t xml:space="preserve">ված որակավորման (միկրոորոակավորման) մոդուլային ծրագրերի բարելավմանը և համապատասխանեցմանն աշխատաշուկայի պահանջներին, </w:t>
      </w:r>
    </w:p>
    <w:p w14:paraId="70A3B135"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lastRenderedPageBreak/>
        <w:t xml:space="preserve"> քննարկել ԳԱՈՒ  մոդուլային ծրագրի, ինչպես նաև ուսանող</w:t>
      </w:r>
      <w:r w:rsidRPr="00A702E8">
        <w:rPr>
          <w:rFonts w:ascii="GHEA Grapalat" w:hAnsi="GHEA Grapalat" w:cs="Segoe UI"/>
          <w:color w:val="000000" w:themeColor="text1"/>
          <w:lang w:val="hy-AM"/>
        </w:rPr>
        <w:softHyphen/>
        <w:t>ների գիտելիքների և կարողունակությունների բարելավման վերաբերյալ Գործընկեր Կազ</w:t>
      </w:r>
      <w:r w:rsidRPr="00A702E8">
        <w:rPr>
          <w:rFonts w:ascii="GHEA Grapalat" w:hAnsi="GHEA Grapalat" w:cs="Segoe UI"/>
          <w:color w:val="000000" w:themeColor="text1"/>
          <w:lang w:val="hy-AM"/>
        </w:rPr>
        <w:softHyphen/>
        <w:t xml:space="preserve">մակերպության ընթացիկ առաջարկները, </w:t>
      </w:r>
    </w:p>
    <w:p w14:paraId="52D23CCF"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հաշվի առնել ԳԱՈՒ  արդյունքներն Ուսանողի ուսումնառության վերջնարդյունքների գնահատման ժամանակ,</w:t>
      </w:r>
    </w:p>
    <w:p w14:paraId="6673A318"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պահպանել Պայմանագրով նախատեսված համագործակցության շրջանակում իրեն կամ իր աշխատողներին հայտնի դարձած առևտրային գաղտնիք հանդիսացող տեղեկությունները՝ բացառելով երրորդ անձանց ուղղակիորեն կամ անուղղակիորեն հայտնի դառնալը, ինչպես նաև իրեն կամ իր աշխատողներին հայտնի դարձած գաղտնիք հանդի</w:t>
      </w:r>
      <w:r w:rsidRPr="00A702E8">
        <w:rPr>
          <w:rFonts w:ascii="GHEA Grapalat" w:hAnsi="GHEA Grapalat" w:cs="Segoe UI"/>
          <w:color w:val="000000" w:themeColor="text1"/>
          <w:lang w:val="hy-AM"/>
        </w:rPr>
        <w:softHyphen/>
        <w:t>սացող տեղեկություններն օգտագործել միայն Կողմերի միջև Պայմանագրերի կատարման նպատակով: Սույն կետով սահմանված պարտավորություններից բացառություն են հանդի</w:t>
      </w:r>
      <w:r w:rsidRPr="00A702E8">
        <w:rPr>
          <w:rFonts w:ascii="GHEA Grapalat" w:hAnsi="GHEA Grapalat" w:cs="Segoe UI"/>
          <w:color w:val="000000" w:themeColor="text1"/>
          <w:lang w:val="hy-AM"/>
        </w:rPr>
        <w:softHyphen/>
        <w:t>սանում այն դեպքերը, երբ տեղեկատվության բացահայտումը թույլատրված կամ պարտա</w:t>
      </w:r>
      <w:r w:rsidRPr="00A702E8">
        <w:rPr>
          <w:rFonts w:ascii="GHEA Grapalat" w:hAnsi="GHEA Grapalat" w:cs="Segoe UI"/>
          <w:color w:val="000000" w:themeColor="text1"/>
          <w:lang w:val="hy-AM"/>
        </w:rPr>
        <w:softHyphen/>
        <w:t>դիր է ՀՀ օրենսդրությամբ սահմանված կարգով,</w:t>
      </w:r>
    </w:p>
    <w:p w14:paraId="7D44BE03"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վարել մինչև 18 տարեկան Ուսանողին ալկոհոլային խմիչքների արտադրության մեջ, ՀՀ օրենսդրությամբ սահմանված ծանր, վնասակար, առանձնապես ծանր, առանձնապես վնասակար աշխատանքներում, ինչպես նաև մինչև 18 տարեկան անձանց համար ծանր և վնասակար համարվող աշխատանքներում ներգրավված Ուսանողների վիճակագրություն, որը տեղեկատվություն է պարունակում աշխատանքի բնույթի, աշխատանքներն սկսելու և ավարտելու ժամկետների վերաբերյալ։</w:t>
      </w:r>
    </w:p>
    <w:p w14:paraId="513A6150" w14:textId="77777777" w:rsidR="009A0AC0" w:rsidRPr="00A702E8" w:rsidRDefault="009A0AC0" w:rsidP="009A0AC0">
      <w:pPr>
        <w:pStyle w:val="ListParagraph"/>
        <w:numPr>
          <w:ilvl w:val="1"/>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b/>
          <w:bCs/>
          <w:color w:val="000000" w:themeColor="text1"/>
          <w:lang w:val="hy-AM"/>
        </w:rPr>
        <w:t>Գործընկեր Կազմակերպությունը Պայմանագրի շրջանակում պարտավոր է՝</w:t>
      </w:r>
    </w:p>
    <w:p w14:paraId="47B42D61"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կազմել ԳԱՈՒ ժամանակացույցը (գրաֆիկը)՝ գործնական ուսուցման մոդուլային ծրագրին համապատասխան,</w:t>
      </w:r>
    </w:p>
    <w:p w14:paraId="663DAA9E"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bookmarkStart w:id="9" w:name="_Ref222323671"/>
      <w:r w:rsidRPr="00A702E8">
        <w:rPr>
          <w:rFonts w:ascii="GHEA Grapalat" w:hAnsi="GHEA Grapalat" w:cs="Segoe UI"/>
          <w:color w:val="000000" w:themeColor="text1"/>
          <w:lang w:val="hy-AM"/>
        </w:rPr>
        <w:t>դուալ ուսուցման ձևով գործնական աշխատանքային ուսուցում անցնող Ուսանողի հետ կնքել որոշակի ժամկետով աշխատանքային պայմանագիր և Ուսանողին վճարել աշխատավարձ՝ աշխատանքային պայմանագրով սահմանված չափով, կարգով և ժամկետներում,</w:t>
      </w:r>
      <w:bookmarkEnd w:id="9"/>
      <w:r w:rsidRPr="00A702E8">
        <w:rPr>
          <w:rFonts w:ascii="GHEA Grapalat" w:hAnsi="GHEA Grapalat" w:cs="Segoe UI"/>
          <w:color w:val="000000" w:themeColor="text1"/>
          <w:lang w:val="hy-AM"/>
        </w:rPr>
        <w:t xml:space="preserve"> </w:t>
      </w:r>
    </w:p>
    <w:p w14:paraId="66C75B11"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ապահովել ԳԱՈՒ մոդուլային ծրագրի պատշաճ իրականաց</w:t>
      </w:r>
      <w:r w:rsidRPr="00A702E8">
        <w:rPr>
          <w:rFonts w:ascii="GHEA Grapalat" w:hAnsi="GHEA Grapalat" w:cs="Segoe UI"/>
          <w:color w:val="000000" w:themeColor="text1"/>
          <w:lang w:val="hy-AM"/>
        </w:rPr>
        <w:softHyphen/>
        <w:t>ման համար անհրաժեշտ պայմաններ,</w:t>
      </w:r>
    </w:p>
    <w:p w14:paraId="08FD9C0E"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ԳԱՈՒ կազմակերպման նպատակով նշանակել Գործընկեր Կազմակերպությունում պատասխանատու անձ (մասնագիտական ուսուցման հրահանգիչ), ով ունի ԳԱՈՒ  մոդուլային ծրագրով նախատեսված գործառույթների ոլորտում անհրաժեշտ փորձառություն,</w:t>
      </w:r>
    </w:p>
    <w:p w14:paraId="045888C0"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Ուսանողին տրամադրել միայն այնպիսի հանձնարարություններ (գործառույթներ, աշխատանքային խնդիրներ, առաջադրանքներ), որոնք միտված են ԳԱՈՒ  մոդուլային ծրագրի վերջնարդյունքների ապահովմանը, </w:t>
      </w:r>
      <w:bookmarkStart w:id="10" w:name="_Hlk151653012"/>
    </w:p>
    <w:p w14:paraId="5382E20D"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Ուսանողին հանձնարարվող աշխատանքներում հաշվի առնել Ուսանողի տարիքը, ֆիզիկական և մտավոր հասունության մակարդակը, անվտանգության մասին տեղեկացվածության և աշխատանքային փորձառության պակասը,</w:t>
      </w:r>
    </w:p>
    <w:p w14:paraId="5F26DE51"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bookmarkStart w:id="11" w:name="_Ref223017609"/>
      <w:bookmarkEnd w:id="10"/>
      <w:r w:rsidRPr="00A702E8">
        <w:rPr>
          <w:rFonts w:ascii="GHEA Grapalat" w:hAnsi="GHEA Grapalat" w:cs="Segoe UI"/>
          <w:color w:val="000000" w:themeColor="text1"/>
          <w:lang w:val="hy-AM"/>
        </w:rPr>
        <w:t>նախքան Ուսանողին Պայմանագրով նախատեսված աշխատանքում</w:t>
      </w:r>
      <w:r w:rsidRPr="00A702E8">
        <w:rPr>
          <w:rStyle w:val="FootnoteReference"/>
          <w:rFonts w:ascii="GHEA Grapalat" w:hAnsi="GHEA Grapalat"/>
          <w:color w:val="000000" w:themeColor="text1"/>
          <w:lang w:val="hy-AM"/>
        </w:rPr>
        <w:footnoteReference w:id="12"/>
      </w:r>
      <w:r w:rsidRPr="00A702E8">
        <w:rPr>
          <w:rFonts w:ascii="GHEA Grapalat" w:hAnsi="GHEA Grapalat" w:cs="Segoe UI"/>
          <w:color w:val="000000" w:themeColor="text1"/>
          <w:lang w:val="hy-AM"/>
        </w:rPr>
        <w:t xml:space="preserve"> ներգրավելը նրան և նրա օրինական ներկայացուցչին ծանոթացնել ՀՀ կառավարության 20.03.2025թ. թիվ 318-Ն որոշմամբ </w:t>
      </w:r>
      <w:r w:rsidRPr="00A702E8">
        <w:rPr>
          <w:rFonts w:ascii="GHEA Grapalat" w:hAnsi="GHEA Grapalat" w:cs="Segoe UI"/>
          <w:color w:val="000000" w:themeColor="text1"/>
          <w:lang w:val="hy-AM"/>
        </w:rPr>
        <w:lastRenderedPageBreak/>
        <w:t xml:space="preserve">սահմանված կարգին (այսուհետ՝ </w:t>
      </w:r>
      <w:r w:rsidRPr="00A702E8">
        <w:rPr>
          <w:rFonts w:ascii="GHEA Grapalat" w:hAnsi="GHEA Grapalat" w:cs="Segoe UI"/>
          <w:b/>
          <w:bCs/>
          <w:color w:val="000000" w:themeColor="text1"/>
          <w:lang w:val="hy-AM"/>
        </w:rPr>
        <w:t>Կարգ</w:t>
      </w:r>
      <w:r w:rsidRPr="00A702E8">
        <w:rPr>
          <w:rFonts w:ascii="GHEA Grapalat" w:hAnsi="GHEA Grapalat" w:cs="Segoe UI"/>
          <w:color w:val="000000" w:themeColor="text1"/>
          <w:lang w:val="hy-AM"/>
        </w:rPr>
        <w:t>), տրամադրել տեղեկատվություն հանձնարարվելիք կոնկրետ աշխատանքների վերաբերյալ, աշխատանքային պարտականություններով պայմանավորված՝ արտադրական և սպասարկման ոլորտի օբյեկտներում տեխնածին վթարների, արտադրական պատահարների և դրանց հետևանքների, դրանցից պաշտպանվածության համար ձեռնարկվելիք միջոցառումների մասին,</w:t>
      </w:r>
      <w:bookmarkEnd w:id="11"/>
    </w:p>
    <w:p w14:paraId="712BC235" w14:textId="19D1719C"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մինչև </w:t>
      </w:r>
      <w:r w:rsidRPr="00A702E8">
        <w:rPr>
          <w:rFonts w:ascii="GHEA Grapalat" w:hAnsi="GHEA Grapalat" w:cs="Segoe UI"/>
          <w:color w:val="000000" w:themeColor="text1"/>
          <w:lang w:val="hy-AM"/>
        </w:rPr>
        <w:fldChar w:fldCharType="begin"/>
      </w:r>
      <w:r w:rsidRPr="00A702E8">
        <w:rPr>
          <w:rFonts w:ascii="GHEA Grapalat" w:hAnsi="GHEA Grapalat" w:cs="Segoe UI"/>
          <w:color w:val="000000" w:themeColor="text1"/>
          <w:lang w:val="hy-AM"/>
        </w:rPr>
        <w:instrText xml:space="preserve"> REF _Ref223017609 \r \h  \* MERGEFORMAT </w:instrText>
      </w:r>
      <w:r w:rsidRPr="00A702E8">
        <w:rPr>
          <w:rFonts w:ascii="GHEA Grapalat" w:hAnsi="GHEA Grapalat" w:cs="Segoe UI"/>
          <w:color w:val="000000" w:themeColor="text1"/>
          <w:lang w:val="hy-AM"/>
        </w:rPr>
      </w:r>
      <w:r w:rsidRPr="00A702E8">
        <w:rPr>
          <w:rFonts w:ascii="GHEA Grapalat" w:hAnsi="GHEA Grapalat" w:cs="Segoe UI"/>
          <w:color w:val="000000" w:themeColor="text1"/>
          <w:lang w:val="hy-AM"/>
        </w:rPr>
        <w:fldChar w:fldCharType="separate"/>
      </w:r>
      <w:r w:rsidR="00D174FB" w:rsidRPr="00A702E8">
        <w:rPr>
          <w:rFonts w:ascii="GHEA Grapalat" w:hAnsi="GHEA Grapalat" w:cs="Segoe UI"/>
          <w:color w:val="000000" w:themeColor="text1"/>
          <w:lang w:val="hy-AM"/>
        </w:rPr>
        <w:t>3.2.7</w:t>
      </w:r>
      <w:r w:rsidRPr="00A702E8">
        <w:rPr>
          <w:rFonts w:ascii="GHEA Grapalat" w:hAnsi="GHEA Grapalat" w:cs="Segoe UI"/>
          <w:color w:val="000000" w:themeColor="text1"/>
          <w:lang w:val="hy-AM"/>
        </w:rPr>
        <w:fldChar w:fldCharType="end"/>
      </w:r>
      <w:r w:rsidR="004915A5" w:rsidRPr="00A702E8">
        <w:rPr>
          <w:rFonts w:ascii="GHEA Grapalat" w:hAnsi="GHEA Grapalat" w:cs="Segoe UI"/>
          <w:color w:val="000000" w:themeColor="text1"/>
          <w:lang w:val="hy-AM"/>
        </w:rPr>
        <w:t>-րդ</w:t>
      </w:r>
      <w:r w:rsidRPr="00A702E8">
        <w:rPr>
          <w:rFonts w:ascii="GHEA Grapalat" w:hAnsi="GHEA Grapalat" w:cs="Segoe UI"/>
          <w:color w:val="000000" w:themeColor="text1"/>
          <w:lang w:val="hy-AM"/>
        </w:rPr>
        <w:t xml:space="preserve"> կետում նշված աշխատանքը սկսելն Ուսանողին տրամադրել անվտանգ աշխատանքային գործունեության վերաբերյալ տեղեկություններ, վեց ամիսը մեկ անգամ անցկացնել ուսուցում և հրահանգավորում՝ արտադրական սարքավորումներից անվտանգ օգտվելու կանոնների, տեխնածին վթարների, ինչպես նաև արտադրությունում օգտագործվող վտանգավոր քիմիական նյութերի հետ աշխատելու կանոնների, աշխատանքային գործունեությանն առնչվող այլ հնարավոր ռիսկերի, դրանց կանխարգելման և պատահարների դեպքում՝ պատշաճ վարքագիծ դրսևորելու համար,</w:t>
      </w:r>
    </w:p>
    <w:p w14:paraId="36C663F7" w14:textId="29CFDE24"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Պայմանագրի </w:t>
      </w:r>
      <w:r w:rsidRPr="00A702E8">
        <w:rPr>
          <w:rFonts w:ascii="GHEA Grapalat" w:hAnsi="GHEA Grapalat" w:cs="Segoe UI"/>
          <w:color w:val="000000" w:themeColor="text1"/>
          <w:lang w:val="hy-AM"/>
        </w:rPr>
        <w:fldChar w:fldCharType="begin"/>
      </w:r>
      <w:r w:rsidRPr="00A702E8">
        <w:rPr>
          <w:rFonts w:ascii="GHEA Grapalat" w:hAnsi="GHEA Grapalat" w:cs="Segoe UI"/>
          <w:color w:val="000000" w:themeColor="text1"/>
          <w:lang w:val="hy-AM"/>
        </w:rPr>
        <w:instrText xml:space="preserve"> REF _Ref223017609 \r \h  \* MERGEFORMAT </w:instrText>
      </w:r>
      <w:r w:rsidRPr="00A702E8">
        <w:rPr>
          <w:rFonts w:ascii="GHEA Grapalat" w:hAnsi="GHEA Grapalat" w:cs="Segoe UI"/>
          <w:color w:val="000000" w:themeColor="text1"/>
          <w:lang w:val="hy-AM"/>
        </w:rPr>
      </w:r>
      <w:r w:rsidRPr="00A702E8">
        <w:rPr>
          <w:rFonts w:ascii="GHEA Grapalat" w:hAnsi="GHEA Grapalat" w:cs="Segoe UI"/>
          <w:color w:val="000000" w:themeColor="text1"/>
          <w:lang w:val="hy-AM"/>
        </w:rPr>
        <w:fldChar w:fldCharType="separate"/>
      </w:r>
      <w:r w:rsidR="00D174FB" w:rsidRPr="00A702E8">
        <w:rPr>
          <w:rFonts w:ascii="GHEA Grapalat" w:hAnsi="GHEA Grapalat" w:cs="Segoe UI"/>
          <w:color w:val="000000" w:themeColor="text1"/>
          <w:lang w:val="hy-AM"/>
        </w:rPr>
        <w:t>3.2.7</w:t>
      </w:r>
      <w:r w:rsidRPr="00A702E8">
        <w:rPr>
          <w:rFonts w:ascii="GHEA Grapalat" w:hAnsi="GHEA Grapalat" w:cs="Segoe UI"/>
          <w:color w:val="000000" w:themeColor="text1"/>
          <w:lang w:val="hy-AM"/>
        </w:rPr>
        <w:fldChar w:fldCharType="end"/>
      </w:r>
      <w:r w:rsidR="004915A5" w:rsidRPr="00A702E8">
        <w:rPr>
          <w:rFonts w:ascii="GHEA Grapalat" w:hAnsi="GHEA Grapalat" w:cs="Segoe UI"/>
          <w:color w:val="000000" w:themeColor="text1"/>
          <w:lang w:val="hy-AM"/>
        </w:rPr>
        <w:t>-րդ</w:t>
      </w:r>
      <w:r w:rsidRPr="00A702E8">
        <w:rPr>
          <w:rFonts w:ascii="GHEA Grapalat" w:hAnsi="GHEA Grapalat" w:cs="Segoe UI"/>
          <w:color w:val="000000" w:themeColor="text1"/>
          <w:lang w:val="hy-AM"/>
        </w:rPr>
        <w:t xml:space="preserve"> կետում նշված աշխատանքում ներգրավված Ուսանողի համար աշխատավայրում տեսանելի վայրում փակցնել Կարգը, Ուսանողի աշխատանքի և հանգստի ռեժիմը, հանգստի կամ սնվելու համար, լրացուցիչ և հատուկ ընդմիջումները, ինչպես նաև իրավասու վերահսկող մարմնի գտնվելու վայրը և հեռախոսահամարը,</w:t>
      </w:r>
    </w:p>
    <w:p w14:paraId="73F5C62E"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Ուսանողի առողջության պահպանման և անվտանգությունն ապահովելու համար, օրենսդրությամբ և իր ներքին իրավական ակտերով սահմանված կարգով, ապահովել աշխատանքի նորմալ պայմաններ,</w:t>
      </w:r>
    </w:p>
    <w:p w14:paraId="36C0CF8B"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Ուսանողի ալկոհոլային խմիչքների արտադրության մեջ ներգրավելու դեպքում զերծ պահել նրան ալկոհոլային խմիչքների համտես իրականացնելուց, ինչպես նաև աշխատավայրում ալկոհոլային խմիչքների սպառումից,</w:t>
      </w:r>
    </w:p>
    <w:p w14:paraId="1DE6D2A7"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զերծ պահել Ուսանողին նրա առողջությանը, անվտանգությանը և բարոյականությանը վտանգող աշխատանքային միջավայրից, ապահովել հարգալից և աջակցող աշխատանքային մթնոլորտ,</w:t>
      </w:r>
    </w:p>
    <w:p w14:paraId="3B2C0B43"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աշխատանքի վայրում կամ աշխատանքային գործառույթները կատարելիս այլ վայրում Ուսանողի կյանքի կամ առողջության հետ կապված ցանկացած դժբախտ պատահարի կամ մասնագիտական հիվանդության մասին անհապաղ հաղորդել ՄՈՒՀ-ին, </w:t>
      </w:r>
    </w:p>
    <w:p w14:paraId="23B8E4D4"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ՀՀ օրենսդրությամբ սահմանված կարգով և դեպքերում փոխհատուցել Ուսանողի կյանքին կամ առողջությանը պատճառված վնասը` Ուսանողի աշխատանքի ընթացքում դժբախտ պատահարների հետևանքով պատճառված վնասների համար,</w:t>
      </w:r>
    </w:p>
    <w:p w14:paraId="072F6A8B"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զերծ մնալ դուալ ուսուցման ձևով գործնական աշխատանքային ուսուցում անցնող Ուսանողի զբաղեցրած հաստիքը կրճատելուց, կամ այնպիսի պայմաններ ստեղծելուց, երբ առաջանում է հաստիքը կրճատելու անհրաժեշտություն,</w:t>
      </w:r>
    </w:p>
    <w:p w14:paraId="4116FB96"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Գործընկեր Կազմակերպությունից անկախ հանգամանքներում դուալ ուսուցման ձևով գործնական աշխատանքային ուսուցում անցնող Ուսանողի զբաղեցրած հաստիքը կրճատելու անհրաժեշտություն </w:t>
      </w:r>
      <w:r w:rsidRPr="00A702E8">
        <w:rPr>
          <w:rFonts w:ascii="GHEA Grapalat" w:hAnsi="GHEA Grapalat" w:cs="Segoe UI"/>
          <w:color w:val="000000" w:themeColor="text1"/>
          <w:lang w:val="hy-AM"/>
        </w:rPr>
        <w:lastRenderedPageBreak/>
        <w:t>առաջանալու դեպքում՝ ձեռնարկել բավարար միջոցներ Ուսանողին ԳԱՈՒ  մոդուլային ծրագրի վերջնարդյունքները բավարարող համապատասխան այլ աշխատանք առաջարկելու համար,</w:t>
      </w:r>
    </w:p>
    <w:p w14:paraId="29BE7FF6"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Ուսանողի կողմից գործնական ուսուցման կազմակերպման հետ կապված պայմանագրային պարտավորությունների և Գործընկեր Կազմակերպության ներքին իրավական ակտերի և կարգապահական կանոնների խախտման մասին անհապաղ տեղեկացնել ՄՈՒՀ-ին,</w:t>
      </w:r>
    </w:p>
    <w:p w14:paraId="0C3FCB60"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bookmarkStart w:id="12" w:name="_Ref151131748"/>
      <w:r w:rsidRPr="00A702E8">
        <w:rPr>
          <w:rFonts w:ascii="GHEA Grapalat" w:hAnsi="GHEA Grapalat" w:cs="Segoe UI"/>
          <w:color w:val="000000" w:themeColor="text1"/>
          <w:lang w:val="hy-AM"/>
        </w:rPr>
        <w:t xml:space="preserve"> </w:t>
      </w:r>
      <w:bookmarkStart w:id="13" w:name="_Ref222946192"/>
      <w:r w:rsidRPr="00A702E8">
        <w:rPr>
          <w:rFonts w:ascii="GHEA Grapalat" w:hAnsi="GHEA Grapalat" w:cs="Segoe UI"/>
          <w:color w:val="000000" w:themeColor="text1"/>
          <w:lang w:val="hy-AM"/>
        </w:rPr>
        <w:t>գործնական աշխատանքային ուսուցում անցնող Ուսանողի հետ կնքված աշխատանքային պայմանագիրը փոփոխելու, լուծելու (այդ թվում՝ գործատուի նախաձեռնությամբ կամ կողմերի համաձայնությամբ), Ուսանողի նկատմամբ կարգապահական պատասխանատվություն կիրառելու հիմքեր առաջանալու, ինչպես նաև աշխատանքի վրա հիմնված ուսումնառությունը պրակտիկայի ձևով անցնող Ուսանողի հետ կնքված պայմանագիրը լուծելու անհրաժեշտություն առաջանալու դեպքում նախապես քննարկումներ ձեռնարկել ՄՈՒՀ-ի հետ՝ լավագույն լուծումներ գտնելու նպատակով,</w:t>
      </w:r>
      <w:bookmarkEnd w:id="12"/>
      <w:bookmarkEnd w:id="13"/>
    </w:p>
    <w:p w14:paraId="0669CE89"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հավաստել Ուսանողի աշխատանքի վերաբերյալ ԳԱՈՒ  օրագրում կատարված նկարագրության իսկությունը և գնահատել արդյունքը,</w:t>
      </w:r>
    </w:p>
    <w:p w14:paraId="24251B23"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ըստ հնարավորության նպաստել ՄՈՒՀ-ի կողմից իրականացվող որակավորման (միկրոորոկավորման) ծրագրերի ճանաչելիության բարձրացմանը,</w:t>
      </w:r>
    </w:p>
    <w:p w14:paraId="3E8EDE7D" w14:textId="735ED760"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ՄՈՒՀ-ին տրամադրել տեղեկատվություն՝ Ուսանողի գործնական ուսուցման ընթացքի վերաբերյալ, ինչպես նաև Պայմանագրով սահմանված կարգով ապահովել Ուսանող</w:t>
      </w:r>
      <w:r w:rsidRPr="00A702E8">
        <w:rPr>
          <w:rFonts w:ascii="GHEA Grapalat" w:hAnsi="GHEA Grapalat" w:cs="Segoe UI"/>
          <w:color w:val="000000" w:themeColor="text1"/>
          <w:lang w:val="hy-AM"/>
        </w:rPr>
        <w:softHyphen/>
        <w:t>ների ԳԱՈՒ  ընթացքի վերահսկողությունը ՄՈՒՀ-ի կող</w:t>
      </w:r>
      <w:r w:rsidRPr="00A702E8">
        <w:rPr>
          <w:rFonts w:ascii="GHEA Grapalat" w:hAnsi="GHEA Grapalat" w:cs="Segoe UI"/>
          <w:color w:val="000000" w:themeColor="text1"/>
          <w:lang w:val="hy-AM"/>
        </w:rPr>
        <w:softHyphen/>
        <w:t xml:space="preserve">մից, </w:t>
      </w:r>
    </w:p>
    <w:p w14:paraId="09FA33E9"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պահպանել համագործակցության շրջանակում իրեն հայտնի դարձած առևտրային գաղտնիք հանդիսացող տեղեկությունները, ապահովել այդ տեղեկատվության պաշտպա</w:t>
      </w:r>
      <w:r w:rsidRPr="00A702E8">
        <w:rPr>
          <w:rFonts w:ascii="GHEA Grapalat" w:hAnsi="GHEA Grapalat" w:cs="Segoe UI"/>
          <w:color w:val="000000" w:themeColor="text1"/>
          <w:lang w:val="hy-AM"/>
        </w:rPr>
        <w:softHyphen/>
        <w:t>նությունը՝ բացառելով դրանց՝ երրորդ անձանց ուղղակիորեն կամ անուղղակիորեն հայտնի դառնալը, ինչպես նաև իրեն հայտնի դարձած գաղտնիք հանդիսացող տեղեկություններն օգտագործել միայն Կողմերի միջև պայմանագրերի կատարման նպատակով: Սույն կետով սահմանված պարտավորություններից բացառություն են հանդիսանում այն դեպքերը, երբ տեղեկատվության բացահայտումը թույլատրված կամ պարտադիր է ՀՀ օրենսդրությամբ սահմանված կարգով։</w:t>
      </w:r>
    </w:p>
    <w:p w14:paraId="5EA62498"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 Գործընկեր Կազմակերպության լուծարման գործընթաց սկսելու մասին որոշում կայացվելու դեպքում (հնարավորության դեպքում՝ մինչև նման որոշման կայացումը) ծանուցել ՄՈՒՀ-ին։ </w:t>
      </w:r>
    </w:p>
    <w:p w14:paraId="26D6C8D7" w14:textId="77777777" w:rsidR="009A0AC0" w:rsidRPr="00A702E8" w:rsidRDefault="009A0AC0" w:rsidP="009A0AC0">
      <w:pPr>
        <w:pStyle w:val="ListParagraph"/>
        <w:numPr>
          <w:ilvl w:val="1"/>
          <w:numId w:val="13"/>
        </w:numPr>
        <w:spacing w:before="120" w:after="120" w:line="276" w:lineRule="auto"/>
        <w:ind w:left="720" w:hanging="720"/>
        <w:contextualSpacing w:val="0"/>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Այլ պարտավորություններ.</w:t>
      </w:r>
      <w:r w:rsidRPr="00A702E8">
        <w:rPr>
          <w:rStyle w:val="FootnoteReference"/>
          <w:rFonts w:ascii="GHEA Grapalat" w:hAnsi="GHEA Grapalat" w:cs="Segoe UI"/>
          <w:bCs/>
          <w:color w:val="000000" w:themeColor="text1"/>
          <w:lang w:val="hy-AM"/>
        </w:rPr>
        <w:footnoteReference w:id="13"/>
      </w:r>
    </w:p>
    <w:p w14:paraId="18E3AFFB"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[ՄՈՒՀ-ը/Գործընկեր Կազմակերպությունը] պարտավոր է ապահովել մինչև Գործընկեր Կազմակերպություն Ուսանողի աշխատանքի սկիզբը նրա կողմից պարտադիր նախնական և պարբերական բժշկական զննություն անցնելը՝ վճարելով դրա հետ կապված ծախսերը,</w:t>
      </w:r>
    </w:p>
    <w:p w14:paraId="71E2FBC9"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[ՄՈՒՀ-ը/Գործընկեր Կազմակերպությունը] պարտավոր է ապահովել աշխատանքի վայրում դժբախտ դեպքերից և մասնագիտական հիվանդու</w:t>
      </w:r>
      <w:r w:rsidRPr="00A702E8">
        <w:rPr>
          <w:rFonts w:ascii="GHEA Grapalat" w:hAnsi="GHEA Grapalat" w:cs="Segoe UI"/>
          <w:color w:val="000000" w:themeColor="text1"/>
          <w:lang w:val="hy-AM"/>
        </w:rPr>
        <w:softHyphen/>
        <w:t>թյուններից Ուսանողի ապահովագրությունը:</w:t>
      </w:r>
    </w:p>
    <w:p w14:paraId="2BE2326D"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b/>
          <w:color w:val="000000" w:themeColor="text1"/>
          <w:lang w:val="hy-AM"/>
        </w:rPr>
      </w:pPr>
      <w:r w:rsidRPr="00A702E8">
        <w:rPr>
          <w:rFonts w:ascii="GHEA Grapalat" w:hAnsi="GHEA Grapalat" w:cs="Segoe UI"/>
          <w:color w:val="000000" w:themeColor="text1"/>
          <w:lang w:val="hy-AM"/>
        </w:rPr>
        <w:lastRenderedPageBreak/>
        <w:t>[ՄՈՒՀ-ը/Գործընկեր Կազմակերպությունը] պարտավոր է ապահովել Գործընկեր Կազմակերպություն Ուսանողի տեղափոխման և կեցության հետ կապված ծախսերը:</w:t>
      </w:r>
    </w:p>
    <w:p w14:paraId="1FB5425C"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bCs/>
          <w:color w:val="000000" w:themeColor="text1"/>
          <w:lang w:val="hy-AM"/>
        </w:rPr>
      </w:pPr>
      <w:r w:rsidRPr="00A702E8">
        <w:rPr>
          <w:rFonts w:ascii="GHEA Grapalat" w:hAnsi="GHEA Grapalat" w:cs="Segoe UI"/>
          <w:bCs/>
          <w:color w:val="000000" w:themeColor="text1"/>
          <w:lang w:val="hy-AM"/>
        </w:rPr>
        <w:t>Կողմերը համաձայնեցնում են Ուսանողի աշխատանքի և արձակուրդի ռեժիմը։</w:t>
      </w:r>
    </w:p>
    <w:p w14:paraId="07BF9732" w14:textId="77777777" w:rsidR="009A0AC0" w:rsidRPr="00A702E8" w:rsidRDefault="009A0AC0" w:rsidP="009A0AC0">
      <w:pPr>
        <w:pStyle w:val="ListParagraph"/>
        <w:numPr>
          <w:ilvl w:val="2"/>
          <w:numId w:val="13"/>
        </w:numPr>
        <w:spacing w:before="120" w:after="120" w:line="276" w:lineRule="auto"/>
        <w:ind w:left="720" w:hanging="720"/>
        <w:contextualSpacing w:val="0"/>
        <w:jc w:val="both"/>
        <w:rPr>
          <w:rFonts w:ascii="GHEA Grapalat" w:hAnsi="GHEA Grapalat" w:cs="Segoe UI"/>
          <w:bCs/>
          <w:color w:val="000000" w:themeColor="text1"/>
          <w:lang w:val="hy-AM"/>
        </w:rPr>
      </w:pPr>
      <w:r w:rsidRPr="00A702E8">
        <w:rPr>
          <w:rFonts w:ascii="GHEA Grapalat" w:hAnsi="GHEA Grapalat" w:cs="Segoe UI"/>
          <w:bCs/>
          <w:color w:val="000000" w:themeColor="text1"/>
          <w:lang w:val="hy-AM"/>
        </w:rPr>
        <w:t>Կողմերը քննարկում և համաձայնեցնում են ԳԱՈՒ  հետ կապված այլ հարցերը, Կողմերի ֆինանսական պարտավորությունները և միջոցների բաշխումը։</w:t>
      </w:r>
    </w:p>
    <w:p w14:paraId="5C180F7C" w14:textId="77777777" w:rsidR="009A0AC0" w:rsidRPr="00A702E8" w:rsidRDefault="009A0AC0" w:rsidP="009A0AC0">
      <w:pPr>
        <w:pStyle w:val="Heading1"/>
        <w:keepLines/>
        <w:numPr>
          <w:ilvl w:val="0"/>
          <w:numId w:val="13"/>
        </w:numPr>
        <w:spacing w:before="360" w:after="120" w:line="276" w:lineRule="auto"/>
        <w:ind w:left="720" w:hanging="720"/>
        <w:rPr>
          <w:rFonts w:ascii="GHEA Grapalat" w:hAnsi="GHEA Grapalat"/>
          <w:color w:val="000000" w:themeColor="text1"/>
        </w:rPr>
      </w:pPr>
      <w:r w:rsidRPr="00A702E8">
        <w:rPr>
          <w:rFonts w:ascii="GHEA Grapalat" w:hAnsi="GHEA Grapalat"/>
          <w:color w:val="000000" w:themeColor="text1"/>
        </w:rPr>
        <w:t>ՊԱՅՄԱՆԱԳՐԻ ԳՈՐԾՈՂՈՒԹՅԱՆ ԺԱՄԿԵՏԸ</w:t>
      </w:r>
    </w:p>
    <w:p w14:paraId="2216FC56" w14:textId="77777777" w:rsidR="009A0AC0" w:rsidRPr="00A702E8" w:rsidRDefault="009A0AC0" w:rsidP="009A0AC0">
      <w:pPr>
        <w:pStyle w:val="ListParagraph"/>
        <w:numPr>
          <w:ilvl w:val="1"/>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Պայմանագիրն ուժի մեջ է մտնում Կողմերի ստորագրման պահից և գործում է առանց ժամկետի սահմանափակման:</w:t>
      </w:r>
    </w:p>
    <w:p w14:paraId="66DB457C" w14:textId="51B11ECE" w:rsidR="009A0AC0" w:rsidRPr="00A702E8" w:rsidRDefault="009A0AC0" w:rsidP="000A63B5">
      <w:pPr>
        <w:pStyle w:val="ListParagraph"/>
        <w:numPr>
          <w:ilvl w:val="1"/>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Կողմերից յուրաքանչյուրն իրավունք ունի արտադատական կարգով միակողմանիորեն հրաժարվել  Պայմանագրից՝ մյուսին ծանուցելով: Սույն կետով սահմանված դեպքում Պայմանագիրը համարում է լուծված համապատասխան ուսումնական տարվա վերջին օրը: Սույն կետով սահմանված ծանուցումը պետք է ներկայացվի ոչ ուշ քան համապատասխան ուսումնական տարվա ավարտից մեկ ամիս առաջ:</w:t>
      </w:r>
    </w:p>
    <w:p w14:paraId="05058283" w14:textId="77777777" w:rsidR="009A0AC0" w:rsidRPr="00A702E8" w:rsidRDefault="009A0AC0" w:rsidP="009A0AC0">
      <w:pPr>
        <w:pStyle w:val="ListParagraph"/>
        <w:numPr>
          <w:ilvl w:val="1"/>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Պայմանագրում լրացումներ և փոփոխությունները կատարվում են գրավոր՝ Կողմերի փոխադարձ համաձայնությամբ: </w:t>
      </w:r>
    </w:p>
    <w:p w14:paraId="3F6C949C" w14:textId="77777777" w:rsidR="009A0AC0" w:rsidRPr="00A702E8" w:rsidRDefault="009A0AC0" w:rsidP="009A0AC0">
      <w:pPr>
        <w:pStyle w:val="ListParagraph"/>
        <w:numPr>
          <w:ilvl w:val="1"/>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Պայմանագիրը վաղաժամկետ կարող է լուծվել Կողմերի փոխադարձ համաձայնու</w:t>
      </w:r>
      <w:r w:rsidRPr="00A702E8">
        <w:rPr>
          <w:rFonts w:ascii="GHEA Grapalat" w:hAnsi="GHEA Grapalat" w:cs="Segoe UI"/>
          <w:color w:val="000000" w:themeColor="text1"/>
          <w:lang w:val="hy-AM"/>
        </w:rPr>
        <w:softHyphen/>
        <w:t>թյամբ:</w:t>
      </w:r>
    </w:p>
    <w:p w14:paraId="438E0747" w14:textId="77777777" w:rsidR="009A0AC0" w:rsidRPr="00A702E8" w:rsidRDefault="009A0AC0" w:rsidP="009A0AC0">
      <w:pPr>
        <w:pStyle w:val="Heading1"/>
        <w:keepLines/>
        <w:numPr>
          <w:ilvl w:val="0"/>
          <w:numId w:val="13"/>
        </w:numPr>
        <w:spacing w:before="360" w:after="120" w:line="276" w:lineRule="auto"/>
        <w:ind w:left="720" w:hanging="720"/>
        <w:rPr>
          <w:rFonts w:ascii="GHEA Grapalat" w:hAnsi="GHEA Grapalat"/>
          <w:color w:val="000000" w:themeColor="text1"/>
        </w:rPr>
      </w:pPr>
      <w:r w:rsidRPr="00A702E8">
        <w:rPr>
          <w:rFonts w:ascii="GHEA Grapalat" w:hAnsi="GHEA Grapalat"/>
          <w:color w:val="000000" w:themeColor="text1"/>
        </w:rPr>
        <w:t>ԱՅԼ ԴՐՈՒՅԹՆԵՐ</w:t>
      </w:r>
    </w:p>
    <w:p w14:paraId="3ABA0A22" w14:textId="33B7C275" w:rsidR="009A0AC0" w:rsidRPr="00A702E8" w:rsidRDefault="009A0AC0" w:rsidP="009A0AC0">
      <w:pPr>
        <w:numPr>
          <w:ilvl w:val="1"/>
          <w:numId w:val="13"/>
        </w:numPr>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Այն դեպքում, երբ անկանխատեսելի կամ անկանխելի հանգամանքներով պայմանա</w:t>
      </w:r>
      <w:r w:rsidRPr="00A702E8">
        <w:rPr>
          <w:rFonts w:ascii="GHEA Grapalat" w:hAnsi="GHEA Grapalat" w:cs="Segoe UI"/>
          <w:color w:val="000000" w:themeColor="text1"/>
          <w:lang w:val="hy-AM"/>
        </w:rPr>
        <w:softHyphen/>
        <w:t>վորված, անհրաժեշտություն է առաջացել փոփոխել Գործընկեր Կազմակերպության գործունեության բնույթը կամ անհնար է դարձել վերջինիս կողմից ԳԱՈՒ  մոդուլային ծրագրի վերջնարդյունքների ապահովումը, Կողմերը պետք է վարեն բանակցություններ Պայմանագիրն ըստ անհրաժեշտության փոփոխելու կամ լուծելու վերաբերյալ:</w:t>
      </w:r>
    </w:p>
    <w:p w14:paraId="0E237DF1" w14:textId="77777777" w:rsidR="009A0AC0" w:rsidRPr="00A702E8" w:rsidRDefault="009A0AC0" w:rsidP="009A0AC0">
      <w:pPr>
        <w:pStyle w:val="ListParagraph"/>
        <w:numPr>
          <w:ilvl w:val="1"/>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Կողմերի միջև ծագած վեճերը լուծվում են անմիջական բանակցությունների միջոցով: Վեճի մասին Կողմերից մեկի՝ մյուս Կողմի գրավոր ծանուցումը ստանալուց հետո մեկ ամսվա ընթացքում նրանց միջև ծագած վեճը չլուծվելու դեպքում այն ենթակա է կարգա</w:t>
      </w:r>
      <w:r w:rsidRPr="00A702E8">
        <w:rPr>
          <w:rFonts w:ascii="GHEA Grapalat" w:hAnsi="GHEA Grapalat" w:cs="Segoe UI"/>
          <w:color w:val="000000" w:themeColor="text1"/>
          <w:lang w:val="hy-AM"/>
        </w:rPr>
        <w:softHyphen/>
        <w:t>վորման ՀՀ օրենսդրու</w:t>
      </w:r>
      <w:r w:rsidRPr="00A702E8">
        <w:rPr>
          <w:rFonts w:ascii="GHEA Grapalat" w:hAnsi="GHEA Grapalat" w:cs="Segoe UI"/>
          <w:color w:val="000000" w:themeColor="text1"/>
          <w:lang w:val="hy-AM"/>
        </w:rPr>
        <w:softHyphen/>
        <w:t>թյամբ սահմանված կարգով՝ ՀՀ իրավասու դատարանների կողմից:</w:t>
      </w:r>
    </w:p>
    <w:p w14:paraId="02A333E3" w14:textId="03953DBF" w:rsidR="009A0AC0" w:rsidRPr="00A702E8" w:rsidRDefault="009A0AC0" w:rsidP="009A0AC0">
      <w:pPr>
        <w:pStyle w:val="ListParagraph"/>
        <w:numPr>
          <w:ilvl w:val="1"/>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Գործընկեր Կազմակերպության և Ուսանողի միջև վեճեր կամ անհամաձայնություններ առաջանալու դեպքում, այդ թվում՝ </w:t>
      </w:r>
      <w:r w:rsidRPr="00A702E8">
        <w:rPr>
          <w:rFonts w:ascii="GHEA Grapalat" w:hAnsi="GHEA Grapalat" w:cs="Segoe UI"/>
          <w:color w:val="000000" w:themeColor="text1"/>
          <w:lang w:val="hy-AM"/>
        </w:rPr>
        <w:fldChar w:fldCharType="begin"/>
      </w:r>
      <w:r w:rsidRPr="00A702E8">
        <w:rPr>
          <w:rFonts w:ascii="GHEA Grapalat" w:hAnsi="GHEA Grapalat" w:cs="Segoe UI"/>
          <w:color w:val="000000" w:themeColor="text1"/>
          <w:lang w:val="hy-AM"/>
        </w:rPr>
        <w:instrText xml:space="preserve"> REF _Ref222946192 \r \h  \* MERGEFORMAT </w:instrText>
      </w:r>
      <w:r w:rsidRPr="00A702E8">
        <w:rPr>
          <w:rFonts w:ascii="GHEA Grapalat" w:hAnsi="GHEA Grapalat" w:cs="Segoe UI"/>
          <w:color w:val="000000" w:themeColor="text1"/>
          <w:lang w:val="hy-AM"/>
        </w:rPr>
      </w:r>
      <w:r w:rsidRPr="00A702E8">
        <w:rPr>
          <w:rFonts w:ascii="GHEA Grapalat" w:hAnsi="GHEA Grapalat" w:cs="Segoe UI"/>
          <w:color w:val="000000" w:themeColor="text1"/>
          <w:lang w:val="hy-AM"/>
        </w:rPr>
        <w:fldChar w:fldCharType="separate"/>
      </w:r>
      <w:r w:rsidR="00D174FB" w:rsidRPr="00A702E8">
        <w:rPr>
          <w:rFonts w:ascii="GHEA Grapalat" w:hAnsi="GHEA Grapalat" w:cs="Segoe UI"/>
          <w:color w:val="000000" w:themeColor="text1"/>
          <w:lang w:val="hy-AM"/>
        </w:rPr>
        <w:t>3.2.18</w:t>
      </w:r>
      <w:r w:rsidRPr="00A702E8">
        <w:rPr>
          <w:rFonts w:ascii="GHEA Grapalat" w:hAnsi="GHEA Grapalat" w:cs="Segoe UI"/>
          <w:color w:val="000000" w:themeColor="text1"/>
          <w:lang w:val="hy-AM"/>
        </w:rPr>
        <w:fldChar w:fldCharType="end"/>
      </w:r>
      <w:r w:rsidR="009A4455" w:rsidRPr="00A702E8">
        <w:rPr>
          <w:rFonts w:ascii="GHEA Grapalat" w:hAnsi="GHEA Grapalat" w:cs="Segoe UI"/>
          <w:color w:val="000000" w:themeColor="text1"/>
          <w:lang w:val="hy-AM"/>
        </w:rPr>
        <w:t>-րդ</w:t>
      </w:r>
      <w:r w:rsidRPr="00A702E8">
        <w:rPr>
          <w:rFonts w:ascii="GHEA Grapalat" w:hAnsi="GHEA Grapalat" w:cs="Segoe UI"/>
          <w:color w:val="000000" w:themeColor="text1"/>
          <w:lang w:val="hy-AM"/>
        </w:rPr>
        <w:t xml:space="preserve"> կետով սահմանված դեպքերում Կողմերը պետք է ձեռնարկեն միջոցներ և ներդնեն անհրաժեշտ ջանքերը հնարավոր վեճերը կամ անհամաձայնությունները բանակցությունների միջոցով լուծելու և առկա խնդիրները վերացնելու ուղղությամբ:</w:t>
      </w:r>
    </w:p>
    <w:p w14:paraId="4A0A3AD2" w14:textId="77777777" w:rsidR="009A0AC0" w:rsidRPr="00A702E8" w:rsidRDefault="009A0AC0" w:rsidP="009A0AC0">
      <w:pPr>
        <w:pStyle w:val="ListParagraph"/>
        <w:numPr>
          <w:ilvl w:val="1"/>
          <w:numId w:val="13"/>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Պայմանագիրը կնքվում է երկու օրինակից, որոնք ունեն հավասար իրավաբանա</w:t>
      </w:r>
      <w:r w:rsidRPr="00A702E8">
        <w:rPr>
          <w:rFonts w:ascii="GHEA Grapalat" w:hAnsi="GHEA Grapalat" w:cs="Segoe UI"/>
          <w:color w:val="000000" w:themeColor="text1"/>
          <w:lang w:val="hy-AM"/>
        </w:rPr>
        <w:softHyphen/>
        <w:t xml:space="preserve">կան ուժ, յուրաքանչյուր կողմին տրվում է մեկական օրինակ: </w:t>
      </w:r>
    </w:p>
    <w:p w14:paraId="057F5C57" w14:textId="77777777" w:rsidR="009A0AC0" w:rsidRPr="00A702E8" w:rsidRDefault="009A0AC0" w:rsidP="009A0AC0">
      <w:pPr>
        <w:pStyle w:val="ListParagraph"/>
        <w:spacing w:before="120" w:after="120"/>
        <w:ind w:hanging="720"/>
        <w:contextualSpacing w:val="0"/>
        <w:jc w:val="both"/>
        <w:rPr>
          <w:rFonts w:ascii="GHEA Grapalat" w:hAnsi="GHEA Grapalat" w:cs="Segoe UI"/>
          <w:color w:val="000000" w:themeColor="text1"/>
          <w:lang w:val="hy-AM"/>
        </w:rPr>
      </w:pPr>
    </w:p>
    <w:p w14:paraId="02063C1E" w14:textId="77777777" w:rsidR="009A0AC0" w:rsidRPr="00A702E8" w:rsidRDefault="009A0AC0" w:rsidP="009A0AC0">
      <w:pPr>
        <w:pStyle w:val="ListParagraph"/>
        <w:spacing w:before="120" w:after="120"/>
        <w:ind w:hanging="720"/>
        <w:contextualSpacing w:val="0"/>
        <w:jc w:val="both"/>
        <w:rPr>
          <w:rFonts w:ascii="GHEA Grapalat" w:hAnsi="GHEA Grapalat" w:cs="Segoe UI"/>
          <w:i/>
          <w:iCs/>
          <w:color w:val="000000" w:themeColor="text1"/>
          <w:lang w:val="en-US"/>
        </w:rPr>
      </w:pPr>
      <w:r w:rsidRPr="00A702E8">
        <w:rPr>
          <w:rFonts w:ascii="GHEA Grapalat" w:hAnsi="GHEA Grapalat" w:cs="Segoe UI"/>
          <w:i/>
          <w:iCs/>
          <w:color w:val="000000" w:themeColor="text1"/>
          <w:lang w:val="en-US"/>
        </w:rPr>
        <w:t>[ստորագրության էջը հաջորդիվ]</w:t>
      </w:r>
      <w:r w:rsidRPr="00A702E8">
        <w:rPr>
          <w:rFonts w:ascii="GHEA Grapalat" w:hAnsi="GHEA Grapalat" w:cs="Segoe UI"/>
          <w:i/>
          <w:iCs/>
          <w:color w:val="000000" w:themeColor="text1"/>
          <w:lang w:val="en-US"/>
        </w:rPr>
        <w:br w:type="page"/>
      </w:r>
    </w:p>
    <w:p w14:paraId="443CFB74" w14:textId="77777777" w:rsidR="009A0AC0" w:rsidRPr="00A702E8" w:rsidRDefault="009A0AC0" w:rsidP="009A0AC0">
      <w:pPr>
        <w:numPr>
          <w:ilvl w:val="0"/>
          <w:numId w:val="13"/>
        </w:numPr>
        <w:spacing w:before="120" w:after="120" w:line="276" w:lineRule="auto"/>
        <w:ind w:left="720" w:hanging="720"/>
        <w:jc w:val="center"/>
        <w:rPr>
          <w:rFonts w:ascii="GHEA Grapalat" w:hAnsi="GHEA Grapalat" w:cs="Segoe UI"/>
          <w:b/>
          <w:color w:val="000000" w:themeColor="text1"/>
          <w:lang w:val="hy-AM"/>
        </w:rPr>
      </w:pPr>
      <w:r w:rsidRPr="00A702E8">
        <w:rPr>
          <w:rFonts w:ascii="GHEA Grapalat" w:hAnsi="GHEA Grapalat" w:cs="Segoe UI"/>
          <w:b/>
          <w:color w:val="000000" w:themeColor="text1"/>
          <w:lang w:val="hy-AM"/>
        </w:rPr>
        <w:lastRenderedPageBreak/>
        <w:t>ԿՈՂՄԵՐԻ ՎԱՎԵՐԱՊԱՅՄԱՆԵՐԸ</w:t>
      </w:r>
    </w:p>
    <w:tbl>
      <w:tblPr>
        <w:tblStyle w:val="TableGrid"/>
        <w:tblW w:w="0" w:type="auto"/>
        <w:jc w:val="center"/>
        <w:tblLook w:val="04A0" w:firstRow="1" w:lastRow="0" w:firstColumn="1" w:lastColumn="0" w:noHBand="0" w:noVBand="1"/>
      </w:tblPr>
      <w:tblGrid>
        <w:gridCol w:w="2431"/>
        <w:gridCol w:w="3851"/>
        <w:gridCol w:w="3622"/>
      </w:tblGrid>
      <w:tr w:rsidR="00447437" w:rsidRPr="00A702E8" w14:paraId="186BA7FD" w14:textId="77777777" w:rsidTr="00DC25AF">
        <w:trPr>
          <w:jc w:val="center"/>
        </w:trPr>
        <w:tc>
          <w:tcPr>
            <w:tcW w:w="0" w:type="auto"/>
            <w:vAlign w:val="center"/>
          </w:tcPr>
          <w:p w14:paraId="72875F97" w14:textId="77777777" w:rsidR="009A0AC0" w:rsidRPr="00A702E8" w:rsidRDefault="009A0AC0" w:rsidP="00DC25AF">
            <w:pPr>
              <w:pStyle w:val="ListParagraph"/>
              <w:spacing w:before="120" w:after="120" w:line="276" w:lineRule="auto"/>
              <w:ind w:hanging="720"/>
              <w:contextualSpacing w:val="0"/>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Կողմերը</w:t>
            </w:r>
          </w:p>
        </w:tc>
        <w:tc>
          <w:tcPr>
            <w:tcW w:w="3851" w:type="dxa"/>
            <w:vAlign w:val="center"/>
          </w:tcPr>
          <w:p w14:paraId="4E6B1B84" w14:textId="77777777" w:rsidR="009A0AC0" w:rsidRPr="00A702E8" w:rsidRDefault="009A0AC0" w:rsidP="00DC25AF">
            <w:pPr>
              <w:pStyle w:val="ListParagraph"/>
              <w:spacing w:before="120" w:after="120" w:line="276" w:lineRule="auto"/>
              <w:ind w:hanging="720"/>
              <w:contextualSpacing w:val="0"/>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ՄՈՒՀ</w:t>
            </w:r>
          </w:p>
        </w:tc>
        <w:tc>
          <w:tcPr>
            <w:tcW w:w="3275" w:type="dxa"/>
            <w:vAlign w:val="center"/>
          </w:tcPr>
          <w:p w14:paraId="7E0B73F0" w14:textId="77777777" w:rsidR="009A0AC0" w:rsidRPr="00A702E8" w:rsidRDefault="009A0AC0" w:rsidP="00DC25AF">
            <w:pPr>
              <w:pStyle w:val="ListParagraph"/>
              <w:spacing w:before="120" w:after="120" w:line="276" w:lineRule="auto"/>
              <w:ind w:hanging="720"/>
              <w:contextualSpacing w:val="0"/>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Գործընկեր Կազմակերպություն</w:t>
            </w:r>
          </w:p>
        </w:tc>
      </w:tr>
      <w:tr w:rsidR="00447437" w:rsidRPr="00027471" w14:paraId="0A8F2EC1" w14:textId="77777777" w:rsidTr="00DC25AF">
        <w:trPr>
          <w:jc w:val="center"/>
        </w:trPr>
        <w:tc>
          <w:tcPr>
            <w:tcW w:w="0" w:type="auto"/>
            <w:vAlign w:val="center"/>
          </w:tcPr>
          <w:p w14:paraId="75185AAA" w14:textId="77777777" w:rsidR="009A0AC0" w:rsidRPr="00A702E8" w:rsidRDefault="009A0AC0" w:rsidP="00DC25AF">
            <w:pPr>
              <w:pStyle w:val="ListParagraph"/>
              <w:spacing w:before="120" w:after="120" w:line="276" w:lineRule="auto"/>
              <w:ind w:left="-20" w:firstLine="20"/>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Անվանումը/Անունը, Ազգանունը</w:t>
            </w:r>
          </w:p>
        </w:tc>
        <w:tc>
          <w:tcPr>
            <w:tcW w:w="3851" w:type="dxa"/>
            <w:vAlign w:val="center"/>
          </w:tcPr>
          <w:p w14:paraId="425B3015" w14:textId="77777777" w:rsidR="009A0AC0" w:rsidRPr="00A702E8" w:rsidRDefault="009A0AC0" w:rsidP="00DC25AF">
            <w:pPr>
              <w:pStyle w:val="ListParagraph"/>
              <w:spacing w:before="120" w:after="120" w:line="276" w:lineRule="auto"/>
              <w:ind w:left="-20" w:firstLine="20"/>
              <w:rPr>
                <w:rFonts w:ascii="GHEA Grapalat" w:hAnsi="GHEA Grapalat" w:cs="Segoe UI"/>
                <w:b/>
                <w:color w:val="000000" w:themeColor="text1"/>
                <w:lang w:val="hy-AM"/>
              </w:rPr>
            </w:pPr>
            <w:r w:rsidRPr="00A702E8">
              <w:rPr>
                <w:rFonts w:ascii="GHEA Grapalat" w:hAnsi="GHEA Grapalat" w:cs="Segoe UI"/>
                <w:i/>
                <w:iCs/>
                <w:color w:val="000000" w:themeColor="text1"/>
              </w:rPr>
              <w:t>[</w:t>
            </w:r>
            <w:r w:rsidRPr="00A702E8">
              <w:rPr>
                <w:rFonts w:ascii="GHEA Grapalat" w:hAnsi="GHEA Grapalat" w:cs="Segoe UI"/>
                <w:i/>
                <w:iCs/>
                <w:color w:val="000000" w:themeColor="text1"/>
                <w:lang w:val="hy-AM"/>
              </w:rPr>
              <w:t>կազմակերպության անվանում</w:t>
            </w:r>
            <w:r w:rsidRPr="00A702E8">
              <w:rPr>
                <w:rFonts w:ascii="GHEA Grapalat" w:hAnsi="GHEA Grapalat" w:cs="Segoe UI"/>
                <w:i/>
                <w:iCs/>
                <w:color w:val="000000" w:themeColor="text1"/>
              </w:rPr>
              <w:t xml:space="preserve">, </w:t>
            </w:r>
            <w:r w:rsidRPr="00A702E8">
              <w:rPr>
                <w:rFonts w:ascii="GHEA Grapalat" w:hAnsi="GHEA Grapalat" w:cs="Segoe UI"/>
                <w:i/>
                <w:iCs/>
                <w:color w:val="000000" w:themeColor="text1"/>
                <w:lang w:val="hy-AM"/>
              </w:rPr>
              <w:t>կազմակերպաիրավական ձև</w:t>
            </w:r>
            <w:r w:rsidRPr="00A702E8">
              <w:rPr>
                <w:rFonts w:ascii="GHEA Grapalat" w:hAnsi="GHEA Grapalat" w:cs="Segoe UI"/>
                <w:i/>
                <w:iCs/>
                <w:color w:val="000000" w:themeColor="text1"/>
              </w:rPr>
              <w:t>]</w:t>
            </w:r>
          </w:p>
        </w:tc>
        <w:tc>
          <w:tcPr>
            <w:tcW w:w="3275" w:type="dxa"/>
            <w:vAlign w:val="center"/>
          </w:tcPr>
          <w:p w14:paraId="3F506714" w14:textId="77777777" w:rsidR="009A0AC0" w:rsidRPr="00A702E8" w:rsidRDefault="009A0AC0" w:rsidP="00DC25AF">
            <w:pPr>
              <w:pStyle w:val="ListParagraph"/>
              <w:spacing w:before="120" w:after="120" w:line="276" w:lineRule="auto"/>
              <w:ind w:left="-20" w:firstLine="20"/>
              <w:rPr>
                <w:rFonts w:ascii="GHEA Grapalat" w:hAnsi="GHEA Grapalat" w:cs="Segoe UI"/>
                <w:b/>
                <w:color w:val="000000" w:themeColor="text1"/>
                <w:lang w:val="hy-AM"/>
              </w:rPr>
            </w:pPr>
            <w:r w:rsidRPr="00A702E8">
              <w:rPr>
                <w:rFonts w:ascii="GHEA Grapalat" w:hAnsi="GHEA Grapalat" w:cs="Segoe UI"/>
                <w:i/>
                <w:iCs/>
                <w:color w:val="000000" w:themeColor="text1"/>
                <w:lang w:val="hy-AM"/>
              </w:rPr>
              <w:t>[կազմակերպության անվանում, կազմակերպաիրավական ձև, ԱՁ, ֆիզիկական անձ]</w:t>
            </w:r>
          </w:p>
        </w:tc>
      </w:tr>
      <w:tr w:rsidR="00447437" w:rsidRPr="00027471" w14:paraId="1B8201A8" w14:textId="77777777" w:rsidTr="00DC25AF">
        <w:trPr>
          <w:jc w:val="center"/>
        </w:trPr>
        <w:tc>
          <w:tcPr>
            <w:tcW w:w="0" w:type="auto"/>
            <w:vAlign w:val="center"/>
          </w:tcPr>
          <w:p w14:paraId="32015657" w14:textId="77777777" w:rsidR="009A0AC0" w:rsidRPr="00A702E8" w:rsidRDefault="009A0AC0" w:rsidP="00DC25AF">
            <w:pPr>
              <w:pStyle w:val="ListParagraph"/>
              <w:spacing w:before="120" w:after="120" w:line="276" w:lineRule="auto"/>
              <w:ind w:left="-20" w:firstLine="20"/>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Ստորագրող անձը</w:t>
            </w:r>
          </w:p>
        </w:tc>
        <w:tc>
          <w:tcPr>
            <w:tcW w:w="3851" w:type="dxa"/>
            <w:vAlign w:val="center"/>
          </w:tcPr>
          <w:p w14:paraId="785A123B" w14:textId="77777777" w:rsidR="009A0AC0" w:rsidRPr="00A702E8" w:rsidRDefault="009A0AC0" w:rsidP="00DC25AF">
            <w:pPr>
              <w:pStyle w:val="ListParagraph"/>
              <w:spacing w:before="120" w:after="120" w:line="276" w:lineRule="auto"/>
              <w:ind w:left="-20" w:firstLine="20"/>
              <w:rPr>
                <w:rFonts w:ascii="GHEA Grapalat" w:hAnsi="GHEA Grapalat" w:cs="Segoe UI"/>
                <w:b/>
                <w:color w:val="000000" w:themeColor="text1"/>
                <w:lang w:val="hy-AM"/>
              </w:rPr>
            </w:pPr>
            <w:r w:rsidRPr="00A702E8">
              <w:rPr>
                <w:rFonts w:ascii="GHEA Grapalat" w:hAnsi="GHEA Grapalat" w:cs="Segoe UI"/>
                <w:i/>
                <w:iCs/>
                <w:color w:val="000000" w:themeColor="text1"/>
                <w:lang w:val="hy-AM"/>
              </w:rPr>
              <w:t>[տնօրենի, կառավարչի, լիազորված անձի անուն, ԱՁ-ի և ֆիզիկական անձի դեպքում չի լրացվում]</w:t>
            </w:r>
          </w:p>
        </w:tc>
        <w:tc>
          <w:tcPr>
            <w:tcW w:w="3275" w:type="dxa"/>
            <w:vAlign w:val="center"/>
          </w:tcPr>
          <w:p w14:paraId="327A5E57" w14:textId="77777777" w:rsidR="009A0AC0" w:rsidRPr="00A702E8" w:rsidRDefault="009A0AC0" w:rsidP="00DC25AF">
            <w:pPr>
              <w:pStyle w:val="ListParagraph"/>
              <w:spacing w:before="120" w:after="120" w:line="276" w:lineRule="auto"/>
              <w:ind w:left="-20" w:firstLine="20"/>
              <w:rPr>
                <w:rFonts w:ascii="GHEA Grapalat" w:hAnsi="GHEA Grapalat" w:cs="Segoe UI"/>
                <w:b/>
                <w:color w:val="000000" w:themeColor="text1"/>
                <w:lang w:val="hy-AM"/>
              </w:rPr>
            </w:pPr>
            <w:r w:rsidRPr="00A702E8">
              <w:rPr>
                <w:rFonts w:ascii="GHEA Grapalat" w:hAnsi="GHEA Grapalat" w:cs="Segoe UI"/>
                <w:i/>
                <w:iCs/>
                <w:color w:val="000000" w:themeColor="text1"/>
                <w:lang w:val="hy-AM"/>
              </w:rPr>
              <w:t>[տնօրենի, կառավարչի, լիազորված անձի անուն, ԱՁ-ի և ֆիզիկական անձի դեպքում չի լրացվում]</w:t>
            </w:r>
          </w:p>
        </w:tc>
      </w:tr>
      <w:tr w:rsidR="00447437" w:rsidRPr="00027471" w14:paraId="4D336464" w14:textId="77777777" w:rsidTr="00DC25AF">
        <w:trPr>
          <w:jc w:val="center"/>
        </w:trPr>
        <w:tc>
          <w:tcPr>
            <w:tcW w:w="0" w:type="auto"/>
            <w:vAlign w:val="center"/>
          </w:tcPr>
          <w:p w14:paraId="65863989" w14:textId="77777777" w:rsidR="009A0AC0" w:rsidRPr="00A702E8" w:rsidRDefault="009A0AC0" w:rsidP="00DC25AF">
            <w:pPr>
              <w:pStyle w:val="ListParagraph"/>
              <w:spacing w:before="120" w:after="120" w:line="276" w:lineRule="auto"/>
              <w:ind w:left="-20" w:firstLine="20"/>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Փաստաթուղթը, որի հիման վրա հադես է գալիս ստորագրողը</w:t>
            </w:r>
          </w:p>
        </w:tc>
        <w:tc>
          <w:tcPr>
            <w:tcW w:w="3851" w:type="dxa"/>
            <w:vAlign w:val="center"/>
          </w:tcPr>
          <w:p w14:paraId="695A1CC0" w14:textId="77777777" w:rsidR="009A0AC0" w:rsidRPr="00A702E8" w:rsidRDefault="009A0AC0" w:rsidP="00DC25AF">
            <w:pPr>
              <w:pStyle w:val="ListParagraph"/>
              <w:spacing w:before="120" w:after="120" w:line="276" w:lineRule="auto"/>
              <w:ind w:left="-20" w:firstLine="20"/>
              <w:rPr>
                <w:rFonts w:ascii="GHEA Grapalat" w:hAnsi="GHEA Grapalat" w:cs="Segoe UI"/>
                <w:b/>
                <w:color w:val="000000" w:themeColor="text1"/>
                <w:lang w:val="hy-AM"/>
              </w:rPr>
            </w:pPr>
            <w:r w:rsidRPr="00A702E8">
              <w:rPr>
                <w:rFonts w:ascii="GHEA Grapalat" w:hAnsi="GHEA Grapalat" w:cs="Segoe UI"/>
                <w:i/>
                <w:iCs/>
                <w:color w:val="000000" w:themeColor="text1"/>
                <w:lang w:val="hy-AM"/>
              </w:rPr>
              <w:t>[Կանոնադրություն/Լիազորագիր]</w:t>
            </w:r>
          </w:p>
        </w:tc>
        <w:tc>
          <w:tcPr>
            <w:tcW w:w="3275" w:type="dxa"/>
            <w:vAlign w:val="center"/>
          </w:tcPr>
          <w:p w14:paraId="410DE5BD" w14:textId="77777777" w:rsidR="009A0AC0" w:rsidRPr="00A702E8" w:rsidRDefault="009A0AC0" w:rsidP="00DC25AF">
            <w:pPr>
              <w:pStyle w:val="ListParagraph"/>
              <w:spacing w:before="120" w:after="120" w:line="276" w:lineRule="auto"/>
              <w:ind w:left="-20" w:firstLine="20"/>
              <w:rPr>
                <w:rFonts w:ascii="GHEA Grapalat" w:hAnsi="GHEA Grapalat" w:cs="Segoe UI"/>
                <w:b/>
                <w:color w:val="000000" w:themeColor="text1"/>
                <w:lang w:val="hy-AM"/>
              </w:rPr>
            </w:pPr>
            <w:r w:rsidRPr="00A702E8">
              <w:rPr>
                <w:rFonts w:ascii="GHEA Grapalat" w:hAnsi="GHEA Grapalat" w:cs="Segoe UI"/>
                <w:i/>
                <w:iCs/>
                <w:color w:val="000000" w:themeColor="text1"/>
                <w:lang w:val="hy-AM"/>
              </w:rPr>
              <w:t xml:space="preserve">[Կանոնադրություն/Լիազորագիր, ԱՁ-ի և ֆիզիկական անձի դեպքում չի լրացվում] </w:t>
            </w:r>
          </w:p>
        </w:tc>
      </w:tr>
      <w:tr w:rsidR="00447437" w:rsidRPr="00027471" w14:paraId="23AF8A26" w14:textId="77777777" w:rsidTr="00DC25AF">
        <w:trPr>
          <w:jc w:val="center"/>
        </w:trPr>
        <w:tc>
          <w:tcPr>
            <w:tcW w:w="0" w:type="auto"/>
            <w:vAlign w:val="center"/>
          </w:tcPr>
          <w:p w14:paraId="479F3D46" w14:textId="77777777" w:rsidR="009A0AC0" w:rsidRPr="00A702E8" w:rsidRDefault="009A0AC0" w:rsidP="00DC25AF">
            <w:pPr>
              <w:pStyle w:val="ListParagraph"/>
              <w:spacing w:before="120" w:after="120" w:line="276" w:lineRule="auto"/>
              <w:ind w:left="-20" w:firstLine="20"/>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ՀՎՀՀ</w:t>
            </w:r>
            <w:r w:rsidRPr="00A702E8">
              <w:rPr>
                <w:rStyle w:val="FootnoteReference"/>
                <w:rFonts w:ascii="GHEA Grapalat" w:hAnsi="GHEA Grapalat" w:cs="Segoe UI"/>
                <w:bCs/>
                <w:color w:val="000000" w:themeColor="text1"/>
                <w:lang w:val="hy-AM"/>
              </w:rPr>
              <w:footnoteReference w:id="14"/>
            </w:r>
            <w:r w:rsidRPr="00A702E8">
              <w:rPr>
                <w:rFonts w:ascii="GHEA Grapalat" w:hAnsi="GHEA Grapalat" w:cs="Segoe UI"/>
                <w:b/>
                <w:bCs/>
                <w:color w:val="000000" w:themeColor="text1"/>
                <w:lang w:val="hy-AM"/>
              </w:rPr>
              <w:t>/</w:t>
            </w:r>
            <w:r w:rsidRPr="00A702E8">
              <w:rPr>
                <w:rFonts w:ascii="GHEA Grapalat" w:hAnsi="GHEA Grapalat" w:cs="Segoe UI"/>
                <w:i/>
                <w:iCs/>
                <w:color w:val="000000" w:themeColor="text1"/>
                <w:lang w:val="hy-AM"/>
              </w:rPr>
              <w:t xml:space="preserve"> </w:t>
            </w:r>
            <w:r w:rsidRPr="00A702E8">
              <w:rPr>
                <w:rFonts w:ascii="GHEA Grapalat" w:hAnsi="GHEA Grapalat" w:cs="Segoe UI"/>
                <w:b/>
                <w:bCs/>
                <w:i/>
                <w:iCs/>
                <w:color w:val="000000" w:themeColor="text1"/>
                <w:lang w:val="hy-AM"/>
              </w:rPr>
              <w:t>անձը հաստատող փաստաթղթի տվյալներ</w:t>
            </w:r>
            <w:r w:rsidRPr="00A702E8">
              <w:rPr>
                <w:rStyle w:val="FootnoteReference"/>
                <w:rFonts w:ascii="GHEA Grapalat" w:hAnsi="GHEA Grapalat" w:cs="Segoe UI"/>
                <w:bCs/>
                <w:color w:val="000000" w:themeColor="text1"/>
                <w:lang w:val="hy-AM"/>
              </w:rPr>
              <w:footnoteReference w:id="15"/>
            </w:r>
          </w:p>
        </w:tc>
        <w:tc>
          <w:tcPr>
            <w:tcW w:w="3851" w:type="dxa"/>
            <w:vAlign w:val="center"/>
          </w:tcPr>
          <w:p w14:paraId="42FE8451" w14:textId="77777777" w:rsidR="009A0AC0" w:rsidRPr="00A702E8" w:rsidRDefault="009A0AC0" w:rsidP="00DC25AF">
            <w:pPr>
              <w:pStyle w:val="ListParagraph"/>
              <w:spacing w:before="120" w:after="120" w:line="276" w:lineRule="auto"/>
              <w:ind w:left="-20" w:firstLine="20"/>
              <w:rPr>
                <w:rFonts w:ascii="GHEA Grapalat" w:hAnsi="GHEA Grapalat" w:cs="Segoe UI"/>
                <w:b/>
                <w:color w:val="000000" w:themeColor="text1"/>
                <w:lang w:val="hy-AM"/>
              </w:rPr>
            </w:pPr>
            <w:r w:rsidRPr="00A702E8">
              <w:rPr>
                <w:rFonts w:ascii="GHEA Grapalat" w:hAnsi="GHEA Grapalat" w:cs="Segoe UI"/>
                <w:i/>
                <w:iCs/>
                <w:color w:val="000000" w:themeColor="text1"/>
              </w:rPr>
              <w:t>[</w:t>
            </w:r>
            <w:r w:rsidRPr="00A702E8">
              <w:rPr>
                <w:rFonts w:ascii="GHEA Grapalat" w:hAnsi="GHEA Grapalat" w:cs="Segoe UI"/>
                <w:i/>
                <w:iCs/>
                <w:color w:val="000000" w:themeColor="text1"/>
                <w:lang w:val="hy-AM"/>
              </w:rPr>
              <w:t>ՀՎՀՀ</w:t>
            </w:r>
            <w:r w:rsidRPr="00A702E8">
              <w:rPr>
                <w:rFonts w:ascii="GHEA Grapalat" w:hAnsi="GHEA Grapalat" w:cs="Segoe UI"/>
                <w:i/>
                <w:iCs/>
                <w:color w:val="000000" w:themeColor="text1"/>
              </w:rPr>
              <w:t>]</w:t>
            </w:r>
          </w:p>
        </w:tc>
        <w:tc>
          <w:tcPr>
            <w:tcW w:w="3275" w:type="dxa"/>
            <w:vAlign w:val="center"/>
          </w:tcPr>
          <w:p w14:paraId="3926E1C1" w14:textId="77777777" w:rsidR="009A0AC0" w:rsidRPr="00A702E8" w:rsidRDefault="009A0AC0" w:rsidP="00DC25AF">
            <w:pPr>
              <w:pStyle w:val="ListParagraph"/>
              <w:spacing w:before="120" w:after="120" w:line="276" w:lineRule="auto"/>
              <w:ind w:left="-20" w:firstLine="20"/>
              <w:rPr>
                <w:rFonts w:ascii="GHEA Grapalat" w:hAnsi="GHEA Grapalat" w:cs="Segoe UI"/>
                <w:b/>
                <w:color w:val="000000" w:themeColor="text1"/>
                <w:lang w:val="hy-AM"/>
              </w:rPr>
            </w:pPr>
            <w:r w:rsidRPr="00A702E8">
              <w:rPr>
                <w:rFonts w:ascii="GHEA Grapalat" w:hAnsi="GHEA Grapalat" w:cs="Segoe UI"/>
                <w:i/>
                <w:iCs/>
                <w:color w:val="000000" w:themeColor="text1"/>
                <w:lang w:val="hy-AM"/>
              </w:rPr>
              <w:t xml:space="preserve">[ՀՎՀՀ/անձնագրի/նույնականացման քարտի համար, տրամադրող մարմին, տրման ամսաթիվ] </w:t>
            </w:r>
          </w:p>
        </w:tc>
      </w:tr>
      <w:tr w:rsidR="00447437" w:rsidRPr="00A702E8" w14:paraId="151F2754" w14:textId="77777777" w:rsidTr="00DC25AF">
        <w:trPr>
          <w:jc w:val="center"/>
        </w:trPr>
        <w:tc>
          <w:tcPr>
            <w:tcW w:w="0" w:type="auto"/>
            <w:vAlign w:val="center"/>
          </w:tcPr>
          <w:p w14:paraId="20538FE6" w14:textId="77777777" w:rsidR="009A0AC0" w:rsidRPr="00A702E8" w:rsidRDefault="009A0AC0" w:rsidP="00DC25AF">
            <w:pPr>
              <w:pStyle w:val="ListParagraph"/>
              <w:spacing w:before="120" w:after="120" w:line="276" w:lineRule="auto"/>
              <w:ind w:hanging="720"/>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Հասցե</w:t>
            </w:r>
          </w:p>
        </w:tc>
        <w:tc>
          <w:tcPr>
            <w:tcW w:w="3851" w:type="dxa"/>
            <w:vAlign w:val="center"/>
          </w:tcPr>
          <w:p w14:paraId="40C437F5" w14:textId="77777777" w:rsidR="009A0AC0" w:rsidRPr="00A702E8" w:rsidRDefault="009A0AC0" w:rsidP="00DC25AF">
            <w:pPr>
              <w:pStyle w:val="ListParagraph"/>
              <w:spacing w:before="120" w:after="120" w:line="276" w:lineRule="auto"/>
              <w:ind w:hanging="720"/>
              <w:rPr>
                <w:rFonts w:ascii="GHEA Grapalat" w:hAnsi="GHEA Grapalat" w:cs="Segoe UI"/>
                <w:b/>
                <w:color w:val="000000" w:themeColor="text1"/>
                <w:lang w:val="hy-AM"/>
              </w:rPr>
            </w:pPr>
            <w:r w:rsidRPr="00A702E8">
              <w:rPr>
                <w:rFonts w:ascii="GHEA Grapalat" w:hAnsi="GHEA Grapalat" w:cs="Segoe UI"/>
                <w:i/>
                <w:iCs/>
                <w:color w:val="000000" w:themeColor="text1"/>
              </w:rPr>
              <w:t>[</w:t>
            </w:r>
            <w:r w:rsidRPr="00A702E8">
              <w:rPr>
                <w:rFonts w:ascii="GHEA Grapalat" w:hAnsi="GHEA Grapalat" w:cs="Segoe UI"/>
                <w:i/>
                <w:iCs/>
                <w:color w:val="000000" w:themeColor="text1"/>
                <w:lang w:val="hy-AM"/>
              </w:rPr>
              <w:t>լրացվում է</w:t>
            </w:r>
            <w:r w:rsidRPr="00A702E8">
              <w:rPr>
                <w:rFonts w:ascii="GHEA Grapalat" w:hAnsi="GHEA Grapalat" w:cs="Segoe UI"/>
                <w:i/>
                <w:iCs/>
                <w:color w:val="000000" w:themeColor="text1"/>
              </w:rPr>
              <w:t>]</w:t>
            </w:r>
          </w:p>
        </w:tc>
        <w:tc>
          <w:tcPr>
            <w:tcW w:w="3275" w:type="dxa"/>
            <w:vAlign w:val="center"/>
          </w:tcPr>
          <w:p w14:paraId="42A37DD5" w14:textId="77777777" w:rsidR="009A0AC0" w:rsidRPr="00A702E8" w:rsidRDefault="009A0AC0" w:rsidP="00DC25AF">
            <w:pPr>
              <w:pStyle w:val="ListParagraph"/>
              <w:spacing w:before="120" w:after="120" w:line="276" w:lineRule="auto"/>
              <w:ind w:hanging="720"/>
              <w:rPr>
                <w:rFonts w:ascii="GHEA Grapalat" w:hAnsi="GHEA Grapalat" w:cs="Segoe UI"/>
                <w:b/>
                <w:color w:val="000000" w:themeColor="text1"/>
                <w:lang w:val="hy-AM"/>
              </w:rPr>
            </w:pPr>
            <w:r w:rsidRPr="00A702E8">
              <w:rPr>
                <w:rFonts w:ascii="GHEA Grapalat" w:hAnsi="GHEA Grapalat" w:cs="Segoe UI"/>
                <w:i/>
                <w:iCs/>
                <w:color w:val="000000" w:themeColor="text1"/>
              </w:rPr>
              <w:t>[</w:t>
            </w:r>
            <w:r w:rsidRPr="00A702E8">
              <w:rPr>
                <w:rFonts w:ascii="GHEA Grapalat" w:hAnsi="GHEA Grapalat" w:cs="Segoe UI"/>
                <w:i/>
                <w:iCs/>
                <w:color w:val="000000" w:themeColor="text1"/>
                <w:lang w:val="hy-AM"/>
              </w:rPr>
              <w:t>լրացվում է</w:t>
            </w:r>
            <w:r w:rsidRPr="00A702E8">
              <w:rPr>
                <w:rFonts w:ascii="GHEA Grapalat" w:hAnsi="GHEA Grapalat" w:cs="Segoe UI"/>
                <w:i/>
                <w:iCs/>
                <w:color w:val="000000" w:themeColor="text1"/>
              </w:rPr>
              <w:t>]</w:t>
            </w:r>
          </w:p>
        </w:tc>
      </w:tr>
      <w:tr w:rsidR="00447437" w:rsidRPr="00A702E8" w14:paraId="2B942C78" w14:textId="77777777" w:rsidTr="00DC25AF">
        <w:trPr>
          <w:jc w:val="center"/>
        </w:trPr>
        <w:tc>
          <w:tcPr>
            <w:tcW w:w="0" w:type="auto"/>
            <w:vAlign w:val="center"/>
          </w:tcPr>
          <w:p w14:paraId="673477E9" w14:textId="77777777" w:rsidR="009A0AC0" w:rsidRPr="00A702E8" w:rsidRDefault="009A0AC0" w:rsidP="00DC25AF">
            <w:pPr>
              <w:pStyle w:val="ListParagraph"/>
              <w:spacing w:before="120" w:after="120" w:line="276" w:lineRule="auto"/>
              <w:ind w:hanging="720"/>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Էլ. փոստի հասցե</w:t>
            </w:r>
          </w:p>
        </w:tc>
        <w:tc>
          <w:tcPr>
            <w:tcW w:w="3851" w:type="dxa"/>
            <w:vAlign w:val="center"/>
          </w:tcPr>
          <w:p w14:paraId="62E920E6" w14:textId="77777777" w:rsidR="009A0AC0" w:rsidRPr="00A702E8" w:rsidRDefault="009A0AC0" w:rsidP="00DC25AF">
            <w:pPr>
              <w:pStyle w:val="ListParagraph"/>
              <w:spacing w:before="120" w:after="120" w:line="276" w:lineRule="auto"/>
              <w:ind w:hanging="720"/>
              <w:rPr>
                <w:rFonts w:ascii="GHEA Grapalat" w:hAnsi="GHEA Grapalat" w:cs="Segoe UI"/>
                <w:b/>
                <w:color w:val="000000" w:themeColor="text1"/>
                <w:lang w:val="hy-AM"/>
              </w:rPr>
            </w:pPr>
            <w:r w:rsidRPr="00A702E8">
              <w:rPr>
                <w:rFonts w:ascii="GHEA Grapalat" w:hAnsi="GHEA Grapalat" w:cs="Segoe UI"/>
                <w:color w:val="000000" w:themeColor="text1"/>
                <w:lang w:val="hy-AM"/>
              </w:rPr>
              <w:t>[լրացվում է]</w:t>
            </w:r>
          </w:p>
        </w:tc>
        <w:tc>
          <w:tcPr>
            <w:tcW w:w="3275" w:type="dxa"/>
            <w:vAlign w:val="center"/>
          </w:tcPr>
          <w:p w14:paraId="24A0100B" w14:textId="77777777" w:rsidR="009A0AC0" w:rsidRPr="00A702E8" w:rsidRDefault="009A0AC0" w:rsidP="00DC25AF">
            <w:pPr>
              <w:pStyle w:val="ListParagraph"/>
              <w:spacing w:before="120" w:after="120" w:line="276" w:lineRule="auto"/>
              <w:ind w:hanging="720"/>
              <w:rPr>
                <w:rFonts w:ascii="GHEA Grapalat" w:hAnsi="GHEA Grapalat" w:cs="Segoe UI"/>
                <w:b/>
                <w:color w:val="000000" w:themeColor="text1"/>
                <w:lang w:val="hy-AM"/>
              </w:rPr>
            </w:pPr>
            <w:r w:rsidRPr="00A702E8">
              <w:rPr>
                <w:rFonts w:ascii="GHEA Grapalat" w:hAnsi="GHEA Grapalat" w:cs="Segoe UI"/>
                <w:color w:val="000000" w:themeColor="text1"/>
              </w:rPr>
              <w:t>[լրացվում է]</w:t>
            </w:r>
          </w:p>
        </w:tc>
      </w:tr>
      <w:tr w:rsidR="00447437" w:rsidRPr="00A702E8" w14:paraId="1DBE6031" w14:textId="77777777" w:rsidTr="00DC25AF">
        <w:trPr>
          <w:jc w:val="center"/>
        </w:trPr>
        <w:tc>
          <w:tcPr>
            <w:tcW w:w="0" w:type="auto"/>
            <w:vAlign w:val="center"/>
          </w:tcPr>
          <w:p w14:paraId="6E7AD374" w14:textId="77777777" w:rsidR="009A0AC0" w:rsidRPr="00A702E8" w:rsidRDefault="009A0AC0" w:rsidP="00DC25AF">
            <w:pPr>
              <w:pStyle w:val="ListParagraph"/>
              <w:spacing w:before="120" w:after="120" w:line="276" w:lineRule="auto"/>
              <w:ind w:hanging="720"/>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Հեռախոս</w:t>
            </w:r>
          </w:p>
        </w:tc>
        <w:tc>
          <w:tcPr>
            <w:tcW w:w="3851" w:type="dxa"/>
            <w:vAlign w:val="center"/>
          </w:tcPr>
          <w:p w14:paraId="790EFD80" w14:textId="77777777" w:rsidR="009A0AC0" w:rsidRPr="00A702E8" w:rsidRDefault="009A0AC0" w:rsidP="00DC25AF">
            <w:pPr>
              <w:pStyle w:val="ListParagraph"/>
              <w:spacing w:before="120" w:after="120" w:line="276" w:lineRule="auto"/>
              <w:ind w:hanging="720"/>
              <w:rPr>
                <w:rFonts w:ascii="GHEA Grapalat" w:hAnsi="GHEA Grapalat" w:cs="Segoe UI"/>
                <w:color w:val="000000" w:themeColor="text1"/>
                <w:lang w:val="hy-AM"/>
              </w:rPr>
            </w:pPr>
            <w:r w:rsidRPr="00A702E8">
              <w:rPr>
                <w:rFonts w:ascii="GHEA Grapalat" w:hAnsi="GHEA Grapalat" w:cs="Segoe UI"/>
                <w:color w:val="000000" w:themeColor="text1"/>
                <w:lang w:val="hy-AM"/>
              </w:rPr>
              <w:t>[լրացվում է]</w:t>
            </w:r>
          </w:p>
        </w:tc>
        <w:tc>
          <w:tcPr>
            <w:tcW w:w="3275" w:type="dxa"/>
            <w:vAlign w:val="center"/>
          </w:tcPr>
          <w:p w14:paraId="4F201B26" w14:textId="77777777" w:rsidR="009A0AC0" w:rsidRPr="00A702E8" w:rsidRDefault="009A0AC0" w:rsidP="00DC25AF">
            <w:pPr>
              <w:pStyle w:val="ListParagraph"/>
              <w:spacing w:before="120" w:after="120" w:line="276" w:lineRule="auto"/>
              <w:ind w:hanging="720"/>
              <w:rPr>
                <w:rFonts w:ascii="GHEA Grapalat" w:hAnsi="GHEA Grapalat" w:cs="Segoe UI"/>
                <w:color w:val="000000" w:themeColor="text1"/>
              </w:rPr>
            </w:pPr>
            <w:r w:rsidRPr="00A702E8">
              <w:rPr>
                <w:rFonts w:ascii="GHEA Grapalat" w:hAnsi="GHEA Grapalat" w:cs="Segoe UI"/>
                <w:color w:val="000000" w:themeColor="text1"/>
              </w:rPr>
              <w:t>[լրացվում է]</w:t>
            </w:r>
          </w:p>
        </w:tc>
      </w:tr>
      <w:tr w:rsidR="00447437" w:rsidRPr="00A702E8" w14:paraId="2ABB289A" w14:textId="77777777" w:rsidTr="00DC25AF">
        <w:trPr>
          <w:jc w:val="center"/>
        </w:trPr>
        <w:tc>
          <w:tcPr>
            <w:tcW w:w="0" w:type="auto"/>
            <w:vAlign w:val="center"/>
          </w:tcPr>
          <w:p w14:paraId="2B7CF40B" w14:textId="77777777" w:rsidR="009A0AC0" w:rsidRPr="00A702E8" w:rsidRDefault="009A0AC0" w:rsidP="00DC25AF">
            <w:pPr>
              <w:pStyle w:val="ListParagraph"/>
              <w:spacing w:before="120" w:after="120" w:line="276" w:lineRule="auto"/>
              <w:ind w:hanging="720"/>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ստորագրություն</w:t>
            </w:r>
          </w:p>
        </w:tc>
        <w:tc>
          <w:tcPr>
            <w:tcW w:w="3851" w:type="dxa"/>
            <w:vAlign w:val="center"/>
          </w:tcPr>
          <w:p w14:paraId="73AB2555" w14:textId="77777777" w:rsidR="009A0AC0" w:rsidRPr="00A702E8" w:rsidRDefault="009A0AC0" w:rsidP="00DC25AF">
            <w:pPr>
              <w:spacing w:before="120" w:after="120" w:line="276" w:lineRule="auto"/>
              <w:ind w:left="720" w:hanging="720"/>
              <w:jc w:val="center"/>
              <w:rPr>
                <w:rFonts w:ascii="GHEA Grapalat" w:hAnsi="GHEA Grapalat" w:cs="Segoe UI"/>
                <w:color w:val="000000" w:themeColor="text1"/>
                <w:lang w:val="hy-AM"/>
              </w:rPr>
            </w:pPr>
          </w:p>
          <w:p w14:paraId="07C417D5" w14:textId="77777777" w:rsidR="009A0AC0" w:rsidRPr="00A702E8" w:rsidRDefault="009A0AC0" w:rsidP="00DC25AF">
            <w:pPr>
              <w:spacing w:before="120" w:after="120" w:line="276" w:lineRule="auto"/>
              <w:ind w:left="720" w:hanging="720"/>
              <w:jc w:val="center"/>
              <w:rPr>
                <w:rFonts w:ascii="GHEA Grapalat" w:hAnsi="GHEA Grapalat" w:cs="Segoe UI"/>
                <w:color w:val="000000" w:themeColor="text1"/>
                <w:lang w:val="hy-AM"/>
              </w:rPr>
            </w:pPr>
          </w:p>
          <w:p w14:paraId="08D2F3DD" w14:textId="77777777" w:rsidR="009A0AC0" w:rsidRPr="00A702E8" w:rsidRDefault="009A0AC0" w:rsidP="00DC25AF">
            <w:pPr>
              <w:spacing w:before="120" w:after="120" w:line="276" w:lineRule="auto"/>
              <w:ind w:left="720" w:hanging="720"/>
              <w:jc w:val="center"/>
              <w:rPr>
                <w:rFonts w:ascii="GHEA Grapalat" w:hAnsi="GHEA Grapalat" w:cs="Segoe UI"/>
                <w:color w:val="000000" w:themeColor="text1"/>
                <w:lang w:val="hy-AM"/>
              </w:rPr>
            </w:pPr>
          </w:p>
          <w:p w14:paraId="1FE22294" w14:textId="77777777" w:rsidR="009A0AC0" w:rsidRPr="00A702E8" w:rsidRDefault="009A0AC0" w:rsidP="00DC25AF">
            <w:pPr>
              <w:spacing w:before="120" w:after="120" w:line="276" w:lineRule="auto"/>
              <w:ind w:left="720" w:hanging="720"/>
              <w:jc w:val="center"/>
              <w:rPr>
                <w:rFonts w:ascii="GHEA Grapalat" w:hAnsi="GHEA Grapalat" w:cs="Segoe UI"/>
                <w:color w:val="000000" w:themeColor="text1"/>
                <w:lang w:val="hy-AM"/>
              </w:rPr>
            </w:pPr>
            <w:r w:rsidRPr="00A702E8">
              <w:rPr>
                <w:rFonts w:ascii="GHEA Grapalat" w:hAnsi="GHEA Grapalat" w:cs="Segoe UI"/>
                <w:color w:val="000000" w:themeColor="text1"/>
                <w:lang w:val="hy-AM"/>
              </w:rPr>
              <w:t>________________________</w:t>
            </w:r>
          </w:p>
          <w:p w14:paraId="41555192" w14:textId="77777777" w:rsidR="009A0AC0" w:rsidRPr="00A702E8" w:rsidRDefault="009A0AC0" w:rsidP="00DC25AF">
            <w:pPr>
              <w:pStyle w:val="ListParagraph"/>
              <w:spacing w:before="120" w:after="120" w:line="276" w:lineRule="auto"/>
              <w:ind w:hanging="720"/>
              <w:jc w:val="center"/>
              <w:rPr>
                <w:rFonts w:ascii="GHEA Grapalat" w:hAnsi="GHEA Grapalat" w:cs="Segoe UI"/>
                <w:color w:val="000000" w:themeColor="text1"/>
                <w:lang w:val="hy-AM"/>
              </w:rPr>
            </w:pPr>
            <w:r w:rsidRPr="00A702E8">
              <w:rPr>
                <w:rFonts w:ascii="GHEA Grapalat" w:hAnsi="GHEA Grapalat" w:cs="Segoe UI"/>
                <w:color w:val="000000" w:themeColor="text1"/>
                <w:lang w:val="hy-AM"/>
              </w:rPr>
              <w:t>ստորագրություն</w:t>
            </w:r>
          </w:p>
        </w:tc>
        <w:tc>
          <w:tcPr>
            <w:tcW w:w="3275" w:type="dxa"/>
            <w:vAlign w:val="center"/>
          </w:tcPr>
          <w:p w14:paraId="012724A9" w14:textId="77777777" w:rsidR="009A0AC0" w:rsidRPr="00A702E8" w:rsidRDefault="009A0AC0" w:rsidP="00DC25AF">
            <w:pPr>
              <w:spacing w:before="120" w:after="120" w:line="276" w:lineRule="auto"/>
              <w:ind w:left="720" w:hanging="720"/>
              <w:jc w:val="center"/>
              <w:rPr>
                <w:rFonts w:ascii="GHEA Grapalat" w:hAnsi="GHEA Grapalat" w:cs="Segoe UI"/>
                <w:color w:val="000000" w:themeColor="text1"/>
              </w:rPr>
            </w:pPr>
          </w:p>
          <w:p w14:paraId="55B619F8" w14:textId="77777777" w:rsidR="009A0AC0" w:rsidRPr="00A702E8" w:rsidRDefault="009A0AC0" w:rsidP="00DC25AF">
            <w:pPr>
              <w:spacing w:before="120" w:after="120" w:line="276" w:lineRule="auto"/>
              <w:ind w:left="720" w:hanging="720"/>
              <w:jc w:val="center"/>
              <w:rPr>
                <w:rFonts w:ascii="GHEA Grapalat" w:hAnsi="GHEA Grapalat" w:cs="Segoe UI"/>
                <w:color w:val="000000" w:themeColor="text1"/>
              </w:rPr>
            </w:pPr>
          </w:p>
          <w:p w14:paraId="460F303D" w14:textId="77777777" w:rsidR="009A0AC0" w:rsidRPr="00A702E8" w:rsidRDefault="009A0AC0" w:rsidP="00DC25AF">
            <w:pPr>
              <w:spacing w:before="120" w:after="120" w:line="276" w:lineRule="auto"/>
              <w:ind w:left="720" w:hanging="720"/>
              <w:jc w:val="center"/>
              <w:rPr>
                <w:rFonts w:ascii="GHEA Grapalat" w:hAnsi="GHEA Grapalat" w:cs="Segoe UI"/>
                <w:color w:val="000000" w:themeColor="text1"/>
              </w:rPr>
            </w:pPr>
          </w:p>
          <w:p w14:paraId="4FBA5DBD" w14:textId="77777777" w:rsidR="009A0AC0" w:rsidRPr="00A702E8" w:rsidRDefault="009A0AC0" w:rsidP="00DC25AF">
            <w:pPr>
              <w:spacing w:before="120" w:after="120" w:line="276" w:lineRule="auto"/>
              <w:ind w:left="720" w:hanging="720"/>
              <w:jc w:val="center"/>
              <w:rPr>
                <w:rFonts w:ascii="GHEA Grapalat" w:hAnsi="GHEA Grapalat" w:cs="Segoe UI"/>
                <w:color w:val="000000" w:themeColor="text1"/>
              </w:rPr>
            </w:pPr>
            <w:r w:rsidRPr="00A702E8">
              <w:rPr>
                <w:rFonts w:ascii="GHEA Grapalat" w:hAnsi="GHEA Grapalat" w:cs="Segoe UI"/>
                <w:color w:val="000000" w:themeColor="text1"/>
              </w:rPr>
              <w:t>________________________</w:t>
            </w:r>
          </w:p>
          <w:p w14:paraId="3BAB03BC" w14:textId="77777777" w:rsidR="009A0AC0" w:rsidRPr="00A702E8" w:rsidRDefault="009A0AC0" w:rsidP="00DC25AF">
            <w:pPr>
              <w:pStyle w:val="ListParagraph"/>
              <w:spacing w:before="120" w:after="120" w:line="276" w:lineRule="auto"/>
              <w:ind w:hanging="720"/>
              <w:jc w:val="center"/>
              <w:rPr>
                <w:rFonts w:ascii="GHEA Grapalat" w:hAnsi="GHEA Grapalat" w:cs="Segoe UI"/>
                <w:color w:val="000000" w:themeColor="text1"/>
              </w:rPr>
            </w:pPr>
            <w:r w:rsidRPr="00A702E8">
              <w:rPr>
                <w:rFonts w:ascii="GHEA Grapalat" w:hAnsi="GHEA Grapalat" w:cs="Segoe UI"/>
                <w:color w:val="000000" w:themeColor="text1"/>
              </w:rPr>
              <w:t>ստորագրություն</w:t>
            </w:r>
          </w:p>
        </w:tc>
      </w:tr>
      <w:tr w:rsidR="009A0AC0" w:rsidRPr="00A702E8" w14:paraId="1BFDF695" w14:textId="77777777" w:rsidTr="00DC25AF">
        <w:trPr>
          <w:jc w:val="center"/>
        </w:trPr>
        <w:tc>
          <w:tcPr>
            <w:tcW w:w="0" w:type="auto"/>
            <w:vAlign w:val="center"/>
          </w:tcPr>
          <w:p w14:paraId="69116599" w14:textId="77777777" w:rsidR="009A0AC0" w:rsidRPr="00A702E8" w:rsidRDefault="009A0AC0" w:rsidP="00DC25AF">
            <w:pPr>
              <w:pStyle w:val="ListParagraph"/>
              <w:spacing w:before="120" w:after="120" w:line="276" w:lineRule="auto"/>
              <w:ind w:hanging="720"/>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ամսաթիվ</w:t>
            </w:r>
          </w:p>
        </w:tc>
        <w:tc>
          <w:tcPr>
            <w:tcW w:w="3851" w:type="dxa"/>
            <w:vAlign w:val="center"/>
          </w:tcPr>
          <w:p w14:paraId="5B738DA0" w14:textId="77777777" w:rsidR="009A0AC0" w:rsidRPr="00A702E8" w:rsidRDefault="009A0AC0" w:rsidP="00DC25AF">
            <w:pPr>
              <w:spacing w:before="120" w:after="120" w:line="276" w:lineRule="auto"/>
              <w:ind w:left="720" w:hanging="720"/>
              <w:jc w:val="center"/>
              <w:rPr>
                <w:rFonts w:ascii="GHEA Grapalat" w:hAnsi="GHEA Grapalat" w:cs="Segoe UI"/>
                <w:color w:val="000000" w:themeColor="text1"/>
                <w:lang w:val="hy-AM"/>
              </w:rPr>
            </w:pPr>
          </w:p>
          <w:p w14:paraId="7B0D144E" w14:textId="77777777" w:rsidR="009A0AC0" w:rsidRPr="00A702E8" w:rsidRDefault="009A0AC0" w:rsidP="00DC25AF">
            <w:pPr>
              <w:spacing w:before="120" w:after="120" w:line="276" w:lineRule="auto"/>
              <w:ind w:left="720" w:hanging="720"/>
              <w:jc w:val="center"/>
              <w:rPr>
                <w:rFonts w:ascii="GHEA Grapalat" w:hAnsi="GHEA Grapalat" w:cs="Segoe UI"/>
                <w:color w:val="000000" w:themeColor="text1"/>
                <w:lang w:val="hy-AM"/>
              </w:rPr>
            </w:pPr>
          </w:p>
          <w:p w14:paraId="3FD0E4BB" w14:textId="77777777" w:rsidR="009A0AC0" w:rsidRPr="00A702E8" w:rsidRDefault="009A0AC0" w:rsidP="00DC25AF">
            <w:pPr>
              <w:spacing w:before="120" w:after="120" w:line="276" w:lineRule="auto"/>
              <w:ind w:left="720" w:hanging="720"/>
              <w:jc w:val="center"/>
              <w:rPr>
                <w:rFonts w:ascii="GHEA Grapalat" w:hAnsi="GHEA Grapalat" w:cs="Segoe UI"/>
                <w:color w:val="000000" w:themeColor="text1"/>
                <w:u w:val="single"/>
                <w:lang w:val="hy-AM"/>
              </w:rPr>
            </w:pPr>
            <w:r w:rsidRPr="00A702E8">
              <w:rPr>
                <w:rFonts w:ascii="GHEA Grapalat" w:hAnsi="GHEA Grapalat" w:cs="Segoe UI"/>
                <w:color w:val="000000" w:themeColor="text1"/>
                <w:u w:val="single"/>
                <w:lang w:val="hy-AM"/>
              </w:rPr>
              <w:tab/>
            </w:r>
            <w:r w:rsidRPr="00A702E8">
              <w:rPr>
                <w:rFonts w:ascii="GHEA Grapalat" w:hAnsi="GHEA Grapalat" w:cs="Segoe UI"/>
                <w:color w:val="000000" w:themeColor="text1"/>
                <w:u w:val="single"/>
                <w:lang w:val="hy-AM"/>
              </w:rPr>
              <w:tab/>
            </w:r>
            <w:r w:rsidRPr="00A702E8">
              <w:rPr>
                <w:rFonts w:ascii="GHEA Grapalat" w:hAnsi="GHEA Grapalat" w:cs="Segoe UI"/>
                <w:color w:val="000000" w:themeColor="text1"/>
                <w:u w:val="single"/>
                <w:lang w:val="hy-AM"/>
              </w:rPr>
              <w:tab/>
            </w:r>
            <w:r w:rsidRPr="00A702E8">
              <w:rPr>
                <w:rFonts w:ascii="GHEA Grapalat" w:hAnsi="GHEA Grapalat" w:cs="Segoe UI"/>
                <w:color w:val="000000" w:themeColor="text1"/>
                <w:u w:val="single"/>
                <w:lang w:val="hy-AM"/>
              </w:rPr>
              <w:tab/>
            </w:r>
          </w:p>
          <w:p w14:paraId="4BE39F18" w14:textId="77777777" w:rsidR="009A0AC0" w:rsidRPr="00A702E8" w:rsidRDefault="009A0AC0" w:rsidP="00DC25AF">
            <w:pPr>
              <w:spacing w:before="120" w:after="120" w:line="276" w:lineRule="auto"/>
              <w:ind w:left="720" w:hanging="720"/>
              <w:jc w:val="center"/>
              <w:rPr>
                <w:rFonts w:ascii="GHEA Grapalat" w:hAnsi="GHEA Grapalat" w:cs="Segoe UI"/>
                <w:color w:val="000000" w:themeColor="text1"/>
                <w:lang w:val="hy-AM"/>
              </w:rPr>
            </w:pPr>
          </w:p>
        </w:tc>
        <w:tc>
          <w:tcPr>
            <w:tcW w:w="3275" w:type="dxa"/>
            <w:vAlign w:val="center"/>
          </w:tcPr>
          <w:p w14:paraId="765B284B" w14:textId="77777777" w:rsidR="009A0AC0" w:rsidRPr="00A702E8" w:rsidRDefault="009A0AC0" w:rsidP="00DC25AF">
            <w:pPr>
              <w:spacing w:before="120" w:after="120" w:line="276" w:lineRule="auto"/>
              <w:ind w:left="720" w:hanging="720"/>
              <w:jc w:val="center"/>
              <w:rPr>
                <w:rFonts w:ascii="GHEA Grapalat" w:hAnsi="GHEA Grapalat" w:cs="Segoe UI"/>
                <w:color w:val="000000" w:themeColor="text1"/>
                <w:u w:val="single"/>
                <w:lang w:val="hy-AM"/>
              </w:rPr>
            </w:pPr>
          </w:p>
          <w:p w14:paraId="2225B784" w14:textId="77777777" w:rsidR="009A0AC0" w:rsidRPr="00A702E8" w:rsidRDefault="009A0AC0" w:rsidP="00DC25AF">
            <w:pPr>
              <w:spacing w:before="120" w:after="120" w:line="276" w:lineRule="auto"/>
              <w:ind w:left="720" w:hanging="720"/>
              <w:jc w:val="center"/>
              <w:rPr>
                <w:rFonts w:ascii="GHEA Grapalat" w:hAnsi="GHEA Grapalat" w:cs="Segoe UI"/>
                <w:color w:val="000000" w:themeColor="text1"/>
              </w:rPr>
            </w:pPr>
            <w:r w:rsidRPr="00A702E8">
              <w:rPr>
                <w:rFonts w:ascii="GHEA Grapalat" w:hAnsi="GHEA Grapalat" w:cs="Segoe UI"/>
                <w:color w:val="000000" w:themeColor="text1"/>
                <w:u w:val="single"/>
                <w:lang w:val="hy-AM"/>
              </w:rPr>
              <w:tab/>
            </w:r>
            <w:r w:rsidRPr="00A702E8">
              <w:rPr>
                <w:rFonts w:ascii="GHEA Grapalat" w:hAnsi="GHEA Grapalat" w:cs="Segoe UI"/>
                <w:color w:val="000000" w:themeColor="text1"/>
                <w:u w:val="single"/>
                <w:lang w:val="hy-AM"/>
              </w:rPr>
              <w:tab/>
            </w:r>
            <w:r w:rsidRPr="00A702E8">
              <w:rPr>
                <w:rFonts w:ascii="GHEA Grapalat" w:hAnsi="GHEA Grapalat" w:cs="Segoe UI"/>
                <w:color w:val="000000" w:themeColor="text1"/>
                <w:u w:val="single"/>
                <w:lang w:val="hy-AM"/>
              </w:rPr>
              <w:tab/>
            </w:r>
            <w:r w:rsidRPr="00A702E8">
              <w:rPr>
                <w:rFonts w:ascii="GHEA Grapalat" w:hAnsi="GHEA Grapalat" w:cs="Segoe UI"/>
                <w:color w:val="000000" w:themeColor="text1"/>
                <w:u w:val="single"/>
                <w:lang w:val="hy-AM"/>
              </w:rPr>
              <w:tab/>
            </w:r>
          </w:p>
        </w:tc>
      </w:tr>
    </w:tbl>
    <w:p w14:paraId="78E96B5F" w14:textId="77777777" w:rsidR="009A0AC0" w:rsidRPr="00A702E8" w:rsidRDefault="009A0AC0" w:rsidP="009A0AC0">
      <w:pPr>
        <w:spacing w:before="120" w:after="120"/>
        <w:rPr>
          <w:rFonts w:ascii="GHEA Grapalat" w:hAnsi="GHEA Grapalat" w:cs="Segoe UI"/>
          <w:b/>
          <w:color w:val="000000" w:themeColor="text1"/>
          <w:lang w:val="hy-AM"/>
        </w:rPr>
      </w:pPr>
    </w:p>
    <w:p w14:paraId="2DC91306" w14:textId="77777777" w:rsidR="009A0AC0" w:rsidRPr="00A702E8" w:rsidRDefault="009A0AC0" w:rsidP="009A0AC0">
      <w:pPr>
        <w:rPr>
          <w:rFonts w:ascii="GHEA Grapalat" w:hAnsi="GHEA Grapalat" w:cs="Segoe UI"/>
          <w:b/>
          <w:color w:val="000000" w:themeColor="text1"/>
          <w:lang w:val="hy-AM"/>
        </w:rPr>
      </w:pPr>
      <w:r w:rsidRPr="00A702E8">
        <w:rPr>
          <w:rFonts w:ascii="GHEA Grapalat" w:hAnsi="GHEA Grapalat" w:cs="Segoe UI"/>
          <w:b/>
          <w:color w:val="000000" w:themeColor="text1"/>
          <w:lang w:val="hy-AM"/>
        </w:rPr>
        <w:br w:type="page"/>
      </w:r>
    </w:p>
    <w:p w14:paraId="15EB9C3B" w14:textId="77777777" w:rsidR="009A0AC0" w:rsidRPr="00A702E8" w:rsidRDefault="009A0AC0" w:rsidP="009A0AC0">
      <w:pPr>
        <w:spacing w:before="120" w:after="120"/>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lastRenderedPageBreak/>
        <w:t>Հավելված 1</w:t>
      </w:r>
      <w:r w:rsidRPr="00A702E8">
        <w:rPr>
          <w:rFonts w:ascii="MS Mincho" w:eastAsia="MS Mincho" w:hAnsi="MS Mincho" w:cs="MS Mincho" w:hint="eastAsia"/>
          <w:b/>
          <w:bCs/>
          <w:color w:val="000000" w:themeColor="text1"/>
          <w:lang w:val="hy-AM"/>
        </w:rPr>
        <w:t>․</w:t>
      </w:r>
      <w:r w:rsidRPr="00A702E8">
        <w:rPr>
          <w:rFonts w:ascii="GHEA Grapalat" w:hAnsi="GHEA Grapalat" w:cs="Segoe UI"/>
          <w:b/>
          <w:bCs/>
          <w:color w:val="000000" w:themeColor="text1"/>
          <w:lang w:val="hy-AM"/>
        </w:rPr>
        <w:t xml:space="preserve"> ԳԱՈՒ  մոդուլային ծրագիր</w:t>
      </w:r>
    </w:p>
    <w:p w14:paraId="0AD54F1D" w14:textId="77777777" w:rsidR="009A0AC0" w:rsidRPr="00A702E8" w:rsidRDefault="009A0AC0" w:rsidP="009A0AC0">
      <w:pPr>
        <w:spacing w:before="120" w:after="120"/>
        <w:ind w:left="720" w:hanging="720"/>
        <w:rPr>
          <w:rFonts w:ascii="GHEA Grapalat" w:hAnsi="GHEA Grapalat" w:cs="Segoe UI"/>
          <w:i/>
          <w:iCs/>
          <w:color w:val="000000" w:themeColor="text1"/>
          <w:lang w:val="hy-AM"/>
        </w:rPr>
      </w:pPr>
      <w:r w:rsidRPr="00A702E8">
        <w:rPr>
          <w:rFonts w:ascii="GHEA Grapalat" w:hAnsi="GHEA Grapalat" w:cs="Segoe UI"/>
          <w:i/>
          <w:iCs/>
          <w:color w:val="000000" w:themeColor="text1"/>
          <w:lang w:val="hy-AM"/>
        </w:rPr>
        <w:t>[Ենթակա է լրացման]</w:t>
      </w:r>
    </w:p>
    <w:p w14:paraId="3448D08C" w14:textId="77777777" w:rsidR="009A0AC0" w:rsidRPr="00A702E8" w:rsidRDefault="009A0AC0" w:rsidP="009A0AC0">
      <w:pPr>
        <w:spacing w:before="120" w:after="120"/>
        <w:ind w:left="720" w:hanging="720"/>
        <w:rPr>
          <w:rFonts w:ascii="GHEA Grapalat" w:hAnsi="GHEA Grapalat" w:cs="Segoe UI"/>
          <w:b/>
          <w:bCs/>
          <w:color w:val="000000" w:themeColor="text1"/>
          <w:lang w:val="hy-AM"/>
        </w:rPr>
      </w:pPr>
    </w:p>
    <w:p w14:paraId="6875497F" w14:textId="77777777" w:rsidR="009A0AC0" w:rsidRPr="00A702E8" w:rsidRDefault="009A0AC0" w:rsidP="009A0AC0">
      <w:pPr>
        <w:spacing w:before="120" w:after="120"/>
        <w:ind w:left="720" w:hanging="720"/>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Հավելված 2</w:t>
      </w:r>
      <w:r w:rsidRPr="00A702E8">
        <w:rPr>
          <w:rFonts w:ascii="MS Mincho" w:eastAsia="MS Mincho" w:hAnsi="MS Mincho" w:cs="MS Mincho" w:hint="eastAsia"/>
          <w:b/>
          <w:bCs/>
          <w:color w:val="000000" w:themeColor="text1"/>
          <w:lang w:val="hy-AM"/>
        </w:rPr>
        <w:t>․</w:t>
      </w:r>
      <w:r w:rsidRPr="00A702E8">
        <w:rPr>
          <w:rFonts w:ascii="GHEA Grapalat" w:hAnsi="GHEA Grapalat" w:cs="Segoe UI"/>
          <w:b/>
          <w:bCs/>
          <w:color w:val="000000" w:themeColor="text1"/>
          <w:lang w:val="hy-AM"/>
        </w:rPr>
        <w:t xml:space="preserve"> Գործնական աշխատանքային ուսուցում անցնող ուսանողների անվանացանկ</w:t>
      </w:r>
      <w:r w:rsidRPr="00A702E8">
        <w:rPr>
          <w:rStyle w:val="FootnoteReference"/>
          <w:rFonts w:ascii="GHEA Grapalat" w:hAnsi="GHEA Grapalat" w:cs="Segoe UI"/>
          <w:bCs/>
          <w:color w:val="000000" w:themeColor="text1"/>
          <w:lang w:val="hy-AM"/>
        </w:rPr>
        <w:footnoteReference w:id="16"/>
      </w:r>
      <w:r w:rsidRPr="00A702E8">
        <w:rPr>
          <w:rFonts w:ascii="GHEA Grapalat" w:hAnsi="GHEA Grapalat" w:cs="Segoe UI"/>
          <w:b/>
          <w:bCs/>
          <w:color w:val="000000" w:themeColor="text1"/>
          <w:lang w:val="hy-AM"/>
        </w:rPr>
        <w:t xml:space="preserve"> </w:t>
      </w:r>
    </w:p>
    <w:p w14:paraId="769187A4" w14:textId="77777777" w:rsidR="009A0AC0" w:rsidRPr="00A702E8" w:rsidRDefault="009A0AC0" w:rsidP="009A0AC0">
      <w:pPr>
        <w:spacing w:before="120" w:after="120"/>
        <w:ind w:left="720" w:hanging="720"/>
        <w:rPr>
          <w:rFonts w:ascii="GHEA Grapalat" w:hAnsi="GHEA Grapalat" w:cs="Segoe UI"/>
          <w:color w:val="000000" w:themeColor="text1"/>
          <w:lang w:val="hy-AM"/>
        </w:rPr>
      </w:pPr>
      <w:r w:rsidRPr="00A702E8">
        <w:rPr>
          <w:rFonts w:ascii="GHEA Grapalat" w:hAnsi="GHEA Grapalat" w:cs="Segoe UI"/>
          <w:color w:val="000000" w:themeColor="text1"/>
          <w:lang w:val="hy-AM"/>
        </w:rPr>
        <w:t>ՄՈՒՀ-ի անվանումը __________________</w:t>
      </w:r>
    </w:p>
    <w:p w14:paraId="480D9E1B" w14:textId="77777777" w:rsidR="009A0AC0" w:rsidRPr="00A702E8" w:rsidRDefault="009A0AC0" w:rsidP="009A0AC0">
      <w:pPr>
        <w:spacing w:before="120" w:after="120"/>
        <w:ind w:left="720" w:hanging="720"/>
        <w:rPr>
          <w:rFonts w:ascii="GHEA Grapalat" w:hAnsi="GHEA Grapalat" w:cs="Segoe UI"/>
          <w:color w:val="000000" w:themeColor="text1"/>
          <w:lang w:val="hy-AM"/>
        </w:rPr>
      </w:pPr>
      <w:r w:rsidRPr="00A702E8">
        <w:rPr>
          <w:rFonts w:ascii="GHEA Grapalat" w:hAnsi="GHEA Grapalat" w:cs="Segoe UI"/>
          <w:color w:val="000000" w:themeColor="text1"/>
          <w:lang w:val="hy-AM"/>
        </w:rPr>
        <w:t>Կրթական ծրագրի մակարդակը __________________</w:t>
      </w:r>
    </w:p>
    <w:p w14:paraId="4D7751A4" w14:textId="77777777" w:rsidR="009A0AC0" w:rsidRPr="00A702E8" w:rsidRDefault="009A0AC0" w:rsidP="009A0AC0">
      <w:pPr>
        <w:spacing w:before="120" w:after="120"/>
        <w:ind w:left="720" w:hanging="720"/>
        <w:rPr>
          <w:rFonts w:ascii="GHEA Grapalat" w:hAnsi="GHEA Grapalat" w:cs="Segoe UI"/>
          <w:color w:val="000000" w:themeColor="text1"/>
          <w:lang w:val="hy-AM"/>
        </w:rPr>
      </w:pPr>
      <w:r w:rsidRPr="00A702E8">
        <w:rPr>
          <w:rFonts w:ascii="GHEA Grapalat" w:hAnsi="GHEA Grapalat" w:cs="Segoe UI"/>
          <w:color w:val="000000" w:themeColor="text1"/>
          <w:lang w:val="hy-AM"/>
        </w:rPr>
        <w:t>Որակավորումը (միկրոորակավորումը) __________________</w:t>
      </w:r>
    </w:p>
    <w:p w14:paraId="5D8A62C4" w14:textId="77777777" w:rsidR="000F3845" w:rsidRPr="00A702E8" w:rsidRDefault="009A0AC0" w:rsidP="009A0AC0">
      <w:pPr>
        <w:spacing w:before="120" w:after="120"/>
        <w:ind w:left="720" w:hanging="720"/>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ԱՀՈՒ-ի իրականացման ձևը՝  □ պրակտիկա, □ դուալ, □ աշխատանքի ընթացքում </w:t>
      </w:r>
    </w:p>
    <w:p w14:paraId="7583E6A1" w14:textId="424CB628" w:rsidR="009A0AC0" w:rsidRPr="00A702E8" w:rsidRDefault="009A0AC0" w:rsidP="00E879BF">
      <w:pPr>
        <w:spacing w:before="120" w:after="120"/>
        <w:ind w:left="5040" w:firstLine="720"/>
        <w:rPr>
          <w:rFonts w:ascii="GHEA Grapalat" w:hAnsi="GHEA Grapalat" w:cs="Segoe UI"/>
          <w:color w:val="000000" w:themeColor="text1"/>
          <w:lang w:val="hy-AM"/>
        </w:rPr>
      </w:pPr>
      <w:r w:rsidRPr="00A702E8">
        <w:rPr>
          <w:rFonts w:ascii="GHEA Grapalat" w:hAnsi="GHEA Grapalat" w:cs="Segoe UI"/>
          <w:color w:val="000000" w:themeColor="text1"/>
          <w:lang w:val="hy-AM"/>
        </w:rPr>
        <w:t>ուսումնառություն</w:t>
      </w:r>
    </w:p>
    <w:p w14:paraId="60339776" w14:textId="77777777" w:rsidR="009A0AC0" w:rsidRPr="00A702E8" w:rsidRDefault="009A0AC0" w:rsidP="009A0AC0">
      <w:pPr>
        <w:spacing w:before="120" w:after="120"/>
        <w:ind w:left="720" w:hanging="720"/>
        <w:rPr>
          <w:rFonts w:ascii="GHEA Grapalat" w:hAnsi="GHEA Grapalat" w:cs="Segoe UI"/>
          <w:color w:val="000000" w:themeColor="text1"/>
          <w:lang w:val="hy-AM"/>
        </w:rPr>
      </w:pPr>
      <w:r w:rsidRPr="00A702E8">
        <w:rPr>
          <w:rFonts w:ascii="GHEA Grapalat" w:hAnsi="GHEA Grapalat" w:cs="Segoe UI"/>
          <w:color w:val="000000" w:themeColor="text1"/>
          <w:lang w:val="hy-AM"/>
        </w:rPr>
        <w:t>Ընդգրկված ուսանողների ընդհանուր թիվը__________________</w:t>
      </w:r>
    </w:p>
    <w:p w14:paraId="36467624" w14:textId="77777777" w:rsidR="009A0AC0" w:rsidRPr="00A702E8" w:rsidRDefault="009A0AC0" w:rsidP="009A0AC0">
      <w:pPr>
        <w:spacing w:before="120" w:after="120"/>
        <w:ind w:left="720" w:hanging="720"/>
        <w:rPr>
          <w:rFonts w:ascii="GHEA Grapalat" w:hAnsi="GHEA Grapalat" w:cs="Segoe UI"/>
          <w:color w:val="000000" w:themeColor="text1"/>
          <w:lang w:val="hy-AM"/>
        </w:rPr>
      </w:pPr>
      <w:r w:rsidRPr="00A702E8">
        <w:rPr>
          <w:rFonts w:ascii="GHEA Grapalat" w:hAnsi="GHEA Grapalat" w:cs="Segoe UI"/>
          <w:color w:val="000000" w:themeColor="text1"/>
          <w:lang w:val="hy-AM"/>
        </w:rPr>
        <w:t>Գործնական աշխատանքների սկիզբը և տևողությունը __________________</w:t>
      </w:r>
    </w:p>
    <w:tbl>
      <w:tblPr>
        <w:tblStyle w:val="TableGrid"/>
        <w:tblW w:w="5000" w:type="pct"/>
        <w:jc w:val="center"/>
        <w:tblLayout w:type="fixed"/>
        <w:tblLook w:val="04A0" w:firstRow="1" w:lastRow="0" w:firstColumn="1" w:lastColumn="0" w:noHBand="0" w:noVBand="1"/>
      </w:tblPr>
      <w:tblGrid>
        <w:gridCol w:w="753"/>
        <w:gridCol w:w="3331"/>
        <w:gridCol w:w="2930"/>
        <w:gridCol w:w="2890"/>
      </w:tblGrid>
      <w:tr w:rsidR="00447437" w:rsidRPr="00A702E8" w14:paraId="7F0B6155" w14:textId="77777777" w:rsidTr="00F36E09">
        <w:trPr>
          <w:jc w:val="center"/>
        </w:trPr>
        <w:tc>
          <w:tcPr>
            <w:tcW w:w="753" w:type="dxa"/>
          </w:tcPr>
          <w:p w14:paraId="4F6A3817" w14:textId="77777777" w:rsidR="009A0AC0" w:rsidRPr="00A702E8" w:rsidRDefault="009A0AC0" w:rsidP="00DC25AF">
            <w:pPr>
              <w:spacing w:before="120" w:after="120" w:line="276" w:lineRule="auto"/>
              <w:ind w:left="720" w:right="737" w:hanging="720"/>
              <w:rPr>
                <w:rFonts w:ascii="GHEA Grapalat" w:hAnsi="GHEA Grapalat" w:cs="Segoe UI"/>
                <w:color w:val="000000" w:themeColor="text1"/>
              </w:rPr>
            </w:pPr>
            <w:r w:rsidRPr="00A702E8">
              <w:rPr>
                <w:rFonts w:ascii="GHEA Grapalat" w:hAnsi="GHEA Grapalat" w:cs="Segoe UI"/>
                <w:color w:val="000000" w:themeColor="text1"/>
              </w:rPr>
              <w:t>N</w:t>
            </w:r>
            <w:r w:rsidRPr="00A702E8">
              <w:rPr>
                <w:rFonts w:ascii="GHEA Grapalat" w:hAnsi="GHEA Grapalat" w:cs="Segoe UI"/>
                <w:color w:val="000000" w:themeColor="text1"/>
                <w:vertAlign w:val="superscript"/>
              </w:rPr>
              <w:t>o</w:t>
            </w:r>
          </w:p>
          <w:p w14:paraId="38F6A804" w14:textId="77777777" w:rsidR="009A0AC0" w:rsidRPr="00A702E8" w:rsidRDefault="009A0AC0" w:rsidP="00DC25AF">
            <w:pPr>
              <w:spacing w:before="120" w:after="120" w:line="276" w:lineRule="auto"/>
              <w:ind w:left="720" w:right="737" w:hanging="720"/>
              <w:rPr>
                <w:rFonts w:ascii="GHEA Grapalat" w:hAnsi="GHEA Grapalat" w:cs="Segoe UI"/>
                <w:color w:val="000000" w:themeColor="text1"/>
              </w:rPr>
            </w:pPr>
          </w:p>
        </w:tc>
        <w:tc>
          <w:tcPr>
            <w:tcW w:w="3331" w:type="dxa"/>
          </w:tcPr>
          <w:p w14:paraId="69987D3D" w14:textId="77777777" w:rsidR="009A0AC0" w:rsidRPr="00A702E8" w:rsidRDefault="009A0AC0" w:rsidP="00DC25AF">
            <w:pPr>
              <w:spacing w:before="120" w:after="120" w:line="276" w:lineRule="auto"/>
              <w:ind w:left="720" w:hanging="720"/>
              <w:rPr>
                <w:rFonts w:ascii="GHEA Grapalat" w:hAnsi="GHEA Grapalat" w:cs="Segoe UI"/>
                <w:color w:val="000000" w:themeColor="text1"/>
                <w:lang w:val="hy-AM"/>
              </w:rPr>
            </w:pPr>
            <w:r w:rsidRPr="00A702E8">
              <w:rPr>
                <w:rFonts w:ascii="GHEA Grapalat" w:hAnsi="GHEA Grapalat" w:cs="Segoe UI"/>
                <w:color w:val="000000" w:themeColor="text1"/>
                <w:lang w:val="hy-AM"/>
              </w:rPr>
              <w:t>Անուն</w:t>
            </w:r>
          </w:p>
        </w:tc>
        <w:tc>
          <w:tcPr>
            <w:tcW w:w="2930" w:type="dxa"/>
          </w:tcPr>
          <w:p w14:paraId="1A097A8F" w14:textId="77777777" w:rsidR="009A0AC0" w:rsidRPr="00A702E8" w:rsidRDefault="009A0AC0" w:rsidP="00DC25AF">
            <w:pPr>
              <w:spacing w:before="120" w:after="120" w:line="276" w:lineRule="auto"/>
              <w:ind w:left="720" w:hanging="720"/>
              <w:rPr>
                <w:rFonts w:ascii="GHEA Grapalat" w:hAnsi="GHEA Grapalat" w:cs="Segoe UI"/>
                <w:color w:val="000000" w:themeColor="text1"/>
                <w:lang w:val="hy-AM"/>
              </w:rPr>
            </w:pPr>
            <w:r w:rsidRPr="00A702E8">
              <w:rPr>
                <w:rFonts w:ascii="GHEA Grapalat" w:hAnsi="GHEA Grapalat" w:cs="Segoe UI"/>
                <w:color w:val="000000" w:themeColor="text1"/>
                <w:lang w:val="hy-AM"/>
              </w:rPr>
              <w:t>Ազգանուն</w:t>
            </w:r>
          </w:p>
        </w:tc>
        <w:tc>
          <w:tcPr>
            <w:tcW w:w="2890" w:type="dxa"/>
          </w:tcPr>
          <w:p w14:paraId="78AF7AEA" w14:textId="77777777" w:rsidR="009A0AC0" w:rsidRPr="00A702E8" w:rsidRDefault="009A0AC0" w:rsidP="00DC25AF">
            <w:pPr>
              <w:spacing w:before="120" w:after="120" w:line="276" w:lineRule="auto"/>
              <w:ind w:left="720" w:hanging="720"/>
              <w:rPr>
                <w:rFonts w:ascii="GHEA Grapalat" w:hAnsi="GHEA Grapalat" w:cs="Segoe UI"/>
                <w:color w:val="000000" w:themeColor="text1"/>
                <w:lang w:val="hy-AM"/>
              </w:rPr>
            </w:pPr>
            <w:r w:rsidRPr="00A702E8">
              <w:rPr>
                <w:rFonts w:ascii="GHEA Grapalat" w:hAnsi="GHEA Grapalat" w:cs="Segoe UI"/>
                <w:color w:val="000000" w:themeColor="text1"/>
                <w:lang w:val="hy-AM"/>
              </w:rPr>
              <w:t>Հայրանուն</w:t>
            </w:r>
          </w:p>
        </w:tc>
      </w:tr>
      <w:tr w:rsidR="00447437" w:rsidRPr="00A702E8" w14:paraId="694E562A" w14:textId="77777777" w:rsidTr="00F36E09">
        <w:trPr>
          <w:jc w:val="center"/>
        </w:trPr>
        <w:tc>
          <w:tcPr>
            <w:tcW w:w="753" w:type="dxa"/>
          </w:tcPr>
          <w:p w14:paraId="72A203AB" w14:textId="77777777" w:rsidR="009A0AC0" w:rsidRPr="00A702E8" w:rsidRDefault="009A0AC0" w:rsidP="00DC25AF">
            <w:pPr>
              <w:spacing w:before="120" w:after="120" w:line="276" w:lineRule="auto"/>
              <w:ind w:left="720" w:right="737" w:hanging="720"/>
              <w:rPr>
                <w:rFonts w:ascii="GHEA Grapalat" w:hAnsi="GHEA Grapalat" w:cs="Segoe UI"/>
                <w:color w:val="000000" w:themeColor="text1"/>
              </w:rPr>
            </w:pPr>
            <w:r w:rsidRPr="00A702E8">
              <w:rPr>
                <w:rFonts w:ascii="GHEA Grapalat" w:hAnsi="GHEA Grapalat" w:cs="Segoe UI"/>
                <w:color w:val="000000" w:themeColor="text1"/>
              </w:rPr>
              <w:t>1</w:t>
            </w:r>
          </w:p>
        </w:tc>
        <w:tc>
          <w:tcPr>
            <w:tcW w:w="3331" w:type="dxa"/>
          </w:tcPr>
          <w:p w14:paraId="4C73B8D2" w14:textId="77777777" w:rsidR="009A0AC0" w:rsidRPr="00A702E8" w:rsidRDefault="009A0AC0" w:rsidP="00DC25AF">
            <w:pPr>
              <w:spacing w:before="120" w:after="120" w:line="276" w:lineRule="auto"/>
              <w:ind w:left="720" w:hanging="720"/>
              <w:rPr>
                <w:rFonts w:ascii="GHEA Grapalat" w:hAnsi="GHEA Grapalat" w:cs="Segoe UI"/>
                <w:color w:val="000000" w:themeColor="text1"/>
                <w:lang w:val="hy-AM"/>
              </w:rPr>
            </w:pPr>
          </w:p>
        </w:tc>
        <w:tc>
          <w:tcPr>
            <w:tcW w:w="2930" w:type="dxa"/>
          </w:tcPr>
          <w:p w14:paraId="0E863A51" w14:textId="77777777" w:rsidR="009A0AC0" w:rsidRPr="00A702E8" w:rsidRDefault="009A0AC0" w:rsidP="00DC25AF">
            <w:pPr>
              <w:spacing w:before="120" w:after="120" w:line="276" w:lineRule="auto"/>
              <w:ind w:left="720" w:hanging="720"/>
              <w:rPr>
                <w:rFonts w:ascii="GHEA Grapalat" w:hAnsi="GHEA Grapalat" w:cs="Segoe UI"/>
                <w:color w:val="000000" w:themeColor="text1"/>
                <w:lang w:val="hy-AM"/>
              </w:rPr>
            </w:pPr>
          </w:p>
        </w:tc>
        <w:tc>
          <w:tcPr>
            <w:tcW w:w="2890" w:type="dxa"/>
          </w:tcPr>
          <w:p w14:paraId="4E77E9BA" w14:textId="77777777" w:rsidR="009A0AC0" w:rsidRPr="00A702E8" w:rsidRDefault="009A0AC0" w:rsidP="00DC25AF">
            <w:pPr>
              <w:spacing w:before="120" w:after="120" w:line="276" w:lineRule="auto"/>
              <w:ind w:left="720" w:hanging="720"/>
              <w:rPr>
                <w:rFonts w:ascii="GHEA Grapalat" w:hAnsi="GHEA Grapalat" w:cs="Segoe UI"/>
                <w:color w:val="000000" w:themeColor="text1"/>
                <w:lang w:val="hy-AM"/>
              </w:rPr>
            </w:pPr>
          </w:p>
        </w:tc>
      </w:tr>
      <w:tr w:rsidR="00447437" w:rsidRPr="00A702E8" w14:paraId="0EF50258" w14:textId="77777777" w:rsidTr="00F36E09">
        <w:trPr>
          <w:jc w:val="center"/>
        </w:trPr>
        <w:tc>
          <w:tcPr>
            <w:tcW w:w="753" w:type="dxa"/>
          </w:tcPr>
          <w:p w14:paraId="7D4C820A" w14:textId="77777777" w:rsidR="009A0AC0" w:rsidRPr="00A702E8" w:rsidRDefault="009A0AC0" w:rsidP="00DC25AF">
            <w:pPr>
              <w:spacing w:before="120" w:after="120" w:line="276" w:lineRule="auto"/>
              <w:ind w:left="720" w:hanging="720"/>
              <w:rPr>
                <w:rFonts w:ascii="GHEA Grapalat" w:hAnsi="GHEA Grapalat" w:cs="Segoe UI"/>
                <w:color w:val="000000" w:themeColor="text1"/>
              </w:rPr>
            </w:pPr>
            <w:r w:rsidRPr="00A702E8">
              <w:rPr>
                <w:rFonts w:ascii="GHEA Grapalat" w:hAnsi="GHEA Grapalat" w:cs="Segoe UI"/>
                <w:color w:val="000000" w:themeColor="text1"/>
              </w:rPr>
              <w:t>2</w:t>
            </w:r>
          </w:p>
        </w:tc>
        <w:tc>
          <w:tcPr>
            <w:tcW w:w="3331" w:type="dxa"/>
          </w:tcPr>
          <w:p w14:paraId="7B25B257" w14:textId="77777777" w:rsidR="009A0AC0" w:rsidRPr="00A702E8" w:rsidRDefault="009A0AC0" w:rsidP="00DC25AF">
            <w:pPr>
              <w:spacing w:before="120" w:after="120" w:line="276" w:lineRule="auto"/>
              <w:ind w:left="720" w:hanging="720"/>
              <w:rPr>
                <w:rFonts w:ascii="GHEA Grapalat" w:hAnsi="GHEA Grapalat" w:cs="Segoe UI"/>
                <w:color w:val="000000" w:themeColor="text1"/>
                <w:lang w:val="hy-AM"/>
              </w:rPr>
            </w:pPr>
          </w:p>
        </w:tc>
        <w:tc>
          <w:tcPr>
            <w:tcW w:w="2930" w:type="dxa"/>
          </w:tcPr>
          <w:p w14:paraId="7037A56B" w14:textId="77777777" w:rsidR="009A0AC0" w:rsidRPr="00A702E8" w:rsidRDefault="009A0AC0" w:rsidP="00DC25AF">
            <w:pPr>
              <w:spacing w:before="120" w:after="120" w:line="276" w:lineRule="auto"/>
              <w:ind w:left="720" w:hanging="720"/>
              <w:rPr>
                <w:rFonts w:ascii="GHEA Grapalat" w:hAnsi="GHEA Grapalat" w:cs="Segoe UI"/>
                <w:color w:val="000000" w:themeColor="text1"/>
                <w:lang w:val="hy-AM"/>
              </w:rPr>
            </w:pPr>
          </w:p>
        </w:tc>
        <w:tc>
          <w:tcPr>
            <w:tcW w:w="2890" w:type="dxa"/>
          </w:tcPr>
          <w:p w14:paraId="21D1F6C7" w14:textId="77777777" w:rsidR="009A0AC0" w:rsidRPr="00A702E8" w:rsidRDefault="009A0AC0" w:rsidP="00DC25AF">
            <w:pPr>
              <w:spacing w:before="120" w:after="120" w:line="276" w:lineRule="auto"/>
              <w:ind w:left="720" w:hanging="720"/>
              <w:rPr>
                <w:rFonts w:ascii="GHEA Grapalat" w:hAnsi="GHEA Grapalat" w:cs="Segoe UI"/>
                <w:color w:val="000000" w:themeColor="text1"/>
                <w:lang w:val="hy-AM"/>
              </w:rPr>
            </w:pPr>
          </w:p>
        </w:tc>
      </w:tr>
      <w:tr w:rsidR="00447437" w:rsidRPr="00A702E8" w14:paraId="45382036" w14:textId="77777777" w:rsidTr="00F36E09">
        <w:trPr>
          <w:jc w:val="center"/>
        </w:trPr>
        <w:tc>
          <w:tcPr>
            <w:tcW w:w="753" w:type="dxa"/>
          </w:tcPr>
          <w:p w14:paraId="68679979" w14:textId="77777777" w:rsidR="009A0AC0" w:rsidRPr="00A702E8" w:rsidRDefault="009A0AC0" w:rsidP="00DC25AF">
            <w:pPr>
              <w:spacing w:before="120" w:after="120" w:line="276" w:lineRule="auto"/>
              <w:ind w:left="720" w:hanging="720"/>
              <w:rPr>
                <w:rFonts w:ascii="GHEA Grapalat" w:hAnsi="GHEA Grapalat" w:cs="Segoe UI"/>
                <w:color w:val="000000" w:themeColor="text1"/>
              </w:rPr>
            </w:pPr>
            <w:r w:rsidRPr="00A702E8">
              <w:rPr>
                <w:rFonts w:ascii="GHEA Grapalat" w:hAnsi="GHEA Grapalat" w:cs="Segoe UI"/>
                <w:color w:val="000000" w:themeColor="text1"/>
              </w:rPr>
              <w:t>3</w:t>
            </w:r>
          </w:p>
        </w:tc>
        <w:tc>
          <w:tcPr>
            <w:tcW w:w="3331" w:type="dxa"/>
          </w:tcPr>
          <w:p w14:paraId="697796F0" w14:textId="77777777" w:rsidR="009A0AC0" w:rsidRPr="00A702E8" w:rsidRDefault="009A0AC0" w:rsidP="00DC25AF">
            <w:pPr>
              <w:spacing w:before="120" w:after="120" w:line="276" w:lineRule="auto"/>
              <w:ind w:left="720" w:hanging="720"/>
              <w:rPr>
                <w:rFonts w:ascii="GHEA Grapalat" w:hAnsi="GHEA Grapalat" w:cs="Segoe UI"/>
                <w:color w:val="000000" w:themeColor="text1"/>
                <w:lang w:val="hy-AM"/>
              </w:rPr>
            </w:pPr>
          </w:p>
        </w:tc>
        <w:tc>
          <w:tcPr>
            <w:tcW w:w="2930" w:type="dxa"/>
          </w:tcPr>
          <w:p w14:paraId="2BE6692E" w14:textId="77777777" w:rsidR="009A0AC0" w:rsidRPr="00A702E8" w:rsidRDefault="009A0AC0" w:rsidP="00DC25AF">
            <w:pPr>
              <w:spacing w:before="120" w:after="120" w:line="276" w:lineRule="auto"/>
              <w:ind w:left="720" w:hanging="720"/>
              <w:rPr>
                <w:rFonts w:ascii="GHEA Grapalat" w:hAnsi="GHEA Grapalat" w:cs="Segoe UI"/>
                <w:color w:val="000000" w:themeColor="text1"/>
                <w:lang w:val="hy-AM"/>
              </w:rPr>
            </w:pPr>
          </w:p>
        </w:tc>
        <w:tc>
          <w:tcPr>
            <w:tcW w:w="2890" w:type="dxa"/>
          </w:tcPr>
          <w:p w14:paraId="415DC415" w14:textId="77777777" w:rsidR="009A0AC0" w:rsidRPr="00A702E8" w:rsidRDefault="009A0AC0" w:rsidP="00DC25AF">
            <w:pPr>
              <w:spacing w:before="120" w:after="120" w:line="276" w:lineRule="auto"/>
              <w:ind w:left="720" w:hanging="720"/>
              <w:rPr>
                <w:rFonts w:ascii="GHEA Grapalat" w:hAnsi="GHEA Grapalat" w:cs="Segoe UI"/>
                <w:color w:val="000000" w:themeColor="text1"/>
                <w:lang w:val="hy-AM"/>
              </w:rPr>
            </w:pPr>
          </w:p>
        </w:tc>
      </w:tr>
      <w:tr w:rsidR="00447437" w:rsidRPr="00A702E8" w14:paraId="7D169024" w14:textId="77777777" w:rsidTr="00F36E09">
        <w:trPr>
          <w:jc w:val="center"/>
        </w:trPr>
        <w:tc>
          <w:tcPr>
            <w:tcW w:w="753" w:type="dxa"/>
          </w:tcPr>
          <w:p w14:paraId="15389581" w14:textId="77777777" w:rsidR="009A0AC0" w:rsidRPr="00A702E8" w:rsidRDefault="009A0AC0" w:rsidP="00DC25AF">
            <w:pPr>
              <w:spacing w:before="120" w:after="120" w:line="276" w:lineRule="auto"/>
              <w:ind w:left="720" w:hanging="720"/>
              <w:rPr>
                <w:rFonts w:ascii="GHEA Grapalat" w:hAnsi="GHEA Grapalat" w:cs="Segoe UI"/>
                <w:color w:val="000000" w:themeColor="text1"/>
              </w:rPr>
            </w:pPr>
            <w:r w:rsidRPr="00A702E8">
              <w:rPr>
                <w:rFonts w:ascii="GHEA Grapalat" w:hAnsi="GHEA Grapalat" w:cs="Segoe UI"/>
                <w:color w:val="000000" w:themeColor="text1"/>
              </w:rPr>
              <w:t>4</w:t>
            </w:r>
          </w:p>
        </w:tc>
        <w:tc>
          <w:tcPr>
            <w:tcW w:w="3331" w:type="dxa"/>
          </w:tcPr>
          <w:p w14:paraId="36CC4031" w14:textId="77777777" w:rsidR="009A0AC0" w:rsidRPr="00A702E8" w:rsidRDefault="009A0AC0" w:rsidP="00DC25AF">
            <w:pPr>
              <w:spacing w:before="120" w:after="120" w:line="276" w:lineRule="auto"/>
              <w:ind w:left="720" w:hanging="720"/>
              <w:rPr>
                <w:rFonts w:ascii="GHEA Grapalat" w:hAnsi="GHEA Grapalat" w:cs="Segoe UI"/>
                <w:color w:val="000000" w:themeColor="text1"/>
                <w:lang w:val="hy-AM"/>
              </w:rPr>
            </w:pPr>
          </w:p>
        </w:tc>
        <w:tc>
          <w:tcPr>
            <w:tcW w:w="2930" w:type="dxa"/>
          </w:tcPr>
          <w:p w14:paraId="54C778D5" w14:textId="77777777" w:rsidR="009A0AC0" w:rsidRPr="00A702E8" w:rsidRDefault="009A0AC0" w:rsidP="00DC25AF">
            <w:pPr>
              <w:spacing w:before="120" w:after="120" w:line="276" w:lineRule="auto"/>
              <w:ind w:left="720" w:hanging="720"/>
              <w:rPr>
                <w:rFonts w:ascii="GHEA Grapalat" w:hAnsi="GHEA Grapalat" w:cs="Segoe UI"/>
                <w:color w:val="000000" w:themeColor="text1"/>
                <w:lang w:val="hy-AM"/>
              </w:rPr>
            </w:pPr>
          </w:p>
        </w:tc>
        <w:tc>
          <w:tcPr>
            <w:tcW w:w="2890" w:type="dxa"/>
          </w:tcPr>
          <w:p w14:paraId="037365D7" w14:textId="77777777" w:rsidR="009A0AC0" w:rsidRPr="00A702E8" w:rsidRDefault="009A0AC0" w:rsidP="00DC25AF">
            <w:pPr>
              <w:spacing w:before="120" w:after="120" w:line="276" w:lineRule="auto"/>
              <w:ind w:left="720" w:hanging="720"/>
              <w:rPr>
                <w:rFonts w:ascii="GHEA Grapalat" w:hAnsi="GHEA Grapalat" w:cs="Segoe UI"/>
                <w:color w:val="000000" w:themeColor="text1"/>
                <w:lang w:val="hy-AM"/>
              </w:rPr>
            </w:pPr>
          </w:p>
        </w:tc>
      </w:tr>
      <w:tr w:rsidR="00447437" w:rsidRPr="00A702E8" w14:paraId="1644B439" w14:textId="77777777" w:rsidTr="00F36E09">
        <w:trPr>
          <w:jc w:val="center"/>
        </w:trPr>
        <w:tc>
          <w:tcPr>
            <w:tcW w:w="753" w:type="dxa"/>
          </w:tcPr>
          <w:p w14:paraId="65A4A744" w14:textId="77777777" w:rsidR="009A0AC0" w:rsidRPr="00A702E8" w:rsidRDefault="009A0AC0" w:rsidP="00DC25AF">
            <w:pPr>
              <w:spacing w:before="120" w:after="120" w:line="276" w:lineRule="auto"/>
              <w:ind w:left="720" w:hanging="720"/>
              <w:rPr>
                <w:rFonts w:ascii="GHEA Grapalat" w:hAnsi="GHEA Grapalat" w:cs="Segoe UI"/>
                <w:color w:val="000000" w:themeColor="text1"/>
              </w:rPr>
            </w:pPr>
            <w:r w:rsidRPr="00A702E8">
              <w:rPr>
                <w:rFonts w:ascii="GHEA Grapalat" w:hAnsi="GHEA Grapalat" w:cs="Segoe UI"/>
                <w:color w:val="000000" w:themeColor="text1"/>
              </w:rPr>
              <w:t>5</w:t>
            </w:r>
          </w:p>
        </w:tc>
        <w:tc>
          <w:tcPr>
            <w:tcW w:w="3331" w:type="dxa"/>
          </w:tcPr>
          <w:p w14:paraId="78B1D502" w14:textId="77777777" w:rsidR="009A0AC0" w:rsidRPr="00A702E8" w:rsidRDefault="009A0AC0" w:rsidP="00DC25AF">
            <w:pPr>
              <w:spacing w:before="120" w:after="120" w:line="276" w:lineRule="auto"/>
              <w:ind w:left="720" w:hanging="720"/>
              <w:rPr>
                <w:rFonts w:ascii="GHEA Grapalat" w:hAnsi="GHEA Grapalat" w:cs="Segoe UI"/>
                <w:color w:val="000000" w:themeColor="text1"/>
                <w:lang w:val="hy-AM"/>
              </w:rPr>
            </w:pPr>
          </w:p>
        </w:tc>
        <w:tc>
          <w:tcPr>
            <w:tcW w:w="2930" w:type="dxa"/>
          </w:tcPr>
          <w:p w14:paraId="5945B0DA" w14:textId="77777777" w:rsidR="009A0AC0" w:rsidRPr="00A702E8" w:rsidRDefault="009A0AC0" w:rsidP="00DC25AF">
            <w:pPr>
              <w:spacing w:before="120" w:after="120" w:line="276" w:lineRule="auto"/>
              <w:ind w:left="720" w:hanging="720"/>
              <w:rPr>
                <w:rFonts w:ascii="GHEA Grapalat" w:hAnsi="GHEA Grapalat" w:cs="Segoe UI"/>
                <w:color w:val="000000" w:themeColor="text1"/>
                <w:lang w:val="hy-AM"/>
              </w:rPr>
            </w:pPr>
          </w:p>
        </w:tc>
        <w:tc>
          <w:tcPr>
            <w:tcW w:w="2890" w:type="dxa"/>
          </w:tcPr>
          <w:p w14:paraId="619E703D" w14:textId="77777777" w:rsidR="009A0AC0" w:rsidRPr="00A702E8" w:rsidRDefault="009A0AC0" w:rsidP="00DC25AF">
            <w:pPr>
              <w:spacing w:before="120" w:after="120" w:line="276" w:lineRule="auto"/>
              <w:ind w:left="720" w:hanging="720"/>
              <w:rPr>
                <w:rFonts w:ascii="GHEA Grapalat" w:hAnsi="GHEA Grapalat" w:cs="Segoe UI"/>
                <w:color w:val="000000" w:themeColor="text1"/>
                <w:lang w:val="hy-AM"/>
              </w:rPr>
            </w:pPr>
          </w:p>
        </w:tc>
      </w:tr>
      <w:tr w:rsidR="00447437" w:rsidRPr="00A702E8" w14:paraId="27E0BC3E" w14:textId="77777777" w:rsidTr="00F36E09">
        <w:trPr>
          <w:jc w:val="center"/>
        </w:trPr>
        <w:tc>
          <w:tcPr>
            <w:tcW w:w="753" w:type="dxa"/>
          </w:tcPr>
          <w:p w14:paraId="64C29CF0" w14:textId="77777777" w:rsidR="009A0AC0" w:rsidRPr="00A702E8" w:rsidRDefault="009A0AC0" w:rsidP="00DC25AF">
            <w:pPr>
              <w:spacing w:before="120" w:after="120" w:line="276" w:lineRule="auto"/>
              <w:ind w:left="720" w:hanging="720"/>
              <w:rPr>
                <w:rFonts w:ascii="GHEA Grapalat" w:hAnsi="GHEA Grapalat" w:cs="Segoe UI"/>
                <w:color w:val="000000" w:themeColor="text1"/>
              </w:rPr>
            </w:pPr>
            <w:r w:rsidRPr="00A702E8">
              <w:rPr>
                <w:rFonts w:ascii="GHEA Grapalat" w:hAnsi="GHEA Grapalat" w:cs="Segoe UI"/>
                <w:color w:val="000000" w:themeColor="text1"/>
              </w:rPr>
              <w:t>6</w:t>
            </w:r>
          </w:p>
        </w:tc>
        <w:tc>
          <w:tcPr>
            <w:tcW w:w="3331" w:type="dxa"/>
          </w:tcPr>
          <w:p w14:paraId="190B7FCD" w14:textId="77777777" w:rsidR="009A0AC0" w:rsidRPr="00A702E8" w:rsidRDefault="009A0AC0" w:rsidP="00DC25AF">
            <w:pPr>
              <w:spacing w:before="120" w:after="120" w:line="276" w:lineRule="auto"/>
              <w:ind w:left="720" w:hanging="720"/>
              <w:rPr>
                <w:rFonts w:ascii="GHEA Grapalat" w:hAnsi="GHEA Grapalat" w:cs="Segoe UI"/>
                <w:color w:val="000000" w:themeColor="text1"/>
                <w:lang w:val="hy-AM"/>
              </w:rPr>
            </w:pPr>
          </w:p>
        </w:tc>
        <w:tc>
          <w:tcPr>
            <w:tcW w:w="2930" w:type="dxa"/>
          </w:tcPr>
          <w:p w14:paraId="6932A26D" w14:textId="77777777" w:rsidR="009A0AC0" w:rsidRPr="00A702E8" w:rsidRDefault="009A0AC0" w:rsidP="00DC25AF">
            <w:pPr>
              <w:spacing w:before="120" w:after="120" w:line="276" w:lineRule="auto"/>
              <w:ind w:left="720" w:hanging="720"/>
              <w:rPr>
                <w:rFonts w:ascii="GHEA Grapalat" w:hAnsi="GHEA Grapalat" w:cs="Segoe UI"/>
                <w:color w:val="000000" w:themeColor="text1"/>
                <w:lang w:val="hy-AM"/>
              </w:rPr>
            </w:pPr>
          </w:p>
        </w:tc>
        <w:tc>
          <w:tcPr>
            <w:tcW w:w="2890" w:type="dxa"/>
          </w:tcPr>
          <w:p w14:paraId="568E3053" w14:textId="77777777" w:rsidR="009A0AC0" w:rsidRPr="00A702E8" w:rsidRDefault="009A0AC0" w:rsidP="00DC25AF">
            <w:pPr>
              <w:spacing w:before="120" w:after="120" w:line="276" w:lineRule="auto"/>
              <w:ind w:left="720" w:hanging="720"/>
              <w:rPr>
                <w:rFonts w:ascii="GHEA Grapalat" w:hAnsi="GHEA Grapalat" w:cs="Segoe UI"/>
                <w:color w:val="000000" w:themeColor="text1"/>
                <w:lang w:val="hy-AM"/>
              </w:rPr>
            </w:pPr>
          </w:p>
        </w:tc>
      </w:tr>
      <w:tr w:rsidR="00447437" w:rsidRPr="00A702E8" w14:paraId="23E4EE3D" w14:textId="77777777" w:rsidTr="00F36E09">
        <w:trPr>
          <w:jc w:val="center"/>
        </w:trPr>
        <w:tc>
          <w:tcPr>
            <w:tcW w:w="753" w:type="dxa"/>
          </w:tcPr>
          <w:p w14:paraId="73A25310" w14:textId="77777777" w:rsidR="009A0AC0" w:rsidRPr="00A702E8" w:rsidRDefault="009A0AC0" w:rsidP="00DC25AF">
            <w:pPr>
              <w:spacing w:before="120" w:after="120" w:line="276" w:lineRule="auto"/>
              <w:ind w:left="720" w:hanging="720"/>
              <w:rPr>
                <w:rFonts w:ascii="GHEA Grapalat" w:hAnsi="GHEA Grapalat" w:cs="Segoe UI"/>
                <w:color w:val="000000" w:themeColor="text1"/>
              </w:rPr>
            </w:pPr>
            <w:r w:rsidRPr="00A702E8">
              <w:rPr>
                <w:rFonts w:ascii="GHEA Grapalat" w:hAnsi="GHEA Grapalat" w:cs="Segoe UI"/>
                <w:color w:val="000000" w:themeColor="text1"/>
              </w:rPr>
              <w:t>7</w:t>
            </w:r>
          </w:p>
        </w:tc>
        <w:tc>
          <w:tcPr>
            <w:tcW w:w="3331" w:type="dxa"/>
          </w:tcPr>
          <w:p w14:paraId="35598406" w14:textId="77777777" w:rsidR="009A0AC0" w:rsidRPr="00A702E8" w:rsidRDefault="009A0AC0" w:rsidP="00DC25AF">
            <w:pPr>
              <w:spacing w:before="120" w:after="120" w:line="276" w:lineRule="auto"/>
              <w:ind w:left="720" w:hanging="720"/>
              <w:rPr>
                <w:rFonts w:ascii="GHEA Grapalat" w:hAnsi="GHEA Grapalat" w:cs="Segoe UI"/>
                <w:color w:val="000000" w:themeColor="text1"/>
                <w:lang w:val="hy-AM"/>
              </w:rPr>
            </w:pPr>
          </w:p>
        </w:tc>
        <w:tc>
          <w:tcPr>
            <w:tcW w:w="2930" w:type="dxa"/>
          </w:tcPr>
          <w:p w14:paraId="462AB3B8" w14:textId="77777777" w:rsidR="009A0AC0" w:rsidRPr="00A702E8" w:rsidRDefault="009A0AC0" w:rsidP="00DC25AF">
            <w:pPr>
              <w:spacing w:before="120" w:after="120" w:line="276" w:lineRule="auto"/>
              <w:ind w:left="720" w:hanging="720"/>
              <w:rPr>
                <w:rFonts w:ascii="GHEA Grapalat" w:hAnsi="GHEA Grapalat" w:cs="Segoe UI"/>
                <w:color w:val="000000" w:themeColor="text1"/>
                <w:lang w:val="hy-AM"/>
              </w:rPr>
            </w:pPr>
          </w:p>
        </w:tc>
        <w:tc>
          <w:tcPr>
            <w:tcW w:w="2890" w:type="dxa"/>
          </w:tcPr>
          <w:p w14:paraId="6F3D7601" w14:textId="77777777" w:rsidR="009A0AC0" w:rsidRPr="00A702E8" w:rsidRDefault="009A0AC0" w:rsidP="00DC25AF">
            <w:pPr>
              <w:spacing w:before="120" w:after="120" w:line="276" w:lineRule="auto"/>
              <w:ind w:left="720" w:hanging="720"/>
              <w:rPr>
                <w:rFonts w:ascii="GHEA Grapalat" w:hAnsi="GHEA Grapalat" w:cs="Segoe UI"/>
                <w:color w:val="000000" w:themeColor="text1"/>
                <w:lang w:val="hy-AM"/>
              </w:rPr>
            </w:pPr>
          </w:p>
        </w:tc>
      </w:tr>
    </w:tbl>
    <w:p w14:paraId="7D0C13F9" w14:textId="77777777" w:rsidR="009A0AC0" w:rsidRPr="00A702E8" w:rsidRDefault="009A0AC0" w:rsidP="009A0AC0">
      <w:pPr>
        <w:spacing w:before="120" w:after="120"/>
        <w:ind w:left="720" w:hanging="720"/>
        <w:rPr>
          <w:rFonts w:ascii="GHEA Grapalat" w:hAnsi="GHEA Grapalat" w:cs="Segoe UI"/>
          <w:color w:val="000000" w:themeColor="text1"/>
          <w:lang w:val="hy-AM"/>
        </w:rPr>
      </w:pPr>
    </w:p>
    <w:tbl>
      <w:tblPr>
        <w:tblStyle w:val="TableGrid"/>
        <w:tblW w:w="0" w:type="auto"/>
        <w:jc w:val="center"/>
        <w:tblLook w:val="04A0" w:firstRow="1" w:lastRow="0" w:firstColumn="1" w:lastColumn="0" w:noHBand="0" w:noVBand="1"/>
      </w:tblPr>
      <w:tblGrid>
        <w:gridCol w:w="2984"/>
        <w:gridCol w:w="3096"/>
        <w:gridCol w:w="3107"/>
      </w:tblGrid>
      <w:tr w:rsidR="00447437" w:rsidRPr="00A702E8" w14:paraId="4974C0BD" w14:textId="77777777" w:rsidTr="00DC25AF">
        <w:trPr>
          <w:jc w:val="center"/>
        </w:trPr>
        <w:tc>
          <w:tcPr>
            <w:tcW w:w="2984" w:type="dxa"/>
            <w:vAlign w:val="center"/>
          </w:tcPr>
          <w:p w14:paraId="53672873" w14:textId="77777777" w:rsidR="009A0AC0" w:rsidRPr="00A702E8" w:rsidRDefault="009A0AC0" w:rsidP="00DC25AF">
            <w:pPr>
              <w:pStyle w:val="ListParagraph"/>
              <w:spacing w:before="120" w:after="120"/>
              <w:ind w:hanging="720"/>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Կողմը</w:t>
            </w:r>
          </w:p>
        </w:tc>
        <w:tc>
          <w:tcPr>
            <w:tcW w:w="0" w:type="auto"/>
            <w:vAlign w:val="center"/>
          </w:tcPr>
          <w:p w14:paraId="37879A52" w14:textId="77777777" w:rsidR="009A0AC0" w:rsidRPr="00A702E8" w:rsidRDefault="009A0AC0" w:rsidP="00DC25AF">
            <w:pPr>
              <w:spacing w:before="120" w:after="120"/>
              <w:ind w:left="720" w:hanging="720"/>
              <w:jc w:val="center"/>
              <w:rPr>
                <w:rFonts w:ascii="GHEA Grapalat" w:hAnsi="GHEA Grapalat" w:cs="Segoe UI"/>
                <w:color w:val="000000" w:themeColor="text1"/>
                <w:lang w:val="hy-AM"/>
              </w:rPr>
            </w:pPr>
            <w:r w:rsidRPr="00A702E8">
              <w:rPr>
                <w:rFonts w:ascii="GHEA Grapalat" w:hAnsi="GHEA Grapalat" w:cs="Segoe UI"/>
                <w:color w:val="000000" w:themeColor="text1"/>
                <w:lang w:val="hy-AM"/>
              </w:rPr>
              <w:t>ՄՈՒՀ</w:t>
            </w:r>
          </w:p>
        </w:tc>
        <w:tc>
          <w:tcPr>
            <w:tcW w:w="0" w:type="auto"/>
            <w:vAlign w:val="center"/>
          </w:tcPr>
          <w:p w14:paraId="68380DC2" w14:textId="77777777" w:rsidR="009A0AC0" w:rsidRPr="00A702E8" w:rsidRDefault="009A0AC0" w:rsidP="00DC25AF">
            <w:pPr>
              <w:spacing w:before="120" w:after="120"/>
              <w:ind w:left="720" w:hanging="720"/>
              <w:jc w:val="center"/>
              <w:rPr>
                <w:rFonts w:ascii="GHEA Grapalat" w:hAnsi="GHEA Grapalat" w:cs="Segoe UI"/>
                <w:color w:val="000000" w:themeColor="text1"/>
                <w:lang w:val="hy-AM"/>
              </w:rPr>
            </w:pPr>
            <w:r w:rsidRPr="00A702E8">
              <w:rPr>
                <w:rFonts w:ascii="GHEA Grapalat" w:hAnsi="GHEA Grapalat" w:cs="Segoe UI"/>
                <w:color w:val="000000" w:themeColor="text1"/>
                <w:lang w:val="hy-AM"/>
              </w:rPr>
              <w:t>Գործընկեր կազմակերպություն</w:t>
            </w:r>
          </w:p>
        </w:tc>
      </w:tr>
      <w:tr w:rsidR="00447437" w:rsidRPr="00A702E8" w14:paraId="21F5893A" w14:textId="77777777" w:rsidTr="00DC25AF">
        <w:trPr>
          <w:jc w:val="center"/>
        </w:trPr>
        <w:tc>
          <w:tcPr>
            <w:tcW w:w="2984" w:type="dxa"/>
            <w:vAlign w:val="center"/>
          </w:tcPr>
          <w:p w14:paraId="1F12F6C4" w14:textId="77777777" w:rsidR="009A0AC0" w:rsidRPr="00A702E8" w:rsidRDefault="009A0AC0" w:rsidP="00DC25AF">
            <w:pPr>
              <w:pStyle w:val="ListParagraph"/>
              <w:spacing w:before="120" w:after="120" w:line="276" w:lineRule="auto"/>
              <w:ind w:hanging="720"/>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ստորագրություններ</w:t>
            </w:r>
          </w:p>
        </w:tc>
        <w:tc>
          <w:tcPr>
            <w:tcW w:w="0" w:type="auto"/>
            <w:vAlign w:val="center"/>
          </w:tcPr>
          <w:p w14:paraId="35918A75" w14:textId="77777777" w:rsidR="009A0AC0" w:rsidRPr="00A702E8" w:rsidRDefault="009A0AC0" w:rsidP="00DC25AF">
            <w:pPr>
              <w:spacing w:before="120" w:after="120" w:line="276" w:lineRule="auto"/>
              <w:ind w:left="720" w:hanging="720"/>
              <w:jc w:val="center"/>
              <w:rPr>
                <w:rFonts w:ascii="GHEA Grapalat" w:hAnsi="GHEA Grapalat" w:cs="Segoe UI"/>
                <w:color w:val="000000" w:themeColor="text1"/>
                <w:lang w:val="hy-AM"/>
              </w:rPr>
            </w:pPr>
          </w:p>
          <w:p w14:paraId="780224BF" w14:textId="77777777" w:rsidR="009A0AC0" w:rsidRPr="00A702E8" w:rsidRDefault="009A0AC0" w:rsidP="00DC25AF">
            <w:pPr>
              <w:spacing w:before="120" w:after="120" w:line="276" w:lineRule="auto"/>
              <w:ind w:left="720" w:hanging="720"/>
              <w:jc w:val="center"/>
              <w:rPr>
                <w:rFonts w:ascii="GHEA Grapalat" w:hAnsi="GHEA Grapalat" w:cs="Segoe UI"/>
                <w:color w:val="000000" w:themeColor="text1"/>
                <w:lang w:val="hy-AM"/>
              </w:rPr>
            </w:pPr>
            <w:r w:rsidRPr="00A702E8">
              <w:rPr>
                <w:rFonts w:ascii="GHEA Grapalat" w:hAnsi="GHEA Grapalat" w:cs="Segoe UI"/>
                <w:color w:val="000000" w:themeColor="text1"/>
                <w:lang w:val="hy-AM"/>
              </w:rPr>
              <w:t>________________________</w:t>
            </w:r>
          </w:p>
          <w:p w14:paraId="0548B5B1" w14:textId="77777777" w:rsidR="009A0AC0" w:rsidRPr="00A702E8" w:rsidRDefault="009A0AC0" w:rsidP="00DC25AF">
            <w:pPr>
              <w:pStyle w:val="ListParagraph"/>
              <w:spacing w:before="120" w:after="120" w:line="276" w:lineRule="auto"/>
              <w:ind w:hanging="720"/>
              <w:jc w:val="center"/>
              <w:rPr>
                <w:rFonts w:ascii="GHEA Grapalat" w:hAnsi="GHEA Grapalat" w:cs="Segoe UI"/>
                <w:color w:val="000000" w:themeColor="text1"/>
                <w:lang w:val="hy-AM"/>
              </w:rPr>
            </w:pPr>
            <w:r w:rsidRPr="00A702E8">
              <w:rPr>
                <w:rFonts w:ascii="GHEA Grapalat" w:hAnsi="GHEA Grapalat" w:cs="Segoe UI"/>
                <w:color w:val="000000" w:themeColor="text1"/>
                <w:lang w:val="hy-AM"/>
              </w:rPr>
              <w:t>ստորագրություն</w:t>
            </w:r>
          </w:p>
        </w:tc>
        <w:tc>
          <w:tcPr>
            <w:tcW w:w="0" w:type="auto"/>
            <w:vAlign w:val="center"/>
          </w:tcPr>
          <w:p w14:paraId="20FAE51F" w14:textId="77777777" w:rsidR="009A0AC0" w:rsidRPr="00A702E8" w:rsidRDefault="009A0AC0" w:rsidP="00DC25AF">
            <w:pPr>
              <w:spacing w:before="120" w:after="120" w:line="276" w:lineRule="auto"/>
              <w:ind w:left="720" w:hanging="720"/>
              <w:jc w:val="center"/>
              <w:rPr>
                <w:rFonts w:ascii="GHEA Grapalat" w:hAnsi="GHEA Grapalat" w:cs="Segoe UI"/>
                <w:color w:val="000000" w:themeColor="text1"/>
              </w:rPr>
            </w:pPr>
          </w:p>
          <w:p w14:paraId="54348C82" w14:textId="77777777" w:rsidR="009A0AC0" w:rsidRPr="00A702E8" w:rsidRDefault="009A0AC0" w:rsidP="00DC25AF">
            <w:pPr>
              <w:spacing w:before="120" w:after="120" w:line="276" w:lineRule="auto"/>
              <w:ind w:left="720" w:hanging="720"/>
              <w:jc w:val="center"/>
              <w:rPr>
                <w:rFonts w:ascii="GHEA Grapalat" w:hAnsi="GHEA Grapalat" w:cs="Segoe UI"/>
                <w:color w:val="000000" w:themeColor="text1"/>
              </w:rPr>
            </w:pPr>
            <w:r w:rsidRPr="00A702E8">
              <w:rPr>
                <w:rFonts w:ascii="GHEA Grapalat" w:hAnsi="GHEA Grapalat" w:cs="Segoe UI"/>
                <w:color w:val="000000" w:themeColor="text1"/>
              </w:rPr>
              <w:t>________________________</w:t>
            </w:r>
          </w:p>
          <w:p w14:paraId="7EFF448B" w14:textId="77777777" w:rsidR="009A0AC0" w:rsidRPr="00A702E8" w:rsidRDefault="009A0AC0" w:rsidP="00DC25AF">
            <w:pPr>
              <w:pStyle w:val="ListParagraph"/>
              <w:spacing w:before="120" w:after="120" w:line="276" w:lineRule="auto"/>
              <w:ind w:hanging="720"/>
              <w:jc w:val="center"/>
              <w:rPr>
                <w:rFonts w:ascii="GHEA Grapalat" w:hAnsi="GHEA Grapalat" w:cs="Segoe UI"/>
                <w:color w:val="000000" w:themeColor="text1"/>
              </w:rPr>
            </w:pPr>
            <w:r w:rsidRPr="00A702E8">
              <w:rPr>
                <w:rFonts w:ascii="GHEA Grapalat" w:hAnsi="GHEA Grapalat" w:cs="Segoe UI"/>
                <w:color w:val="000000" w:themeColor="text1"/>
              </w:rPr>
              <w:t>ստորագրություն</w:t>
            </w:r>
          </w:p>
        </w:tc>
      </w:tr>
      <w:tr w:rsidR="009A0AC0" w:rsidRPr="00A702E8" w14:paraId="68B17E6E" w14:textId="77777777" w:rsidTr="00DC25AF">
        <w:trPr>
          <w:jc w:val="center"/>
        </w:trPr>
        <w:tc>
          <w:tcPr>
            <w:tcW w:w="2984" w:type="dxa"/>
            <w:vAlign w:val="center"/>
          </w:tcPr>
          <w:p w14:paraId="639E2BF1" w14:textId="77777777" w:rsidR="009A0AC0" w:rsidRPr="00A702E8" w:rsidRDefault="009A0AC0" w:rsidP="00DC25AF">
            <w:pPr>
              <w:pStyle w:val="ListParagraph"/>
              <w:spacing w:before="120" w:after="120" w:line="276" w:lineRule="auto"/>
              <w:ind w:hanging="720"/>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ամսաթիվ</w:t>
            </w:r>
          </w:p>
        </w:tc>
        <w:tc>
          <w:tcPr>
            <w:tcW w:w="0" w:type="auto"/>
            <w:vAlign w:val="center"/>
          </w:tcPr>
          <w:p w14:paraId="4608AD65" w14:textId="77777777" w:rsidR="009A0AC0" w:rsidRPr="00A702E8" w:rsidRDefault="009A0AC0" w:rsidP="00DC25AF">
            <w:pPr>
              <w:spacing w:before="120" w:after="120" w:line="276" w:lineRule="auto"/>
              <w:ind w:left="720" w:hanging="720"/>
              <w:jc w:val="center"/>
              <w:rPr>
                <w:rFonts w:ascii="GHEA Grapalat" w:hAnsi="GHEA Grapalat" w:cs="Segoe UI"/>
                <w:color w:val="000000" w:themeColor="text1"/>
                <w:lang w:val="hy-AM"/>
              </w:rPr>
            </w:pPr>
          </w:p>
          <w:p w14:paraId="10A771D4" w14:textId="77777777" w:rsidR="009A0AC0" w:rsidRPr="00A702E8" w:rsidRDefault="009A0AC0" w:rsidP="00DC25AF">
            <w:pPr>
              <w:spacing w:before="120" w:after="120" w:line="276" w:lineRule="auto"/>
              <w:ind w:left="720" w:hanging="720"/>
              <w:jc w:val="center"/>
              <w:rPr>
                <w:rFonts w:ascii="GHEA Grapalat" w:hAnsi="GHEA Grapalat" w:cs="Segoe UI"/>
                <w:color w:val="000000" w:themeColor="text1"/>
                <w:u w:val="single"/>
                <w:lang w:val="hy-AM"/>
              </w:rPr>
            </w:pPr>
            <w:r w:rsidRPr="00A702E8">
              <w:rPr>
                <w:rFonts w:ascii="GHEA Grapalat" w:hAnsi="GHEA Grapalat" w:cs="Segoe UI"/>
                <w:color w:val="000000" w:themeColor="text1"/>
                <w:u w:val="single"/>
                <w:lang w:val="hy-AM"/>
              </w:rPr>
              <w:lastRenderedPageBreak/>
              <w:tab/>
            </w:r>
            <w:r w:rsidRPr="00A702E8">
              <w:rPr>
                <w:rFonts w:ascii="GHEA Grapalat" w:hAnsi="GHEA Grapalat" w:cs="Segoe UI"/>
                <w:color w:val="000000" w:themeColor="text1"/>
                <w:u w:val="single"/>
                <w:lang w:val="hy-AM"/>
              </w:rPr>
              <w:tab/>
            </w:r>
            <w:r w:rsidRPr="00A702E8">
              <w:rPr>
                <w:rFonts w:ascii="GHEA Grapalat" w:hAnsi="GHEA Grapalat" w:cs="Segoe UI"/>
                <w:color w:val="000000" w:themeColor="text1"/>
                <w:u w:val="single"/>
                <w:lang w:val="hy-AM"/>
              </w:rPr>
              <w:tab/>
            </w:r>
            <w:r w:rsidRPr="00A702E8">
              <w:rPr>
                <w:rFonts w:ascii="GHEA Grapalat" w:hAnsi="GHEA Grapalat" w:cs="Segoe UI"/>
                <w:color w:val="000000" w:themeColor="text1"/>
                <w:u w:val="single"/>
                <w:lang w:val="hy-AM"/>
              </w:rPr>
              <w:tab/>
            </w:r>
          </w:p>
          <w:p w14:paraId="02C679CE" w14:textId="77777777" w:rsidR="009A0AC0" w:rsidRPr="00A702E8" w:rsidRDefault="009A0AC0" w:rsidP="00DC25AF">
            <w:pPr>
              <w:spacing w:before="120" w:after="120" w:line="276" w:lineRule="auto"/>
              <w:ind w:left="720" w:hanging="720"/>
              <w:jc w:val="center"/>
              <w:rPr>
                <w:rFonts w:ascii="GHEA Grapalat" w:hAnsi="GHEA Grapalat" w:cs="Segoe UI"/>
                <w:color w:val="000000" w:themeColor="text1"/>
                <w:lang w:val="hy-AM"/>
              </w:rPr>
            </w:pPr>
          </w:p>
        </w:tc>
        <w:tc>
          <w:tcPr>
            <w:tcW w:w="0" w:type="auto"/>
            <w:vAlign w:val="center"/>
          </w:tcPr>
          <w:p w14:paraId="705ADBDC" w14:textId="77777777" w:rsidR="009A0AC0" w:rsidRPr="00A702E8" w:rsidRDefault="009A0AC0" w:rsidP="00DC25AF">
            <w:pPr>
              <w:spacing w:before="120" w:after="120" w:line="276" w:lineRule="auto"/>
              <w:ind w:left="720" w:hanging="720"/>
              <w:jc w:val="center"/>
              <w:rPr>
                <w:rFonts w:ascii="GHEA Grapalat" w:hAnsi="GHEA Grapalat" w:cs="Segoe UI"/>
                <w:color w:val="000000" w:themeColor="text1"/>
              </w:rPr>
            </w:pPr>
            <w:r w:rsidRPr="00A702E8">
              <w:rPr>
                <w:rFonts w:ascii="GHEA Grapalat" w:hAnsi="GHEA Grapalat" w:cs="Segoe UI"/>
                <w:color w:val="000000" w:themeColor="text1"/>
                <w:u w:val="single"/>
                <w:lang w:val="hy-AM"/>
              </w:rPr>
              <w:lastRenderedPageBreak/>
              <w:tab/>
            </w:r>
            <w:r w:rsidRPr="00A702E8">
              <w:rPr>
                <w:rFonts w:ascii="GHEA Grapalat" w:hAnsi="GHEA Grapalat" w:cs="Segoe UI"/>
                <w:color w:val="000000" w:themeColor="text1"/>
                <w:u w:val="single"/>
                <w:lang w:val="hy-AM"/>
              </w:rPr>
              <w:tab/>
            </w:r>
            <w:r w:rsidRPr="00A702E8">
              <w:rPr>
                <w:rFonts w:ascii="GHEA Grapalat" w:hAnsi="GHEA Grapalat" w:cs="Segoe UI"/>
                <w:color w:val="000000" w:themeColor="text1"/>
                <w:u w:val="single"/>
                <w:lang w:val="hy-AM"/>
              </w:rPr>
              <w:tab/>
            </w:r>
            <w:r w:rsidRPr="00A702E8">
              <w:rPr>
                <w:rFonts w:ascii="GHEA Grapalat" w:hAnsi="GHEA Grapalat" w:cs="Segoe UI"/>
                <w:color w:val="000000" w:themeColor="text1"/>
                <w:u w:val="single"/>
                <w:lang w:val="hy-AM"/>
              </w:rPr>
              <w:tab/>
            </w:r>
          </w:p>
        </w:tc>
      </w:tr>
    </w:tbl>
    <w:p w14:paraId="7C4C375F" w14:textId="77777777" w:rsidR="009A0AC0" w:rsidRPr="00A702E8" w:rsidRDefault="009A0AC0" w:rsidP="009A0AC0">
      <w:pPr>
        <w:spacing w:before="120" w:after="120"/>
        <w:ind w:left="720" w:hanging="720"/>
        <w:rPr>
          <w:rFonts w:ascii="GHEA Grapalat" w:hAnsi="GHEA Grapalat" w:cs="Segoe UI"/>
          <w:color w:val="000000" w:themeColor="text1"/>
          <w:lang w:val="hy-AM"/>
        </w:rPr>
      </w:pPr>
    </w:p>
    <w:p w14:paraId="12F5298E" w14:textId="77777777" w:rsidR="009A0AC0" w:rsidRPr="00A702E8" w:rsidRDefault="009A0AC0" w:rsidP="009A0AC0">
      <w:pPr>
        <w:spacing w:line="360" w:lineRule="auto"/>
        <w:ind w:left="720" w:hanging="720"/>
        <w:jc w:val="right"/>
        <w:rPr>
          <w:rFonts w:ascii="GHEA Grapalat" w:eastAsia="GHEA Grapalat" w:hAnsi="GHEA Grapalat" w:cs="GHEA Grapalat"/>
          <w:b/>
          <w:bCs/>
          <w:color w:val="000000" w:themeColor="text1"/>
          <w:lang w:val="hy-AM"/>
        </w:rPr>
      </w:pPr>
    </w:p>
    <w:p w14:paraId="6247F1BE" w14:textId="77777777" w:rsidR="009A0AC0" w:rsidRPr="00A702E8" w:rsidRDefault="009A0AC0" w:rsidP="009A0AC0">
      <w:pPr>
        <w:spacing w:line="360" w:lineRule="auto"/>
        <w:ind w:left="720" w:hanging="720"/>
        <w:jc w:val="right"/>
        <w:rPr>
          <w:rFonts w:ascii="GHEA Grapalat" w:eastAsia="GHEA Grapalat" w:hAnsi="GHEA Grapalat" w:cs="GHEA Grapalat"/>
          <w:b/>
          <w:bCs/>
          <w:color w:val="000000" w:themeColor="text1"/>
          <w:lang w:val="hy-AM"/>
        </w:rPr>
      </w:pPr>
    </w:p>
    <w:p w14:paraId="7D11F8F6" w14:textId="77777777" w:rsidR="009A0AC0" w:rsidRPr="00A702E8" w:rsidRDefault="009A0AC0" w:rsidP="009A0AC0">
      <w:pPr>
        <w:spacing w:line="360" w:lineRule="auto"/>
        <w:ind w:left="720" w:hanging="720"/>
        <w:jc w:val="right"/>
        <w:rPr>
          <w:rFonts w:ascii="GHEA Grapalat" w:eastAsia="GHEA Grapalat" w:hAnsi="GHEA Grapalat" w:cs="GHEA Grapalat"/>
          <w:b/>
          <w:bCs/>
          <w:color w:val="000000" w:themeColor="text1"/>
          <w:lang w:val="hy-AM"/>
        </w:rPr>
      </w:pPr>
    </w:p>
    <w:p w14:paraId="3588E7A2" w14:textId="77777777" w:rsidR="009A0AC0" w:rsidRPr="00A702E8" w:rsidRDefault="009A0AC0" w:rsidP="009A0AC0">
      <w:pPr>
        <w:spacing w:line="360" w:lineRule="auto"/>
        <w:ind w:left="720" w:hanging="720"/>
        <w:jc w:val="right"/>
        <w:rPr>
          <w:rFonts w:ascii="GHEA Grapalat" w:eastAsia="GHEA Grapalat" w:hAnsi="GHEA Grapalat" w:cs="GHEA Grapalat"/>
          <w:b/>
          <w:bCs/>
          <w:color w:val="000000" w:themeColor="text1"/>
          <w:lang w:val="hy-AM"/>
        </w:rPr>
      </w:pPr>
    </w:p>
    <w:p w14:paraId="602B0BD7" w14:textId="77777777" w:rsidR="009A0AC0" w:rsidRPr="00A702E8" w:rsidRDefault="009A0AC0" w:rsidP="009A0AC0">
      <w:pPr>
        <w:spacing w:line="360" w:lineRule="auto"/>
        <w:ind w:left="720" w:hanging="720"/>
        <w:jc w:val="right"/>
        <w:rPr>
          <w:rFonts w:ascii="GHEA Grapalat" w:eastAsia="GHEA Grapalat" w:hAnsi="GHEA Grapalat" w:cs="GHEA Grapalat"/>
          <w:b/>
          <w:bCs/>
          <w:color w:val="000000" w:themeColor="text1"/>
          <w:lang w:val="hy-AM"/>
        </w:rPr>
      </w:pPr>
    </w:p>
    <w:p w14:paraId="6E7216B6" w14:textId="77777777" w:rsidR="009A0AC0" w:rsidRPr="00A702E8" w:rsidRDefault="009A0AC0" w:rsidP="009A0AC0">
      <w:pPr>
        <w:spacing w:line="360" w:lineRule="auto"/>
        <w:ind w:left="720" w:hanging="720"/>
        <w:jc w:val="right"/>
        <w:rPr>
          <w:rFonts w:ascii="GHEA Grapalat" w:eastAsia="GHEA Grapalat" w:hAnsi="GHEA Grapalat" w:cs="GHEA Grapalat"/>
          <w:b/>
          <w:bCs/>
          <w:color w:val="000000" w:themeColor="text1"/>
          <w:lang w:val="hy-AM"/>
        </w:rPr>
      </w:pPr>
    </w:p>
    <w:p w14:paraId="29DE3BA1" w14:textId="77777777" w:rsidR="009A0AC0" w:rsidRPr="00A702E8" w:rsidRDefault="009A0AC0" w:rsidP="009A0AC0">
      <w:pPr>
        <w:spacing w:line="360" w:lineRule="auto"/>
        <w:ind w:left="720" w:hanging="720"/>
        <w:jc w:val="right"/>
        <w:rPr>
          <w:rFonts w:ascii="GHEA Grapalat" w:eastAsia="GHEA Grapalat" w:hAnsi="GHEA Grapalat" w:cs="GHEA Grapalat"/>
          <w:b/>
          <w:bCs/>
          <w:color w:val="000000" w:themeColor="text1"/>
          <w:lang w:val="hy-AM"/>
        </w:rPr>
      </w:pPr>
    </w:p>
    <w:p w14:paraId="4DA25E8A" w14:textId="77777777" w:rsidR="009A0AC0" w:rsidRPr="00A702E8" w:rsidRDefault="009A0AC0" w:rsidP="009A0AC0">
      <w:pPr>
        <w:spacing w:line="360" w:lineRule="auto"/>
        <w:ind w:left="720" w:hanging="720"/>
        <w:jc w:val="right"/>
        <w:rPr>
          <w:rFonts w:ascii="GHEA Grapalat" w:eastAsia="GHEA Grapalat" w:hAnsi="GHEA Grapalat" w:cs="GHEA Grapalat"/>
          <w:b/>
          <w:bCs/>
          <w:color w:val="000000" w:themeColor="text1"/>
          <w:lang w:val="hy-AM"/>
        </w:rPr>
      </w:pPr>
    </w:p>
    <w:p w14:paraId="69119FCF" w14:textId="77777777" w:rsidR="009A0AC0" w:rsidRPr="00A702E8" w:rsidRDefault="009A0AC0" w:rsidP="009A0AC0">
      <w:pPr>
        <w:spacing w:line="360" w:lineRule="auto"/>
        <w:ind w:left="720" w:hanging="720"/>
        <w:jc w:val="right"/>
        <w:rPr>
          <w:rFonts w:ascii="GHEA Grapalat" w:eastAsia="GHEA Grapalat" w:hAnsi="GHEA Grapalat" w:cs="GHEA Grapalat"/>
          <w:b/>
          <w:bCs/>
          <w:color w:val="000000" w:themeColor="text1"/>
          <w:lang w:val="hy-AM"/>
        </w:rPr>
      </w:pPr>
    </w:p>
    <w:p w14:paraId="642CB392" w14:textId="46CF4F64" w:rsidR="0000255A" w:rsidRPr="00A702E8" w:rsidRDefault="0000255A">
      <w:pPr>
        <w:rPr>
          <w:rFonts w:ascii="GHEA Grapalat" w:eastAsia="GHEA Grapalat" w:hAnsi="GHEA Grapalat" w:cs="GHEA Grapalat"/>
          <w:b/>
          <w:bCs/>
          <w:color w:val="000000" w:themeColor="text1"/>
          <w:lang w:val="hy-AM"/>
        </w:rPr>
      </w:pPr>
      <w:r w:rsidRPr="00A702E8">
        <w:rPr>
          <w:rFonts w:ascii="GHEA Grapalat" w:eastAsia="GHEA Grapalat" w:hAnsi="GHEA Grapalat" w:cs="GHEA Grapalat"/>
          <w:b/>
          <w:bCs/>
          <w:color w:val="000000" w:themeColor="text1"/>
          <w:lang w:val="hy-AM"/>
        </w:rPr>
        <w:br w:type="page"/>
      </w:r>
    </w:p>
    <w:p w14:paraId="60009F5D" w14:textId="77777777" w:rsidR="009A0AC0" w:rsidRPr="00A702E8" w:rsidRDefault="009A0AC0" w:rsidP="009A0AC0">
      <w:pPr>
        <w:spacing w:line="360" w:lineRule="auto"/>
        <w:ind w:left="720" w:hanging="720"/>
        <w:jc w:val="right"/>
        <w:rPr>
          <w:rFonts w:ascii="GHEA Grapalat" w:hAnsi="GHEA Grapalat" w:cs="Segoe UI"/>
          <w:b/>
          <w:color w:val="000000" w:themeColor="text1"/>
          <w:sz w:val="24"/>
          <w:szCs w:val="24"/>
          <w:lang w:val="hy-AM"/>
        </w:rPr>
      </w:pPr>
      <w:r w:rsidRPr="00A702E8">
        <w:rPr>
          <w:rFonts w:ascii="GHEA Grapalat" w:eastAsia="GHEA Grapalat" w:hAnsi="GHEA Grapalat" w:cs="GHEA Grapalat"/>
          <w:b/>
          <w:bCs/>
          <w:color w:val="000000" w:themeColor="text1"/>
          <w:sz w:val="24"/>
          <w:szCs w:val="24"/>
          <w:lang w:val="hy-AM"/>
        </w:rPr>
        <w:lastRenderedPageBreak/>
        <w:t>Ձև</w:t>
      </w:r>
      <w:r w:rsidRPr="00A702E8">
        <w:rPr>
          <w:rFonts w:ascii="GHEA Grapalat" w:hAnsi="GHEA Grapalat" w:cs="Segoe UI"/>
          <w:b/>
          <w:color w:val="000000" w:themeColor="text1"/>
          <w:sz w:val="24"/>
          <w:szCs w:val="24"/>
          <w:lang w:val="hy-AM"/>
        </w:rPr>
        <w:t xml:space="preserve"> 4</w:t>
      </w:r>
    </w:p>
    <w:p w14:paraId="08CF1749" w14:textId="03976CA1" w:rsidR="007C23CA" w:rsidRPr="00A702E8" w:rsidRDefault="009A0AC0" w:rsidP="009A0AC0">
      <w:pPr>
        <w:pStyle w:val="Title"/>
        <w:spacing w:line="276" w:lineRule="auto"/>
        <w:ind w:left="720" w:hanging="720"/>
        <w:jc w:val="center"/>
        <w:rPr>
          <w:rFonts w:ascii="GHEA Grapalat" w:hAnsi="GHEA Grapalat" w:cs="Segoe UI"/>
          <w:color w:val="000000" w:themeColor="text1"/>
          <w:sz w:val="22"/>
          <w:szCs w:val="22"/>
          <w:lang w:val="en-US"/>
        </w:rPr>
      </w:pPr>
      <w:r w:rsidRPr="00A702E8">
        <w:rPr>
          <w:rFonts w:ascii="GHEA Grapalat" w:hAnsi="GHEA Grapalat"/>
          <w:color w:val="000000" w:themeColor="text1"/>
          <w:lang w:val="hy-AM"/>
        </w:rPr>
        <w:tab/>
      </w:r>
      <w:r w:rsidRPr="00A702E8">
        <w:rPr>
          <w:rFonts w:ascii="GHEA Grapalat" w:hAnsi="GHEA Grapalat"/>
          <w:color w:val="000000" w:themeColor="text1"/>
          <w:lang w:val="hy-AM"/>
        </w:rPr>
        <w:tab/>
      </w:r>
      <w:r w:rsidRPr="00A702E8">
        <w:rPr>
          <w:rFonts w:ascii="GHEA Grapalat" w:hAnsi="GHEA Grapalat" w:cs="Segoe UI"/>
          <w:color w:val="000000" w:themeColor="text1"/>
          <w:sz w:val="22"/>
          <w:szCs w:val="22"/>
          <w:lang w:val="hy-AM"/>
        </w:rPr>
        <w:t>ԱՇԽԱՏԱՆՔԱՅԻՆ ՊԱՅՄԱՆԱԳԻՐ</w:t>
      </w:r>
      <w:r w:rsidR="007C23CA" w:rsidRPr="00A702E8">
        <w:rPr>
          <w:rStyle w:val="FootnoteReference"/>
          <w:rFonts w:ascii="GHEA Grapalat" w:hAnsi="GHEA Grapalat" w:cs="Segoe UI"/>
          <w:color w:val="000000" w:themeColor="text1"/>
          <w:sz w:val="22"/>
          <w:szCs w:val="22"/>
          <w:lang w:val="hy-AM"/>
        </w:rPr>
        <w:footnoteReference w:id="17"/>
      </w:r>
      <w:r w:rsidR="007C23CA" w:rsidRPr="00A702E8">
        <w:rPr>
          <w:rFonts w:ascii="GHEA Grapalat" w:hAnsi="GHEA Grapalat" w:cs="Segoe UI"/>
          <w:color w:val="000000" w:themeColor="text1"/>
          <w:sz w:val="22"/>
          <w:szCs w:val="22"/>
          <w:lang w:val="en-US"/>
        </w:rPr>
        <w:t xml:space="preserve"> </w:t>
      </w:r>
    </w:p>
    <w:p w14:paraId="16F64ACF" w14:textId="77777777" w:rsidR="009A0AC0" w:rsidRPr="00A702E8" w:rsidRDefault="009A0AC0" w:rsidP="009A0AC0">
      <w:pPr>
        <w:spacing w:after="360" w:line="276" w:lineRule="auto"/>
        <w:ind w:left="720" w:hanging="720"/>
        <w:jc w:val="center"/>
        <w:rPr>
          <w:rFonts w:ascii="GHEA Grapalat" w:hAnsi="GHEA Grapalat" w:cs="Segoe UI"/>
          <w:i/>
          <w:color w:val="000000" w:themeColor="text1"/>
          <w:lang w:val="hy-AM"/>
        </w:rPr>
      </w:pPr>
      <w:r w:rsidRPr="00A702E8">
        <w:rPr>
          <w:rFonts w:ascii="GHEA Grapalat" w:hAnsi="GHEA Grapalat" w:cs="Segoe UI"/>
          <w:i/>
          <w:color w:val="000000" w:themeColor="text1"/>
          <w:lang w:val="hy-AM"/>
        </w:rPr>
        <w:t>(մասնագիտական կրթության և ուսուցման ծրագրով աշխատանքի վրա հիմնված ուսումնառության շրջանակում գործնական աշխատանքային ուսուցում անցնող և որոշակի աշխատանք կատարող սովորողի հետ)</w:t>
      </w:r>
    </w:p>
    <w:p w14:paraId="01A09A61" w14:textId="77777777" w:rsidR="009A0AC0" w:rsidRPr="00A702E8" w:rsidRDefault="009A0AC0" w:rsidP="009A0AC0">
      <w:pPr>
        <w:spacing w:before="120" w:after="120" w:line="276" w:lineRule="auto"/>
        <w:ind w:left="540"/>
        <w:rPr>
          <w:rFonts w:ascii="GHEA Grapalat" w:hAnsi="GHEA Grapalat" w:cs="Segoe UI"/>
          <w:bCs/>
          <w:color w:val="000000" w:themeColor="text1"/>
          <w:lang w:val="hy-AM"/>
        </w:rPr>
      </w:pPr>
      <w:r w:rsidRPr="00A702E8">
        <w:rPr>
          <w:rFonts w:ascii="GHEA Grapalat" w:hAnsi="GHEA Grapalat" w:cs="Segoe UI"/>
          <w:i/>
          <w:color w:val="000000" w:themeColor="text1"/>
          <w:lang w:val="hy-AM"/>
        </w:rPr>
        <w:t xml:space="preserve">ք. </w:t>
      </w:r>
      <w:r w:rsidRPr="00A702E8">
        <w:rPr>
          <w:rFonts w:ascii="GHEA Grapalat" w:hAnsi="GHEA Grapalat" w:cs="Segoe UI"/>
          <w:i/>
          <w:color w:val="000000" w:themeColor="text1"/>
          <w:u w:val="single"/>
          <w:lang w:val="hy-AM"/>
        </w:rPr>
        <w:tab/>
      </w:r>
      <w:r w:rsidRPr="00A702E8">
        <w:rPr>
          <w:rFonts w:ascii="GHEA Grapalat" w:hAnsi="GHEA Grapalat" w:cs="Segoe UI"/>
          <w:i/>
          <w:color w:val="000000" w:themeColor="text1"/>
          <w:u w:val="single"/>
          <w:lang w:val="hy-AM"/>
        </w:rPr>
        <w:tab/>
      </w:r>
      <w:r w:rsidRPr="00A702E8">
        <w:rPr>
          <w:rFonts w:ascii="GHEA Grapalat" w:hAnsi="GHEA Grapalat" w:cs="Segoe UI"/>
          <w:i/>
          <w:color w:val="000000" w:themeColor="text1"/>
          <w:u w:val="single"/>
          <w:lang w:val="hy-AM"/>
        </w:rPr>
        <w:tab/>
      </w:r>
      <w:r w:rsidRPr="00A702E8">
        <w:rPr>
          <w:rFonts w:ascii="GHEA Grapalat" w:hAnsi="GHEA Grapalat" w:cs="Segoe UI"/>
          <w:i/>
          <w:color w:val="000000" w:themeColor="text1"/>
          <w:lang w:val="hy-AM"/>
        </w:rPr>
        <w:tab/>
      </w:r>
      <w:r w:rsidRPr="00A702E8">
        <w:rPr>
          <w:rFonts w:ascii="GHEA Grapalat" w:hAnsi="GHEA Grapalat" w:cs="Segoe UI"/>
          <w:i/>
          <w:color w:val="000000" w:themeColor="text1"/>
          <w:lang w:val="hy-AM"/>
        </w:rPr>
        <w:tab/>
      </w:r>
      <w:r w:rsidRPr="00A702E8">
        <w:rPr>
          <w:rFonts w:ascii="GHEA Grapalat" w:hAnsi="GHEA Grapalat" w:cs="Segoe UI"/>
          <w:i/>
          <w:color w:val="000000" w:themeColor="text1"/>
          <w:lang w:val="hy-AM"/>
        </w:rPr>
        <w:tab/>
      </w:r>
      <w:r w:rsidRPr="00A702E8">
        <w:rPr>
          <w:rFonts w:ascii="GHEA Grapalat" w:hAnsi="GHEA Grapalat" w:cs="Segoe UI"/>
          <w:i/>
          <w:color w:val="000000" w:themeColor="text1"/>
          <w:lang w:val="hy-AM"/>
        </w:rPr>
        <w:tab/>
      </w:r>
      <w:r w:rsidRPr="00A702E8">
        <w:rPr>
          <w:rFonts w:ascii="GHEA Grapalat" w:hAnsi="GHEA Grapalat" w:cs="Segoe UI"/>
          <w:i/>
          <w:color w:val="000000" w:themeColor="text1"/>
          <w:lang w:val="hy-AM"/>
        </w:rPr>
        <w:tab/>
        <w:t xml:space="preserve">«__»-ը </w:t>
      </w:r>
      <w:r w:rsidRPr="00A702E8">
        <w:rPr>
          <w:rFonts w:ascii="GHEA Grapalat" w:hAnsi="GHEA Grapalat" w:cs="Segoe UI"/>
          <w:i/>
          <w:color w:val="000000" w:themeColor="text1"/>
          <w:u w:val="single"/>
          <w:lang w:val="hy-AM"/>
        </w:rPr>
        <w:tab/>
      </w:r>
      <w:r w:rsidRPr="00A702E8">
        <w:rPr>
          <w:rFonts w:ascii="GHEA Grapalat" w:hAnsi="GHEA Grapalat" w:cs="Segoe UI"/>
          <w:i/>
          <w:color w:val="000000" w:themeColor="text1"/>
          <w:u w:val="single"/>
          <w:lang w:val="hy-AM"/>
        </w:rPr>
        <w:tab/>
      </w:r>
      <w:r w:rsidRPr="00A702E8">
        <w:rPr>
          <w:rFonts w:ascii="GHEA Grapalat" w:hAnsi="GHEA Grapalat" w:cs="Segoe UI"/>
          <w:i/>
          <w:color w:val="000000" w:themeColor="text1"/>
          <w:u w:val="single"/>
          <w:lang w:val="hy-AM"/>
        </w:rPr>
        <w:tab/>
        <w:t>-</w:t>
      </w:r>
      <w:r w:rsidRPr="00A702E8">
        <w:rPr>
          <w:rFonts w:ascii="GHEA Grapalat" w:hAnsi="GHEA Grapalat" w:cs="Segoe UI"/>
          <w:i/>
          <w:color w:val="000000" w:themeColor="text1"/>
          <w:lang w:val="hy-AM"/>
        </w:rPr>
        <w:t>ի 202</w:t>
      </w:r>
      <w:r w:rsidRPr="00A702E8">
        <w:rPr>
          <w:rFonts w:ascii="GHEA Grapalat" w:hAnsi="GHEA Grapalat" w:cs="Segoe UI"/>
          <w:i/>
          <w:color w:val="000000" w:themeColor="text1"/>
          <w:u w:val="single"/>
          <w:lang w:val="hy-AM"/>
        </w:rPr>
        <w:tab/>
        <w:t xml:space="preserve">  </w:t>
      </w:r>
      <w:r w:rsidRPr="00A702E8">
        <w:rPr>
          <w:rFonts w:ascii="GHEA Grapalat" w:hAnsi="GHEA Grapalat" w:cs="Segoe UI"/>
          <w:i/>
          <w:color w:val="000000" w:themeColor="text1"/>
          <w:lang w:val="hy-AM"/>
        </w:rPr>
        <w:t>թ</w:t>
      </w:r>
      <w:r w:rsidRPr="00A702E8">
        <w:rPr>
          <w:rFonts w:ascii="GHEA Grapalat" w:hAnsi="GHEA Grapalat" w:cs="Segoe UI"/>
          <w:color w:val="000000" w:themeColor="text1"/>
          <w:lang w:val="hy-AM"/>
        </w:rPr>
        <w:t>.</w:t>
      </w:r>
    </w:p>
    <w:p w14:paraId="094F310A" w14:textId="77777777" w:rsidR="009A0AC0" w:rsidRPr="00A702E8" w:rsidRDefault="009A0AC0" w:rsidP="009A0AC0">
      <w:pPr>
        <w:spacing w:before="120" w:after="120" w:line="276" w:lineRule="auto"/>
        <w:ind w:left="540"/>
        <w:jc w:val="both"/>
        <w:rPr>
          <w:rFonts w:ascii="GHEA Grapalat" w:hAnsi="GHEA Grapalat" w:cs="Segoe UI"/>
          <w:bCs/>
          <w:color w:val="000000" w:themeColor="text1"/>
          <w:lang w:val="hy-AM"/>
        </w:rPr>
      </w:pPr>
      <w:bookmarkStart w:id="15" w:name="_Hlk152755168"/>
    </w:p>
    <w:p w14:paraId="3E191025" w14:textId="77777777" w:rsidR="009A0AC0" w:rsidRPr="00A702E8" w:rsidRDefault="009A0AC0" w:rsidP="009A0AC0">
      <w:pPr>
        <w:spacing w:before="120" w:after="120" w:line="276" w:lineRule="auto"/>
        <w:ind w:left="540"/>
        <w:jc w:val="both"/>
        <w:rPr>
          <w:rFonts w:ascii="GHEA Grapalat" w:hAnsi="GHEA Grapalat" w:cs="Segoe UI"/>
          <w:bCs/>
          <w:color w:val="000000" w:themeColor="text1"/>
          <w:lang w:val="hy-AM"/>
        </w:rPr>
      </w:pPr>
      <w:r w:rsidRPr="00A702E8">
        <w:rPr>
          <w:rFonts w:ascii="GHEA Grapalat" w:hAnsi="GHEA Grapalat" w:cs="Segoe UI"/>
          <w:bCs/>
          <w:i/>
          <w:iCs/>
          <w:color w:val="000000" w:themeColor="text1"/>
          <w:lang w:val="hy-AM"/>
        </w:rPr>
        <w:t>[</w:t>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lang w:val="hy-AM"/>
        </w:rPr>
        <w:t xml:space="preserve">] </w:t>
      </w:r>
      <w:r w:rsidRPr="00A702E8">
        <w:rPr>
          <w:rFonts w:ascii="GHEA Grapalat" w:hAnsi="GHEA Grapalat" w:cs="Segoe UI"/>
          <w:bCs/>
          <w:color w:val="000000" w:themeColor="text1"/>
          <w:lang w:val="hy-AM"/>
        </w:rPr>
        <w:t>Կազմակերպությունը</w:t>
      </w:r>
      <w:r w:rsidRPr="00A702E8">
        <w:rPr>
          <w:rStyle w:val="FootnoteReference"/>
          <w:rFonts w:ascii="GHEA Grapalat" w:hAnsi="GHEA Grapalat" w:cs="Segoe UI"/>
          <w:bCs/>
          <w:color w:val="000000" w:themeColor="text1"/>
          <w:lang w:val="hy-AM"/>
        </w:rPr>
        <w:footnoteReference w:id="18"/>
      </w:r>
      <w:r w:rsidRPr="00A702E8">
        <w:rPr>
          <w:rFonts w:ascii="GHEA Grapalat" w:hAnsi="GHEA Grapalat" w:cs="Segoe UI"/>
          <w:bCs/>
          <w:color w:val="000000" w:themeColor="text1"/>
          <w:lang w:val="hy-AM"/>
        </w:rPr>
        <w:t xml:space="preserve"> (այսուհետ՝ </w:t>
      </w:r>
      <w:r w:rsidRPr="00A702E8">
        <w:rPr>
          <w:rFonts w:ascii="GHEA Grapalat" w:hAnsi="GHEA Grapalat" w:cs="Segoe UI"/>
          <w:b/>
          <w:color w:val="000000" w:themeColor="text1"/>
          <w:lang w:val="hy-AM"/>
        </w:rPr>
        <w:t>Գործատու</w:t>
      </w:r>
      <w:r w:rsidRPr="00A702E8">
        <w:rPr>
          <w:rFonts w:ascii="GHEA Grapalat" w:hAnsi="GHEA Grapalat" w:cs="Segoe UI"/>
          <w:bCs/>
          <w:color w:val="000000" w:themeColor="text1"/>
          <w:lang w:val="hy-AM"/>
        </w:rPr>
        <w:t>), մի կողմից, և [</w:t>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color w:val="000000" w:themeColor="text1"/>
          <w:lang w:val="hy-AM"/>
        </w:rPr>
        <w:t>]</w:t>
      </w:r>
      <w:r w:rsidRPr="00A702E8">
        <w:rPr>
          <w:rStyle w:val="FootnoteReference"/>
          <w:rFonts w:ascii="GHEA Grapalat" w:hAnsi="GHEA Grapalat" w:cs="Segoe UI"/>
          <w:bCs/>
          <w:color w:val="000000" w:themeColor="text1"/>
          <w:lang w:val="hy-AM"/>
        </w:rPr>
        <w:footnoteReference w:id="19"/>
      </w:r>
      <w:r w:rsidRPr="00A702E8">
        <w:rPr>
          <w:rFonts w:ascii="GHEA Grapalat" w:hAnsi="GHEA Grapalat" w:cs="Segoe UI"/>
          <w:bCs/>
          <w:color w:val="000000" w:themeColor="text1"/>
          <w:lang w:val="hy-AM"/>
        </w:rPr>
        <w:t xml:space="preserve"> (այսուհետ՝ </w:t>
      </w:r>
      <w:r w:rsidRPr="00A702E8">
        <w:rPr>
          <w:rFonts w:ascii="GHEA Grapalat" w:hAnsi="GHEA Grapalat" w:cs="Segoe UI"/>
          <w:b/>
          <w:color w:val="000000" w:themeColor="text1"/>
          <w:lang w:val="hy-AM"/>
        </w:rPr>
        <w:t>Աշկերտ</w:t>
      </w:r>
      <w:r w:rsidRPr="00A702E8">
        <w:rPr>
          <w:rFonts w:ascii="GHEA Grapalat" w:hAnsi="GHEA Grapalat" w:cs="Segoe UI"/>
          <w:bCs/>
          <w:color w:val="000000" w:themeColor="text1"/>
          <w:lang w:val="hy-AM"/>
        </w:rPr>
        <w:t>), մյուս կողմից</w:t>
      </w:r>
      <w:r w:rsidRPr="00A702E8">
        <w:rPr>
          <w:rFonts w:ascii="GHEA Grapalat" w:hAnsi="GHEA Grapalat" w:cs="Segoe UI"/>
          <w:b/>
          <w:color w:val="000000" w:themeColor="text1"/>
          <w:lang w:val="hy-AM"/>
        </w:rPr>
        <w:t xml:space="preserve"> </w:t>
      </w:r>
      <w:r w:rsidRPr="00A702E8">
        <w:rPr>
          <w:rFonts w:ascii="GHEA Grapalat" w:hAnsi="GHEA Grapalat" w:cs="Segoe UI"/>
          <w:bCs/>
          <w:color w:val="000000" w:themeColor="text1"/>
          <w:lang w:val="hy-AM"/>
        </w:rPr>
        <w:t>(այսուհետ միասին` Կողմեր),</w:t>
      </w:r>
    </w:p>
    <w:bookmarkEnd w:id="15"/>
    <w:p w14:paraId="628D33AB" w14:textId="77777777" w:rsidR="009A0AC0" w:rsidRPr="00A702E8" w:rsidRDefault="009A0AC0" w:rsidP="009A0AC0">
      <w:pPr>
        <w:spacing w:before="120" w:after="120" w:line="276" w:lineRule="auto"/>
        <w:ind w:left="540"/>
        <w:jc w:val="both"/>
        <w:rPr>
          <w:rFonts w:ascii="GHEA Grapalat" w:hAnsi="GHEA Grapalat" w:cs="Segoe UI"/>
          <w:bCs/>
          <w:i/>
          <w:iCs/>
          <w:color w:val="000000" w:themeColor="text1"/>
          <w:lang w:val="hy-AM"/>
        </w:rPr>
      </w:pPr>
      <w:r w:rsidRPr="00A702E8">
        <w:rPr>
          <w:rFonts w:ascii="GHEA Grapalat" w:hAnsi="GHEA Grapalat" w:cs="Segoe UI"/>
          <w:bCs/>
          <w:i/>
          <w:iCs/>
          <w:color w:val="000000" w:themeColor="text1"/>
          <w:lang w:val="hy-AM"/>
        </w:rPr>
        <w:t>Հաշվի առնելով, որ՝</w:t>
      </w:r>
    </w:p>
    <w:p w14:paraId="5E040F92" w14:textId="77777777" w:rsidR="009A0AC0" w:rsidRPr="00A702E8" w:rsidRDefault="009A0AC0" w:rsidP="009A0AC0">
      <w:pPr>
        <w:spacing w:before="120" w:after="120" w:line="276" w:lineRule="auto"/>
        <w:ind w:left="540"/>
        <w:jc w:val="both"/>
        <w:rPr>
          <w:rFonts w:ascii="GHEA Grapalat" w:hAnsi="GHEA Grapalat" w:cs="Segoe UI"/>
          <w:bCs/>
          <w:i/>
          <w:iCs/>
          <w:color w:val="000000" w:themeColor="text1"/>
          <w:lang w:val="hy-AM"/>
        </w:rPr>
      </w:pPr>
      <w:r w:rsidRPr="00A702E8">
        <w:rPr>
          <w:rFonts w:ascii="GHEA Grapalat" w:hAnsi="GHEA Grapalat" w:cs="Segoe UI"/>
          <w:bCs/>
          <w:i/>
          <w:iCs/>
          <w:color w:val="000000" w:themeColor="text1"/>
          <w:lang w:val="hy-AM"/>
        </w:rPr>
        <w:t>ա</w:t>
      </w:r>
      <w:r w:rsidRPr="00A702E8">
        <w:rPr>
          <w:rFonts w:ascii="MS Mincho" w:eastAsia="MS Mincho" w:hAnsi="MS Mincho" w:cs="MS Mincho" w:hint="eastAsia"/>
          <w:bCs/>
          <w:i/>
          <w:iCs/>
          <w:color w:val="000000" w:themeColor="text1"/>
          <w:lang w:val="hy-AM"/>
        </w:rPr>
        <w:t>․</w:t>
      </w:r>
      <w:r w:rsidRPr="00A702E8">
        <w:rPr>
          <w:rFonts w:ascii="GHEA Grapalat" w:hAnsi="GHEA Grapalat" w:cs="Segoe UI"/>
          <w:bCs/>
          <w:i/>
          <w:iCs/>
          <w:color w:val="000000" w:themeColor="text1"/>
          <w:lang w:val="hy-AM"/>
        </w:rPr>
        <w:t xml:space="preserve">  Գործատուն [</w:t>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lang w:val="hy-AM"/>
        </w:rPr>
        <w:t xml:space="preserve">] մասնագիտական ուսումնական  հաստատության (այսուհետ՝ </w:t>
      </w:r>
      <w:r w:rsidRPr="00A702E8">
        <w:rPr>
          <w:rFonts w:ascii="GHEA Grapalat" w:hAnsi="GHEA Grapalat" w:cs="Segoe UI"/>
          <w:b/>
          <w:i/>
          <w:iCs/>
          <w:color w:val="000000" w:themeColor="text1"/>
          <w:lang w:val="hy-AM"/>
        </w:rPr>
        <w:t>ՄՈՒՀ</w:t>
      </w:r>
      <w:r w:rsidRPr="00A702E8">
        <w:rPr>
          <w:rFonts w:ascii="GHEA Grapalat" w:hAnsi="GHEA Grapalat" w:cs="Segoe UI"/>
          <w:bCs/>
          <w:i/>
          <w:iCs/>
          <w:color w:val="000000" w:themeColor="text1"/>
          <w:lang w:val="hy-AM"/>
        </w:rPr>
        <w:t>)</w:t>
      </w:r>
      <w:r w:rsidRPr="00A702E8">
        <w:rPr>
          <w:rStyle w:val="FootnoteReference"/>
          <w:rFonts w:ascii="GHEA Grapalat" w:hAnsi="GHEA Grapalat" w:cs="Segoe UI"/>
          <w:bCs/>
          <w:color w:val="000000" w:themeColor="text1"/>
          <w:lang w:val="hy-AM"/>
        </w:rPr>
        <w:footnoteReference w:id="20"/>
      </w:r>
      <w:r w:rsidRPr="00A702E8">
        <w:rPr>
          <w:rFonts w:ascii="GHEA Grapalat" w:hAnsi="GHEA Grapalat" w:cs="Segoe UI"/>
          <w:bCs/>
          <w:i/>
          <w:iCs/>
          <w:color w:val="000000" w:themeColor="text1"/>
          <w:lang w:val="hy-AM"/>
        </w:rPr>
        <w:t xml:space="preserve"> հետ </w:t>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t xml:space="preserve">  </w:t>
      </w:r>
      <w:r w:rsidRPr="00A702E8">
        <w:rPr>
          <w:rFonts w:ascii="GHEA Grapalat" w:hAnsi="GHEA Grapalat" w:cs="Segoe UI"/>
          <w:bCs/>
          <w:i/>
          <w:iCs/>
          <w:color w:val="000000" w:themeColor="text1"/>
          <w:lang w:val="hy-AM"/>
        </w:rPr>
        <w:t xml:space="preserve">թ-ին կնքել է աշխատանքի վրա հիմնված ուսուցման կազմակերպման վերաբերյալ Համագործակցության պայմանագիր (այսուհետ՝ </w:t>
      </w:r>
      <w:r w:rsidRPr="00A702E8">
        <w:rPr>
          <w:rFonts w:ascii="GHEA Grapalat" w:hAnsi="GHEA Grapalat" w:cs="Segoe UI"/>
          <w:b/>
          <w:i/>
          <w:iCs/>
          <w:color w:val="000000" w:themeColor="text1"/>
          <w:lang w:val="hy-AM"/>
        </w:rPr>
        <w:t>Համագործակցության պայմանագիր)</w:t>
      </w:r>
    </w:p>
    <w:p w14:paraId="5CD635D2" w14:textId="2BABCFAE" w:rsidR="009A0AC0" w:rsidRPr="00A702E8" w:rsidRDefault="009A0AC0" w:rsidP="009A0AC0">
      <w:pPr>
        <w:spacing w:before="120" w:after="120" w:line="276" w:lineRule="auto"/>
        <w:ind w:left="540"/>
        <w:jc w:val="both"/>
        <w:rPr>
          <w:rFonts w:ascii="GHEA Grapalat" w:hAnsi="GHEA Grapalat" w:cs="Segoe UI"/>
          <w:bCs/>
          <w:i/>
          <w:iCs/>
          <w:color w:val="000000" w:themeColor="text1"/>
          <w:lang w:val="hy-AM"/>
        </w:rPr>
      </w:pPr>
      <w:r w:rsidRPr="00A702E8">
        <w:rPr>
          <w:rFonts w:ascii="GHEA Grapalat" w:hAnsi="GHEA Grapalat" w:cs="Segoe UI"/>
          <w:bCs/>
          <w:i/>
          <w:iCs/>
          <w:color w:val="000000" w:themeColor="text1"/>
          <w:lang w:val="hy-AM"/>
        </w:rPr>
        <w:t>բ</w:t>
      </w:r>
      <w:r w:rsidRPr="00A702E8">
        <w:rPr>
          <w:rFonts w:ascii="MS Mincho" w:eastAsia="MS Mincho" w:hAnsi="MS Mincho" w:cs="MS Mincho" w:hint="eastAsia"/>
          <w:bCs/>
          <w:i/>
          <w:iCs/>
          <w:color w:val="000000" w:themeColor="text1"/>
          <w:lang w:val="hy-AM"/>
        </w:rPr>
        <w:t>․</w:t>
      </w:r>
      <w:r w:rsidRPr="00A702E8">
        <w:rPr>
          <w:rFonts w:ascii="GHEA Grapalat" w:hAnsi="GHEA Grapalat" w:cs="Segoe UI"/>
          <w:bCs/>
          <w:i/>
          <w:iCs/>
          <w:color w:val="000000" w:themeColor="text1"/>
          <w:lang w:val="hy-AM"/>
        </w:rPr>
        <w:t xml:space="preserve">  Աշկերտը  Պայմանագրի կնքման պահին սովորում է ՄՈՒՀ-ում [ընդգրկված է </w:t>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lang w:val="hy-AM"/>
        </w:rPr>
        <w:t>ծրագրում],</w:t>
      </w:r>
    </w:p>
    <w:p w14:paraId="20DB94B4" w14:textId="77777777" w:rsidR="009A0AC0" w:rsidRPr="00A702E8" w:rsidRDefault="009A0AC0" w:rsidP="009A0AC0">
      <w:pPr>
        <w:spacing w:before="120" w:after="120" w:line="276" w:lineRule="auto"/>
        <w:ind w:left="540"/>
        <w:jc w:val="both"/>
        <w:rPr>
          <w:rFonts w:ascii="GHEA Grapalat" w:hAnsi="GHEA Grapalat" w:cs="Segoe UI"/>
          <w:bCs/>
          <w:i/>
          <w:iCs/>
          <w:color w:val="000000" w:themeColor="text1"/>
          <w:lang w:val="hy-AM"/>
        </w:rPr>
      </w:pPr>
      <w:r w:rsidRPr="00A702E8">
        <w:rPr>
          <w:rFonts w:ascii="GHEA Grapalat" w:hAnsi="GHEA Grapalat" w:cs="Segoe UI"/>
          <w:bCs/>
          <w:i/>
          <w:iCs/>
          <w:color w:val="000000" w:themeColor="text1"/>
          <w:lang w:val="hy-AM"/>
        </w:rPr>
        <w:t>գ</w:t>
      </w:r>
      <w:r w:rsidRPr="00A702E8">
        <w:rPr>
          <w:rFonts w:ascii="MS Mincho" w:eastAsia="MS Mincho" w:hAnsi="MS Mincho" w:cs="MS Mincho" w:hint="eastAsia"/>
          <w:bCs/>
          <w:i/>
          <w:iCs/>
          <w:color w:val="000000" w:themeColor="text1"/>
          <w:lang w:val="hy-AM"/>
        </w:rPr>
        <w:t>․</w:t>
      </w:r>
      <w:r w:rsidRPr="00A702E8">
        <w:rPr>
          <w:rFonts w:ascii="GHEA Grapalat" w:hAnsi="GHEA Grapalat" w:cs="Segoe UI"/>
          <w:bCs/>
          <w:i/>
          <w:iCs/>
          <w:color w:val="000000" w:themeColor="text1"/>
          <w:lang w:val="hy-AM"/>
        </w:rPr>
        <w:t xml:space="preserve">  անհրաժեշտ է </w:t>
      </w:r>
      <w:bookmarkStart w:id="16" w:name="_Hlk152756368"/>
      <w:r w:rsidRPr="00A702E8">
        <w:rPr>
          <w:rFonts w:ascii="GHEA Grapalat" w:hAnsi="GHEA Grapalat" w:cs="Segoe UI"/>
          <w:bCs/>
          <w:i/>
          <w:iCs/>
          <w:color w:val="000000" w:themeColor="text1"/>
          <w:lang w:val="hy-AM"/>
        </w:rPr>
        <w:t>ապահովել [</w:t>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r>
      <w:r w:rsidRPr="00A702E8">
        <w:rPr>
          <w:rFonts w:ascii="GHEA Grapalat" w:hAnsi="GHEA Grapalat" w:cs="Segoe UI"/>
          <w:bCs/>
          <w:i/>
          <w:iCs/>
          <w:color w:val="000000" w:themeColor="text1"/>
          <w:u w:val="single"/>
          <w:lang w:val="hy-AM"/>
        </w:rPr>
        <w:tab/>
        <w:t xml:space="preserve"> </w:t>
      </w:r>
      <w:r w:rsidRPr="00A702E8">
        <w:rPr>
          <w:rFonts w:ascii="GHEA Grapalat" w:hAnsi="GHEA Grapalat" w:cs="Segoe UI"/>
          <w:bCs/>
          <w:i/>
          <w:iCs/>
          <w:color w:val="000000" w:themeColor="text1"/>
          <w:lang w:val="hy-AM"/>
        </w:rPr>
        <w:t>]</w:t>
      </w:r>
      <w:bookmarkStart w:id="17" w:name="_Hlk152756330"/>
      <w:r w:rsidRPr="00A702E8">
        <w:rPr>
          <w:rFonts w:ascii="GHEA Grapalat" w:hAnsi="GHEA Grapalat" w:cs="Segoe UI"/>
          <w:bCs/>
          <w:i/>
          <w:iCs/>
          <w:color w:val="000000" w:themeColor="text1"/>
          <w:lang w:val="hy-AM"/>
        </w:rPr>
        <w:t xml:space="preserve"> որակավորման (միկրոորակավորման) մոդուլային ծրագրով ուսումնառող Աշկերտի </w:t>
      </w:r>
      <w:bookmarkEnd w:id="16"/>
      <w:r w:rsidRPr="00A702E8">
        <w:rPr>
          <w:rFonts w:ascii="GHEA Grapalat" w:hAnsi="GHEA Grapalat" w:cs="Segoe UI"/>
          <w:bCs/>
          <w:i/>
          <w:iCs/>
          <w:color w:val="000000" w:themeColor="text1"/>
          <w:lang w:val="hy-AM"/>
        </w:rPr>
        <w:t>գործնական աշխատանքային ուսուցումը</w:t>
      </w:r>
      <w:bookmarkEnd w:id="17"/>
      <w:r w:rsidRPr="00A702E8">
        <w:rPr>
          <w:rFonts w:ascii="GHEA Grapalat" w:hAnsi="GHEA Grapalat" w:cs="Segoe UI"/>
          <w:bCs/>
          <w:i/>
          <w:iCs/>
          <w:color w:val="000000" w:themeColor="text1"/>
          <w:lang w:val="hy-AM"/>
        </w:rPr>
        <w:t xml:space="preserve"> (այսուհետ՝ </w:t>
      </w:r>
      <w:r w:rsidRPr="00A702E8">
        <w:rPr>
          <w:rFonts w:ascii="GHEA Grapalat" w:hAnsi="GHEA Grapalat" w:cs="Segoe UI"/>
          <w:b/>
          <w:i/>
          <w:iCs/>
          <w:color w:val="000000" w:themeColor="text1"/>
          <w:lang w:val="hy-AM"/>
        </w:rPr>
        <w:t>ԳԱՈՒ</w:t>
      </w:r>
      <w:r w:rsidRPr="00A702E8">
        <w:rPr>
          <w:rFonts w:ascii="GHEA Grapalat" w:hAnsi="GHEA Grapalat" w:cs="Segoe UI"/>
          <w:bCs/>
          <w:i/>
          <w:iCs/>
          <w:color w:val="000000" w:themeColor="text1"/>
          <w:lang w:val="hy-AM"/>
        </w:rPr>
        <w:t>),</w:t>
      </w:r>
      <w:r w:rsidRPr="00A702E8">
        <w:rPr>
          <w:rStyle w:val="FootnoteReference"/>
          <w:rFonts w:ascii="GHEA Grapalat" w:hAnsi="GHEA Grapalat" w:cs="Segoe UI"/>
          <w:bCs/>
          <w:color w:val="000000" w:themeColor="text1"/>
          <w:lang w:val="hy-AM"/>
        </w:rPr>
        <w:footnoteReference w:id="21"/>
      </w:r>
      <w:r w:rsidRPr="00A702E8">
        <w:rPr>
          <w:rFonts w:ascii="GHEA Grapalat" w:hAnsi="GHEA Grapalat" w:cs="Segoe UI"/>
          <w:bCs/>
          <w:i/>
          <w:iCs/>
          <w:color w:val="000000" w:themeColor="text1"/>
          <w:lang w:val="hy-AM"/>
        </w:rPr>
        <w:t xml:space="preserve"> </w:t>
      </w:r>
    </w:p>
    <w:p w14:paraId="22E487F2" w14:textId="77777777" w:rsidR="009A0AC0" w:rsidRPr="00A702E8" w:rsidRDefault="009A0AC0" w:rsidP="009A0AC0">
      <w:pPr>
        <w:spacing w:before="120" w:after="120" w:line="276" w:lineRule="auto"/>
        <w:ind w:left="540"/>
        <w:jc w:val="both"/>
        <w:rPr>
          <w:rFonts w:ascii="GHEA Grapalat" w:hAnsi="GHEA Grapalat" w:cs="Segoe UI"/>
          <w:bCs/>
          <w:color w:val="000000" w:themeColor="text1"/>
          <w:lang w:val="hy-AM"/>
        </w:rPr>
      </w:pPr>
      <w:r w:rsidRPr="00A702E8">
        <w:rPr>
          <w:rFonts w:ascii="GHEA Grapalat" w:hAnsi="GHEA Grapalat" w:cs="Segoe UI"/>
          <w:b/>
          <w:bCs/>
          <w:i/>
          <w:iCs/>
          <w:color w:val="000000" w:themeColor="text1"/>
          <w:lang w:val="hy-AM"/>
        </w:rPr>
        <w:lastRenderedPageBreak/>
        <w:t xml:space="preserve">   </w:t>
      </w:r>
      <w:r w:rsidRPr="00A702E8">
        <w:rPr>
          <w:rFonts w:ascii="GHEA Grapalat" w:hAnsi="GHEA Grapalat" w:cs="Segoe UI"/>
          <w:bCs/>
          <w:color w:val="000000" w:themeColor="text1"/>
          <w:lang w:val="hy-AM"/>
        </w:rPr>
        <w:t>Կողմերը կնքեցին սույն աշխատանքային պայմանա</w:t>
      </w:r>
      <w:r w:rsidRPr="00A702E8">
        <w:rPr>
          <w:rFonts w:ascii="GHEA Grapalat" w:hAnsi="GHEA Grapalat" w:cs="Segoe UI"/>
          <w:bCs/>
          <w:color w:val="000000" w:themeColor="text1"/>
          <w:lang w:val="hy-AM"/>
        </w:rPr>
        <w:softHyphen/>
        <w:t>գիրը (այսուհետ՝ «</w:t>
      </w:r>
      <w:r w:rsidRPr="00A702E8">
        <w:rPr>
          <w:rFonts w:ascii="GHEA Grapalat" w:hAnsi="GHEA Grapalat" w:cs="Segoe UI"/>
          <w:b/>
          <w:color w:val="000000" w:themeColor="text1"/>
          <w:lang w:val="hy-AM"/>
        </w:rPr>
        <w:t>Պայմանագիր</w:t>
      </w:r>
      <w:r w:rsidRPr="00A702E8">
        <w:rPr>
          <w:rFonts w:ascii="GHEA Grapalat" w:hAnsi="GHEA Grapalat" w:cs="Segoe UI"/>
          <w:bCs/>
          <w:color w:val="000000" w:themeColor="text1"/>
          <w:lang w:val="hy-AM"/>
        </w:rPr>
        <w:t>») հետևյալի մասին</w:t>
      </w:r>
      <w:r w:rsidRPr="00A702E8">
        <w:rPr>
          <w:rFonts w:ascii="MS Mincho" w:eastAsia="MS Mincho" w:hAnsi="MS Mincho" w:cs="MS Mincho" w:hint="eastAsia"/>
          <w:bCs/>
          <w:color w:val="000000" w:themeColor="text1"/>
          <w:lang w:val="hy-AM"/>
        </w:rPr>
        <w:t>․</w:t>
      </w:r>
    </w:p>
    <w:p w14:paraId="34401E7D" w14:textId="77777777" w:rsidR="009A0AC0" w:rsidRPr="00A702E8" w:rsidRDefault="009A0AC0" w:rsidP="00F838C5">
      <w:pPr>
        <w:pStyle w:val="Heading1"/>
        <w:numPr>
          <w:ilvl w:val="0"/>
          <w:numId w:val="45"/>
        </w:numPr>
        <w:spacing w:before="240" w:after="120" w:line="276" w:lineRule="auto"/>
        <w:rPr>
          <w:rFonts w:ascii="GHEA Grapalat" w:hAnsi="GHEA Grapalat"/>
          <w:color w:val="000000" w:themeColor="text1"/>
          <w:szCs w:val="22"/>
          <w:lang w:val="hy-AM"/>
        </w:rPr>
      </w:pPr>
      <w:r w:rsidRPr="00A702E8">
        <w:rPr>
          <w:rFonts w:ascii="GHEA Grapalat" w:hAnsi="GHEA Grapalat"/>
          <w:color w:val="000000" w:themeColor="text1"/>
          <w:szCs w:val="22"/>
          <w:lang w:val="hy-AM"/>
        </w:rPr>
        <w:t xml:space="preserve">ՊԱՅՄԱՆԱԳՐԻ ԱՌԱՐԿԱՆ ԵՎ ԻՐԱԿԱՆԱՑՄԱՆ ՊԱՅՄԱՆՆԵՐԸ </w:t>
      </w:r>
    </w:p>
    <w:p w14:paraId="1ADE7781" w14:textId="77777777" w:rsidR="009A0AC0" w:rsidRPr="00A702E8" w:rsidRDefault="009A0AC0" w:rsidP="00F838C5">
      <w:pPr>
        <w:numPr>
          <w:ilvl w:val="1"/>
          <w:numId w:val="45"/>
        </w:numPr>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Պայմանագրի շրջանակներում Գործատուն ապահովում է Աշկերտի՝ Համագործակցության պայմանագրով սահմանված գործնական աշխատանքային ուսուցման մոդուլային ծրագիրը (այսուհետ՝ </w:t>
      </w:r>
      <w:r w:rsidRPr="00A702E8">
        <w:rPr>
          <w:rFonts w:ascii="GHEA Grapalat" w:hAnsi="GHEA Grapalat" w:cs="Segoe UI"/>
          <w:b/>
          <w:bCs/>
          <w:color w:val="000000" w:themeColor="text1"/>
          <w:lang w:val="hy-AM"/>
        </w:rPr>
        <w:t>Ծրագիր</w:t>
      </w:r>
      <w:r w:rsidRPr="00A702E8">
        <w:rPr>
          <w:rFonts w:ascii="GHEA Grapalat" w:hAnsi="GHEA Grapalat" w:cs="Segoe UI"/>
          <w:color w:val="000000" w:themeColor="text1"/>
          <w:lang w:val="hy-AM"/>
        </w:rPr>
        <w:t>), իսկ Աշկերտը կատարում է Ծրագրից բխող աշխատանքը՝ ապահովելով սահմանված վերջնարդյունքները:</w:t>
      </w:r>
    </w:p>
    <w:p w14:paraId="639B5E63" w14:textId="529D9E72" w:rsidR="009A0AC0" w:rsidRPr="00A702E8" w:rsidRDefault="0079156A" w:rsidP="00F838C5">
      <w:pPr>
        <w:numPr>
          <w:ilvl w:val="1"/>
          <w:numId w:val="45"/>
        </w:numPr>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Պ</w:t>
      </w:r>
      <w:r w:rsidR="009A0AC0" w:rsidRPr="00A702E8">
        <w:rPr>
          <w:rFonts w:ascii="GHEA Grapalat" w:hAnsi="GHEA Grapalat" w:cs="Segoe UI"/>
          <w:color w:val="000000" w:themeColor="text1"/>
          <w:lang w:val="hy-AM"/>
        </w:rPr>
        <w:t>այմանագրով Գործատուի և Աշկերտի միջև ծագում են աշխատանքային հարաբերություններ՝ դրանից բխող կողմերի իրավունքներով և պարտականություններով, որոնք կարգավորվում են ՀՀ աշխատանքային օրենսդրությամբ:</w:t>
      </w:r>
    </w:p>
    <w:p w14:paraId="5A80E397" w14:textId="041C6D2F" w:rsidR="009A0AC0" w:rsidRPr="00A702E8" w:rsidRDefault="0079156A" w:rsidP="00F838C5">
      <w:pPr>
        <w:numPr>
          <w:ilvl w:val="1"/>
          <w:numId w:val="45"/>
        </w:numPr>
        <w:spacing w:before="120" w:after="120" w:line="276" w:lineRule="auto"/>
        <w:ind w:left="720" w:hanging="720"/>
        <w:jc w:val="both"/>
        <w:rPr>
          <w:rFonts w:ascii="GHEA Grapalat" w:hAnsi="GHEA Grapalat" w:cs="Segoe UI"/>
          <w:color w:val="000000" w:themeColor="text1"/>
          <w:lang w:val="hy-AM"/>
        </w:rPr>
      </w:pPr>
      <w:bookmarkStart w:id="18" w:name="_Hlk152666157"/>
      <w:r w:rsidRPr="00A702E8">
        <w:rPr>
          <w:rFonts w:ascii="GHEA Grapalat" w:hAnsi="GHEA Grapalat" w:cs="Segoe UI"/>
          <w:color w:val="000000" w:themeColor="text1"/>
          <w:lang w:val="hy-AM"/>
        </w:rPr>
        <w:t>Պ</w:t>
      </w:r>
      <w:r w:rsidR="009A0AC0" w:rsidRPr="00A702E8">
        <w:rPr>
          <w:rFonts w:ascii="GHEA Grapalat" w:hAnsi="GHEA Grapalat" w:cs="Segoe UI"/>
          <w:color w:val="000000" w:themeColor="text1"/>
          <w:lang w:val="hy-AM"/>
        </w:rPr>
        <w:t>այմանագրով Աշկերտի աշխատանքը սկսելու առաջին օրն է՝ [__.__._____]:</w:t>
      </w:r>
    </w:p>
    <w:bookmarkEnd w:id="18"/>
    <w:p w14:paraId="1DA7F9B7" w14:textId="77777777" w:rsidR="009A0AC0" w:rsidRPr="00A702E8" w:rsidRDefault="009A0AC0" w:rsidP="00F838C5">
      <w:pPr>
        <w:numPr>
          <w:ilvl w:val="1"/>
          <w:numId w:val="45"/>
        </w:numPr>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Աշխատանքի (գործնական աշխատանքային ուսուցման) վայրն է </w:t>
      </w:r>
      <w:bookmarkStart w:id="19" w:name="_Hlk151365355"/>
      <w:r w:rsidRPr="00A702E8">
        <w:rPr>
          <w:rFonts w:ascii="GHEA Grapalat" w:hAnsi="GHEA Grapalat" w:cs="Segoe UI"/>
          <w:color w:val="000000" w:themeColor="text1"/>
          <w:lang w:val="hy-AM"/>
        </w:rPr>
        <w:t>[</w:t>
      </w:r>
      <w:r w:rsidRPr="00A702E8">
        <w:rPr>
          <w:rFonts w:ascii="GHEA Grapalat" w:hAnsi="GHEA Grapalat" w:cs="Segoe UI"/>
          <w:color w:val="000000" w:themeColor="text1"/>
          <w:u w:val="single"/>
          <w:lang w:val="hy-AM"/>
        </w:rPr>
        <w:t>քաղաք, փողոց, շենք, բնակարան/գրասենյակ</w:t>
      </w:r>
      <w:bookmarkStart w:id="20" w:name="_Hlk151365367"/>
      <w:r w:rsidRPr="00A702E8">
        <w:rPr>
          <w:rFonts w:ascii="GHEA Grapalat" w:hAnsi="GHEA Grapalat" w:cs="Segoe UI"/>
          <w:color w:val="000000" w:themeColor="text1"/>
          <w:u w:val="single"/>
          <w:lang w:val="hy-AM"/>
        </w:rPr>
        <w:t>, բաժին (ներ)]</w:t>
      </w:r>
      <w:r w:rsidRPr="00A702E8">
        <w:rPr>
          <w:rStyle w:val="FootnoteReference"/>
          <w:rFonts w:ascii="GHEA Grapalat" w:hAnsi="GHEA Grapalat" w:cs="Segoe UI"/>
          <w:color w:val="000000" w:themeColor="text1"/>
          <w:u w:val="single"/>
          <w:lang w:val="hy-AM"/>
        </w:rPr>
        <w:footnoteReference w:id="22"/>
      </w:r>
      <w:r w:rsidRPr="00A702E8">
        <w:rPr>
          <w:rFonts w:ascii="GHEA Grapalat" w:hAnsi="GHEA Grapalat" w:cs="Segoe UI"/>
          <w:color w:val="000000" w:themeColor="text1"/>
          <w:lang w:val="hy-AM"/>
        </w:rPr>
        <w:t>:</w:t>
      </w:r>
      <w:bookmarkEnd w:id="19"/>
      <w:bookmarkEnd w:id="20"/>
    </w:p>
    <w:p w14:paraId="50239D7F" w14:textId="77777777" w:rsidR="009A0AC0" w:rsidRPr="00A702E8" w:rsidRDefault="009A0AC0" w:rsidP="00F838C5">
      <w:pPr>
        <w:numPr>
          <w:ilvl w:val="1"/>
          <w:numId w:val="45"/>
        </w:numPr>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Պայմանագրով Աշկերտի համար փորձաշրջան չի սահմանվում: </w:t>
      </w:r>
    </w:p>
    <w:p w14:paraId="015DFDF0" w14:textId="77777777" w:rsidR="009A0AC0" w:rsidRPr="00A702E8" w:rsidRDefault="009A0AC0" w:rsidP="00F838C5">
      <w:pPr>
        <w:numPr>
          <w:ilvl w:val="1"/>
          <w:numId w:val="45"/>
        </w:numPr>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Պայմանագիրը Գործատուի վրա չի դնում դրա ժամկետը երկարաձգելու, անորոշ ժամկետով կամ նոր աշխատանքային պայմանագիր կնքելու պարտավորություն: </w:t>
      </w:r>
    </w:p>
    <w:p w14:paraId="0DE389C7" w14:textId="77777777" w:rsidR="009A0AC0" w:rsidRPr="00A702E8" w:rsidRDefault="009A0AC0" w:rsidP="00F838C5">
      <w:pPr>
        <w:pStyle w:val="Heading1"/>
        <w:numPr>
          <w:ilvl w:val="0"/>
          <w:numId w:val="45"/>
        </w:numPr>
        <w:spacing w:before="240" w:after="120" w:line="276" w:lineRule="auto"/>
        <w:ind w:left="720" w:hanging="720"/>
        <w:rPr>
          <w:rFonts w:ascii="GHEA Grapalat" w:hAnsi="GHEA Grapalat"/>
          <w:color w:val="000000" w:themeColor="text1"/>
          <w:szCs w:val="22"/>
          <w:lang w:val="hy-AM"/>
        </w:rPr>
      </w:pPr>
      <w:r w:rsidRPr="00A702E8">
        <w:rPr>
          <w:rFonts w:ascii="GHEA Grapalat" w:hAnsi="GHEA Grapalat"/>
          <w:color w:val="000000" w:themeColor="text1"/>
          <w:szCs w:val="22"/>
          <w:lang w:val="hy-AM"/>
        </w:rPr>
        <w:t>ԿՈՂՄԵՐԻ ԻՐԱՎՈՒՆՔՆԵՐՆ ՈՒ ՊԱՐՏԱԿԱՆՈՒԹՅՈՒՆՆԵՐԸ</w:t>
      </w:r>
    </w:p>
    <w:p w14:paraId="6D294380" w14:textId="77777777" w:rsidR="009A0AC0" w:rsidRPr="00A702E8" w:rsidRDefault="009A0AC0" w:rsidP="00F838C5">
      <w:pPr>
        <w:numPr>
          <w:ilvl w:val="1"/>
          <w:numId w:val="45"/>
        </w:numPr>
        <w:spacing w:before="120" w:after="120" w:line="276" w:lineRule="auto"/>
        <w:ind w:left="720" w:hanging="720"/>
        <w:jc w:val="both"/>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Գործատուն (որտեղ կիրառելի է՝ Հրահանգիչը) պարտավոր է՝</w:t>
      </w:r>
    </w:p>
    <w:p w14:paraId="630F7148" w14:textId="77777777" w:rsidR="009A0AC0" w:rsidRPr="00A702E8"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bookmarkStart w:id="21" w:name="_Hlk151365442"/>
      <w:r w:rsidRPr="00A702E8">
        <w:rPr>
          <w:rFonts w:ascii="GHEA Grapalat" w:hAnsi="GHEA Grapalat" w:cs="Segoe UI"/>
          <w:color w:val="000000" w:themeColor="text1"/>
          <w:lang w:val="hy-AM"/>
        </w:rPr>
        <w:t>նշանակել Համագործակցության պայմա</w:t>
      </w:r>
      <w:r w:rsidRPr="00A702E8">
        <w:rPr>
          <w:rFonts w:ascii="GHEA Grapalat" w:hAnsi="GHEA Grapalat" w:cs="Segoe UI"/>
          <w:color w:val="000000" w:themeColor="text1"/>
          <w:lang w:val="hy-AM"/>
        </w:rPr>
        <w:softHyphen/>
        <w:t>նագրի պայմաններին և Աշկերտի մասնագիտական որակավորման առանձնահատ</w:t>
      </w:r>
      <w:r w:rsidRPr="00A702E8">
        <w:rPr>
          <w:rFonts w:ascii="GHEA Grapalat" w:hAnsi="GHEA Grapalat" w:cs="Segoe UI"/>
          <w:color w:val="000000" w:themeColor="text1"/>
          <w:lang w:val="hy-AM"/>
        </w:rPr>
        <w:softHyphen/>
        <w:t>կություններին համապատասխանող մասնագիտական ուսուցման հրահանգիչ (</w:t>
      </w:r>
      <w:r w:rsidRPr="00A702E8">
        <w:rPr>
          <w:rFonts w:ascii="GHEA Grapalat" w:hAnsi="GHEA Grapalat" w:cs="Segoe UI"/>
          <w:b/>
          <w:bCs/>
          <w:color w:val="000000" w:themeColor="text1"/>
          <w:lang w:val="hy-AM"/>
        </w:rPr>
        <w:t>Հրահանգիչ</w:t>
      </w:r>
      <w:r w:rsidRPr="00A702E8">
        <w:rPr>
          <w:rFonts w:ascii="GHEA Grapalat" w:hAnsi="GHEA Grapalat" w:cs="Segoe UI"/>
          <w:color w:val="000000" w:themeColor="text1"/>
          <w:lang w:val="hy-AM"/>
        </w:rPr>
        <w:t>), որն ապահովում է Ծրագրի իրականացումը և ընթացիկ հսկողությունը,</w:t>
      </w:r>
    </w:p>
    <w:bookmarkEnd w:id="21"/>
    <w:p w14:paraId="6279CF6A" w14:textId="77777777" w:rsidR="009A0AC0" w:rsidRPr="00A702E8"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Աշկերտին ծանոթացնել իր գործառույթներին վերաբերող անհրաժեշտ իրավական ակտերին և այլ փաստաթղթերին, աշխատանքի բնույթին և գործառույթներին, դրա իրականացման պայմաններին, գործնական աշխատանքային ուսուցման անցկացման կարգին, այդ թվում՝ կարգապահական և վարքագծի կանոններին,</w:t>
      </w:r>
    </w:p>
    <w:p w14:paraId="761703CD" w14:textId="77777777" w:rsidR="009A0AC0" w:rsidRPr="00A702E8"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bookmarkStart w:id="22" w:name="_Hlk152755742"/>
      <w:r w:rsidRPr="00A702E8">
        <w:rPr>
          <w:rFonts w:ascii="GHEA Grapalat" w:hAnsi="GHEA Grapalat" w:cs="Segoe UI"/>
          <w:color w:val="000000" w:themeColor="text1"/>
          <w:lang w:val="hy-AM"/>
        </w:rPr>
        <w:t>Աշկերտին հանձնարարվող աշխատանքներում հաշվի առնել Աշկերտի տարիքը, ֆիզիկական և մտավոր հասունության մակարդակը, անվտանգության մասին տեղեկացվածության և աշխատանքային փորձառության պակասը՝ աշխատանքը կազմակերպելով ոլորտում մասնագիտական բավարար գիտելիքներ և փորձ ունեցող չափահաս անձի՝ Հրահանգչի, հսկողության ներքո,</w:t>
      </w:r>
    </w:p>
    <w:bookmarkEnd w:id="22"/>
    <w:p w14:paraId="6BF9B7B2" w14:textId="77777777" w:rsidR="009A0AC0" w:rsidRPr="00A702E8"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lastRenderedPageBreak/>
        <w:t xml:space="preserve">գործնական աշխատանքային ուսուցման գործընթացը </w:t>
      </w:r>
      <w:bookmarkStart w:id="23" w:name="_Hlk151365675"/>
      <w:r w:rsidRPr="00A702E8">
        <w:rPr>
          <w:rFonts w:ascii="GHEA Grapalat" w:hAnsi="GHEA Grapalat" w:cs="Segoe UI"/>
          <w:color w:val="000000" w:themeColor="text1"/>
          <w:lang w:val="hy-AM"/>
        </w:rPr>
        <w:t>կազմակերպել Ծրագրին համապատասխան,</w:t>
      </w:r>
      <w:bookmarkEnd w:id="23"/>
    </w:p>
    <w:p w14:paraId="66091AFA" w14:textId="77777777" w:rsidR="009A0AC0" w:rsidRPr="00A702E8"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սահմանել Աշկերտի աշխատանքի և հանգստի ժամանակացույցը (գրաֆիկը)՝ ըստ անհրաժեշտության տարանջատելով ուսուցման և փաստացի աշխատանքային գործունեության ժամանակահատվածները,</w:t>
      </w:r>
    </w:p>
    <w:p w14:paraId="065CD7A5" w14:textId="77777777" w:rsidR="009A0AC0" w:rsidRPr="00A702E8"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bookmarkStart w:id="24" w:name="_Hlk151365957"/>
      <w:r w:rsidRPr="00A702E8">
        <w:rPr>
          <w:rFonts w:ascii="GHEA Grapalat" w:hAnsi="GHEA Grapalat" w:cs="Segoe UI"/>
          <w:color w:val="000000" w:themeColor="text1"/>
          <w:lang w:val="hy-AM"/>
        </w:rPr>
        <w:t xml:space="preserve">Աշկերտին տալ միայն այնպիսի հանձնարարություններ (գործառույթներ, աշխատանքային խնդիրներ, առաջադրանքներ), որոնք միտված են գործնական աշխատանքային ուսուցման մոդուլային ծրագրի վերջնարդյունքների ապահովմանը, </w:t>
      </w:r>
    </w:p>
    <w:bookmarkEnd w:id="24"/>
    <w:p w14:paraId="32C97ADB" w14:textId="77777777" w:rsidR="009A0AC0" w:rsidRPr="00A702E8"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հավաստել Աշկերտի աշխատանքի վերաբերյալ գործնական աշխատանքային ուսուցման օրագրում կատարված նկարագրության իսկությունը և գնահատել արդյունքը, </w:t>
      </w:r>
    </w:p>
    <w:p w14:paraId="767AF9F3" w14:textId="77777777" w:rsidR="009A0AC0" w:rsidRPr="00A702E8"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bookmarkStart w:id="25" w:name="_Hlk151366183"/>
      <w:r w:rsidRPr="00A702E8">
        <w:rPr>
          <w:rFonts w:ascii="GHEA Grapalat" w:hAnsi="GHEA Grapalat" w:cs="Segoe UI"/>
          <w:color w:val="000000" w:themeColor="text1"/>
          <w:lang w:val="hy-AM"/>
        </w:rPr>
        <w:t xml:space="preserve">Աշկերտին ապահովել անհրաժեշտ նյութատեխնիկական միջոցներով և գույքով, </w:t>
      </w:r>
    </w:p>
    <w:p w14:paraId="66D3C9AC" w14:textId="77777777" w:rsidR="009A0AC0" w:rsidRPr="00A702E8"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bookmarkStart w:id="26" w:name="_Hlk151366203"/>
      <w:bookmarkEnd w:id="25"/>
      <w:r w:rsidRPr="00A702E8">
        <w:rPr>
          <w:rFonts w:ascii="GHEA Grapalat" w:hAnsi="GHEA Grapalat" w:cs="Segoe UI"/>
          <w:color w:val="000000" w:themeColor="text1"/>
          <w:lang w:val="hy-AM"/>
        </w:rPr>
        <w:t>Պայմանագրով սահմանված չափով և ժամկետներում Աշկերտին վճարել աշխատավարձ,</w:t>
      </w:r>
    </w:p>
    <w:p w14:paraId="65ECC8FD" w14:textId="77777777" w:rsidR="009A0AC0" w:rsidRPr="00A702E8"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Նախքան աշխատանքը սկսելը Աշկերտին տրամադրել անվտանգ աշխատանքային գործունեության վերաբերյալ տեղեկություններ, անցկացնել ուսուցում և հրահանգավորում՝ արտադրական սարքավորումներից անվտանգ օգտվելու կանոնների, տեխնածին վթարների, ինչպես նաև արտադրությունում օգտագործվող վտանգավոր քիմիական նյութերի հետ աշխատելու կանոնների, աշխատանքային գործունեությանն առնչվող այլ հնարավոր ռիսկերի, դրանց կանխարգելման և պատահարների դեպքում՝ պատշաճ վարքագիծ դրսևորելու համար,</w:t>
      </w:r>
      <w:r w:rsidRPr="00A702E8">
        <w:rPr>
          <w:rStyle w:val="FootnoteReference"/>
          <w:rFonts w:ascii="GHEA Grapalat" w:hAnsi="GHEA Grapalat" w:cs="Segoe UI"/>
          <w:color w:val="000000" w:themeColor="text1"/>
          <w:lang w:val="hy-AM"/>
        </w:rPr>
        <w:footnoteReference w:id="23"/>
      </w:r>
    </w:p>
    <w:p w14:paraId="47E77544" w14:textId="77777777" w:rsidR="009A0AC0" w:rsidRPr="00A702E8"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Աշկերտի առողջության պահպանման և անվտանգությունն ապահովելու համար, օրենսդրությամբ և իր ներքին իրավական ակտերով սահմանված կարգով, ապահովել աշխատանքի նորմալ պայմաններ, զերծ պահել Աշկերտին նրա առողջությանը, անվտանգությանը և բարոյականությանը վտանգող աշխատանքային միջավայրից, ապահովել հարգալից և աջակցող աշխատանքային մթնոլորտ։</w:t>
      </w:r>
    </w:p>
    <w:p w14:paraId="158A8600" w14:textId="77777777" w:rsidR="009A0AC0" w:rsidRPr="00A702E8"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lastRenderedPageBreak/>
        <w:t>Ուսանողին ալկոհոլային խմիչքների արտադրության մեջ ներգրավելու դեպքում զերծ պահել նրան ալկոհոլային խմիչքների համտես իրականացնելուց, ինչպես նաև աշխատավայրում ալկոհոլային խմիչքների սպառումից,</w:t>
      </w:r>
    </w:p>
    <w:p w14:paraId="7E436EBC" w14:textId="77777777" w:rsidR="009A0AC0" w:rsidRPr="00A702E8"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աշխատանքի վայրում կամ այլ վայրում աշխատանքային գործառույթները կատարելիս Աշկերտի կյանքի կամ առողջության հետ կապված ցանկացած դժբախտ պատահարի կամ մասնագիտական հիվանդության մասին անհապաղ հաղորդել ՄՈՒՀ-ին,</w:t>
      </w:r>
    </w:p>
    <w:p w14:paraId="7BFC2019" w14:textId="77777777" w:rsidR="009A0AC0" w:rsidRPr="00A702E8"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Պայմանագիրը փոփոխելու, լուծելու (այդ թվում՝ գործատուի նախաձեռնությամբ կամ կողմերի համաձայնությամբ), Աշկերտի նկատմամբ կարգապահական պատասխանատվություն կիրառելու հիմքեր առաջանալու դեպքում նախապես քննարկումներ ձեռնարկել ՄՈՒՀ-ի հետ՝ լավագույն լուծումներ գտնելու նպատակով։</w:t>
      </w:r>
    </w:p>
    <w:bookmarkEnd w:id="26"/>
    <w:p w14:paraId="12685E63" w14:textId="77777777" w:rsidR="009A0AC0" w:rsidRPr="00A702E8" w:rsidRDefault="009A0AC0" w:rsidP="00F838C5">
      <w:pPr>
        <w:numPr>
          <w:ilvl w:val="1"/>
          <w:numId w:val="45"/>
        </w:numPr>
        <w:spacing w:before="120" w:after="120" w:line="276" w:lineRule="auto"/>
        <w:ind w:left="720" w:hanging="720"/>
        <w:jc w:val="both"/>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Գործատուն իրավունք ունի.</w:t>
      </w:r>
    </w:p>
    <w:p w14:paraId="48F9C6D1" w14:textId="77777777" w:rsidR="009A0AC0" w:rsidRPr="00A702E8"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հսկողություն իրականացնել Աշկերտի կողմից Գործատուի ներ</w:t>
      </w:r>
      <w:r w:rsidRPr="00A702E8">
        <w:rPr>
          <w:rFonts w:ascii="GHEA Grapalat" w:hAnsi="GHEA Grapalat" w:cs="Segoe UI"/>
          <w:color w:val="000000" w:themeColor="text1"/>
          <w:lang w:val="hy-AM"/>
        </w:rPr>
        <w:softHyphen/>
        <w:t>քին իրավական ակտերի, այդ թվում՝ կարգապահական կանոնների, անվտանգության կանոնների և հրահանգների պահպանման նկատմամբ, ինչպես նաև դրանց խախտման դեպքում Աշկերտին ենթարկել կարգապա</w:t>
      </w:r>
      <w:r w:rsidRPr="00A702E8">
        <w:rPr>
          <w:rFonts w:ascii="GHEA Grapalat" w:hAnsi="GHEA Grapalat" w:cs="Segoe UI"/>
          <w:color w:val="000000" w:themeColor="text1"/>
          <w:lang w:val="hy-AM"/>
        </w:rPr>
        <w:softHyphen/>
        <w:t>հական պատասխանատվության՝ ՀՀ օրենսդրու</w:t>
      </w:r>
      <w:r w:rsidRPr="00A702E8">
        <w:rPr>
          <w:rFonts w:ascii="GHEA Grapalat" w:hAnsi="GHEA Grapalat" w:cs="Segoe UI"/>
          <w:color w:val="000000" w:themeColor="text1"/>
          <w:lang w:val="hy-AM"/>
        </w:rPr>
        <w:softHyphen/>
        <w:t>թյամբ սահմանված կարգով։</w:t>
      </w:r>
    </w:p>
    <w:p w14:paraId="314D2B60" w14:textId="77777777" w:rsidR="009A0AC0" w:rsidRPr="00A702E8"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ցանկացած ժամանակ ստուգել Աշկերտի գործնական աշխատանքային ուսուցման ընթացքը և արդյունքները,</w:t>
      </w:r>
    </w:p>
    <w:p w14:paraId="7885C77B" w14:textId="77777777" w:rsidR="009A0AC0" w:rsidRPr="00A702E8"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պահանջել Աշկերտից վերացնելու գործնական աշխատանքային ուսուցման ընթաց</w:t>
      </w:r>
      <w:r w:rsidRPr="00A702E8">
        <w:rPr>
          <w:rFonts w:ascii="GHEA Grapalat" w:hAnsi="GHEA Grapalat" w:cs="Segoe UI"/>
          <w:color w:val="000000" w:themeColor="text1"/>
          <w:lang w:val="hy-AM"/>
        </w:rPr>
        <w:softHyphen/>
        <w:t>քում թույլ տված խախտումները,</w:t>
      </w:r>
    </w:p>
    <w:p w14:paraId="3F42B012" w14:textId="2EB18159" w:rsidR="009A0AC0" w:rsidRPr="00A702E8"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Լուծել կամ փոփոխել </w:t>
      </w:r>
      <w:r w:rsidR="003A3A54" w:rsidRPr="00A702E8">
        <w:rPr>
          <w:rFonts w:ascii="GHEA Grapalat" w:hAnsi="GHEA Grapalat" w:cs="Segoe UI"/>
          <w:color w:val="000000" w:themeColor="text1"/>
          <w:lang w:val="hy-AM"/>
        </w:rPr>
        <w:t>Պա</w:t>
      </w:r>
      <w:r w:rsidRPr="00A702E8">
        <w:rPr>
          <w:rFonts w:ascii="GHEA Grapalat" w:hAnsi="GHEA Grapalat" w:cs="Segoe UI"/>
          <w:color w:val="000000" w:themeColor="text1"/>
          <w:lang w:val="hy-AM"/>
        </w:rPr>
        <w:t>յմանագիրը՝ ՀՀ օրենսդրությամբ և Պայմանագրով սահմանված հիմքերով և կարգով,</w:t>
      </w:r>
    </w:p>
    <w:p w14:paraId="7C697C13" w14:textId="77777777" w:rsidR="009A0AC0" w:rsidRPr="00A702E8"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bookmarkStart w:id="27" w:name="_Ref150157491"/>
      <w:bookmarkStart w:id="28" w:name="_Ref223039175"/>
      <w:r w:rsidRPr="00A702E8">
        <w:rPr>
          <w:rFonts w:ascii="GHEA Grapalat" w:hAnsi="GHEA Grapalat" w:cs="Segoe UI"/>
          <w:color w:val="000000" w:themeColor="text1"/>
          <w:lang w:val="hy-AM"/>
        </w:rPr>
        <w:t>Աշկերտից պահանջել հատուցելու իրեն պատճառված նյութական վնասը, եթե այն պատճառվել է ՀՀ աշխատանքային օրենսգրքի 239-րդ հոդվածով նախատեսված հիմ</w:t>
      </w:r>
      <w:r w:rsidRPr="00A702E8">
        <w:rPr>
          <w:rFonts w:ascii="GHEA Grapalat" w:hAnsi="GHEA Grapalat" w:cs="Segoe UI"/>
          <w:color w:val="000000" w:themeColor="text1"/>
          <w:lang w:val="hy-AM"/>
        </w:rPr>
        <w:softHyphen/>
        <w:t>քերով</w:t>
      </w:r>
      <w:bookmarkEnd w:id="27"/>
      <w:r w:rsidRPr="00A702E8">
        <w:rPr>
          <w:rFonts w:ascii="GHEA Grapalat" w:hAnsi="GHEA Grapalat" w:cs="Segoe UI"/>
          <w:color w:val="000000" w:themeColor="text1"/>
          <w:lang w:val="hy-AM"/>
        </w:rPr>
        <w:t>:</w:t>
      </w:r>
      <w:bookmarkEnd w:id="28"/>
    </w:p>
    <w:p w14:paraId="75C9E76D" w14:textId="77777777" w:rsidR="009A0AC0" w:rsidRPr="00A702E8" w:rsidRDefault="009A0AC0" w:rsidP="00F838C5">
      <w:pPr>
        <w:numPr>
          <w:ilvl w:val="1"/>
          <w:numId w:val="45"/>
        </w:numPr>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b/>
          <w:bCs/>
          <w:color w:val="000000" w:themeColor="text1"/>
          <w:lang w:val="hy-AM"/>
        </w:rPr>
        <w:t>Աշկերտը պարտավոր է</w:t>
      </w:r>
      <w:r w:rsidRPr="00A702E8">
        <w:rPr>
          <w:rFonts w:ascii="GHEA Grapalat" w:hAnsi="GHEA Grapalat" w:cs="Segoe UI"/>
          <w:color w:val="000000" w:themeColor="text1"/>
        </w:rPr>
        <w:t>.</w:t>
      </w:r>
    </w:p>
    <w:p w14:paraId="5DC02A9F" w14:textId="77777777" w:rsidR="009A0AC0" w:rsidRPr="00A702E8"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Պայմանագրին և Ծրագրին համապատասխան մասնակցել գործնական աշխա</w:t>
      </w:r>
      <w:r w:rsidRPr="00A702E8">
        <w:rPr>
          <w:rFonts w:ascii="GHEA Grapalat" w:hAnsi="GHEA Grapalat" w:cs="Segoe UI"/>
          <w:color w:val="000000" w:themeColor="text1"/>
          <w:lang w:val="hy-AM"/>
        </w:rPr>
        <w:softHyphen/>
        <w:t xml:space="preserve">տանքային ուսուցմանը և պատշաճ կարգով կատարել գործնական աշխատանքային ուսուցման ընթացքում տրված հանձնարարականները, </w:t>
      </w:r>
    </w:p>
    <w:p w14:paraId="302FF080" w14:textId="77777777" w:rsidR="009A0AC0" w:rsidRPr="00A702E8"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Պայմանագրի կատարման շրջանակներում անմիջականորեն ենթարկվել Հրահանգչին,</w:t>
      </w:r>
    </w:p>
    <w:p w14:paraId="3A2A3711" w14:textId="77777777" w:rsidR="009A0AC0" w:rsidRPr="00A702E8"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ենթարկվել Գործատուի ներքին իրավական ակտերին, այդ թվում՝ կարգապահական կանոններին, առողջության պահպանմանը և անվտանգության ապահովմանը վերաբերող այլ իրավական ակտերի պահանջներին,</w:t>
      </w:r>
    </w:p>
    <w:p w14:paraId="008F557B" w14:textId="77777777" w:rsidR="009A0AC0" w:rsidRPr="00A702E8"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Գործատուի պահանջով վերջինիս կողմից սահմանված ժամկետում կամ նման ժամ</w:t>
      </w:r>
      <w:r w:rsidRPr="00A702E8">
        <w:rPr>
          <w:rFonts w:ascii="GHEA Grapalat" w:hAnsi="GHEA Grapalat" w:cs="Segoe UI"/>
          <w:color w:val="000000" w:themeColor="text1"/>
          <w:lang w:val="hy-AM"/>
        </w:rPr>
        <w:softHyphen/>
        <w:t>կետ սահմանված չլինելու դեպքում՝ ողջամիտ ժամկետում, վերացնել գործնական աշխա</w:t>
      </w:r>
      <w:r w:rsidRPr="00A702E8">
        <w:rPr>
          <w:rFonts w:ascii="GHEA Grapalat" w:hAnsi="GHEA Grapalat" w:cs="Segoe UI"/>
          <w:color w:val="000000" w:themeColor="text1"/>
          <w:lang w:val="hy-AM"/>
        </w:rPr>
        <w:softHyphen/>
        <w:t>տանքային ուսուցման ընթացքում թույլ տված խախտումները,</w:t>
      </w:r>
    </w:p>
    <w:p w14:paraId="15CEFC0B" w14:textId="46F11518" w:rsidR="009A0AC0" w:rsidRPr="00A702E8"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lastRenderedPageBreak/>
        <w:t xml:space="preserve">բարեխղճորեն վերաբերվել Գործատուի գույքին և տեխնիկական միջոցներին, իսկ </w:t>
      </w:r>
      <w:r w:rsidR="003A3A54" w:rsidRPr="00A702E8">
        <w:rPr>
          <w:rFonts w:ascii="GHEA Grapalat" w:hAnsi="GHEA Grapalat" w:cs="Segoe UI"/>
          <w:color w:val="000000" w:themeColor="text1"/>
          <w:lang w:val="hy-AM"/>
        </w:rPr>
        <w:t>Պ</w:t>
      </w:r>
      <w:r w:rsidRPr="00A702E8">
        <w:rPr>
          <w:rFonts w:ascii="GHEA Grapalat" w:hAnsi="GHEA Grapalat" w:cs="Segoe UI"/>
          <w:color w:val="000000" w:themeColor="text1"/>
          <w:lang w:val="hy-AM"/>
        </w:rPr>
        <w:t xml:space="preserve">այմանագրի </w:t>
      </w:r>
      <w:r w:rsidRPr="00A702E8">
        <w:rPr>
          <w:rFonts w:ascii="GHEA Grapalat" w:hAnsi="GHEA Grapalat" w:cs="Segoe UI"/>
          <w:color w:val="000000" w:themeColor="text1"/>
          <w:lang w:val="hy-AM"/>
        </w:rPr>
        <w:fldChar w:fldCharType="begin"/>
      </w:r>
      <w:r w:rsidRPr="00A702E8">
        <w:rPr>
          <w:rFonts w:ascii="GHEA Grapalat" w:hAnsi="GHEA Grapalat" w:cs="Segoe UI"/>
          <w:color w:val="000000" w:themeColor="text1"/>
          <w:lang w:val="hy-AM"/>
        </w:rPr>
        <w:instrText xml:space="preserve"> REF _Ref223039175 \r \h  \* MERGEFORMAT </w:instrText>
      </w:r>
      <w:r w:rsidRPr="00A702E8">
        <w:rPr>
          <w:rFonts w:ascii="GHEA Grapalat" w:hAnsi="GHEA Grapalat" w:cs="Segoe UI"/>
          <w:color w:val="000000" w:themeColor="text1"/>
          <w:lang w:val="hy-AM"/>
        </w:rPr>
      </w:r>
      <w:r w:rsidRPr="00A702E8">
        <w:rPr>
          <w:rFonts w:ascii="GHEA Grapalat" w:hAnsi="GHEA Grapalat" w:cs="Segoe UI"/>
          <w:color w:val="000000" w:themeColor="text1"/>
          <w:lang w:val="hy-AM"/>
        </w:rPr>
        <w:fldChar w:fldCharType="separate"/>
      </w:r>
      <w:r w:rsidR="00D174FB" w:rsidRPr="00A702E8">
        <w:rPr>
          <w:rFonts w:ascii="GHEA Grapalat" w:hAnsi="GHEA Grapalat" w:cs="Segoe UI"/>
          <w:color w:val="000000" w:themeColor="text1"/>
          <w:lang w:val="hy-AM"/>
        </w:rPr>
        <w:t>2.2.5</w:t>
      </w:r>
      <w:r w:rsidRPr="00A702E8">
        <w:rPr>
          <w:rFonts w:ascii="GHEA Grapalat" w:hAnsi="GHEA Grapalat" w:cs="Segoe UI"/>
          <w:color w:val="000000" w:themeColor="text1"/>
          <w:lang w:val="hy-AM"/>
        </w:rPr>
        <w:fldChar w:fldCharType="end"/>
      </w:r>
      <w:r w:rsidRPr="00A702E8">
        <w:rPr>
          <w:rFonts w:ascii="GHEA Grapalat" w:hAnsi="GHEA Grapalat" w:cs="Segoe UI"/>
          <w:color w:val="000000" w:themeColor="text1"/>
          <w:lang w:val="hy-AM"/>
        </w:rPr>
        <w:fldChar w:fldCharType="begin"/>
      </w:r>
      <w:r w:rsidRPr="00A702E8">
        <w:rPr>
          <w:rFonts w:ascii="GHEA Grapalat" w:hAnsi="GHEA Grapalat" w:cs="Segoe UI"/>
          <w:color w:val="000000" w:themeColor="text1"/>
          <w:lang w:val="hy-AM"/>
        </w:rPr>
        <w:instrText xml:space="preserve"> REF _Ref150157491 \r \h  \* MERGEFORMAT </w:instrText>
      </w:r>
      <w:r w:rsidRPr="00A702E8">
        <w:rPr>
          <w:rFonts w:ascii="GHEA Grapalat" w:hAnsi="GHEA Grapalat" w:cs="Segoe UI"/>
          <w:color w:val="000000" w:themeColor="text1"/>
          <w:lang w:val="hy-AM"/>
        </w:rPr>
      </w:r>
      <w:r w:rsidRPr="00A702E8">
        <w:rPr>
          <w:rFonts w:ascii="GHEA Grapalat" w:hAnsi="GHEA Grapalat" w:cs="Segoe UI"/>
          <w:color w:val="000000" w:themeColor="text1"/>
          <w:lang w:val="hy-AM"/>
        </w:rPr>
        <w:fldChar w:fldCharType="separate"/>
      </w:r>
      <w:r w:rsidR="00A40F42" w:rsidRPr="00A702E8">
        <w:rPr>
          <w:rFonts w:ascii="GHEA Grapalat" w:hAnsi="GHEA Grapalat" w:cs="Segoe UI"/>
          <w:color w:val="000000" w:themeColor="text1"/>
          <w:lang w:val="hy-AM"/>
        </w:rPr>
        <w:t>-րդ</w:t>
      </w:r>
      <w:r w:rsidRPr="00A702E8">
        <w:rPr>
          <w:rFonts w:ascii="GHEA Grapalat" w:hAnsi="GHEA Grapalat" w:cs="Segoe UI"/>
          <w:color w:val="000000" w:themeColor="text1"/>
          <w:lang w:val="hy-AM"/>
        </w:rPr>
        <w:fldChar w:fldCharType="end"/>
      </w:r>
      <w:r w:rsidR="00A40F42" w:rsidRPr="00A702E8">
        <w:rPr>
          <w:rFonts w:ascii="GHEA Grapalat" w:hAnsi="GHEA Grapalat" w:cs="Segoe UI"/>
          <w:color w:val="000000" w:themeColor="text1"/>
          <w:lang w:val="hy-AM"/>
        </w:rPr>
        <w:t xml:space="preserve"> </w:t>
      </w:r>
      <w:r w:rsidRPr="00A702E8">
        <w:rPr>
          <w:rFonts w:ascii="GHEA Grapalat" w:hAnsi="GHEA Grapalat" w:cs="Segoe UI"/>
          <w:color w:val="000000" w:themeColor="text1"/>
          <w:lang w:val="hy-AM"/>
        </w:rPr>
        <w:t xml:space="preserve"> կետով նախատեսված դեպքում կրել պատասխանա</w:t>
      </w:r>
      <w:r w:rsidRPr="00A702E8">
        <w:rPr>
          <w:rFonts w:ascii="GHEA Grapalat" w:hAnsi="GHEA Grapalat" w:cs="Segoe UI"/>
          <w:color w:val="000000" w:themeColor="text1"/>
          <w:lang w:val="hy-AM"/>
        </w:rPr>
        <w:softHyphen/>
        <w:t>տվություն իր մեղքով Գործատուին պատճառած վնասի համար,</w:t>
      </w:r>
    </w:p>
    <w:p w14:paraId="40A7F9DB" w14:textId="77777777" w:rsidR="009A0AC0" w:rsidRPr="00A702E8"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պահպանել գործնական աշխատանքային ուսուցման ընթացքում իրեն հայտնի դարձած՝ Գործատուի ծառայողական կամ առևտրային գաղտնիք հանդիսացող տեղեկությունները և որևէ եղանակով դրանք չբացահայտել երրորդ անձանց, </w:t>
      </w:r>
    </w:p>
    <w:p w14:paraId="07290CF5" w14:textId="77777777" w:rsidR="009A0AC0" w:rsidRPr="00A702E8"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պատշաճ կարգով լրացնել գործնական աշխատանքային ուսուցման օրագիրը։  </w:t>
      </w:r>
    </w:p>
    <w:p w14:paraId="4CE2CC40" w14:textId="77777777" w:rsidR="009A0AC0" w:rsidRPr="00A702E8" w:rsidRDefault="009A0AC0" w:rsidP="00F838C5">
      <w:pPr>
        <w:numPr>
          <w:ilvl w:val="1"/>
          <w:numId w:val="45"/>
        </w:numPr>
        <w:spacing w:before="120" w:after="120" w:line="276" w:lineRule="auto"/>
        <w:ind w:left="720" w:hanging="720"/>
        <w:jc w:val="both"/>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Աշկերտն իրավունք ունի</w:t>
      </w:r>
      <w:r w:rsidRPr="00A702E8">
        <w:rPr>
          <w:rFonts w:ascii="GHEA Grapalat" w:hAnsi="GHEA Grapalat" w:cs="Segoe UI"/>
          <w:b/>
          <w:bCs/>
          <w:color w:val="000000" w:themeColor="text1"/>
        </w:rPr>
        <w:t>.</w:t>
      </w:r>
    </w:p>
    <w:p w14:paraId="33C28466" w14:textId="77777777" w:rsidR="009A0AC0" w:rsidRPr="00A702E8"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օգտվել ՀՀ աշխատանքային օրենսդրությամբ և Գործատուի ներքին իրավական ակտերով սահմանված աշխատողի բոլոր իրավունքներից,</w:t>
      </w:r>
    </w:p>
    <w:p w14:paraId="485E0C07" w14:textId="77777777" w:rsidR="009A0AC0" w:rsidRPr="00A702E8"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Գործատուից պահանջել գործնական աշխատանքային ուսուցման համար անհրաժեշտ պայմանների ապահովում,</w:t>
      </w:r>
    </w:p>
    <w:p w14:paraId="5B00539D" w14:textId="77777777" w:rsidR="009A0AC0" w:rsidRPr="00A702E8"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Գործատուից պահանջել</w:t>
      </w:r>
      <w:r w:rsidRPr="00A702E8" w:rsidDel="00BC36EF">
        <w:rPr>
          <w:rFonts w:ascii="GHEA Grapalat" w:hAnsi="GHEA Grapalat" w:cs="Segoe UI"/>
          <w:color w:val="000000" w:themeColor="text1"/>
          <w:lang w:val="hy-AM"/>
        </w:rPr>
        <w:t xml:space="preserve"> </w:t>
      </w:r>
      <w:r w:rsidRPr="00A702E8">
        <w:rPr>
          <w:rFonts w:ascii="GHEA Grapalat" w:hAnsi="GHEA Grapalat" w:cs="Segoe UI"/>
          <w:color w:val="000000" w:themeColor="text1"/>
          <w:lang w:val="hy-AM"/>
        </w:rPr>
        <w:t>ԳԱՈՒ-ն կազմակերպել պատշաճ կարգով՝ գործնական աշխատանքային ուսուցման մոդուլային ծրագրին համապատասխան,</w:t>
      </w:r>
    </w:p>
    <w:p w14:paraId="36949D88" w14:textId="77777777" w:rsidR="009A0AC0" w:rsidRPr="00A702E8"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bookmarkStart w:id="29" w:name="_Hlk152756076"/>
      <w:r w:rsidRPr="00A702E8">
        <w:rPr>
          <w:rFonts w:ascii="GHEA Grapalat" w:hAnsi="GHEA Grapalat" w:cs="Segoe UI"/>
          <w:color w:val="000000" w:themeColor="text1"/>
          <w:lang w:val="hy-AM"/>
        </w:rPr>
        <w:t>գործնական աշխատանքային ուսուցման հետ կապված պարզաբանումներ և խորհրդատվություն ստանալ Հրահանգչից,</w:t>
      </w:r>
    </w:p>
    <w:bookmarkEnd w:id="29"/>
    <w:p w14:paraId="7E6C28AB" w14:textId="77777777" w:rsidR="009A0AC0" w:rsidRPr="00A702E8"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ստանալ Պայմանագրով սահմանված աշխատավարձ,</w:t>
      </w:r>
    </w:p>
    <w:p w14:paraId="16612627" w14:textId="77777777" w:rsidR="009A0AC0" w:rsidRPr="00A702E8"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մասնակցել (ընդգրկվել) մասնագիտական ոլորտի կամ համապետական նշանակության միջոցառումներին, իր ուսումնառած ծրագրին առնչվող կրթական ծրագրերին, մրցույթներին, փառատոններին և այլ ակադեմիական միջոցառումներին՝ համաձայն լիազոր մարմնի սահմանած կարգի։ Նշված դեպքերում Աշկերտի՝ գործնական աշխատանքային ուսուցման ծրագրով սահմանված վերջնարդյունքները լրացվում են Կողմերի համաձայնությամբ սահմանված կարգով և պայմաններում։</w:t>
      </w:r>
    </w:p>
    <w:p w14:paraId="28016DBA" w14:textId="77777777" w:rsidR="009A0AC0" w:rsidRPr="00A702E8" w:rsidRDefault="009A0AC0" w:rsidP="00F838C5">
      <w:pPr>
        <w:pStyle w:val="ListParagraph"/>
        <w:numPr>
          <w:ilvl w:val="1"/>
          <w:numId w:val="45"/>
        </w:numPr>
        <w:spacing w:before="120" w:after="120" w:line="276" w:lineRule="auto"/>
        <w:ind w:left="720" w:hanging="720"/>
        <w:contextualSpacing w:val="0"/>
        <w:rPr>
          <w:rFonts w:ascii="GHEA Grapalat" w:hAnsi="GHEA Grapalat" w:cs="Segoe UI"/>
          <w:b/>
          <w:bCs/>
          <w:color w:val="000000" w:themeColor="text1"/>
          <w:lang w:val="hy-AM"/>
        </w:rPr>
      </w:pPr>
      <w:r w:rsidRPr="00A702E8">
        <w:rPr>
          <w:rFonts w:ascii="GHEA Grapalat" w:hAnsi="GHEA Grapalat" w:cs="Segoe UI"/>
          <w:b/>
          <w:bCs/>
          <w:color w:val="000000" w:themeColor="text1"/>
          <w:lang w:val="hy-AM"/>
        </w:rPr>
        <w:t>Այլ պարտավորություններ.</w:t>
      </w:r>
    </w:p>
    <w:p w14:paraId="59DB3DF4" w14:textId="77777777" w:rsidR="009A0AC0" w:rsidRPr="00A702E8" w:rsidRDefault="009A0AC0" w:rsidP="00F838C5">
      <w:pPr>
        <w:pStyle w:val="ListParagraph"/>
        <w:numPr>
          <w:ilvl w:val="2"/>
          <w:numId w:val="45"/>
        </w:numPr>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 xml:space="preserve">Գործատուն և ՄՈՒՀ-ը Աշկերտի գործնական աշխատանքային ուսուցման հետ կապված ստորև բերված հարցերը, ներառյալ՝ այդ առնչությամբ իրենց ֆինանսական պարտավորությունները և միջոցների բաշխման հարցերը կարգավորում են Համագործակցության պայմանագրով ձեռք բերված պայմանավորվածությանը համապատասխան՝ </w:t>
      </w:r>
    </w:p>
    <w:p w14:paraId="4AE49B1F" w14:textId="77777777" w:rsidR="009A0AC0" w:rsidRPr="00A702E8" w:rsidRDefault="009A0AC0" w:rsidP="00F838C5">
      <w:pPr>
        <w:pStyle w:val="ListParagraph"/>
        <w:numPr>
          <w:ilvl w:val="3"/>
          <w:numId w:val="45"/>
        </w:numPr>
        <w:tabs>
          <w:tab w:val="left" w:pos="810"/>
          <w:tab w:val="left" w:pos="1890"/>
        </w:tabs>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մինչև աշխատանքի անցնելն Աշկերտի պարտադիր նախնական և պարբերական բժշկական զննություն անցնելու հարցը,</w:t>
      </w:r>
    </w:p>
    <w:p w14:paraId="3F1FDA2A" w14:textId="77777777" w:rsidR="009A0AC0" w:rsidRPr="00A702E8" w:rsidRDefault="009A0AC0" w:rsidP="00F838C5">
      <w:pPr>
        <w:pStyle w:val="ListParagraph"/>
        <w:numPr>
          <w:ilvl w:val="3"/>
          <w:numId w:val="45"/>
        </w:numPr>
        <w:tabs>
          <w:tab w:val="left" w:pos="810"/>
          <w:tab w:val="left" w:pos="2070"/>
        </w:tabs>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աշխատանքի վայրում դժբախտ դեպքերից և մասնագիտական հիվանդություններից Աշկերտի ապահովագրության հարցը,</w:t>
      </w:r>
    </w:p>
    <w:p w14:paraId="4401584C" w14:textId="77777777" w:rsidR="009A0AC0" w:rsidRPr="00A702E8" w:rsidRDefault="009A0AC0" w:rsidP="00F838C5">
      <w:pPr>
        <w:pStyle w:val="ListParagraph"/>
        <w:numPr>
          <w:ilvl w:val="3"/>
          <w:numId w:val="45"/>
        </w:numPr>
        <w:tabs>
          <w:tab w:val="left" w:pos="810"/>
          <w:tab w:val="left" w:pos="1980"/>
        </w:tabs>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Աշկերտին Պայմանագրով նախատեսված աշխատավայր տեղափոխելու և  կեցության հետ կապված հարցերը</w:t>
      </w:r>
      <w:r w:rsidRPr="00A702E8">
        <w:rPr>
          <w:rStyle w:val="FootnoteReference"/>
          <w:rFonts w:ascii="GHEA Grapalat" w:hAnsi="GHEA Grapalat" w:cs="Segoe UI"/>
          <w:color w:val="000000" w:themeColor="text1"/>
          <w:lang w:val="hy-AM"/>
        </w:rPr>
        <w:footnoteReference w:id="24"/>
      </w:r>
      <w:r w:rsidRPr="00A702E8">
        <w:rPr>
          <w:rFonts w:ascii="GHEA Grapalat" w:hAnsi="GHEA Grapalat" w:cs="Segoe UI"/>
          <w:color w:val="000000" w:themeColor="text1"/>
          <w:lang w:val="hy-AM"/>
        </w:rPr>
        <w:t>,</w:t>
      </w:r>
    </w:p>
    <w:p w14:paraId="02A529B0" w14:textId="77777777" w:rsidR="009A0AC0" w:rsidRPr="00A702E8" w:rsidRDefault="009A0AC0" w:rsidP="00F838C5">
      <w:pPr>
        <w:pStyle w:val="ListParagraph"/>
        <w:numPr>
          <w:ilvl w:val="3"/>
          <w:numId w:val="45"/>
        </w:numPr>
        <w:tabs>
          <w:tab w:val="left" w:pos="810"/>
        </w:tabs>
        <w:spacing w:before="120" w:after="120" w:line="276" w:lineRule="auto"/>
        <w:ind w:left="720" w:hanging="720"/>
        <w:contextualSpacing w:val="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lastRenderedPageBreak/>
        <w:t>Աշկերտի գործնական աշխատանքային ուսուցման կազմակերպման հետ կապված այլ հարցերը։</w:t>
      </w:r>
    </w:p>
    <w:p w14:paraId="153D02C2" w14:textId="77777777" w:rsidR="009A0AC0" w:rsidRPr="00A702E8" w:rsidRDefault="009A0AC0" w:rsidP="00F838C5">
      <w:pPr>
        <w:pStyle w:val="Heading1"/>
        <w:numPr>
          <w:ilvl w:val="0"/>
          <w:numId w:val="45"/>
        </w:numPr>
        <w:spacing w:before="240" w:after="120" w:line="276" w:lineRule="auto"/>
        <w:ind w:left="720" w:hanging="720"/>
        <w:rPr>
          <w:rFonts w:ascii="GHEA Grapalat" w:hAnsi="GHEA Grapalat"/>
          <w:color w:val="000000" w:themeColor="text1"/>
          <w:szCs w:val="22"/>
          <w:lang w:val="hy-AM"/>
        </w:rPr>
      </w:pPr>
      <w:r w:rsidRPr="00A702E8">
        <w:rPr>
          <w:rFonts w:ascii="GHEA Grapalat" w:hAnsi="GHEA Grapalat"/>
          <w:color w:val="000000" w:themeColor="text1"/>
          <w:szCs w:val="22"/>
          <w:lang w:val="hy-AM"/>
        </w:rPr>
        <w:t>ԱՇԿԵՐՏԻ ՎԱՐՁԱՏՐՈՒԹՅՈՒՆԸ ԵՎ ՎՃԱՐՄԱՆ ԿԱՐԳԸ</w:t>
      </w:r>
    </w:p>
    <w:p w14:paraId="609F7A55" w14:textId="77777777" w:rsidR="009A0AC0" w:rsidRPr="00A702E8" w:rsidRDefault="009A0AC0" w:rsidP="00F838C5">
      <w:pPr>
        <w:numPr>
          <w:ilvl w:val="1"/>
          <w:numId w:val="45"/>
        </w:numPr>
        <w:spacing w:before="120" w:after="120" w:line="276" w:lineRule="auto"/>
        <w:ind w:left="720" w:hanging="720"/>
        <w:jc w:val="both"/>
        <w:rPr>
          <w:rFonts w:ascii="GHEA Grapalat" w:hAnsi="GHEA Grapalat" w:cs="Segoe UI"/>
          <w:i/>
          <w:iCs/>
          <w:color w:val="000000" w:themeColor="text1"/>
          <w:lang w:val="hy-AM"/>
        </w:rPr>
      </w:pPr>
      <w:bookmarkStart w:id="30" w:name="_Hlk150157856"/>
      <w:r w:rsidRPr="00A702E8">
        <w:rPr>
          <w:rFonts w:ascii="GHEA Grapalat" w:hAnsi="GHEA Grapalat" w:cs="Segoe UI"/>
          <w:color w:val="000000" w:themeColor="text1"/>
          <w:lang w:val="hy-AM"/>
        </w:rPr>
        <w:t>Ա</w:t>
      </w:r>
      <w:bookmarkEnd w:id="30"/>
      <w:r w:rsidRPr="00A702E8">
        <w:rPr>
          <w:rFonts w:ascii="GHEA Grapalat" w:hAnsi="GHEA Grapalat" w:cs="Segoe UI"/>
          <w:color w:val="000000" w:themeColor="text1"/>
          <w:lang w:val="hy-AM"/>
        </w:rPr>
        <w:t>շկերտի համար սահմանվում է աշխատավարձ</w:t>
      </w:r>
      <w:r w:rsidRPr="00A702E8">
        <w:rPr>
          <w:rStyle w:val="FootnoteReference"/>
          <w:rFonts w:ascii="GHEA Grapalat" w:hAnsi="GHEA Grapalat" w:cs="Segoe UI"/>
          <w:color w:val="000000" w:themeColor="text1"/>
          <w:lang w:val="hy-AM"/>
        </w:rPr>
        <w:footnoteReference w:id="25"/>
      </w:r>
      <w:r w:rsidRPr="00A702E8">
        <w:rPr>
          <w:rFonts w:ascii="GHEA Grapalat" w:hAnsi="GHEA Grapalat" w:cs="Segoe UI"/>
          <w:color w:val="000000" w:themeColor="text1"/>
          <w:lang w:val="hy-AM"/>
        </w:rPr>
        <w:t>, որը որոշվում է ժամավճարով</w:t>
      </w:r>
      <w:r w:rsidRPr="00A702E8">
        <w:rPr>
          <w:rStyle w:val="FootnoteReference"/>
          <w:rFonts w:ascii="GHEA Grapalat" w:hAnsi="GHEA Grapalat" w:cs="Segoe UI"/>
          <w:color w:val="000000" w:themeColor="text1"/>
          <w:lang w:val="hy-AM"/>
        </w:rPr>
        <w:footnoteReference w:id="26"/>
      </w:r>
      <w:r w:rsidRPr="00A702E8">
        <w:rPr>
          <w:rFonts w:ascii="GHEA Grapalat" w:hAnsi="GHEA Grapalat" w:cs="Segoe UI"/>
          <w:color w:val="000000" w:themeColor="text1"/>
          <w:lang w:val="hy-AM"/>
        </w:rPr>
        <w:t xml:space="preserve">  [___] ՀՀ դրամ փաստացի կատարված 1 ժամ աշխատանքի դիմաց (ներառում է աշխատավարձից վճարվող հարկերը, սոցիալական կամ օրենքով նախատեսված պարտադիր այլ վճարները): Ժամավճարի չափը չի կարող պակաս լինել ՀՀ օրենսդրությամբ սահմանված նվազագույն չափից (նշված չափի մեջ չեն ներառվում աշխատավարձից վճարվող հարկերը, սոցիալական կամ օրենքով սահմանված պարտադիր այլ վճարները, հավելումները, հավելավճարները, պարգևատրումները և լրավճարները):</w:t>
      </w:r>
      <w:r w:rsidRPr="00A702E8" w:rsidDel="00DD1128">
        <w:rPr>
          <w:rFonts w:ascii="GHEA Grapalat" w:hAnsi="GHEA Grapalat" w:cs="Segoe UI"/>
          <w:color w:val="000000" w:themeColor="text1"/>
          <w:lang w:val="hy-AM"/>
        </w:rPr>
        <w:t xml:space="preserve"> </w:t>
      </w:r>
    </w:p>
    <w:p w14:paraId="61250603" w14:textId="77777777" w:rsidR="009A0AC0" w:rsidRPr="00447437" w:rsidRDefault="009A0AC0" w:rsidP="00F838C5">
      <w:pPr>
        <w:numPr>
          <w:ilvl w:val="1"/>
          <w:numId w:val="45"/>
        </w:numPr>
        <w:spacing w:before="120" w:after="120" w:line="276" w:lineRule="auto"/>
        <w:ind w:left="720" w:hanging="720"/>
        <w:jc w:val="both"/>
        <w:rPr>
          <w:rFonts w:ascii="GHEA Grapalat" w:hAnsi="GHEA Grapalat" w:cs="Segoe UI"/>
          <w:color w:val="000000" w:themeColor="text1"/>
          <w:lang w:val="hy-AM"/>
        </w:rPr>
      </w:pPr>
      <w:r w:rsidRPr="00A702E8">
        <w:rPr>
          <w:rFonts w:ascii="GHEA Grapalat" w:hAnsi="GHEA Grapalat" w:cs="Segoe UI"/>
          <w:color w:val="000000" w:themeColor="text1"/>
          <w:lang w:val="hy-AM"/>
        </w:rPr>
        <w:t>Աշխատավարձը յուրաքանչյուր ամիս հաշվարկվում և աշխատանքային օրերին վճարվում է աշխատողին ամսական առնվազն մեկ անգամ` մինչև հաջորդ ամսվա 15-ը: Աշխատավարձի հաշվարկման համար հիմք են հանդիսանում Գործատուի կողմից Աշկերտի օրական և շաբաթական աշխատաժամանակի հաշվառման վերաբերյալ տվյալները։ Աշխատավարձը վճարվում է Հայաստանի Հանրապետության արժույթո</w:t>
      </w:r>
      <w:r w:rsidRPr="00447437">
        <w:rPr>
          <w:rFonts w:ascii="GHEA Grapalat" w:hAnsi="GHEA Grapalat" w:cs="Segoe UI"/>
          <w:color w:val="000000" w:themeColor="text1"/>
          <w:lang w:val="hy-AM"/>
        </w:rPr>
        <w:t xml:space="preserve">վ՝ անկանխիկ ձևով՝ փոխանցելով Աշկերտի հաշվեհամարին: </w:t>
      </w:r>
    </w:p>
    <w:p w14:paraId="646499F3" w14:textId="77777777" w:rsidR="009A0AC0" w:rsidRPr="00447437" w:rsidRDefault="009A0AC0" w:rsidP="00F838C5">
      <w:pPr>
        <w:numPr>
          <w:ilvl w:val="1"/>
          <w:numId w:val="45"/>
        </w:numPr>
        <w:spacing w:before="120" w:after="12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 xml:space="preserve">Գործնական աշխատանքային ուսուցման ընթացքում Գործատուի հանձնարարության կատարման հետ կապված Աշկերտի կատարած փաստացի ծախսերը փոխհատուցվում են Գործատուի կողմից՝ ծախսը հաստատող փաստաթղթերի հիման վրա: </w:t>
      </w:r>
    </w:p>
    <w:p w14:paraId="0272D899" w14:textId="77777777" w:rsidR="009A0AC0" w:rsidRPr="00447437" w:rsidRDefault="009A0AC0" w:rsidP="00F838C5">
      <w:pPr>
        <w:pStyle w:val="Heading1"/>
        <w:numPr>
          <w:ilvl w:val="0"/>
          <w:numId w:val="45"/>
        </w:numPr>
        <w:spacing w:before="240" w:after="120" w:line="276" w:lineRule="auto"/>
        <w:ind w:left="720" w:hanging="720"/>
        <w:rPr>
          <w:rFonts w:ascii="GHEA Grapalat" w:hAnsi="GHEA Grapalat"/>
          <w:color w:val="000000" w:themeColor="text1"/>
          <w:szCs w:val="22"/>
          <w:lang w:val="hy-AM"/>
        </w:rPr>
      </w:pPr>
      <w:r w:rsidRPr="00447437">
        <w:rPr>
          <w:rFonts w:ascii="GHEA Grapalat" w:hAnsi="GHEA Grapalat"/>
          <w:color w:val="000000" w:themeColor="text1"/>
          <w:szCs w:val="22"/>
          <w:lang w:val="hy-AM"/>
        </w:rPr>
        <w:t xml:space="preserve">ԱՇԱՏԱԺԱՄԱՆԱԿ ԵՎ ՀԱՆԳՍՏԻ ԻՐԱՎՈՒՆՔ </w:t>
      </w:r>
    </w:p>
    <w:p w14:paraId="0AEC067B" w14:textId="77777777" w:rsidR="009A0AC0" w:rsidRPr="00447437" w:rsidRDefault="009A0AC0" w:rsidP="00F838C5">
      <w:pPr>
        <w:numPr>
          <w:ilvl w:val="1"/>
          <w:numId w:val="45"/>
        </w:numPr>
        <w:spacing w:before="120" w:after="120" w:line="276" w:lineRule="auto"/>
        <w:ind w:left="720" w:hanging="720"/>
        <w:jc w:val="both"/>
        <w:rPr>
          <w:rFonts w:ascii="GHEA Grapalat" w:hAnsi="GHEA Grapalat" w:cs="Segoe UI"/>
          <w:color w:val="000000" w:themeColor="text1"/>
          <w:lang w:val="hy-AM"/>
        </w:rPr>
      </w:pPr>
      <w:bookmarkStart w:id="31" w:name="_Ref223025248"/>
      <w:r w:rsidRPr="00447437">
        <w:rPr>
          <w:rFonts w:ascii="GHEA Grapalat" w:hAnsi="GHEA Grapalat" w:cs="Segoe UI"/>
          <w:color w:val="000000" w:themeColor="text1"/>
          <w:lang w:val="hy-AM"/>
        </w:rPr>
        <w:t>Աշկերտի համար սահմանվում է հնգօրյա աշխատանքային շաբաթ՝ երկու հանգստյան օրով:</w:t>
      </w:r>
      <w:bookmarkEnd w:id="31"/>
      <w:r w:rsidRPr="00447437">
        <w:rPr>
          <w:rFonts w:ascii="GHEA Grapalat" w:hAnsi="GHEA Grapalat" w:cs="Segoe UI"/>
          <w:color w:val="000000" w:themeColor="text1"/>
          <w:lang w:val="hy-AM"/>
        </w:rPr>
        <w:t xml:space="preserve"> </w:t>
      </w:r>
    </w:p>
    <w:p w14:paraId="1BC14633" w14:textId="0C9BA6B8" w:rsidR="009A0AC0" w:rsidRPr="00447437" w:rsidRDefault="009A0AC0" w:rsidP="00F838C5">
      <w:pPr>
        <w:numPr>
          <w:ilvl w:val="1"/>
          <w:numId w:val="45"/>
        </w:numPr>
        <w:spacing w:before="120" w:after="12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 xml:space="preserve">Կողմերը հաստատում են, որ այն դեպքերում, երբ Ծրագրով սահմանված է աշխատանքային գրաֆիկ, ապա Աշկերտի համար գործում է Ծրագրով սահմանված գրաֆիկը Պայմանագրի </w:t>
      </w:r>
      <w:r w:rsidRPr="00447437">
        <w:rPr>
          <w:rFonts w:ascii="GHEA Grapalat" w:hAnsi="GHEA Grapalat" w:cs="Segoe UI"/>
          <w:color w:val="000000" w:themeColor="text1"/>
          <w:lang w:val="hy-AM"/>
        </w:rPr>
        <w:fldChar w:fldCharType="begin"/>
      </w:r>
      <w:r w:rsidRPr="00447437">
        <w:rPr>
          <w:rFonts w:ascii="GHEA Grapalat" w:hAnsi="GHEA Grapalat" w:cs="Segoe UI"/>
          <w:color w:val="000000" w:themeColor="text1"/>
          <w:lang w:val="hy-AM"/>
        </w:rPr>
        <w:instrText xml:space="preserve"> REF _Ref223025248 \r \h  \* MERGEFORMAT </w:instrText>
      </w:r>
      <w:r w:rsidRPr="00447437">
        <w:rPr>
          <w:rFonts w:ascii="GHEA Grapalat" w:hAnsi="GHEA Grapalat" w:cs="Segoe UI"/>
          <w:color w:val="000000" w:themeColor="text1"/>
          <w:lang w:val="hy-AM"/>
        </w:rPr>
      </w:r>
      <w:r w:rsidRPr="00447437">
        <w:rPr>
          <w:rFonts w:ascii="GHEA Grapalat" w:hAnsi="GHEA Grapalat" w:cs="Segoe UI"/>
          <w:color w:val="000000" w:themeColor="text1"/>
          <w:lang w:val="hy-AM"/>
        </w:rPr>
        <w:fldChar w:fldCharType="separate"/>
      </w:r>
      <w:r w:rsidR="00D174FB" w:rsidRPr="00447437">
        <w:rPr>
          <w:rFonts w:ascii="GHEA Grapalat" w:hAnsi="GHEA Grapalat" w:cs="Segoe UI"/>
          <w:color w:val="000000" w:themeColor="text1"/>
          <w:lang w:val="hy-AM"/>
        </w:rPr>
        <w:t>4.1</w:t>
      </w:r>
      <w:r w:rsidRPr="00447437">
        <w:rPr>
          <w:rFonts w:ascii="GHEA Grapalat" w:hAnsi="GHEA Grapalat" w:cs="Segoe UI"/>
          <w:color w:val="000000" w:themeColor="text1"/>
          <w:lang w:val="hy-AM"/>
        </w:rPr>
        <w:fldChar w:fldCharType="end"/>
      </w:r>
      <w:r w:rsidR="00C95C69" w:rsidRPr="00447437">
        <w:rPr>
          <w:rFonts w:ascii="GHEA Grapalat" w:hAnsi="GHEA Grapalat" w:cs="Segoe UI"/>
          <w:color w:val="000000" w:themeColor="text1"/>
          <w:lang w:val="hy-AM"/>
        </w:rPr>
        <w:t xml:space="preserve">-րդ </w:t>
      </w:r>
      <w:r w:rsidRPr="00447437">
        <w:rPr>
          <w:rFonts w:ascii="GHEA Grapalat" w:hAnsi="GHEA Grapalat" w:cs="Segoe UI"/>
          <w:color w:val="000000" w:themeColor="text1"/>
          <w:lang w:val="hy-AM"/>
        </w:rPr>
        <w:t>կետով սահմանված գրաֆիկի փոխարեն, պայմանով, որ գրաֆիկը չի կարող գերազանցել հնգօրյա աշխատանքային շաբաթը՝ երկու հանգստյան օրով:</w:t>
      </w:r>
    </w:p>
    <w:p w14:paraId="60AECEC2" w14:textId="77777777" w:rsidR="009A0AC0" w:rsidRPr="00447437" w:rsidRDefault="009A0AC0" w:rsidP="00F838C5">
      <w:pPr>
        <w:numPr>
          <w:ilvl w:val="1"/>
          <w:numId w:val="45"/>
        </w:numPr>
        <w:spacing w:before="120" w:after="12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lastRenderedPageBreak/>
        <w:t>Գործատուն հաստատում է, որ այն դեպքում, երբ Աշկերտը բացակայել է աշխատանքից նույն ժամին ՄՈՒՀ-ում դասընթացներ ունենալու պատճառով, ապա Աշկերտի բացակայությունը համարվում է հարգելի:</w:t>
      </w:r>
    </w:p>
    <w:p w14:paraId="2D3EDAEE" w14:textId="77777777" w:rsidR="009A0AC0" w:rsidRPr="00447437" w:rsidRDefault="009A0AC0" w:rsidP="00F838C5">
      <w:pPr>
        <w:numPr>
          <w:ilvl w:val="1"/>
          <w:numId w:val="45"/>
        </w:numPr>
        <w:spacing w:before="120" w:after="12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Աշկերտի համար սահմանվում է աշխատաժամանակի կրճատ տևողություն՝</w:t>
      </w:r>
      <w:r w:rsidRPr="00447437">
        <w:rPr>
          <w:rStyle w:val="FootnoteReference"/>
          <w:rFonts w:ascii="GHEA Grapalat" w:hAnsi="GHEA Grapalat" w:cs="Segoe UI"/>
          <w:color w:val="000000" w:themeColor="text1"/>
          <w:lang w:val="hy-AM"/>
        </w:rPr>
        <w:footnoteReference w:id="27"/>
      </w:r>
      <w:r w:rsidRPr="00447437">
        <w:rPr>
          <w:rFonts w:ascii="GHEA Grapalat" w:hAnsi="GHEA Grapalat" w:cs="Segoe UI"/>
          <w:color w:val="000000" w:themeColor="text1"/>
          <w:lang w:val="hy-AM"/>
        </w:rPr>
        <w:t xml:space="preserve"> </w:t>
      </w:r>
    </w:p>
    <w:p w14:paraId="5F61B493" w14:textId="77777777" w:rsidR="009A0AC0" w:rsidRPr="00447437" w:rsidRDefault="009A0AC0" w:rsidP="009A0AC0">
      <w:pPr>
        <w:spacing w:before="120" w:after="120" w:line="276" w:lineRule="auto"/>
        <w:ind w:left="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[ա. տասներկուսից մինչև տասնհինգ տարեկան երեխաների համար՝ օրական մինչև չորս ժամ, սակայն շաբաթվա ընթացքում ոչ ավելի, քան տասներկու ժամ՝ պարտադիր կրթության համար սահմանված ժամերից դուրս.</w:t>
      </w:r>
    </w:p>
    <w:p w14:paraId="42595C9F" w14:textId="77777777" w:rsidR="009A0AC0" w:rsidRPr="00447437" w:rsidRDefault="009A0AC0" w:rsidP="009A0AC0">
      <w:pPr>
        <w:spacing w:before="120" w:after="120" w:line="276" w:lineRule="auto"/>
        <w:ind w:left="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բ. ՀՀ աշխատանքային օրենսգրքի 257-րդ հոդվածի 3-րդ մասով նախատեսված աշխատանքներում ներգրավված մինչև տասնութ տարեկան անձանց համար՝ օրական մինչև չորս ժամ, սակայն շաբաթվա ընթացքում ոչ ավելի, քան քսան ժամ.</w:t>
      </w:r>
    </w:p>
    <w:p w14:paraId="794304D8" w14:textId="77777777" w:rsidR="009A0AC0" w:rsidRPr="00447437" w:rsidRDefault="009A0AC0" w:rsidP="009A0AC0">
      <w:pPr>
        <w:spacing w:before="120" w:after="120" w:line="276" w:lineRule="auto"/>
        <w:ind w:left="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գ. տասնհինգից մինչև տասնվեց տարեկան երեխաների համար` շաբաթական մինչև 24 ժամ՝ պարտադիր կրթության համար սահմանված ժամերից դուրս.</w:t>
      </w:r>
    </w:p>
    <w:p w14:paraId="1B1DBE71" w14:textId="77777777" w:rsidR="009A0AC0" w:rsidRPr="00447437" w:rsidRDefault="009A0AC0" w:rsidP="009A0AC0">
      <w:pPr>
        <w:spacing w:before="120" w:after="120" w:line="276" w:lineRule="auto"/>
        <w:ind w:left="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դ. տասնվեցից մինչև տասնութ տարեկանների համար` շաբաթական մինչև 36 ժամ՝ պարտադիր կրթության համար սահմանված ժամերից դուրս]։</w:t>
      </w:r>
    </w:p>
    <w:p w14:paraId="5F1FC526" w14:textId="6C5AC9B0" w:rsidR="009A0AC0" w:rsidRPr="00447437" w:rsidRDefault="009A0AC0" w:rsidP="00F838C5">
      <w:pPr>
        <w:numPr>
          <w:ilvl w:val="1"/>
          <w:numId w:val="45"/>
        </w:numPr>
        <w:spacing w:before="120" w:after="120" w:line="276" w:lineRule="auto"/>
        <w:ind w:left="720" w:hanging="720"/>
        <w:jc w:val="both"/>
        <w:rPr>
          <w:rFonts w:ascii="GHEA Grapalat" w:hAnsi="GHEA Grapalat" w:cs="Segoe UI"/>
          <w:color w:val="000000" w:themeColor="text1"/>
          <w:lang w:val="hy-AM"/>
        </w:rPr>
      </w:pPr>
      <w:bookmarkStart w:id="32" w:name="_Hlk152668992"/>
      <w:r w:rsidRPr="00447437">
        <w:rPr>
          <w:rFonts w:ascii="GHEA Grapalat" w:hAnsi="GHEA Grapalat" w:cs="Segoe UI"/>
          <w:color w:val="000000" w:themeColor="text1"/>
          <w:lang w:val="hy-AM"/>
        </w:rPr>
        <w:t xml:space="preserve">Աշկերտին տրամադրվում է տարեկան 20 աշխատանքային օր ամենամյա վճարովի արձակուրդ՝ ՄՈՒՀ-ի հետ </w:t>
      </w:r>
      <w:r w:rsidR="00C64D03" w:rsidRPr="00447437">
        <w:rPr>
          <w:rFonts w:ascii="GHEA Grapalat" w:hAnsi="GHEA Grapalat" w:cs="Segoe UI"/>
          <w:color w:val="000000" w:themeColor="text1"/>
          <w:lang w:val="hy-AM"/>
        </w:rPr>
        <w:t>Հ</w:t>
      </w:r>
      <w:r w:rsidRPr="00447437">
        <w:rPr>
          <w:rFonts w:ascii="GHEA Grapalat" w:hAnsi="GHEA Grapalat" w:cs="Segoe UI"/>
          <w:color w:val="000000" w:themeColor="text1"/>
          <w:lang w:val="hy-AM"/>
        </w:rPr>
        <w:t xml:space="preserve">ամագործակցության պայմանագրով սահմանված ժամկետներում: </w:t>
      </w:r>
    </w:p>
    <w:bookmarkEnd w:id="32"/>
    <w:p w14:paraId="60DB2350" w14:textId="77777777" w:rsidR="009A0AC0" w:rsidRPr="00447437" w:rsidRDefault="009A0AC0" w:rsidP="00F838C5">
      <w:pPr>
        <w:numPr>
          <w:ilvl w:val="1"/>
          <w:numId w:val="45"/>
        </w:numPr>
        <w:spacing w:before="120" w:after="12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Եթե պայմանագիրը լուծելիս Աշկերտը չի օգտվել ամենամյա արձակուրդի իրավունքից, ապա վերջինիս</w:t>
      </w:r>
      <w:r w:rsidRPr="00447437">
        <w:rPr>
          <w:rFonts w:ascii="GHEA Grapalat" w:hAnsi="GHEA Grapalat" w:cs="Segoe UI"/>
          <w:color w:val="000000" w:themeColor="text1"/>
          <w:shd w:val="clear" w:color="auto" w:fill="FFFFFF"/>
          <w:lang w:val="hy-AM"/>
        </w:rPr>
        <w:t xml:space="preserve"> վճարվում է դրամական հատուցում չօգտագործած արձակուրդի օրերի </w:t>
      </w:r>
      <w:r w:rsidRPr="00447437">
        <w:rPr>
          <w:rFonts w:ascii="GHEA Grapalat" w:hAnsi="GHEA Grapalat" w:cs="Segoe UI"/>
          <w:color w:val="000000" w:themeColor="text1"/>
          <w:lang w:val="hy-AM"/>
        </w:rPr>
        <w:t>համար</w:t>
      </w:r>
      <w:r w:rsidRPr="00447437">
        <w:rPr>
          <w:rFonts w:ascii="GHEA Grapalat" w:hAnsi="GHEA Grapalat" w:cs="Segoe UI"/>
          <w:color w:val="000000" w:themeColor="text1"/>
          <w:shd w:val="clear" w:color="auto" w:fill="FFFFFF"/>
          <w:lang w:val="hy-AM"/>
        </w:rPr>
        <w:t xml:space="preserve">: </w:t>
      </w:r>
    </w:p>
    <w:p w14:paraId="51E68C1A" w14:textId="77777777" w:rsidR="009A0AC0" w:rsidRPr="00447437" w:rsidRDefault="009A0AC0" w:rsidP="00F838C5">
      <w:pPr>
        <w:pStyle w:val="Heading1"/>
        <w:numPr>
          <w:ilvl w:val="0"/>
          <w:numId w:val="45"/>
        </w:numPr>
        <w:spacing w:before="240" w:after="120" w:line="276" w:lineRule="auto"/>
        <w:ind w:left="720" w:hanging="720"/>
        <w:rPr>
          <w:rFonts w:ascii="GHEA Grapalat" w:hAnsi="GHEA Grapalat"/>
          <w:color w:val="000000" w:themeColor="text1"/>
          <w:szCs w:val="22"/>
          <w:lang w:val="hy-AM"/>
        </w:rPr>
      </w:pPr>
      <w:r w:rsidRPr="00447437">
        <w:rPr>
          <w:rFonts w:ascii="GHEA Grapalat" w:hAnsi="GHEA Grapalat"/>
          <w:color w:val="000000" w:themeColor="text1"/>
          <w:szCs w:val="22"/>
          <w:lang w:val="hy-AM"/>
        </w:rPr>
        <w:t>ՊԱՅՄԱՆԱԳՐԻ ԳՈՐԾՈՂՈՒԹՅԱՆ ԺԱՄԿԵՏԸ, ՓՈՓՈԽՈՒԹՅՈՒՆՆԵՐ ԵՎ ԼՐԱՑՈՒՄՆԵՐ ԿԱՏԱՐԵԼՈՒ ԿԱՐԳԸ</w:t>
      </w:r>
    </w:p>
    <w:p w14:paraId="1499ABB2" w14:textId="6BA832BC" w:rsidR="009A0AC0" w:rsidRPr="00447437" w:rsidRDefault="009A0AC0" w:rsidP="00F838C5">
      <w:pPr>
        <w:numPr>
          <w:ilvl w:val="1"/>
          <w:numId w:val="45"/>
        </w:numPr>
        <w:spacing w:before="120" w:after="12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Պայմանագիրը գործում է  [</w:t>
      </w:r>
      <w:r w:rsidR="00892FD4" w:rsidRPr="00447437">
        <w:rPr>
          <w:rFonts w:ascii="GHEA Grapalat" w:hAnsi="GHEA Grapalat" w:cs="Segoe UI"/>
          <w:color w:val="000000" w:themeColor="text1"/>
          <w:lang w:val="hy-AM"/>
        </w:rPr>
        <w:t>____________</w:t>
      </w:r>
      <w:r w:rsidRPr="00447437">
        <w:rPr>
          <w:rFonts w:ascii="GHEA Grapalat" w:hAnsi="GHEA Grapalat" w:cs="Segoe UI"/>
          <w:color w:val="000000" w:themeColor="text1"/>
          <w:lang w:val="hy-AM"/>
        </w:rPr>
        <w:t>] ամիս ժամկետով՝ մինչև [</w:t>
      </w:r>
      <w:r w:rsidR="00892FD4" w:rsidRPr="00447437">
        <w:rPr>
          <w:rFonts w:ascii="GHEA Grapalat" w:hAnsi="GHEA Grapalat" w:cs="Segoe UI"/>
          <w:color w:val="000000" w:themeColor="text1"/>
          <w:lang w:val="hy-AM"/>
        </w:rPr>
        <w:t>__________________________</w:t>
      </w:r>
      <w:r w:rsidRPr="00447437">
        <w:rPr>
          <w:rFonts w:ascii="GHEA Grapalat" w:hAnsi="GHEA Grapalat" w:cs="Segoe UI"/>
          <w:color w:val="000000" w:themeColor="text1"/>
          <w:lang w:val="hy-AM"/>
        </w:rPr>
        <w:t xml:space="preserve"> 20</w:t>
      </w:r>
      <w:r w:rsidR="00892FD4" w:rsidRPr="00447437">
        <w:rPr>
          <w:rFonts w:ascii="GHEA Grapalat" w:hAnsi="GHEA Grapalat" w:cs="Segoe UI"/>
          <w:color w:val="000000" w:themeColor="text1"/>
          <w:lang w:val="hy-AM"/>
        </w:rPr>
        <w:t>____</w:t>
      </w:r>
      <w:r w:rsidRPr="00447437">
        <w:rPr>
          <w:rFonts w:ascii="GHEA Grapalat" w:hAnsi="GHEA Grapalat" w:cs="Segoe UI"/>
          <w:color w:val="000000" w:themeColor="text1"/>
          <w:lang w:val="hy-AM"/>
        </w:rPr>
        <w:tab/>
        <w:t xml:space="preserve"> թ.-ը ]: Պայմանագրի գործողության ժամկետը չի կարող գերազանցել ՄՈՒՀ-ում Աշկերտի ուսումնառության ժամանակահատվածը։ </w:t>
      </w:r>
    </w:p>
    <w:p w14:paraId="665C94DE" w14:textId="144EE403" w:rsidR="009A0AC0" w:rsidRPr="00447437" w:rsidRDefault="009A0AC0" w:rsidP="00F838C5">
      <w:pPr>
        <w:numPr>
          <w:ilvl w:val="1"/>
          <w:numId w:val="45"/>
        </w:numPr>
        <w:spacing w:before="120" w:after="12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 xml:space="preserve">Պայմանագրում կատարված փոփոխությունները կամ լրացումներն իրավական ուժ են ստանում, եթե դրանք կատարվել են գրավոր և ստորագրվել Կողմերի կողմից: Կատարված փոփոխությունները կամ լրացումները համարվում են </w:t>
      </w:r>
      <w:r w:rsidR="0079156A" w:rsidRPr="00447437">
        <w:rPr>
          <w:rFonts w:ascii="GHEA Grapalat" w:hAnsi="GHEA Grapalat" w:cs="Segoe UI"/>
          <w:color w:val="000000" w:themeColor="text1"/>
          <w:lang w:val="hy-AM"/>
        </w:rPr>
        <w:t>Պ</w:t>
      </w:r>
      <w:r w:rsidRPr="00447437">
        <w:rPr>
          <w:rFonts w:ascii="GHEA Grapalat" w:hAnsi="GHEA Grapalat" w:cs="Segoe UI"/>
          <w:color w:val="000000" w:themeColor="text1"/>
          <w:lang w:val="hy-AM"/>
        </w:rPr>
        <w:t>այմանագրի անբաժանելի մաս</w:t>
      </w:r>
      <w:r w:rsidRPr="00447437">
        <w:rPr>
          <w:rFonts w:ascii="GHEA Grapalat" w:hAnsi="GHEA Grapalat" w:cs="Segoe UI"/>
          <w:b/>
          <w:bCs/>
          <w:color w:val="000000" w:themeColor="text1"/>
          <w:lang w:val="hy-AM"/>
        </w:rPr>
        <w:t xml:space="preserve">: </w:t>
      </w:r>
    </w:p>
    <w:p w14:paraId="08C7F440" w14:textId="318E0F2C" w:rsidR="009A0AC0" w:rsidRPr="00447437" w:rsidRDefault="009A0AC0" w:rsidP="00F838C5">
      <w:pPr>
        <w:numPr>
          <w:ilvl w:val="1"/>
          <w:numId w:val="45"/>
        </w:numPr>
        <w:spacing w:before="120" w:after="120" w:line="276" w:lineRule="auto"/>
        <w:ind w:left="720" w:hanging="720"/>
        <w:jc w:val="both"/>
        <w:rPr>
          <w:rFonts w:ascii="GHEA Grapalat" w:hAnsi="GHEA Grapalat" w:cs="Segoe UI"/>
          <w:color w:val="000000" w:themeColor="text1"/>
          <w:lang w:val="hy-AM"/>
        </w:rPr>
      </w:pPr>
      <w:bookmarkStart w:id="33" w:name="_Hlk152756162"/>
      <w:r w:rsidRPr="00447437">
        <w:rPr>
          <w:rFonts w:ascii="GHEA Grapalat" w:hAnsi="GHEA Grapalat" w:cs="Segoe UI"/>
          <w:color w:val="000000" w:themeColor="text1"/>
          <w:lang w:val="hy-AM"/>
        </w:rPr>
        <w:t xml:space="preserve">Կողմերը հաստատում են, որ այն դեպքում, երբ Համագործակցության պայմանագրում կատարվել են փոփոխություններ, Կողմերը բարեխղճորեն կվարեն բանակցություններ Պայմանագրում ևս փոփոխությունները արտացոլելու վերաբերյալ: </w:t>
      </w:r>
    </w:p>
    <w:p w14:paraId="79F1E86E" w14:textId="31E8DAC9" w:rsidR="009A0AC0" w:rsidRPr="00447437" w:rsidRDefault="009A0AC0" w:rsidP="00F838C5">
      <w:pPr>
        <w:numPr>
          <w:ilvl w:val="1"/>
          <w:numId w:val="45"/>
        </w:numPr>
        <w:spacing w:before="120" w:after="12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Այն դեպքում, երբ անկանխատեսելի կամ անկանխելի հանգամանքներով պայմանա</w:t>
      </w:r>
      <w:r w:rsidRPr="00447437">
        <w:rPr>
          <w:rFonts w:ascii="GHEA Grapalat" w:hAnsi="GHEA Grapalat" w:cs="Segoe UI"/>
          <w:color w:val="000000" w:themeColor="text1"/>
          <w:lang w:val="hy-AM"/>
        </w:rPr>
        <w:softHyphen/>
        <w:t xml:space="preserve">վորված, անհրաժեշտություն է առաջացել փոփոխել Գործատուի գործունեության բնույթը կամ անհնար է դարձել վերջինիս կողմից Ծրագրի վերջնարդյունքների ապահովումը, կամ </w:t>
      </w:r>
      <w:r w:rsidRPr="00447437">
        <w:rPr>
          <w:rFonts w:ascii="GHEA Grapalat" w:hAnsi="GHEA Grapalat" w:cs="Segoe UI"/>
          <w:color w:val="000000" w:themeColor="text1"/>
          <w:lang w:val="hy-AM"/>
        </w:rPr>
        <w:lastRenderedPageBreak/>
        <w:t>փոփոխվել կամ լուծվել է Համագործակցության պայմանագիրը, Կողմերը պետք է վարեն բանակցություններ Պայմանագիրն ըստ անհրաժեշտության փոփոխելու կամ լուծելու վերաբերյալ:</w:t>
      </w:r>
    </w:p>
    <w:bookmarkEnd w:id="33"/>
    <w:p w14:paraId="506EB21B" w14:textId="77777777" w:rsidR="009A0AC0" w:rsidRPr="00447437" w:rsidRDefault="009A0AC0" w:rsidP="00F838C5">
      <w:pPr>
        <w:numPr>
          <w:ilvl w:val="1"/>
          <w:numId w:val="45"/>
        </w:numPr>
        <w:spacing w:before="120" w:after="12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Կողմերի տարաձայնությունները լուծվում են փոխադարձ համաձայնությամբ կամ ՀՀ օրենսդրությամբ նախատեսված կարգով:</w:t>
      </w:r>
    </w:p>
    <w:p w14:paraId="41B3903F" w14:textId="77777777" w:rsidR="009A0AC0" w:rsidRPr="00447437" w:rsidRDefault="009A0AC0" w:rsidP="00F838C5">
      <w:pPr>
        <w:pStyle w:val="Heading1"/>
        <w:numPr>
          <w:ilvl w:val="0"/>
          <w:numId w:val="45"/>
        </w:numPr>
        <w:spacing w:before="240" w:after="120" w:line="276" w:lineRule="auto"/>
        <w:ind w:left="720" w:hanging="720"/>
        <w:rPr>
          <w:rFonts w:ascii="GHEA Grapalat" w:hAnsi="GHEA Grapalat"/>
          <w:color w:val="000000" w:themeColor="text1"/>
          <w:szCs w:val="22"/>
          <w:lang w:val="hy-AM"/>
        </w:rPr>
      </w:pPr>
      <w:r w:rsidRPr="00447437">
        <w:rPr>
          <w:rFonts w:ascii="GHEA Grapalat" w:hAnsi="GHEA Grapalat"/>
          <w:color w:val="000000" w:themeColor="text1"/>
          <w:szCs w:val="22"/>
          <w:lang w:val="hy-AM"/>
        </w:rPr>
        <w:t>ՊԱՅՄԱՆԱԳՐԻ ԼՈՒԾՄԱՆ ՀԻՄՔԵՐԸ ԵՎ ԿԱՐԳԸ</w:t>
      </w:r>
    </w:p>
    <w:p w14:paraId="20B1A3F2" w14:textId="77777777" w:rsidR="009A0AC0" w:rsidRPr="00447437" w:rsidRDefault="009A0AC0" w:rsidP="00F838C5">
      <w:pPr>
        <w:numPr>
          <w:ilvl w:val="1"/>
          <w:numId w:val="45"/>
        </w:numPr>
        <w:spacing w:before="120" w:after="120" w:line="276" w:lineRule="auto"/>
        <w:ind w:left="720" w:hanging="720"/>
        <w:jc w:val="both"/>
        <w:rPr>
          <w:rFonts w:ascii="GHEA Grapalat" w:hAnsi="GHEA Grapalat" w:cs="Segoe UI"/>
          <w:b/>
          <w:bCs/>
          <w:color w:val="000000" w:themeColor="text1"/>
          <w:lang w:val="hy-AM"/>
        </w:rPr>
      </w:pPr>
      <w:r w:rsidRPr="00447437">
        <w:rPr>
          <w:rFonts w:ascii="GHEA Grapalat" w:hAnsi="GHEA Grapalat" w:cs="Segoe UI"/>
          <w:b/>
          <w:bCs/>
          <w:color w:val="000000" w:themeColor="text1"/>
          <w:lang w:val="hy-AM"/>
        </w:rPr>
        <w:t>Պայմանագիրը լուծվում է՝</w:t>
      </w:r>
    </w:p>
    <w:p w14:paraId="59EB3355" w14:textId="77777777" w:rsidR="009A0AC0" w:rsidRPr="00447437"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ՄՈՒՀ-ում Աշկերտի ուսումնառությունը դադարեցվելու դեպքում,</w:t>
      </w:r>
    </w:p>
    <w:p w14:paraId="2F1D3B77" w14:textId="77777777" w:rsidR="009A0AC0" w:rsidRPr="00447437"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bookmarkStart w:id="34" w:name="_Ref151314574"/>
      <w:r w:rsidRPr="00447437">
        <w:rPr>
          <w:rFonts w:ascii="GHEA Grapalat" w:hAnsi="GHEA Grapalat" w:cs="Segoe UI"/>
          <w:color w:val="000000" w:themeColor="text1"/>
          <w:lang w:val="hy-AM"/>
        </w:rPr>
        <w:t>Պայմանագրի գործողության ժամկետը լրանալու դեպքում,</w:t>
      </w:r>
      <w:bookmarkEnd w:id="34"/>
    </w:p>
    <w:p w14:paraId="0F7F1A2D" w14:textId="77777777" w:rsidR="009A0AC0" w:rsidRPr="00447437"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bookmarkStart w:id="35" w:name="_Ref152155148"/>
      <w:r w:rsidRPr="00447437">
        <w:rPr>
          <w:rFonts w:ascii="GHEA Grapalat" w:hAnsi="GHEA Grapalat" w:cs="Segoe UI"/>
          <w:color w:val="000000" w:themeColor="text1"/>
          <w:lang w:val="hy-AM"/>
        </w:rPr>
        <w:t>Աշկերտի նախաձեռնությամբ,</w:t>
      </w:r>
      <w:bookmarkEnd w:id="35"/>
    </w:p>
    <w:p w14:paraId="1A1BF0F0" w14:textId="5B68CD8D" w:rsidR="009A0AC0" w:rsidRPr="00447437"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 xml:space="preserve">Գործատուի նախաձեռնությամբ՝ ՀՀ օրենսդրությամբ և Պայմանագրի </w:t>
      </w:r>
      <w:r w:rsidRPr="00447437">
        <w:rPr>
          <w:rFonts w:ascii="GHEA Grapalat" w:hAnsi="GHEA Grapalat" w:cs="Segoe UI"/>
          <w:color w:val="000000" w:themeColor="text1"/>
          <w:lang w:val="hy-AM"/>
        </w:rPr>
        <w:fldChar w:fldCharType="begin"/>
      </w:r>
      <w:r w:rsidRPr="00447437">
        <w:rPr>
          <w:rFonts w:ascii="GHEA Grapalat" w:hAnsi="GHEA Grapalat" w:cs="Segoe UI"/>
          <w:color w:val="000000" w:themeColor="text1"/>
          <w:lang w:val="hy-AM"/>
        </w:rPr>
        <w:instrText xml:space="preserve"> REF _Ref150159894 \r \h  \* MERGEFORMAT </w:instrText>
      </w:r>
      <w:r w:rsidRPr="00447437">
        <w:rPr>
          <w:rFonts w:ascii="GHEA Grapalat" w:hAnsi="GHEA Grapalat" w:cs="Segoe UI"/>
          <w:color w:val="000000" w:themeColor="text1"/>
          <w:lang w:val="hy-AM"/>
        </w:rPr>
      </w:r>
      <w:r w:rsidRPr="00447437">
        <w:rPr>
          <w:rFonts w:ascii="GHEA Grapalat" w:hAnsi="GHEA Grapalat" w:cs="Segoe UI"/>
          <w:color w:val="000000" w:themeColor="text1"/>
          <w:lang w:val="hy-AM"/>
        </w:rPr>
        <w:fldChar w:fldCharType="separate"/>
      </w:r>
      <w:r w:rsidR="00D174FB" w:rsidRPr="00447437">
        <w:rPr>
          <w:rFonts w:ascii="GHEA Grapalat" w:hAnsi="GHEA Grapalat" w:cs="Segoe UI"/>
          <w:color w:val="000000" w:themeColor="text1"/>
          <w:lang w:val="hy-AM"/>
        </w:rPr>
        <w:t>6.2</w:t>
      </w:r>
      <w:r w:rsidRPr="00447437">
        <w:rPr>
          <w:rFonts w:ascii="GHEA Grapalat" w:hAnsi="GHEA Grapalat" w:cs="Segoe UI"/>
          <w:color w:val="000000" w:themeColor="text1"/>
          <w:lang w:val="hy-AM"/>
        </w:rPr>
        <w:fldChar w:fldCharType="end"/>
      </w:r>
      <w:r w:rsidR="006D791E" w:rsidRPr="00447437">
        <w:rPr>
          <w:rFonts w:ascii="GHEA Grapalat" w:hAnsi="GHEA Grapalat" w:cs="Segoe UI"/>
          <w:color w:val="000000" w:themeColor="text1"/>
          <w:lang w:val="hy-AM"/>
        </w:rPr>
        <w:t>-րդ</w:t>
      </w:r>
      <w:r w:rsidRPr="00447437">
        <w:rPr>
          <w:rFonts w:ascii="GHEA Grapalat" w:hAnsi="GHEA Grapalat" w:cs="Segoe UI"/>
          <w:color w:val="000000" w:themeColor="text1"/>
          <w:lang w:val="hy-AM"/>
        </w:rPr>
        <w:t xml:space="preserve"> կետով սահմանված կարգով,</w:t>
      </w:r>
    </w:p>
    <w:p w14:paraId="3CF6F0B1" w14:textId="77777777" w:rsidR="009A0AC0" w:rsidRPr="00447437"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օրենքով նախատեսված այլ դեպքերում:</w:t>
      </w:r>
    </w:p>
    <w:p w14:paraId="687C9768" w14:textId="77777777" w:rsidR="009A0AC0" w:rsidRPr="00447437" w:rsidRDefault="009A0AC0" w:rsidP="00F838C5">
      <w:pPr>
        <w:numPr>
          <w:ilvl w:val="1"/>
          <w:numId w:val="45"/>
        </w:numPr>
        <w:spacing w:before="120" w:after="120" w:line="276" w:lineRule="auto"/>
        <w:ind w:left="720" w:hanging="720"/>
        <w:jc w:val="both"/>
        <w:rPr>
          <w:rFonts w:ascii="GHEA Grapalat" w:hAnsi="GHEA Grapalat" w:cs="Segoe UI"/>
          <w:b/>
          <w:bCs/>
          <w:color w:val="000000" w:themeColor="text1"/>
          <w:lang w:val="hy-AM"/>
        </w:rPr>
      </w:pPr>
      <w:bookmarkStart w:id="36" w:name="_Ref150159894"/>
      <w:r w:rsidRPr="00447437">
        <w:rPr>
          <w:rFonts w:ascii="GHEA Grapalat" w:hAnsi="GHEA Grapalat" w:cs="Segoe UI"/>
          <w:b/>
          <w:bCs/>
          <w:color w:val="000000" w:themeColor="text1"/>
          <w:lang w:val="hy-AM"/>
        </w:rPr>
        <w:t>Գործատուի նախաձեռնությամբ Պայմանագիրը կարող է լուծվել՝</w:t>
      </w:r>
      <w:bookmarkEnd w:id="36"/>
    </w:p>
    <w:p w14:paraId="0EC95A35" w14:textId="77777777" w:rsidR="009A0AC0" w:rsidRPr="00447437"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bookmarkStart w:id="37" w:name="_Ref151314640"/>
      <w:r w:rsidRPr="00447437">
        <w:rPr>
          <w:rFonts w:ascii="GHEA Grapalat" w:hAnsi="GHEA Grapalat" w:cs="Segoe UI"/>
          <w:color w:val="000000" w:themeColor="text1"/>
          <w:lang w:val="hy-AM"/>
        </w:rPr>
        <w:t>Գործատուի լուծարման (գործունեության դադարման, պետական հաշվառումից հանվելու) դեպքում,</w:t>
      </w:r>
      <w:bookmarkEnd w:id="37"/>
    </w:p>
    <w:p w14:paraId="5D966C88" w14:textId="77777777" w:rsidR="009A0AC0" w:rsidRPr="00447437"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Աշկերտի կողմից աշխատանքային պայմանագրով կամ ներքին կարգապահական կանոններով իրեն վերապահված պարտականություններն առանց հարգելի պատճառի պարբերաբար չկատարելու դեպքում,</w:t>
      </w:r>
    </w:p>
    <w:p w14:paraId="6ECE8FF8" w14:textId="3B25AE62" w:rsidR="009A0AC0" w:rsidRPr="00447437"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 xml:space="preserve">Աշկերտի նկատմամբ վստահությունը կորցնելու դեպքում, պայմանով որ պահպանվել են ՀՀ օրենսդրությամբ և ՄՈՒՀ-ի հետ կնքված Համագործակցության </w:t>
      </w:r>
      <w:r w:rsidR="003A3A54" w:rsidRPr="00447437">
        <w:rPr>
          <w:rFonts w:ascii="GHEA Grapalat" w:hAnsi="GHEA Grapalat" w:cs="Segoe UI"/>
          <w:color w:val="000000" w:themeColor="text1"/>
          <w:lang w:val="hy-AM"/>
        </w:rPr>
        <w:t>պ</w:t>
      </w:r>
      <w:r w:rsidRPr="00447437">
        <w:rPr>
          <w:rFonts w:ascii="GHEA Grapalat" w:hAnsi="GHEA Grapalat" w:cs="Segoe UI"/>
          <w:color w:val="000000" w:themeColor="text1"/>
          <w:lang w:val="hy-AM"/>
        </w:rPr>
        <w:t>այմանագրով սահմանված պահանջները,</w:t>
      </w:r>
    </w:p>
    <w:p w14:paraId="057612E3" w14:textId="77777777" w:rsidR="009A0AC0" w:rsidRPr="00447437"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Աշկերտի երկարատև անաշխատունակության դեպքում (եթե աշխատողը ժամանակավոր անաշխատունակության մեջ է գտնվել ավելի քան վեց ամիս անընդմեջ կամ վերջին տասներկու ամսվա ընթացքում` ավելի քան 180 օր՝ չհաշված հղիության և ծննդաբերության արձակուրդի օրերը),</w:t>
      </w:r>
    </w:p>
    <w:p w14:paraId="1DBF3043" w14:textId="77777777" w:rsidR="009A0AC0" w:rsidRPr="00447437"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Աշկերտի կողմից ոգելից խմիչքների, թմրամիջոցների կամ հոգեներգործուն նյութերի ազդեցության տակ աշխատավայրում գտնվելու կամ աշխատավայրում կամ աշխատավայրից դուրս աշխատանքային գործառույթներն իրականացնելու դեպքում,</w:t>
      </w:r>
    </w:p>
    <w:p w14:paraId="4AAB2ABE" w14:textId="77777777" w:rsidR="009A0AC0" w:rsidRPr="00447437"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պարտադիր բժշկական զննությունից աշխատողի հրաժարվելու կամ խուսափելու դեպքում,</w:t>
      </w:r>
    </w:p>
    <w:p w14:paraId="2393A1E7" w14:textId="77777777" w:rsidR="009A0AC0" w:rsidRPr="00447437" w:rsidRDefault="009A0AC0" w:rsidP="00F838C5">
      <w:pPr>
        <w:numPr>
          <w:ilvl w:val="2"/>
          <w:numId w:val="45"/>
        </w:numPr>
        <w:tabs>
          <w:tab w:val="left" w:pos="851"/>
        </w:tabs>
        <w:spacing w:before="120" w:after="12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օրենքով նախատեսված այլ դեպքերում:</w:t>
      </w:r>
    </w:p>
    <w:p w14:paraId="71B6DD74" w14:textId="10CD61D4" w:rsidR="009A0AC0" w:rsidRPr="00447437" w:rsidRDefault="009A0AC0" w:rsidP="00F838C5">
      <w:pPr>
        <w:numPr>
          <w:ilvl w:val="1"/>
          <w:numId w:val="45"/>
        </w:numPr>
        <w:spacing w:before="120" w:after="12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 xml:space="preserve">Պայմանագրի </w:t>
      </w:r>
      <w:r w:rsidRPr="00447437">
        <w:rPr>
          <w:rFonts w:ascii="GHEA Grapalat" w:hAnsi="GHEA Grapalat" w:cs="Segoe UI"/>
          <w:color w:val="000000" w:themeColor="text1"/>
          <w:lang w:val="hy-AM"/>
        </w:rPr>
        <w:fldChar w:fldCharType="begin"/>
      </w:r>
      <w:r w:rsidRPr="00447437">
        <w:rPr>
          <w:rFonts w:ascii="GHEA Grapalat" w:hAnsi="GHEA Grapalat" w:cs="Segoe UI"/>
          <w:color w:val="000000" w:themeColor="text1"/>
          <w:lang w:val="hy-AM"/>
        </w:rPr>
        <w:instrText xml:space="preserve"> REF _Ref151314640 \r \h  \* MERGEFORMAT </w:instrText>
      </w:r>
      <w:r w:rsidRPr="00447437">
        <w:rPr>
          <w:rFonts w:ascii="GHEA Grapalat" w:hAnsi="GHEA Grapalat" w:cs="Segoe UI"/>
          <w:color w:val="000000" w:themeColor="text1"/>
          <w:lang w:val="hy-AM"/>
        </w:rPr>
      </w:r>
      <w:r w:rsidRPr="00447437">
        <w:rPr>
          <w:rFonts w:ascii="GHEA Grapalat" w:hAnsi="GHEA Grapalat" w:cs="Segoe UI"/>
          <w:color w:val="000000" w:themeColor="text1"/>
          <w:lang w:val="hy-AM"/>
        </w:rPr>
        <w:fldChar w:fldCharType="separate"/>
      </w:r>
      <w:r w:rsidR="00D174FB" w:rsidRPr="00447437">
        <w:rPr>
          <w:rFonts w:ascii="GHEA Grapalat" w:hAnsi="GHEA Grapalat" w:cs="Segoe UI"/>
          <w:color w:val="000000" w:themeColor="text1"/>
          <w:lang w:val="hy-AM"/>
        </w:rPr>
        <w:t>6.2.1</w:t>
      </w:r>
      <w:r w:rsidRPr="00447437">
        <w:rPr>
          <w:rFonts w:ascii="GHEA Grapalat" w:hAnsi="GHEA Grapalat" w:cs="Segoe UI"/>
          <w:color w:val="000000" w:themeColor="text1"/>
          <w:lang w:val="hy-AM"/>
        </w:rPr>
        <w:fldChar w:fldCharType="end"/>
      </w:r>
      <w:r w:rsidR="0000255A" w:rsidRPr="00447437">
        <w:rPr>
          <w:rFonts w:ascii="GHEA Grapalat" w:hAnsi="GHEA Grapalat" w:cs="Segoe UI"/>
          <w:color w:val="000000" w:themeColor="text1"/>
          <w:lang w:val="hy-AM"/>
        </w:rPr>
        <w:t>-րդ</w:t>
      </w:r>
      <w:r w:rsidRPr="00447437">
        <w:rPr>
          <w:rFonts w:ascii="GHEA Grapalat" w:hAnsi="GHEA Grapalat" w:cs="Segoe UI"/>
          <w:color w:val="000000" w:themeColor="text1"/>
          <w:lang w:val="hy-AM"/>
        </w:rPr>
        <w:t xml:space="preserve"> ենթակետով նախատեսված դեպքում գործատուի լուծարման հիմքով </w:t>
      </w:r>
      <w:r w:rsidR="00226B8B" w:rsidRPr="00447437">
        <w:rPr>
          <w:rFonts w:ascii="GHEA Grapalat" w:hAnsi="GHEA Grapalat" w:cs="Segoe UI"/>
          <w:color w:val="000000" w:themeColor="text1"/>
          <w:lang w:val="hy-AM"/>
        </w:rPr>
        <w:t>Պ</w:t>
      </w:r>
      <w:r w:rsidRPr="00447437">
        <w:rPr>
          <w:rFonts w:ascii="GHEA Grapalat" w:hAnsi="GHEA Grapalat" w:cs="Segoe UI"/>
          <w:color w:val="000000" w:themeColor="text1"/>
          <w:lang w:val="hy-AM"/>
        </w:rPr>
        <w:t xml:space="preserve">այմանագիրը լուծվելու դեպքում Գործատուն Աշկերտին ծանուցում է այդ մասին երկու </w:t>
      </w:r>
      <w:r w:rsidRPr="00447437">
        <w:rPr>
          <w:rFonts w:ascii="GHEA Grapalat" w:hAnsi="GHEA Grapalat" w:cs="Segoe UI"/>
          <w:color w:val="000000" w:themeColor="text1"/>
          <w:lang w:val="hy-AM"/>
        </w:rPr>
        <w:lastRenderedPageBreak/>
        <w:t>ամիս առաջ, եթե աշխատանքային պայմանագրի գործողության ժամկետը գերազանցում է երկու ամիսը:</w:t>
      </w:r>
    </w:p>
    <w:p w14:paraId="0F5A905F" w14:textId="462346DE" w:rsidR="009A0AC0" w:rsidRPr="00447437" w:rsidRDefault="0079156A" w:rsidP="00F838C5">
      <w:pPr>
        <w:numPr>
          <w:ilvl w:val="1"/>
          <w:numId w:val="45"/>
        </w:numPr>
        <w:spacing w:before="120" w:after="12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Պ</w:t>
      </w:r>
      <w:r w:rsidR="009A0AC0" w:rsidRPr="00447437">
        <w:rPr>
          <w:rFonts w:ascii="GHEA Grapalat" w:hAnsi="GHEA Grapalat" w:cs="Segoe UI"/>
          <w:color w:val="000000" w:themeColor="text1"/>
          <w:lang w:val="hy-AM"/>
        </w:rPr>
        <w:t xml:space="preserve">այմանագրի </w:t>
      </w:r>
      <w:r w:rsidR="009A0AC0" w:rsidRPr="00447437">
        <w:rPr>
          <w:rFonts w:ascii="GHEA Grapalat" w:hAnsi="GHEA Grapalat" w:cs="Segoe UI"/>
          <w:color w:val="000000" w:themeColor="text1"/>
          <w:lang w:val="hy-AM"/>
        </w:rPr>
        <w:fldChar w:fldCharType="begin"/>
      </w:r>
      <w:r w:rsidR="009A0AC0" w:rsidRPr="00447437">
        <w:rPr>
          <w:rFonts w:ascii="GHEA Grapalat" w:hAnsi="GHEA Grapalat" w:cs="Segoe UI"/>
          <w:color w:val="000000" w:themeColor="text1"/>
          <w:lang w:val="hy-AM"/>
        </w:rPr>
        <w:instrText xml:space="preserve"> REF _Ref152155148 \r \h  \* MERGEFORMAT </w:instrText>
      </w:r>
      <w:r w:rsidR="009A0AC0" w:rsidRPr="00447437">
        <w:rPr>
          <w:rFonts w:ascii="GHEA Grapalat" w:hAnsi="GHEA Grapalat" w:cs="Segoe UI"/>
          <w:color w:val="000000" w:themeColor="text1"/>
          <w:lang w:val="hy-AM"/>
        </w:rPr>
      </w:r>
      <w:r w:rsidR="009A0AC0" w:rsidRPr="00447437">
        <w:rPr>
          <w:rFonts w:ascii="GHEA Grapalat" w:hAnsi="GHEA Grapalat" w:cs="Segoe UI"/>
          <w:color w:val="000000" w:themeColor="text1"/>
          <w:lang w:val="hy-AM"/>
        </w:rPr>
        <w:fldChar w:fldCharType="separate"/>
      </w:r>
      <w:r w:rsidR="00D174FB" w:rsidRPr="00447437">
        <w:rPr>
          <w:rFonts w:ascii="GHEA Grapalat" w:hAnsi="GHEA Grapalat" w:cs="Segoe UI"/>
          <w:color w:val="000000" w:themeColor="text1"/>
          <w:lang w:val="hy-AM"/>
        </w:rPr>
        <w:t>6.1.3</w:t>
      </w:r>
      <w:r w:rsidR="009A0AC0" w:rsidRPr="00447437">
        <w:rPr>
          <w:rFonts w:ascii="GHEA Grapalat" w:hAnsi="GHEA Grapalat" w:cs="Segoe UI"/>
          <w:color w:val="000000" w:themeColor="text1"/>
          <w:lang w:val="hy-AM"/>
        </w:rPr>
        <w:fldChar w:fldCharType="end"/>
      </w:r>
      <w:r w:rsidR="0000255A" w:rsidRPr="00447437">
        <w:rPr>
          <w:rFonts w:ascii="GHEA Grapalat" w:hAnsi="GHEA Grapalat" w:cs="Segoe UI"/>
          <w:color w:val="000000" w:themeColor="text1"/>
          <w:lang w:val="hy-AM"/>
        </w:rPr>
        <w:t>-րդ</w:t>
      </w:r>
      <w:r w:rsidR="009A0AC0" w:rsidRPr="00447437">
        <w:rPr>
          <w:rFonts w:ascii="GHEA Grapalat" w:hAnsi="GHEA Grapalat" w:cs="Segoe UI"/>
          <w:color w:val="000000" w:themeColor="text1"/>
          <w:lang w:val="hy-AM"/>
        </w:rPr>
        <w:t xml:space="preserve"> ենթակետով նախատեսված հիմքով Աշկերտն իրավունք ունի լուծելու </w:t>
      </w:r>
      <w:r w:rsidR="00226B8B" w:rsidRPr="00447437">
        <w:rPr>
          <w:rFonts w:ascii="GHEA Grapalat" w:hAnsi="GHEA Grapalat" w:cs="Segoe UI"/>
          <w:color w:val="000000" w:themeColor="text1"/>
          <w:lang w:val="hy-AM"/>
        </w:rPr>
        <w:t>Պ</w:t>
      </w:r>
      <w:r w:rsidR="009A0AC0" w:rsidRPr="00447437">
        <w:rPr>
          <w:rFonts w:ascii="GHEA Grapalat" w:hAnsi="GHEA Grapalat" w:cs="Segoe UI"/>
          <w:color w:val="000000" w:themeColor="text1"/>
          <w:lang w:val="hy-AM"/>
        </w:rPr>
        <w:t>այմանագիրը՝ այդ մասին առնվազն հինգ օր առաջ գրավոր ձևով ծանուցելով Գործատուին:</w:t>
      </w:r>
    </w:p>
    <w:p w14:paraId="20614F46" w14:textId="77777777" w:rsidR="009A0AC0" w:rsidRPr="00447437" w:rsidRDefault="009A0AC0" w:rsidP="00F838C5">
      <w:pPr>
        <w:numPr>
          <w:ilvl w:val="1"/>
          <w:numId w:val="45"/>
        </w:numPr>
        <w:spacing w:before="120" w:after="12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 xml:space="preserve">Պայմանագրի լուծման հիմքերի և կարգի նկատմամբ տարածվում են ՀՀ աշխատանքային օրենսգրքի 15-րդ գլխի կանոնները: </w:t>
      </w:r>
    </w:p>
    <w:p w14:paraId="502B0433" w14:textId="77777777" w:rsidR="009A0AC0" w:rsidRPr="00447437" w:rsidRDefault="009A0AC0" w:rsidP="00F838C5">
      <w:pPr>
        <w:numPr>
          <w:ilvl w:val="0"/>
          <w:numId w:val="45"/>
        </w:numPr>
        <w:spacing w:before="120" w:after="120" w:line="276" w:lineRule="auto"/>
        <w:ind w:left="720" w:hanging="720"/>
        <w:jc w:val="center"/>
        <w:rPr>
          <w:rFonts w:ascii="GHEA Grapalat" w:hAnsi="GHEA Grapalat" w:cs="Segoe UI"/>
          <w:b/>
          <w:color w:val="000000" w:themeColor="text1"/>
          <w:lang w:val="hy-AM"/>
        </w:rPr>
      </w:pPr>
      <w:r w:rsidRPr="00447437">
        <w:rPr>
          <w:rFonts w:ascii="GHEA Grapalat" w:hAnsi="GHEA Grapalat" w:cs="Segoe UI"/>
          <w:b/>
          <w:color w:val="000000" w:themeColor="text1"/>
          <w:lang w:val="hy-AM"/>
        </w:rPr>
        <w:t>ԱՅԼ ԴՐՈՒՅԹՆԵՐ</w:t>
      </w:r>
    </w:p>
    <w:p w14:paraId="1D4CF537" w14:textId="67374883" w:rsidR="009A0AC0" w:rsidRPr="00447437" w:rsidRDefault="0079156A" w:rsidP="00F838C5">
      <w:pPr>
        <w:numPr>
          <w:ilvl w:val="1"/>
          <w:numId w:val="45"/>
        </w:numPr>
        <w:spacing w:before="120" w:after="12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Պ</w:t>
      </w:r>
      <w:r w:rsidR="009A0AC0" w:rsidRPr="00447437">
        <w:rPr>
          <w:rFonts w:ascii="GHEA Grapalat" w:hAnsi="GHEA Grapalat" w:cs="Segoe UI"/>
          <w:color w:val="000000" w:themeColor="text1"/>
          <w:lang w:val="hy-AM"/>
        </w:rPr>
        <w:t>այմանագիրը կազմված է երկու հավասարազոր օրինակից, յուրաքանչյուր Կողմին տրվում է մեկական օրինակ:</w:t>
      </w:r>
    </w:p>
    <w:p w14:paraId="2C680CE8" w14:textId="77777777" w:rsidR="009A0AC0" w:rsidRPr="00447437" w:rsidRDefault="009A0AC0" w:rsidP="009A0AC0">
      <w:pPr>
        <w:spacing w:before="120" w:after="120" w:line="276" w:lineRule="auto"/>
        <w:ind w:left="720" w:hanging="720"/>
        <w:jc w:val="both"/>
        <w:rPr>
          <w:rFonts w:ascii="Calibri" w:hAnsi="Calibri" w:cs="Calibri"/>
          <w:color w:val="000000" w:themeColor="text1"/>
          <w:lang w:val="hy-AM"/>
        </w:rPr>
      </w:pPr>
      <w:bookmarkStart w:id="38" w:name="_Hlk151366449"/>
    </w:p>
    <w:p w14:paraId="2EC3F686" w14:textId="77777777" w:rsidR="009A0AC0" w:rsidRPr="00447437" w:rsidRDefault="009A0AC0" w:rsidP="009A0AC0">
      <w:pPr>
        <w:spacing w:before="120" w:after="120" w:line="276" w:lineRule="auto"/>
        <w:ind w:left="720" w:hanging="720"/>
        <w:jc w:val="both"/>
        <w:rPr>
          <w:rFonts w:ascii="GHEA Grapalat" w:hAnsi="GHEA Grapalat" w:cs="Segoe UI"/>
          <w:i/>
          <w:iCs/>
          <w:color w:val="000000" w:themeColor="text1"/>
        </w:rPr>
      </w:pPr>
      <w:r w:rsidRPr="00447437">
        <w:rPr>
          <w:rFonts w:ascii="Calibri" w:hAnsi="Calibri" w:cs="Calibri"/>
          <w:i/>
          <w:iCs/>
          <w:color w:val="000000" w:themeColor="text1"/>
          <w:lang w:val="hy-AM"/>
        </w:rPr>
        <w:t> </w:t>
      </w:r>
      <w:r w:rsidRPr="00447437">
        <w:rPr>
          <w:rFonts w:ascii="GHEA Grapalat" w:hAnsi="GHEA Grapalat" w:cs="Segoe UI"/>
          <w:i/>
          <w:iCs/>
          <w:color w:val="000000" w:themeColor="text1"/>
        </w:rPr>
        <w:t>[</w:t>
      </w:r>
      <w:r w:rsidRPr="00447437">
        <w:rPr>
          <w:rFonts w:ascii="GHEA Grapalat" w:hAnsi="GHEA Grapalat" w:cs="Segoe UI"/>
          <w:i/>
          <w:iCs/>
          <w:color w:val="000000" w:themeColor="text1"/>
          <w:lang w:val="hy-AM"/>
        </w:rPr>
        <w:t>ստորագրության էջը հաջորդիվ</w:t>
      </w:r>
      <w:r w:rsidRPr="00447437">
        <w:rPr>
          <w:rFonts w:ascii="GHEA Grapalat" w:hAnsi="GHEA Grapalat" w:cs="Segoe UI"/>
          <w:i/>
          <w:iCs/>
          <w:color w:val="000000" w:themeColor="text1"/>
        </w:rPr>
        <w:t>]</w:t>
      </w:r>
    </w:p>
    <w:bookmarkEnd w:id="38"/>
    <w:p w14:paraId="2ED54F24" w14:textId="77777777" w:rsidR="009A0AC0" w:rsidRPr="00447437" w:rsidRDefault="009A0AC0" w:rsidP="009A0AC0">
      <w:pPr>
        <w:spacing w:before="120" w:after="120" w:line="276" w:lineRule="auto"/>
        <w:ind w:left="720" w:hanging="720"/>
        <w:jc w:val="both"/>
        <w:rPr>
          <w:rFonts w:ascii="GHEA Grapalat" w:hAnsi="GHEA Grapalat" w:cs="Segoe UI"/>
          <w:color w:val="000000" w:themeColor="text1"/>
        </w:rPr>
        <w:sectPr w:rsidR="009A0AC0" w:rsidRPr="00447437" w:rsidSect="00754934">
          <w:footerReference w:type="even" r:id="rId8"/>
          <w:footerReference w:type="default" r:id="rId9"/>
          <w:pgSz w:w="12240" w:h="15840"/>
          <w:pgMar w:top="1021" w:right="1021" w:bottom="1021" w:left="1021" w:header="720" w:footer="720" w:gutter="284"/>
          <w:cols w:space="720"/>
          <w:docGrid w:linePitch="360"/>
        </w:sectPr>
      </w:pPr>
    </w:p>
    <w:p w14:paraId="4849F776" w14:textId="77777777" w:rsidR="009A0AC0" w:rsidRPr="00447437" w:rsidRDefault="009A0AC0" w:rsidP="00F838C5">
      <w:pPr>
        <w:pStyle w:val="Heading1"/>
        <w:numPr>
          <w:ilvl w:val="0"/>
          <w:numId w:val="45"/>
        </w:numPr>
        <w:spacing w:before="240" w:after="120" w:line="276" w:lineRule="auto"/>
        <w:ind w:left="720" w:hanging="720"/>
        <w:rPr>
          <w:rFonts w:ascii="GHEA Grapalat" w:hAnsi="GHEA Grapalat"/>
          <w:color w:val="000000" w:themeColor="text1"/>
          <w:szCs w:val="22"/>
          <w:lang w:val="hy-AM"/>
        </w:rPr>
      </w:pPr>
      <w:bookmarkStart w:id="39" w:name="_Hlk151366512"/>
      <w:r w:rsidRPr="00447437">
        <w:rPr>
          <w:rFonts w:ascii="GHEA Grapalat" w:hAnsi="GHEA Grapalat"/>
          <w:color w:val="000000" w:themeColor="text1"/>
          <w:szCs w:val="22"/>
          <w:lang w:val="hy-AM"/>
        </w:rPr>
        <w:lastRenderedPageBreak/>
        <w:t>ԿՈՂՄԵՐԻ ՎԱՎԵՐԱՊԱՅՄԱՆՆԵՐԸ</w:t>
      </w:r>
    </w:p>
    <w:tbl>
      <w:tblPr>
        <w:tblW w:w="1078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2750"/>
        <w:gridCol w:w="2362"/>
        <w:gridCol w:w="3401"/>
      </w:tblGrid>
      <w:tr w:rsidR="00447437" w:rsidRPr="00447437" w14:paraId="56B123A0" w14:textId="77777777" w:rsidTr="00DC25AF">
        <w:tc>
          <w:tcPr>
            <w:tcW w:w="2269" w:type="dxa"/>
            <w:tcBorders>
              <w:top w:val="single" w:sz="4" w:space="0" w:color="auto"/>
              <w:left w:val="single" w:sz="4" w:space="0" w:color="auto"/>
              <w:bottom w:val="single" w:sz="4" w:space="0" w:color="auto"/>
              <w:right w:val="single" w:sz="4" w:space="0" w:color="auto"/>
            </w:tcBorders>
            <w:vAlign w:val="center"/>
            <w:hideMark/>
          </w:tcPr>
          <w:p w14:paraId="252D994C" w14:textId="77777777" w:rsidR="009A0AC0" w:rsidRPr="00447437" w:rsidRDefault="009A0AC0" w:rsidP="00DC25AF">
            <w:pPr>
              <w:spacing w:before="120" w:after="120" w:line="276" w:lineRule="auto"/>
              <w:ind w:left="720" w:hanging="720"/>
              <w:jc w:val="center"/>
              <w:rPr>
                <w:rFonts w:ascii="GHEA Grapalat" w:hAnsi="GHEA Grapalat" w:cs="Segoe UI"/>
                <w:b/>
                <w:bCs/>
                <w:color w:val="000000" w:themeColor="text1"/>
                <w:lang w:val="hy-AM"/>
              </w:rPr>
            </w:pPr>
            <w:r w:rsidRPr="00447437">
              <w:rPr>
                <w:rFonts w:ascii="GHEA Grapalat" w:hAnsi="GHEA Grapalat" w:cs="Segoe UI"/>
                <w:b/>
                <w:bCs/>
                <w:color w:val="000000" w:themeColor="text1"/>
                <w:lang w:val="hy-AM"/>
              </w:rPr>
              <w:t>Կողմերը</w:t>
            </w:r>
          </w:p>
        </w:tc>
        <w:tc>
          <w:tcPr>
            <w:tcW w:w="2750" w:type="dxa"/>
            <w:tcBorders>
              <w:top w:val="single" w:sz="4" w:space="0" w:color="auto"/>
              <w:left w:val="single" w:sz="4" w:space="0" w:color="auto"/>
              <w:bottom w:val="single" w:sz="4" w:space="0" w:color="auto"/>
              <w:right w:val="single" w:sz="4" w:space="0" w:color="auto"/>
            </w:tcBorders>
            <w:vAlign w:val="center"/>
            <w:hideMark/>
          </w:tcPr>
          <w:p w14:paraId="615EBC31" w14:textId="77777777" w:rsidR="009A0AC0" w:rsidRPr="00447437" w:rsidRDefault="009A0AC0" w:rsidP="00DC25AF">
            <w:pPr>
              <w:spacing w:before="120" w:after="120" w:line="276" w:lineRule="auto"/>
              <w:ind w:left="720" w:hanging="720"/>
              <w:jc w:val="center"/>
              <w:rPr>
                <w:rFonts w:ascii="GHEA Grapalat" w:hAnsi="GHEA Grapalat" w:cs="Segoe UI"/>
                <w:b/>
                <w:bCs/>
                <w:color w:val="000000" w:themeColor="text1"/>
                <w:lang w:val="hy-AM"/>
              </w:rPr>
            </w:pPr>
            <w:r w:rsidRPr="00447437">
              <w:rPr>
                <w:rFonts w:ascii="GHEA Grapalat" w:hAnsi="GHEA Grapalat" w:cs="Segoe UI"/>
                <w:b/>
                <w:bCs/>
                <w:color w:val="000000" w:themeColor="text1"/>
                <w:lang w:val="hy-AM"/>
              </w:rPr>
              <w:t>Գործատու</w:t>
            </w:r>
          </w:p>
        </w:tc>
        <w:tc>
          <w:tcPr>
            <w:tcW w:w="2362" w:type="dxa"/>
            <w:tcBorders>
              <w:top w:val="single" w:sz="4" w:space="0" w:color="auto"/>
              <w:left w:val="single" w:sz="4" w:space="0" w:color="auto"/>
              <w:bottom w:val="single" w:sz="4" w:space="0" w:color="auto"/>
              <w:right w:val="single" w:sz="4" w:space="0" w:color="auto"/>
            </w:tcBorders>
            <w:vAlign w:val="center"/>
            <w:hideMark/>
          </w:tcPr>
          <w:p w14:paraId="0A669DDD" w14:textId="77777777" w:rsidR="009A0AC0" w:rsidRPr="00447437" w:rsidRDefault="009A0AC0" w:rsidP="00DC25AF">
            <w:pPr>
              <w:spacing w:before="120" w:after="120" w:line="276" w:lineRule="auto"/>
              <w:ind w:left="720" w:hanging="720"/>
              <w:jc w:val="center"/>
              <w:rPr>
                <w:rFonts w:ascii="GHEA Grapalat" w:hAnsi="GHEA Grapalat" w:cs="Segoe UI"/>
                <w:b/>
                <w:bCs/>
                <w:color w:val="000000" w:themeColor="text1"/>
                <w:lang w:val="hy-AM"/>
              </w:rPr>
            </w:pPr>
            <w:r w:rsidRPr="00447437">
              <w:rPr>
                <w:rFonts w:ascii="GHEA Grapalat" w:hAnsi="GHEA Grapalat" w:cs="Segoe UI"/>
                <w:b/>
                <w:bCs/>
                <w:color w:val="000000" w:themeColor="text1"/>
                <w:lang w:val="hy-AM"/>
              </w:rPr>
              <w:t>Աշկերտ</w:t>
            </w:r>
          </w:p>
        </w:tc>
        <w:tc>
          <w:tcPr>
            <w:tcW w:w="3401" w:type="dxa"/>
            <w:tcBorders>
              <w:top w:val="single" w:sz="4" w:space="0" w:color="auto"/>
              <w:left w:val="single" w:sz="4" w:space="0" w:color="auto"/>
              <w:bottom w:val="single" w:sz="4" w:space="0" w:color="auto"/>
              <w:right w:val="single" w:sz="4" w:space="0" w:color="auto"/>
            </w:tcBorders>
          </w:tcPr>
          <w:p w14:paraId="1DC2D6A4" w14:textId="77777777" w:rsidR="009A0AC0" w:rsidRPr="00447437" w:rsidDel="005051D0" w:rsidRDefault="009A0AC0" w:rsidP="00DC25AF">
            <w:pPr>
              <w:spacing w:before="120" w:after="120" w:line="276" w:lineRule="auto"/>
              <w:ind w:left="720" w:hanging="720"/>
              <w:jc w:val="center"/>
              <w:rPr>
                <w:rFonts w:ascii="GHEA Grapalat" w:hAnsi="GHEA Grapalat" w:cs="Segoe UI"/>
                <w:b/>
                <w:bCs/>
                <w:color w:val="000000" w:themeColor="text1"/>
                <w:lang w:val="hy-AM"/>
              </w:rPr>
            </w:pPr>
            <w:r w:rsidRPr="00447437">
              <w:rPr>
                <w:rFonts w:ascii="GHEA Grapalat" w:hAnsi="GHEA Grapalat" w:cs="Segoe UI"/>
                <w:b/>
                <w:bCs/>
                <w:color w:val="000000" w:themeColor="text1"/>
                <w:lang w:val="hy-AM"/>
              </w:rPr>
              <w:t>Ծնող, խնամատար ծնող, որդեգրող</w:t>
            </w:r>
            <w:r w:rsidRPr="00447437">
              <w:rPr>
                <w:rStyle w:val="FootnoteReference"/>
                <w:rFonts w:ascii="GHEA Grapalat" w:hAnsi="GHEA Grapalat" w:cs="Segoe UI"/>
                <w:b/>
                <w:bCs/>
                <w:color w:val="000000" w:themeColor="text1"/>
                <w:lang w:val="hy-AM"/>
              </w:rPr>
              <w:footnoteReference w:id="28"/>
            </w:r>
          </w:p>
        </w:tc>
      </w:tr>
      <w:tr w:rsidR="00447437" w:rsidRPr="00447437" w14:paraId="7F728CCA" w14:textId="77777777" w:rsidTr="00DC25AF">
        <w:tc>
          <w:tcPr>
            <w:tcW w:w="2269" w:type="dxa"/>
            <w:tcBorders>
              <w:top w:val="single" w:sz="4" w:space="0" w:color="auto"/>
              <w:left w:val="single" w:sz="4" w:space="0" w:color="auto"/>
              <w:bottom w:val="single" w:sz="4" w:space="0" w:color="auto"/>
              <w:right w:val="single" w:sz="4" w:space="0" w:color="auto"/>
            </w:tcBorders>
            <w:vAlign w:val="center"/>
            <w:hideMark/>
          </w:tcPr>
          <w:p w14:paraId="64B086FE" w14:textId="77777777" w:rsidR="009A0AC0" w:rsidRPr="00447437" w:rsidRDefault="009A0AC0" w:rsidP="00DC25AF">
            <w:pPr>
              <w:spacing w:before="120" w:after="120" w:line="276" w:lineRule="auto"/>
              <w:jc w:val="center"/>
              <w:rPr>
                <w:rFonts w:ascii="GHEA Grapalat" w:hAnsi="GHEA Grapalat" w:cs="Segoe UI"/>
                <w:b/>
                <w:bCs/>
                <w:color w:val="000000" w:themeColor="text1"/>
                <w:lang w:val="hy-AM"/>
              </w:rPr>
            </w:pPr>
            <w:r w:rsidRPr="00447437">
              <w:rPr>
                <w:rFonts w:ascii="GHEA Grapalat" w:hAnsi="GHEA Grapalat" w:cs="Segoe UI"/>
                <w:b/>
                <w:bCs/>
                <w:color w:val="000000" w:themeColor="text1"/>
                <w:lang w:val="hy-AM"/>
              </w:rPr>
              <w:t>Անվանումը/Անուն Ազգանունը</w:t>
            </w:r>
          </w:p>
        </w:tc>
        <w:tc>
          <w:tcPr>
            <w:tcW w:w="2750" w:type="dxa"/>
            <w:tcBorders>
              <w:top w:val="single" w:sz="4" w:space="0" w:color="auto"/>
              <w:left w:val="single" w:sz="4" w:space="0" w:color="auto"/>
              <w:bottom w:val="single" w:sz="4" w:space="0" w:color="auto"/>
              <w:right w:val="single" w:sz="4" w:space="0" w:color="auto"/>
            </w:tcBorders>
            <w:vAlign w:val="center"/>
            <w:hideMark/>
          </w:tcPr>
          <w:p w14:paraId="63379E41" w14:textId="77777777" w:rsidR="009A0AC0" w:rsidRPr="00447437" w:rsidRDefault="009A0AC0" w:rsidP="00DC25AF">
            <w:pPr>
              <w:spacing w:before="120" w:after="120" w:line="276" w:lineRule="auto"/>
              <w:jc w:val="center"/>
              <w:rPr>
                <w:rFonts w:ascii="GHEA Grapalat" w:hAnsi="GHEA Grapalat" w:cs="Segoe UI"/>
                <w:i/>
                <w:iCs/>
                <w:color w:val="000000" w:themeColor="text1"/>
                <w:lang w:val="hy-AM"/>
              </w:rPr>
            </w:pPr>
            <w:r w:rsidRPr="00447437">
              <w:rPr>
                <w:rFonts w:ascii="GHEA Grapalat" w:hAnsi="GHEA Grapalat" w:cs="Segoe UI"/>
                <w:i/>
                <w:iCs/>
                <w:color w:val="000000" w:themeColor="text1"/>
                <w:lang w:val="hy-AM"/>
              </w:rPr>
              <w:t>[Կազմակերպության անվանում, կազմակերպաիրավական ձև, ԱՁ, ֆիզիկական անձ</w:t>
            </w:r>
            <w:r w:rsidRPr="00447437">
              <w:rPr>
                <w:rStyle w:val="FootnoteReference"/>
                <w:rFonts w:ascii="GHEA Grapalat" w:hAnsi="GHEA Grapalat" w:cs="Segoe UI"/>
                <w:color w:val="000000" w:themeColor="text1"/>
                <w:lang w:val="hy-AM"/>
              </w:rPr>
              <w:footnoteReference w:id="29"/>
            </w:r>
            <w:r w:rsidRPr="00447437">
              <w:rPr>
                <w:rFonts w:ascii="GHEA Grapalat" w:hAnsi="GHEA Grapalat" w:cs="Segoe UI"/>
                <w:i/>
                <w:iCs/>
                <w:color w:val="000000" w:themeColor="text1"/>
                <w:lang w:val="hy-AM"/>
              </w:rPr>
              <w:t xml:space="preserve"> ]</w:t>
            </w:r>
          </w:p>
        </w:tc>
        <w:tc>
          <w:tcPr>
            <w:tcW w:w="2362" w:type="dxa"/>
            <w:tcBorders>
              <w:top w:val="single" w:sz="4" w:space="0" w:color="auto"/>
              <w:left w:val="single" w:sz="4" w:space="0" w:color="auto"/>
              <w:bottom w:val="single" w:sz="4" w:space="0" w:color="auto"/>
              <w:right w:val="single" w:sz="4" w:space="0" w:color="auto"/>
            </w:tcBorders>
            <w:vAlign w:val="center"/>
          </w:tcPr>
          <w:p w14:paraId="67BF179A" w14:textId="77777777" w:rsidR="009A0AC0" w:rsidRPr="00447437" w:rsidRDefault="009A0AC0" w:rsidP="00DC25AF">
            <w:pPr>
              <w:spacing w:before="120" w:after="120" w:line="276" w:lineRule="auto"/>
              <w:jc w:val="center"/>
              <w:rPr>
                <w:rFonts w:ascii="GHEA Grapalat" w:hAnsi="GHEA Grapalat" w:cs="Segoe UI"/>
                <w:i/>
                <w:iCs/>
                <w:color w:val="000000" w:themeColor="text1"/>
              </w:rPr>
            </w:pPr>
            <w:r w:rsidRPr="00447437">
              <w:rPr>
                <w:rFonts w:ascii="GHEA Grapalat" w:hAnsi="GHEA Grapalat" w:cs="Segoe UI"/>
                <w:i/>
                <w:iCs/>
                <w:color w:val="000000" w:themeColor="text1"/>
              </w:rPr>
              <w:t>[</w:t>
            </w:r>
            <w:r w:rsidRPr="00447437">
              <w:rPr>
                <w:rFonts w:ascii="GHEA Grapalat" w:hAnsi="GHEA Grapalat" w:cs="Segoe UI"/>
                <w:i/>
                <w:iCs/>
                <w:color w:val="000000" w:themeColor="text1"/>
                <w:lang w:val="hy-AM"/>
              </w:rPr>
              <w:t>անուն, ազգանուն</w:t>
            </w:r>
            <w:r w:rsidRPr="00447437">
              <w:rPr>
                <w:rFonts w:ascii="GHEA Grapalat" w:hAnsi="GHEA Grapalat" w:cs="Segoe UI"/>
                <w:i/>
                <w:iCs/>
                <w:color w:val="000000" w:themeColor="text1"/>
              </w:rPr>
              <w:t>]</w:t>
            </w:r>
          </w:p>
        </w:tc>
        <w:tc>
          <w:tcPr>
            <w:tcW w:w="3401" w:type="dxa"/>
            <w:tcBorders>
              <w:top w:val="single" w:sz="4" w:space="0" w:color="auto"/>
              <w:left w:val="single" w:sz="4" w:space="0" w:color="auto"/>
              <w:bottom w:val="single" w:sz="4" w:space="0" w:color="auto"/>
              <w:right w:val="single" w:sz="4" w:space="0" w:color="auto"/>
            </w:tcBorders>
            <w:vAlign w:val="center"/>
          </w:tcPr>
          <w:p w14:paraId="28F94FAE" w14:textId="77777777" w:rsidR="009A0AC0" w:rsidRPr="00447437" w:rsidRDefault="009A0AC0" w:rsidP="00DC25AF">
            <w:pPr>
              <w:spacing w:before="120" w:after="120" w:line="276" w:lineRule="auto"/>
              <w:jc w:val="center"/>
              <w:rPr>
                <w:rFonts w:ascii="GHEA Grapalat" w:hAnsi="GHEA Grapalat" w:cs="Segoe UI"/>
                <w:i/>
                <w:iCs/>
                <w:color w:val="000000" w:themeColor="text1"/>
              </w:rPr>
            </w:pPr>
            <w:r w:rsidRPr="00447437">
              <w:rPr>
                <w:rFonts w:ascii="GHEA Grapalat" w:hAnsi="GHEA Grapalat" w:cs="Segoe UI"/>
                <w:i/>
                <w:iCs/>
                <w:color w:val="000000" w:themeColor="text1"/>
              </w:rPr>
              <w:t>[</w:t>
            </w:r>
            <w:r w:rsidRPr="00447437">
              <w:rPr>
                <w:rFonts w:ascii="GHEA Grapalat" w:hAnsi="GHEA Grapalat" w:cs="Segoe UI"/>
                <w:i/>
                <w:iCs/>
                <w:color w:val="000000" w:themeColor="text1"/>
                <w:lang w:val="hy-AM"/>
              </w:rPr>
              <w:t>անուն, ազգանուն</w:t>
            </w:r>
            <w:r w:rsidRPr="00447437">
              <w:rPr>
                <w:rFonts w:ascii="GHEA Grapalat" w:hAnsi="GHEA Grapalat" w:cs="Segoe UI"/>
                <w:i/>
                <w:iCs/>
                <w:color w:val="000000" w:themeColor="text1"/>
              </w:rPr>
              <w:t>]</w:t>
            </w:r>
          </w:p>
        </w:tc>
      </w:tr>
      <w:tr w:rsidR="00447437" w:rsidRPr="00447437" w14:paraId="727CD249" w14:textId="77777777" w:rsidTr="00DC25AF">
        <w:tc>
          <w:tcPr>
            <w:tcW w:w="2269" w:type="dxa"/>
            <w:tcBorders>
              <w:top w:val="single" w:sz="4" w:space="0" w:color="auto"/>
              <w:left w:val="single" w:sz="4" w:space="0" w:color="auto"/>
              <w:bottom w:val="single" w:sz="4" w:space="0" w:color="auto"/>
              <w:right w:val="single" w:sz="4" w:space="0" w:color="auto"/>
            </w:tcBorders>
            <w:vAlign w:val="center"/>
            <w:hideMark/>
          </w:tcPr>
          <w:p w14:paraId="689025A1" w14:textId="77777777" w:rsidR="009A0AC0" w:rsidRPr="00447437" w:rsidRDefault="009A0AC0" w:rsidP="00DC25AF">
            <w:pPr>
              <w:spacing w:before="120" w:after="120" w:line="276" w:lineRule="auto"/>
              <w:jc w:val="center"/>
              <w:rPr>
                <w:rFonts w:ascii="GHEA Grapalat" w:hAnsi="GHEA Grapalat" w:cs="Segoe UI"/>
                <w:b/>
                <w:bCs/>
                <w:color w:val="000000" w:themeColor="text1"/>
                <w:lang w:val="hy-AM"/>
              </w:rPr>
            </w:pPr>
            <w:r w:rsidRPr="00447437">
              <w:rPr>
                <w:rFonts w:ascii="GHEA Grapalat" w:hAnsi="GHEA Grapalat" w:cs="Segoe UI"/>
                <w:b/>
                <w:bCs/>
                <w:color w:val="000000" w:themeColor="text1"/>
                <w:lang w:val="hy-AM"/>
              </w:rPr>
              <w:t>Ստորագրող անձը</w:t>
            </w:r>
          </w:p>
        </w:tc>
        <w:tc>
          <w:tcPr>
            <w:tcW w:w="2750" w:type="dxa"/>
            <w:tcBorders>
              <w:top w:val="single" w:sz="4" w:space="0" w:color="auto"/>
              <w:left w:val="single" w:sz="4" w:space="0" w:color="auto"/>
              <w:bottom w:val="single" w:sz="4" w:space="0" w:color="auto"/>
              <w:right w:val="single" w:sz="4" w:space="0" w:color="auto"/>
            </w:tcBorders>
            <w:vAlign w:val="center"/>
            <w:hideMark/>
          </w:tcPr>
          <w:p w14:paraId="7D008241" w14:textId="77777777" w:rsidR="009A0AC0" w:rsidRPr="00447437" w:rsidRDefault="009A0AC0" w:rsidP="00DC25AF">
            <w:pPr>
              <w:spacing w:before="120" w:after="120" w:line="276" w:lineRule="auto"/>
              <w:jc w:val="center"/>
              <w:rPr>
                <w:rFonts w:ascii="GHEA Grapalat" w:hAnsi="GHEA Grapalat" w:cs="Segoe UI"/>
                <w:i/>
                <w:iCs/>
                <w:color w:val="000000" w:themeColor="text1"/>
                <w:lang w:val="hy-AM"/>
              </w:rPr>
            </w:pPr>
            <w:r w:rsidRPr="00447437">
              <w:rPr>
                <w:rFonts w:ascii="GHEA Grapalat" w:hAnsi="GHEA Grapalat" w:cs="Segoe UI"/>
                <w:i/>
                <w:iCs/>
                <w:color w:val="000000" w:themeColor="text1"/>
                <w:lang w:val="hy-AM"/>
              </w:rPr>
              <w:t>[տնօրենի, կառավարչի, լիազորված անձի անուն, ԱՁ-ի և ֆիզիկական անձի դեպքում չի լրացվում]</w:t>
            </w:r>
          </w:p>
        </w:tc>
        <w:tc>
          <w:tcPr>
            <w:tcW w:w="2362" w:type="dxa"/>
            <w:tcBorders>
              <w:top w:val="single" w:sz="4" w:space="0" w:color="auto"/>
              <w:left w:val="single" w:sz="4" w:space="0" w:color="auto"/>
              <w:bottom w:val="single" w:sz="4" w:space="0" w:color="auto"/>
              <w:right w:val="single" w:sz="4" w:space="0" w:color="auto"/>
            </w:tcBorders>
            <w:vAlign w:val="center"/>
          </w:tcPr>
          <w:p w14:paraId="1791DF9E" w14:textId="77777777" w:rsidR="009A0AC0" w:rsidRPr="00447437" w:rsidRDefault="009A0AC0" w:rsidP="00DC25AF">
            <w:pPr>
              <w:spacing w:before="120" w:after="120" w:line="276" w:lineRule="auto"/>
              <w:jc w:val="center"/>
              <w:rPr>
                <w:rFonts w:ascii="GHEA Grapalat" w:hAnsi="GHEA Grapalat" w:cs="Segoe UI"/>
                <w:i/>
                <w:iCs/>
                <w:color w:val="000000" w:themeColor="text1"/>
              </w:rPr>
            </w:pPr>
            <w:r w:rsidRPr="00447437">
              <w:rPr>
                <w:rFonts w:ascii="GHEA Grapalat" w:hAnsi="GHEA Grapalat" w:cs="Segoe UI"/>
                <w:i/>
                <w:iCs/>
                <w:color w:val="000000" w:themeColor="text1"/>
              </w:rPr>
              <w:t>[</w:t>
            </w:r>
            <w:r w:rsidRPr="00447437">
              <w:rPr>
                <w:rFonts w:ascii="GHEA Grapalat" w:hAnsi="GHEA Grapalat" w:cs="Segoe UI"/>
                <w:i/>
                <w:iCs/>
                <w:color w:val="000000" w:themeColor="text1"/>
                <w:lang w:val="hy-AM"/>
              </w:rPr>
              <w:t>չի լրացվում</w:t>
            </w:r>
            <w:r w:rsidRPr="00447437">
              <w:rPr>
                <w:rFonts w:ascii="GHEA Grapalat" w:hAnsi="GHEA Grapalat" w:cs="Segoe UI"/>
                <w:i/>
                <w:iCs/>
                <w:color w:val="000000" w:themeColor="text1"/>
              </w:rPr>
              <w:t>]</w:t>
            </w:r>
          </w:p>
        </w:tc>
        <w:tc>
          <w:tcPr>
            <w:tcW w:w="3401" w:type="dxa"/>
            <w:tcBorders>
              <w:top w:val="single" w:sz="4" w:space="0" w:color="auto"/>
              <w:left w:val="single" w:sz="4" w:space="0" w:color="auto"/>
              <w:bottom w:val="single" w:sz="4" w:space="0" w:color="auto"/>
              <w:right w:val="single" w:sz="4" w:space="0" w:color="auto"/>
            </w:tcBorders>
            <w:vAlign w:val="center"/>
          </w:tcPr>
          <w:p w14:paraId="523C685E" w14:textId="77777777" w:rsidR="009A0AC0" w:rsidRPr="00447437" w:rsidRDefault="009A0AC0" w:rsidP="00DC25AF">
            <w:pPr>
              <w:spacing w:before="120" w:after="120" w:line="276" w:lineRule="auto"/>
              <w:jc w:val="center"/>
              <w:rPr>
                <w:rFonts w:ascii="GHEA Grapalat" w:hAnsi="GHEA Grapalat" w:cs="Segoe UI"/>
                <w:i/>
                <w:iCs/>
                <w:color w:val="000000" w:themeColor="text1"/>
              </w:rPr>
            </w:pPr>
            <w:r w:rsidRPr="00447437">
              <w:rPr>
                <w:rFonts w:ascii="GHEA Grapalat" w:hAnsi="GHEA Grapalat" w:cs="Segoe UI"/>
                <w:i/>
                <w:iCs/>
                <w:color w:val="000000" w:themeColor="text1"/>
              </w:rPr>
              <w:t>[</w:t>
            </w:r>
            <w:r w:rsidRPr="00447437">
              <w:rPr>
                <w:rFonts w:ascii="GHEA Grapalat" w:hAnsi="GHEA Grapalat" w:cs="Segoe UI"/>
                <w:i/>
                <w:iCs/>
                <w:color w:val="000000" w:themeColor="text1"/>
                <w:lang w:val="hy-AM"/>
              </w:rPr>
              <w:t>չի լրացվում</w:t>
            </w:r>
            <w:r w:rsidRPr="00447437">
              <w:rPr>
                <w:rFonts w:ascii="GHEA Grapalat" w:hAnsi="GHEA Grapalat" w:cs="Segoe UI"/>
                <w:i/>
                <w:iCs/>
                <w:color w:val="000000" w:themeColor="text1"/>
              </w:rPr>
              <w:t>]</w:t>
            </w:r>
          </w:p>
        </w:tc>
      </w:tr>
      <w:tr w:rsidR="00447437" w:rsidRPr="00447437" w14:paraId="04682298" w14:textId="77777777" w:rsidTr="00DC25AF">
        <w:tc>
          <w:tcPr>
            <w:tcW w:w="2269" w:type="dxa"/>
            <w:tcBorders>
              <w:top w:val="single" w:sz="4" w:space="0" w:color="auto"/>
              <w:left w:val="single" w:sz="4" w:space="0" w:color="auto"/>
              <w:bottom w:val="single" w:sz="4" w:space="0" w:color="auto"/>
              <w:right w:val="single" w:sz="4" w:space="0" w:color="auto"/>
            </w:tcBorders>
            <w:vAlign w:val="center"/>
            <w:hideMark/>
          </w:tcPr>
          <w:p w14:paraId="399C2930" w14:textId="77777777" w:rsidR="009A0AC0" w:rsidRPr="00447437" w:rsidRDefault="009A0AC0" w:rsidP="00DC25AF">
            <w:pPr>
              <w:spacing w:before="120" w:after="120" w:line="276" w:lineRule="auto"/>
              <w:jc w:val="center"/>
              <w:rPr>
                <w:rFonts w:ascii="GHEA Grapalat" w:hAnsi="GHEA Grapalat" w:cs="Segoe UI"/>
                <w:b/>
                <w:bCs/>
                <w:color w:val="000000" w:themeColor="text1"/>
                <w:lang w:val="hy-AM"/>
              </w:rPr>
            </w:pPr>
            <w:r w:rsidRPr="00447437">
              <w:rPr>
                <w:rFonts w:ascii="GHEA Grapalat" w:hAnsi="GHEA Grapalat" w:cs="Segoe UI"/>
                <w:b/>
                <w:bCs/>
                <w:color w:val="000000" w:themeColor="text1"/>
                <w:lang w:val="hy-AM"/>
              </w:rPr>
              <w:t>Փաստաթուղթը, որի հիման վրա հադես է գալիս ստորագրողը</w:t>
            </w:r>
          </w:p>
        </w:tc>
        <w:tc>
          <w:tcPr>
            <w:tcW w:w="2750" w:type="dxa"/>
            <w:tcBorders>
              <w:top w:val="single" w:sz="4" w:space="0" w:color="auto"/>
              <w:left w:val="single" w:sz="4" w:space="0" w:color="auto"/>
              <w:bottom w:val="single" w:sz="4" w:space="0" w:color="auto"/>
              <w:right w:val="single" w:sz="4" w:space="0" w:color="auto"/>
            </w:tcBorders>
            <w:vAlign w:val="center"/>
            <w:hideMark/>
          </w:tcPr>
          <w:p w14:paraId="36E4FB38" w14:textId="77777777" w:rsidR="009A0AC0" w:rsidRPr="00447437" w:rsidRDefault="009A0AC0" w:rsidP="00DC25AF">
            <w:pPr>
              <w:spacing w:before="120" w:after="120" w:line="276" w:lineRule="auto"/>
              <w:jc w:val="center"/>
              <w:rPr>
                <w:rFonts w:ascii="GHEA Grapalat" w:hAnsi="GHEA Grapalat" w:cs="Segoe UI"/>
                <w:i/>
                <w:iCs/>
                <w:color w:val="000000" w:themeColor="text1"/>
                <w:lang w:val="hy-AM"/>
              </w:rPr>
            </w:pPr>
            <w:r w:rsidRPr="00447437">
              <w:rPr>
                <w:rFonts w:ascii="GHEA Grapalat" w:hAnsi="GHEA Grapalat" w:cs="Segoe UI"/>
                <w:i/>
                <w:iCs/>
                <w:color w:val="000000" w:themeColor="text1"/>
                <w:lang w:val="hy-AM"/>
              </w:rPr>
              <w:t>[Կանոնադրություն/Լիազորագիր/ ԱՁ-ի և ֆիզիկական անձի դեպքում չի լրացվում]</w:t>
            </w:r>
          </w:p>
        </w:tc>
        <w:tc>
          <w:tcPr>
            <w:tcW w:w="2362" w:type="dxa"/>
            <w:tcBorders>
              <w:top w:val="single" w:sz="4" w:space="0" w:color="auto"/>
              <w:left w:val="single" w:sz="4" w:space="0" w:color="auto"/>
              <w:bottom w:val="single" w:sz="4" w:space="0" w:color="auto"/>
              <w:right w:val="single" w:sz="4" w:space="0" w:color="auto"/>
            </w:tcBorders>
            <w:vAlign w:val="center"/>
          </w:tcPr>
          <w:p w14:paraId="09865296" w14:textId="77777777" w:rsidR="009A0AC0" w:rsidRPr="00447437" w:rsidRDefault="009A0AC0" w:rsidP="00DC25AF">
            <w:pPr>
              <w:spacing w:before="120" w:after="120" w:line="276" w:lineRule="auto"/>
              <w:jc w:val="center"/>
              <w:rPr>
                <w:rFonts w:ascii="GHEA Grapalat" w:hAnsi="GHEA Grapalat" w:cs="Segoe UI"/>
                <w:i/>
                <w:iCs/>
                <w:color w:val="000000" w:themeColor="text1"/>
              </w:rPr>
            </w:pPr>
            <w:r w:rsidRPr="00447437">
              <w:rPr>
                <w:rFonts w:ascii="GHEA Grapalat" w:hAnsi="GHEA Grapalat" w:cs="Segoe UI"/>
                <w:i/>
                <w:iCs/>
                <w:color w:val="000000" w:themeColor="text1"/>
              </w:rPr>
              <w:t>[չի լրացվում]</w:t>
            </w:r>
          </w:p>
        </w:tc>
        <w:tc>
          <w:tcPr>
            <w:tcW w:w="3401" w:type="dxa"/>
            <w:tcBorders>
              <w:top w:val="single" w:sz="4" w:space="0" w:color="auto"/>
              <w:left w:val="single" w:sz="4" w:space="0" w:color="auto"/>
              <w:bottom w:val="single" w:sz="4" w:space="0" w:color="auto"/>
              <w:right w:val="single" w:sz="4" w:space="0" w:color="auto"/>
            </w:tcBorders>
            <w:vAlign w:val="center"/>
          </w:tcPr>
          <w:p w14:paraId="011B03A9" w14:textId="77777777" w:rsidR="009A0AC0" w:rsidRPr="00447437" w:rsidRDefault="009A0AC0" w:rsidP="00DC25AF">
            <w:pPr>
              <w:spacing w:before="120" w:after="120" w:line="276" w:lineRule="auto"/>
              <w:jc w:val="center"/>
              <w:rPr>
                <w:rFonts w:ascii="GHEA Grapalat" w:hAnsi="GHEA Grapalat" w:cs="Segoe UI"/>
                <w:i/>
                <w:iCs/>
                <w:color w:val="000000" w:themeColor="text1"/>
              </w:rPr>
            </w:pPr>
            <w:r w:rsidRPr="00447437">
              <w:rPr>
                <w:rFonts w:ascii="GHEA Grapalat" w:hAnsi="GHEA Grapalat" w:cs="Segoe UI"/>
                <w:i/>
                <w:iCs/>
                <w:color w:val="000000" w:themeColor="text1"/>
              </w:rPr>
              <w:t>[չի լրացվում]</w:t>
            </w:r>
          </w:p>
        </w:tc>
      </w:tr>
      <w:tr w:rsidR="00447437" w:rsidRPr="00027471" w14:paraId="62D0459F" w14:textId="77777777" w:rsidTr="00DC25AF">
        <w:tc>
          <w:tcPr>
            <w:tcW w:w="2269" w:type="dxa"/>
            <w:tcBorders>
              <w:top w:val="single" w:sz="4" w:space="0" w:color="auto"/>
              <w:left w:val="single" w:sz="4" w:space="0" w:color="auto"/>
              <w:bottom w:val="single" w:sz="4" w:space="0" w:color="auto"/>
              <w:right w:val="single" w:sz="4" w:space="0" w:color="auto"/>
            </w:tcBorders>
            <w:vAlign w:val="center"/>
            <w:hideMark/>
          </w:tcPr>
          <w:p w14:paraId="2A03DD8A" w14:textId="77777777" w:rsidR="009A0AC0" w:rsidRPr="00447437" w:rsidRDefault="009A0AC0" w:rsidP="00DC25AF">
            <w:pPr>
              <w:spacing w:before="120" w:after="120" w:line="276" w:lineRule="auto"/>
              <w:jc w:val="center"/>
              <w:rPr>
                <w:rFonts w:ascii="GHEA Grapalat" w:hAnsi="GHEA Grapalat" w:cs="Segoe UI"/>
                <w:b/>
                <w:bCs/>
                <w:color w:val="000000" w:themeColor="text1"/>
                <w:lang w:val="hy-AM"/>
              </w:rPr>
            </w:pPr>
            <w:r w:rsidRPr="00447437">
              <w:rPr>
                <w:rFonts w:ascii="GHEA Grapalat" w:hAnsi="GHEA Grapalat" w:cs="Segoe UI"/>
                <w:b/>
                <w:bCs/>
                <w:color w:val="000000" w:themeColor="text1"/>
                <w:lang w:val="hy-AM"/>
              </w:rPr>
              <w:t>ՀՎՀՀ/Անձնագրային տվյալներ</w:t>
            </w:r>
          </w:p>
        </w:tc>
        <w:tc>
          <w:tcPr>
            <w:tcW w:w="2750" w:type="dxa"/>
            <w:tcBorders>
              <w:top w:val="single" w:sz="4" w:space="0" w:color="auto"/>
              <w:left w:val="single" w:sz="4" w:space="0" w:color="auto"/>
              <w:bottom w:val="single" w:sz="4" w:space="0" w:color="auto"/>
              <w:right w:val="single" w:sz="4" w:space="0" w:color="auto"/>
            </w:tcBorders>
            <w:vAlign w:val="center"/>
            <w:hideMark/>
          </w:tcPr>
          <w:p w14:paraId="7156BE92" w14:textId="77777777" w:rsidR="009A0AC0" w:rsidRPr="00447437" w:rsidRDefault="009A0AC0" w:rsidP="00DC25AF">
            <w:pPr>
              <w:spacing w:before="120" w:after="120" w:line="276" w:lineRule="auto"/>
              <w:jc w:val="center"/>
              <w:rPr>
                <w:rFonts w:ascii="GHEA Grapalat" w:hAnsi="GHEA Grapalat" w:cs="Segoe UI"/>
                <w:i/>
                <w:iCs/>
                <w:color w:val="000000" w:themeColor="text1"/>
                <w:lang w:val="hy-AM"/>
              </w:rPr>
            </w:pPr>
            <w:r w:rsidRPr="00447437">
              <w:rPr>
                <w:rFonts w:ascii="GHEA Grapalat" w:hAnsi="GHEA Grapalat" w:cs="Segoe UI"/>
                <w:i/>
                <w:iCs/>
                <w:color w:val="000000" w:themeColor="text1"/>
              </w:rPr>
              <w:t>[ՀՎՀՀ/անձնագրային տվյալներ</w:t>
            </w:r>
            <w:r w:rsidRPr="00447437">
              <w:rPr>
                <w:rStyle w:val="FootnoteReference"/>
                <w:rFonts w:ascii="GHEA Grapalat" w:hAnsi="GHEA Grapalat" w:cs="Segoe UI"/>
                <w:color w:val="000000" w:themeColor="text1"/>
              </w:rPr>
              <w:footnoteReference w:id="30"/>
            </w:r>
            <w:r w:rsidRPr="00447437">
              <w:rPr>
                <w:rFonts w:ascii="GHEA Grapalat" w:hAnsi="GHEA Grapalat" w:cs="Segoe UI"/>
                <w:i/>
                <w:iCs/>
                <w:color w:val="000000" w:themeColor="text1"/>
              </w:rPr>
              <w:t>]</w:t>
            </w:r>
          </w:p>
        </w:tc>
        <w:tc>
          <w:tcPr>
            <w:tcW w:w="2362" w:type="dxa"/>
            <w:tcBorders>
              <w:top w:val="single" w:sz="4" w:space="0" w:color="auto"/>
              <w:left w:val="single" w:sz="4" w:space="0" w:color="auto"/>
              <w:bottom w:val="single" w:sz="4" w:space="0" w:color="auto"/>
              <w:right w:val="single" w:sz="4" w:space="0" w:color="auto"/>
            </w:tcBorders>
            <w:vAlign w:val="center"/>
          </w:tcPr>
          <w:p w14:paraId="27D9D3E0" w14:textId="77777777" w:rsidR="009A0AC0" w:rsidRPr="00447437" w:rsidRDefault="009A0AC0" w:rsidP="00DC25AF">
            <w:pPr>
              <w:spacing w:before="120" w:after="120" w:line="276" w:lineRule="auto"/>
              <w:jc w:val="center"/>
              <w:rPr>
                <w:rFonts w:ascii="GHEA Grapalat" w:hAnsi="GHEA Grapalat" w:cs="Segoe UI"/>
                <w:i/>
                <w:iCs/>
                <w:color w:val="000000" w:themeColor="text1"/>
                <w:lang w:val="hy-AM"/>
              </w:rPr>
            </w:pPr>
            <w:r w:rsidRPr="00447437">
              <w:rPr>
                <w:rFonts w:ascii="GHEA Grapalat" w:hAnsi="GHEA Grapalat" w:cs="Segoe UI"/>
                <w:i/>
                <w:iCs/>
                <w:color w:val="000000" w:themeColor="text1"/>
                <w:lang w:val="hy-AM"/>
              </w:rPr>
              <w:t>[անձնագրի/նույնականացման քարտի համար, տրամադրող մարմին, տրման ամսաթիվ, ծննդյան ամիս, ամսաթիվ]</w:t>
            </w:r>
          </w:p>
        </w:tc>
        <w:tc>
          <w:tcPr>
            <w:tcW w:w="3401" w:type="dxa"/>
            <w:tcBorders>
              <w:top w:val="single" w:sz="4" w:space="0" w:color="auto"/>
              <w:left w:val="single" w:sz="4" w:space="0" w:color="auto"/>
              <w:bottom w:val="single" w:sz="4" w:space="0" w:color="auto"/>
              <w:right w:val="single" w:sz="4" w:space="0" w:color="auto"/>
            </w:tcBorders>
          </w:tcPr>
          <w:p w14:paraId="6AA1F8BC" w14:textId="77777777" w:rsidR="009A0AC0" w:rsidRPr="00447437" w:rsidRDefault="009A0AC0" w:rsidP="00DC25AF">
            <w:pPr>
              <w:spacing w:before="120" w:after="120" w:line="276" w:lineRule="auto"/>
              <w:jc w:val="center"/>
              <w:rPr>
                <w:rFonts w:ascii="GHEA Grapalat" w:hAnsi="GHEA Grapalat" w:cs="Segoe UI"/>
                <w:i/>
                <w:iCs/>
                <w:color w:val="000000" w:themeColor="text1"/>
                <w:lang w:val="hy-AM"/>
              </w:rPr>
            </w:pPr>
            <w:r w:rsidRPr="00447437">
              <w:rPr>
                <w:rFonts w:ascii="GHEA Grapalat" w:hAnsi="GHEA Grapalat" w:cs="Segoe UI"/>
                <w:i/>
                <w:iCs/>
                <w:color w:val="000000" w:themeColor="text1"/>
                <w:lang w:val="hy-AM"/>
              </w:rPr>
              <w:t>[անձնագրի/նույնականացման քարտի համար, տրամադրող մարմին, տրման ամսաթիվ]</w:t>
            </w:r>
          </w:p>
        </w:tc>
      </w:tr>
      <w:tr w:rsidR="00447437" w:rsidRPr="00447437" w14:paraId="17774B1B" w14:textId="77777777" w:rsidTr="00DC25AF">
        <w:tc>
          <w:tcPr>
            <w:tcW w:w="2269" w:type="dxa"/>
            <w:tcBorders>
              <w:top w:val="single" w:sz="4" w:space="0" w:color="auto"/>
              <w:left w:val="single" w:sz="4" w:space="0" w:color="auto"/>
              <w:bottom w:val="single" w:sz="4" w:space="0" w:color="auto"/>
              <w:right w:val="single" w:sz="4" w:space="0" w:color="auto"/>
            </w:tcBorders>
            <w:vAlign w:val="center"/>
            <w:hideMark/>
          </w:tcPr>
          <w:p w14:paraId="6B0BD23B" w14:textId="77777777" w:rsidR="009A0AC0" w:rsidRPr="00447437" w:rsidRDefault="009A0AC0" w:rsidP="00DC25AF">
            <w:pPr>
              <w:spacing w:before="120" w:after="120" w:line="276" w:lineRule="auto"/>
              <w:jc w:val="center"/>
              <w:rPr>
                <w:rFonts w:ascii="GHEA Grapalat" w:hAnsi="GHEA Grapalat" w:cs="Segoe UI"/>
                <w:b/>
                <w:bCs/>
                <w:color w:val="000000" w:themeColor="text1"/>
                <w:lang w:val="hy-AM"/>
              </w:rPr>
            </w:pPr>
            <w:r w:rsidRPr="00447437">
              <w:rPr>
                <w:rFonts w:ascii="GHEA Grapalat" w:hAnsi="GHEA Grapalat" w:cs="Segoe UI"/>
                <w:b/>
                <w:bCs/>
                <w:color w:val="000000" w:themeColor="text1"/>
                <w:lang w:val="hy-AM"/>
              </w:rPr>
              <w:t>Հասցե</w:t>
            </w:r>
          </w:p>
        </w:tc>
        <w:tc>
          <w:tcPr>
            <w:tcW w:w="2750" w:type="dxa"/>
            <w:tcBorders>
              <w:top w:val="single" w:sz="4" w:space="0" w:color="auto"/>
              <w:left w:val="single" w:sz="4" w:space="0" w:color="auto"/>
              <w:bottom w:val="single" w:sz="4" w:space="0" w:color="auto"/>
              <w:right w:val="single" w:sz="4" w:space="0" w:color="auto"/>
            </w:tcBorders>
            <w:vAlign w:val="center"/>
          </w:tcPr>
          <w:p w14:paraId="3F8D09BC" w14:textId="77777777" w:rsidR="009A0AC0" w:rsidRPr="00447437" w:rsidRDefault="009A0AC0" w:rsidP="00DC25AF">
            <w:pPr>
              <w:spacing w:before="120" w:after="120" w:line="276" w:lineRule="auto"/>
              <w:jc w:val="center"/>
              <w:rPr>
                <w:rFonts w:ascii="GHEA Grapalat" w:hAnsi="GHEA Grapalat" w:cs="Segoe UI"/>
                <w:i/>
                <w:iCs/>
                <w:color w:val="000000" w:themeColor="text1"/>
                <w:lang w:val="hy-AM"/>
              </w:rPr>
            </w:pPr>
            <w:r w:rsidRPr="00447437">
              <w:rPr>
                <w:rFonts w:ascii="GHEA Grapalat" w:hAnsi="GHEA Grapalat" w:cs="Segoe UI"/>
                <w:i/>
                <w:iCs/>
                <w:color w:val="000000" w:themeColor="text1"/>
              </w:rPr>
              <w:t>[</w:t>
            </w:r>
            <w:r w:rsidRPr="00447437">
              <w:rPr>
                <w:rFonts w:ascii="GHEA Grapalat" w:hAnsi="GHEA Grapalat" w:cs="Segoe UI"/>
                <w:i/>
                <w:iCs/>
                <w:color w:val="000000" w:themeColor="text1"/>
                <w:lang w:val="hy-AM"/>
              </w:rPr>
              <w:t>լրացվում է</w:t>
            </w:r>
            <w:r w:rsidRPr="00447437">
              <w:rPr>
                <w:rFonts w:ascii="GHEA Grapalat" w:hAnsi="GHEA Grapalat" w:cs="Segoe UI"/>
                <w:i/>
                <w:iCs/>
                <w:color w:val="000000" w:themeColor="text1"/>
              </w:rPr>
              <w:t>]</w:t>
            </w:r>
          </w:p>
        </w:tc>
        <w:tc>
          <w:tcPr>
            <w:tcW w:w="2362" w:type="dxa"/>
            <w:tcBorders>
              <w:top w:val="single" w:sz="4" w:space="0" w:color="auto"/>
              <w:left w:val="single" w:sz="4" w:space="0" w:color="auto"/>
              <w:bottom w:val="single" w:sz="4" w:space="0" w:color="auto"/>
              <w:right w:val="single" w:sz="4" w:space="0" w:color="auto"/>
            </w:tcBorders>
            <w:vAlign w:val="center"/>
          </w:tcPr>
          <w:p w14:paraId="20BB4525" w14:textId="77777777" w:rsidR="009A0AC0" w:rsidRPr="00447437" w:rsidRDefault="009A0AC0" w:rsidP="00DC25AF">
            <w:pPr>
              <w:spacing w:before="120" w:after="120" w:line="276" w:lineRule="auto"/>
              <w:jc w:val="center"/>
              <w:rPr>
                <w:rFonts w:ascii="GHEA Grapalat" w:hAnsi="GHEA Grapalat" w:cs="Segoe UI"/>
                <w:i/>
                <w:iCs/>
                <w:color w:val="000000" w:themeColor="text1"/>
              </w:rPr>
            </w:pPr>
            <w:r w:rsidRPr="00447437">
              <w:rPr>
                <w:rFonts w:ascii="GHEA Grapalat" w:hAnsi="GHEA Grapalat" w:cs="Segoe UI"/>
                <w:i/>
                <w:iCs/>
                <w:color w:val="000000" w:themeColor="text1"/>
              </w:rPr>
              <w:t>[</w:t>
            </w:r>
            <w:r w:rsidRPr="00447437">
              <w:rPr>
                <w:rFonts w:ascii="GHEA Grapalat" w:hAnsi="GHEA Grapalat" w:cs="Segoe UI"/>
                <w:i/>
                <w:iCs/>
                <w:color w:val="000000" w:themeColor="text1"/>
                <w:lang w:val="hy-AM"/>
              </w:rPr>
              <w:t>լրացվում է</w:t>
            </w:r>
            <w:r w:rsidRPr="00447437">
              <w:rPr>
                <w:rFonts w:ascii="GHEA Grapalat" w:hAnsi="GHEA Grapalat" w:cs="Segoe UI"/>
                <w:i/>
                <w:iCs/>
                <w:color w:val="000000" w:themeColor="text1"/>
              </w:rPr>
              <w:t>]</w:t>
            </w:r>
          </w:p>
        </w:tc>
        <w:tc>
          <w:tcPr>
            <w:tcW w:w="3401" w:type="dxa"/>
            <w:tcBorders>
              <w:top w:val="single" w:sz="4" w:space="0" w:color="auto"/>
              <w:left w:val="single" w:sz="4" w:space="0" w:color="auto"/>
              <w:bottom w:val="single" w:sz="4" w:space="0" w:color="auto"/>
              <w:right w:val="single" w:sz="4" w:space="0" w:color="auto"/>
            </w:tcBorders>
          </w:tcPr>
          <w:p w14:paraId="4B5859BB" w14:textId="77777777" w:rsidR="009A0AC0" w:rsidRPr="00447437" w:rsidRDefault="009A0AC0" w:rsidP="00DC25AF">
            <w:pPr>
              <w:spacing w:before="120" w:after="120" w:line="276" w:lineRule="auto"/>
              <w:jc w:val="center"/>
              <w:rPr>
                <w:rFonts w:ascii="GHEA Grapalat" w:hAnsi="GHEA Grapalat" w:cs="Segoe UI"/>
                <w:i/>
                <w:iCs/>
                <w:color w:val="000000" w:themeColor="text1"/>
              </w:rPr>
            </w:pPr>
            <w:r w:rsidRPr="00447437">
              <w:rPr>
                <w:rFonts w:ascii="GHEA Grapalat" w:hAnsi="GHEA Grapalat" w:cs="Segoe UI"/>
                <w:i/>
                <w:iCs/>
                <w:color w:val="000000" w:themeColor="text1"/>
              </w:rPr>
              <w:t>[</w:t>
            </w:r>
            <w:r w:rsidRPr="00447437">
              <w:rPr>
                <w:rFonts w:ascii="GHEA Grapalat" w:hAnsi="GHEA Grapalat" w:cs="Segoe UI"/>
                <w:i/>
                <w:iCs/>
                <w:color w:val="000000" w:themeColor="text1"/>
                <w:lang w:val="hy-AM"/>
              </w:rPr>
              <w:t>լրացվում է</w:t>
            </w:r>
            <w:r w:rsidRPr="00447437">
              <w:rPr>
                <w:rFonts w:ascii="GHEA Grapalat" w:hAnsi="GHEA Grapalat" w:cs="Segoe UI"/>
                <w:i/>
                <w:iCs/>
                <w:color w:val="000000" w:themeColor="text1"/>
              </w:rPr>
              <w:t>]</w:t>
            </w:r>
          </w:p>
        </w:tc>
      </w:tr>
      <w:tr w:rsidR="00447437" w:rsidRPr="00447437" w14:paraId="482DCA46" w14:textId="77777777" w:rsidTr="00DC25AF">
        <w:tc>
          <w:tcPr>
            <w:tcW w:w="2269" w:type="dxa"/>
            <w:tcBorders>
              <w:top w:val="single" w:sz="4" w:space="0" w:color="auto"/>
              <w:left w:val="single" w:sz="4" w:space="0" w:color="auto"/>
              <w:bottom w:val="single" w:sz="4" w:space="0" w:color="auto"/>
              <w:right w:val="single" w:sz="4" w:space="0" w:color="auto"/>
            </w:tcBorders>
            <w:vAlign w:val="center"/>
            <w:hideMark/>
          </w:tcPr>
          <w:p w14:paraId="5688FB10" w14:textId="77777777" w:rsidR="009A0AC0" w:rsidRPr="00447437" w:rsidRDefault="009A0AC0" w:rsidP="00DC25AF">
            <w:pPr>
              <w:spacing w:before="120" w:after="120" w:line="276" w:lineRule="auto"/>
              <w:jc w:val="center"/>
              <w:rPr>
                <w:rFonts w:ascii="GHEA Grapalat" w:hAnsi="GHEA Grapalat" w:cs="Segoe UI"/>
                <w:b/>
                <w:bCs/>
                <w:color w:val="000000" w:themeColor="text1"/>
                <w:lang w:val="hy-AM"/>
              </w:rPr>
            </w:pPr>
            <w:r w:rsidRPr="00447437">
              <w:rPr>
                <w:rFonts w:ascii="GHEA Grapalat" w:hAnsi="GHEA Grapalat" w:cs="Segoe UI"/>
                <w:b/>
                <w:bCs/>
                <w:color w:val="000000" w:themeColor="text1"/>
                <w:lang w:val="hy-AM"/>
              </w:rPr>
              <w:t>Բանկ և Հաշվի համար</w:t>
            </w:r>
          </w:p>
        </w:tc>
        <w:tc>
          <w:tcPr>
            <w:tcW w:w="2750" w:type="dxa"/>
            <w:tcBorders>
              <w:top w:val="single" w:sz="4" w:space="0" w:color="auto"/>
              <w:left w:val="single" w:sz="4" w:space="0" w:color="auto"/>
              <w:bottom w:val="single" w:sz="4" w:space="0" w:color="auto"/>
              <w:right w:val="single" w:sz="4" w:space="0" w:color="auto"/>
            </w:tcBorders>
            <w:vAlign w:val="center"/>
            <w:hideMark/>
          </w:tcPr>
          <w:p w14:paraId="60146DC0" w14:textId="77777777" w:rsidR="009A0AC0" w:rsidRPr="00447437" w:rsidRDefault="009A0AC0" w:rsidP="00DC25AF">
            <w:pPr>
              <w:spacing w:before="120" w:after="120" w:line="276" w:lineRule="auto"/>
              <w:jc w:val="center"/>
              <w:rPr>
                <w:rFonts w:ascii="GHEA Grapalat" w:hAnsi="GHEA Grapalat" w:cs="Segoe UI"/>
                <w:i/>
                <w:iCs/>
                <w:color w:val="000000" w:themeColor="text1"/>
                <w:lang w:val="hy-AM"/>
              </w:rPr>
            </w:pPr>
            <w:r w:rsidRPr="00447437">
              <w:rPr>
                <w:rFonts w:ascii="GHEA Grapalat" w:hAnsi="GHEA Grapalat" w:cs="Segoe UI"/>
                <w:i/>
                <w:iCs/>
                <w:color w:val="000000" w:themeColor="text1"/>
                <w:lang w:val="hy-AM"/>
              </w:rPr>
              <w:t xml:space="preserve">Բանկ՝ </w:t>
            </w:r>
            <w:r w:rsidRPr="00447437">
              <w:rPr>
                <w:rFonts w:ascii="GHEA Grapalat" w:hAnsi="GHEA Grapalat" w:cs="Segoe UI"/>
                <w:i/>
                <w:iCs/>
                <w:color w:val="000000" w:themeColor="text1"/>
              </w:rPr>
              <w:t>[___]</w:t>
            </w:r>
          </w:p>
          <w:p w14:paraId="01DCC250" w14:textId="66260FBA" w:rsidR="009A0AC0" w:rsidRPr="00447437" w:rsidRDefault="009A0AC0" w:rsidP="00D75570">
            <w:pPr>
              <w:spacing w:before="120" w:after="120" w:line="276" w:lineRule="auto"/>
              <w:jc w:val="center"/>
              <w:rPr>
                <w:rFonts w:ascii="GHEA Grapalat" w:hAnsi="GHEA Grapalat" w:cs="Segoe UI"/>
                <w:i/>
                <w:iCs/>
                <w:color w:val="000000" w:themeColor="text1"/>
                <w:lang w:val="hy-AM"/>
              </w:rPr>
            </w:pPr>
            <w:r w:rsidRPr="00447437">
              <w:rPr>
                <w:rFonts w:ascii="GHEA Grapalat" w:hAnsi="GHEA Grapalat" w:cs="Segoe UI"/>
                <w:i/>
                <w:iCs/>
                <w:color w:val="000000" w:themeColor="text1"/>
                <w:lang w:val="hy-AM"/>
              </w:rPr>
              <w:t xml:space="preserve"> հ/հ </w:t>
            </w:r>
            <w:r w:rsidRPr="00447437">
              <w:rPr>
                <w:rFonts w:ascii="GHEA Grapalat" w:hAnsi="GHEA Grapalat" w:cs="Segoe UI"/>
                <w:i/>
                <w:iCs/>
                <w:color w:val="000000" w:themeColor="text1"/>
              </w:rPr>
              <w:t>[____]</w:t>
            </w:r>
          </w:p>
        </w:tc>
        <w:tc>
          <w:tcPr>
            <w:tcW w:w="2362" w:type="dxa"/>
            <w:tcBorders>
              <w:top w:val="single" w:sz="4" w:space="0" w:color="auto"/>
              <w:left w:val="single" w:sz="4" w:space="0" w:color="auto"/>
              <w:bottom w:val="single" w:sz="4" w:space="0" w:color="auto"/>
              <w:right w:val="single" w:sz="4" w:space="0" w:color="auto"/>
            </w:tcBorders>
            <w:vAlign w:val="center"/>
          </w:tcPr>
          <w:p w14:paraId="0D171A6F" w14:textId="77777777" w:rsidR="009A0AC0" w:rsidRPr="00447437" w:rsidRDefault="009A0AC0" w:rsidP="00DC25AF">
            <w:pPr>
              <w:spacing w:before="120" w:after="120" w:line="276" w:lineRule="auto"/>
              <w:jc w:val="center"/>
              <w:rPr>
                <w:rFonts w:ascii="GHEA Grapalat" w:hAnsi="GHEA Grapalat" w:cs="Segoe UI"/>
                <w:i/>
                <w:iCs/>
                <w:color w:val="000000" w:themeColor="text1"/>
                <w:lang w:val="hy-AM"/>
              </w:rPr>
            </w:pPr>
            <w:r w:rsidRPr="00447437">
              <w:rPr>
                <w:rFonts w:ascii="GHEA Grapalat" w:hAnsi="GHEA Grapalat" w:cs="Segoe UI"/>
                <w:i/>
                <w:iCs/>
                <w:color w:val="000000" w:themeColor="text1"/>
                <w:lang w:val="hy-AM"/>
              </w:rPr>
              <w:t xml:space="preserve">Բանկ՝ </w:t>
            </w:r>
            <w:r w:rsidRPr="00447437">
              <w:rPr>
                <w:rFonts w:ascii="GHEA Grapalat" w:hAnsi="GHEA Grapalat" w:cs="Segoe UI"/>
                <w:i/>
                <w:iCs/>
                <w:color w:val="000000" w:themeColor="text1"/>
              </w:rPr>
              <w:t>[___]</w:t>
            </w:r>
          </w:p>
          <w:p w14:paraId="4A5DBD9D" w14:textId="15A1AC07" w:rsidR="009A0AC0" w:rsidRPr="00447437" w:rsidRDefault="00D75570" w:rsidP="00DC25AF">
            <w:pPr>
              <w:spacing w:before="120" w:after="120" w:line="276" w:lineRule="auto"/>
              <w:jc w:val="center"/>
              <w:rPr>
                <w:rFonts w:ascii="GHEA Grapalat" w:hAnsi="GHEA Grapalat" w:cs="Segoe UI"/>
                <w:i/>
                <w:iCs/>
                <w:color w:val="000000" w:themeColor="text1"/>
                <w:lang w:val="hy-AM"/>
              </w:rPr>
            </w:pPr>
            <w:r w:rsidRPr="00447437">
              <w:rPr>
                <w:rFonts w:ascii="GHEA Grapalat" w:hAnsi="GHEA Grapalat" w:cs="Segoe UI"/>
                <w:i/>
                <w:iCs/>
                <w:color w:val="000000" w:themeColor="text1"/>
                <w:lang w:val="hy-AM"/>
              </w:rPr>
              <w:t>հ/հ</w:t>
            </w:r>
            <w:r w:rsidRPr="00447437">
              <w:rPr>
                <w:rStyle w:val="FootnoteReference"/>
                <w:rFonts w:ascii="GHEA Grapalat" w:hAnsi="GHEA Grapalat" w:cs="Segoe UI"/>
                <w:color w:val="000000" w:themeColor="text1"/>
                <w:lang w:val="hy-AM"/>
              </w:rPr>
              <w:footnoteReference w:id="31"/>
            </w:r>
            <w:r w:rsidRPr="00447437">
              <w:rPr>
                <w:rFonts w:ascii="GHEA Grapalat" w:hAnsi="GHEA Grapalat" w:cs="Segoe UI"/>
                <w:i/>
                <w:iCs/>
                <w:color w:val="000000" w:themeColor="text1"/>
                <w:lang w:val="hy-AM"/>
              </w:rPr>
              <w:t xml:space="preserve">՝ </w:t>
            </w:r>
            <w:r w:rsidRPr="00447437">
              <w:rPr>
                <w:rFonts w:ascii="GHEA Grapalat" w:hAnsi="GHEA Grapalat" w:cs="Segoe UI"/>
                <w:i/>
                <w:iCs/>
                <w:color w:val="000000" w:themeColor="text1"/>
              </w:rPr>
              <w:t>[____]</w:t>
            </w:r>
          </w:p>
          <w:p w14:paraId="093FFDBB" w14:textId="29B12CDD" w:rsidR="009A0AC0" w:rsidRPr="00447437" w:rsidRDefault="009A0AC0" w:rsidP="00DC25AF">
            <w:pPr>
              <w:spacing w:before="120" w:after="120" w:line="276" w:lineRule="auto"/>
              <w:jc w:val="center"/>
              <w:rPr>
                <w:rFonts w:ascii="GHEA Grapalat" w:hAnsi="GHEA Grapalat" w:cs="Segoe UI"/>
                <w:i/>
                <w:iCs/>
                <w:color w:val="000000" w:themeColor="text1"/>
              </w:rPr>
            </w:pPr>
          </w:p>
        </w:tc>
        <w:tc>
          <w:tcPr>
            <w:tcW w:w="3401" w:type="dxa"/>
            <w:tcBorders>
              <w:top w:val="single" w:sz="4" w:space="0" w:color="auto"/>
              <w:left w:val="single" w:sz="4" w:space="0" w:color="auto"/>
              <w:bottom w:val="single" w:sz="4" w:space="0" w:color="auto"/>
              <w:right w:val="single" w:sz="4" w:space="0" w:color="auto"/>
            </w:tcBorders>
          </w:tcPr>
          <w:p w14:paraId="76F5A0FC" w14:textId="77777777" w:rsidR="009A0AC0" w:rsidRPr="00447437" w:rsidRDefault="009A0AC0" w:rsidP="00DC25AF">
            <w:pPr>
              <w:spacing w:before="120" w:after="120" w:line="276" w:lineRule="auto"/>
              <w:jc w:val="center"/>
              <w:rPr>
                <w:rFonts w:ascii="GHEA Grapalat" w:hAnsi="GHEA Grapalat" w:cs="Segoe UI"/>
                <w:i/>
                <w:iCs/>
                <w:color w:val="000000" w:themeColor="text1"/>
                <w:lang w:val="hy-AM"/>
              </w:rPr>
            </w:pPr>
            <w:r w:rsidRPr="00447437">
              <w:rPr>
                <w:rFonts w:ascii="GHEA Grapalat" w:hAnsi="GHEA Grapalat" w:cs="Segoe UI"/>
                <w:i/>
                <w:iCs/>
                <w:color w:val="000000" w:themeColor="text1"/>
                <w:lang w:val="hy-AM"/>
              </w:rPr>
              <w:lastRenderedPageBreak/>
              <w:t>[չի լրացվում]</w:t>
            </w:r>
          </w:p>
        </w:tc>
      </w:tr>
      <w:tr w:rsidR="00447437" w:rsidRPr="00447437" w14:paraId="4E68C8EF" w14:textId="77777777" w:rsidTr="00DC25AF">
        <w:tc>
          <w:tcPr>
            <w:tcW w:w="2269" w:type="dxa"/>
            <w:tcBorders>
              <w:top w:val="single" w:sz="4" w:space="0" w:color="auto"/>
              <w:left w:val="single" w:sz="4" w:space="0" w:color="auto"/>
              <w:bottom w:val="single" w:sz="4" w:space="0" w:color="auto"/>
              <w:right w:val="single" w:sz="4" w:space="0" w:color="auto"/>
            </w:tcBorders>
            <w:vAlign w:val="center"/>
            <w:hideMark/>
          </w:tcPr>
          <w:p w14:paraId="1FB5BA78" w14:textId="77777777" w:rsidR="009A0AC0" w:rsidRPr="00447437" w:rsidRDefault="009A0AC0" w:rsidP="00DC25AF">
            <w:pPr>
              <w:spacing w:before="120" w:after="120" w:line="276" w:lineRule="auto"/>
              <w:jc w:val="center"/>
              <w:rPr>
                <w:rFonts w:ascii="GHEA Grapalat" w:hAnsi="GHEA Grapalat" w:cs="Segoe UI"/>
                <w:b/>
                <w:bCs/>
                <w:color w:val="000000" w:themeColor="text1"/>
                <w:lang w:val="hy-AM"/>
              </w:rPr>
            </w:pPr>
            <w:r w:rsidRPr="00447437">
              <w:rPr>
                <w:rFonts w:ascii="GHEA Grapalat" w:hAnsi="GHEA Grapalat" w:cs="Segoe UI"/>
                <w:b/>
                <w:bCs/>
                <w:color w:val="000000" w:themeColor="text1"/>
                <w:lang w:val="hy-AM"/>
              </w:rPr>
              <w:t>Էլ. փոստի հասցե</w:t>
            </w:r>
          </w:p>
        </w:tc>
        <w:tc>
          <w:tcPr>
            <w:tcW w:w="2750" w:type="dxa"/>
            <w:tcBorders>
              <w:top w:val="single" w:sz="4" w:space="0" w:color="auto"/>
              <w:left w:val="single" w:sz="4" w:space="0" w:color="auto"/>
              <w:bottom w:val="single" w:sz="4" w:space="0" w:color="auto"/>
              <w:right w:val="single" w:sz="4" w:space="0" w:color="auto"/>
            </w:tcBorders>
            <w:vAlign w:val="center"/>
            <w:hideMark/>
          </w:tcPr>
          <w:p w14:paraId="19BF5BAC" w14:textId="77777777" w:rsidR="009A0AC0" w:rsidRPr="00447437" w:rsidRDefault="009A0AC0" w:rsidP="00DC25AF">
            <w:pPr>
              <w:spacing w:before="120" w:after="120" w:line="276" w:lineRule="auto"/>
              <w:jc w:val="center"/>
              <w:rPr>
                <w:rFonts w:ascii="GHEA Grapalat" w:hAnsi="GHEA Grapalat" w:cs="Segoe UI"/>
                <w:color w:val="000000" w:themeColor="text1"/>
                <w:lang w:val="hy-AM"/>
              </w:rPr>
            </w:pPr>
            <w:r w:rsidRPr="00447437">
              <w:rPr>
                <w:rFonts w:ascii="GHEA Grapalat" w:hAnsi="GHEA Grapalat" w:cs="Segoe UI"/>
                <w:color w:val="000000" w:themeColor="text1"/>
                <w:lang w:val="hy-AM"/>
              </w:rPr>
              <w:t>[լրացվում է]</w:t>
            </w:r>
          </w:p>
        </w:tc>
        <w:tc>
          <w:tcPr>
            <w:tcW w:w="2362" w:type="dxa"/>
            <w:tcBorders>
              <w:top w:val="single" w:sz="4" w:space="0" w:color="auto"/>
              <w:left w:val="single" w:sz="4" w:space="0" w:color="auto"/>
              <w:bottom w:val="single" w:sz="4" w:space="0" w:color="auto"/>
              <w:right w:val="single" w:sz="4" w:space="0" w:color="auto"/>
            </w:tcBorders>
            <w:vAlign w:val="center"/>
          </w:tcPr>
          <w:p w14:paraId="5D2C934C" w14:textId="77777777" w:rsidR="009A0AC0" w:rsidRPr="00447437" w:rsidRDefault="009A0AC0" w:rsidP="00DC25AF">
            <w:pPr>
              <w:spacing w:before="120" w:after="120" w:line="276" w:lineRule="auto"/>
              <w:jc w:val="center"/>
              <w:rPr>
                <w:rFonts w:ascii="GHEA Grapalat" w:hAnsi="GHEA Grapalat" w:cs="Segoe UI"/>
                <w:color w:val="000000" w:themeColor="text1"/>
              </w:rPr>
            </w:pPr>
            <w:r w:rsidRPr="00447437">
              <w:rPr>
                <w:rFonts w:ascii="GHEA Grapalat" w:hAnsi="GHEA Grapalat" w:cs="Segoe UI"/>
                <w:color w:val="000000" w:themeColor="text1"/>
              </w:rPr>
              <w:t>[լրացվում է]</w:t>
            </w:r>
          </w:p>
        </w:tc>
        <w:tc>
          <w:tcPr>
            <w:tcW w:w="3401" w:type="dxa"/>
            <w:tcBorders>
              <w:top w:val="single" w:sz="4" w:space="0" w:color="auto"/>
              <w:left w:val="single" w:sz="4" w:space="0" w:color="auto"/>
              <w:bottom w:val="single" w:sz="4" w:space="0" w:color="auto"/>
              <w:right w:val="single" w:sz="4" w:space="0" w:color="auto"/>
            </w:tcBorders>
          </w:tcPr>
          <w:p w14:paraId="121BC532" w14:textId="77777777" w:rsidR="009A0AC0" w:rsidRPr="00447437" w:rsidRDefault="009A0AC0" w:rsidP="00DC25AF">
            <w:pPr>
              <w:spacing w:before="120" w:after="120" w:line="276" w:lineRule="auto"/>
              <w:jc w:val="center"/>
              <w:rPr>
                <w:rFonts w:ascii="GHEA Grapalat" w:hAnsi="GHEA Grapalat" w:cs="Segoe UI"/>
                <w:color w:val="000000" w:themeColor="text1"/>
              </w:rPr>
            </w:pPr>
            <w:r w:rsidRPr="00447437">
              <w:rPr>
                <w:rFonts w:ascii="GHEA Grapalat" w:hAnsi="GHEA Grapalat" w:cs="Segoe UI"/>
                <w:color w:val="000000" w:themeColor="text1"/>
              </w:rPr>
              <w:t>[լրացվում է]</w:t>
            </w:r>
          </w:p>
        </w:tc>
      </w:tr>
      <w:tr w:rsidR="00447437" w:rsidRPr="00447437" w14:paraId="144E8AFA" w14:textId="77777777" w:rsidTr="00DC25AF">
        <w:tc>
          <w:tcPr>
            <w:tcW w:w="2269" w:type="dxa"/>
            <w:tcBorders>
              <w:top w:val="single" w:sz="4" w:space="0" w:color="auto"/>
              <w:left w:val="single" w:sz="4" w:space="0" w:color="auto"/>
              <w:bottom w:val="single" w:sz="4" w:space="0" w:color="auto"/>
              <w:right w:val="single" w:sz="4" w:space="0" w:color="auto"/>
            </w:tcBorders>
            <w:vAlign w:val="center"/>
            <w:hideMark/>
          </w:tcPr>
          <w:p w14:paraId="24F15463" w14:textId="77777777" w:rsidR="009A0AC0" w:rsidRPr="00447437" w:rsidRDefault="009A0AC0" w:rsidP="00DC25AF">
            <w:pPr>
              <w:spacing w:before="120" w:after="120" w:line="276" w:lineRule="auto"/>
              <w:jc w:val="center"/>
              <w:rPr>
                <w:rFonts w:ascii="GHEA Grapalat" w:hAnsi="GHEA Grapalat" w:cs="Segoe UI"/>
                <w:b/>
                <w:bCs/>
                <w:color w:val="000000" w:themeColor="text1"/>
                <w:lang w:val="hy-AM"/>
              </w:rPr>
            </w:pPr>
            <w:r w:rsidRPr="00447437">
              <w:rPr>
                <w:rFonts w:ascii="GHEA Grapalat" w:hAnsi="GHEA Grapalat" w:cs="Segoe UI"/>
                <w:b/>
                <w:bCs/>
                <w:color w:val="000000" w:themeColor="text1"/>
                <w:lang w:val="hy-AM"/>
              </w:rPr>
              <w:t>Հեռախոս</w:t>
            </w:r>
          </w:p>
        </w:tc>
        <w:tc>
          <w:tcPr>
            <w:tcW w:w="2750" w:type="dxa"/>
            <w:tcBorders>
              <w:top w:val="single" w:sz="4" w:space="0" w:color="auto"/>
              <w:left w:val="single" w:sz="4" w:space="0" w:color="auto"/>
              <w:bottom w:val="single" w:sz="4" w:space="0" w:color="auto"/>
              <w:right w:val="single" w:sz="4" w:space="0" w:color="auto"/>
            </w:tcBorders>
            <w:vAlign w:val="center"/>
            <w:hideMark/>
          </w:tcPr>
          <w:p w14:paraId="593F3274" w14:textId="77777777" w:rsidR="009A0AC0" w:rsidRPr="00447437" w:rsidRDefault="009A0AC0" w:rsidP="00DC25AF">
            <w:pPr>
              <w:spacing w:before="120" w:after="120" w:line="276" w:lineRule="auto"/>
              <w:jc w:val="center"/>
              <w:rPr>
                <w:rFonts w:ascii="GHEA Grapalat" w:hAnsi="GHEA Grapalat" w:cs="Segoe UI"/>
                <w:color w:val="000000" w:themeColor="text1"/>
                <w:lang w:val="hy-AM"/>
              </w:rPr>
            </w:pPr>
            <w:r w:rsidRPr="00447437">
              <w:rPr>
                <w:rFonts w:ascii="GHEA Grapalat" w:hAnsi="GHEA Grapalat" w:cs="Segoe UI"/>
                <w:color w:val="000000" w:themeColor="text1"/>
                <w:lang w:val="hy-AM"/>
              </w:rPr>
              <w:t>[լրացվում է]</w:t>
            </w:r>
          </w:p>
        </w:tc>
        <w:tc>
          <w:tcPr>
            <w:tcW w:w="2362" w:type="dxa"/>
            <w:tcBorders>
              <w:top w:val="single" w:sz="4" w:space="0" w:color="auto"/>
              <w:left w:val="single" w:sz="4" w:space="0" w:color="auto"/>
              <w:bottom w:val="single" w:sz="4" w:space="0" w:color="auto"/>
              <w:right w:val="single" w:sz="4" w:space="0" w:color="auto"/>
            </w:tcBorders>
            <w:vAlign w:val="center"/>
          </w:tcPr>
          <w:p w14:paraId="687F79D5" w14:textId="77777777" w:rsidR="009A0AC0" w:rsidRPr="00447437" w:rsidRDefault="009A0AC0" w:rsidP="00DC25AF">
            <w:pPr>
              <w:spacing w:before="120" w:after="120" w:line="276" w:lineRule="auto"/>
              <w:jc w:val="center"/>
              <w:rPr>
                <w:rFonts w:ascii="GHEA Grapalat" w:hAnsi="GHEA Grapalat" w:cs="Segoe UI"/>
                <w:color w:val="000000" w:themeColor="text1"/>
              </w:rPr>
            </w:pPr>
            <w:r w:rsidRPr="00447437">
              <w:rPr>
                <w:rFonts w:ascii="GHEA Grapalat" w:hAnsi="GHEA Grapalat" w:cs="Segoe UI"/>
                <w:color w:val="000000" w:themeColor="text1"/>
              </w:rPr>
              <w:t>[լրացվում է]</w:t>
            </w:r>
          </w:p>
        </w:tc>
        <w:tc>
          <w:tcPr>
            <w:tcW w:w="3401" w:type="dxa"/>
            <w:tcBorders>
              <w:top w:val="single" w:sz="4" w:space="0" w:color="auto"/>
              <w:left w:val="single" w:sz="4" w:space="0" w:color="auto"/>
              <w:bottom w:val="single" w:sz="4" w:space="0" w:color="auto"/>
              <w:right w:val="single" w:sz="4" w:space="0" w:color="auto"/>
            </w:tcBorders>
          </w:tcPr>
          <w:p w14:paraId="7D71DD95" w14:textId="77777777" w:rsidR="009A0AC0" w:rsidRPr="00447437" w:rsidRDefault="009A0AC0" w:rsidP="00DC25AF">
            <w:pPr>
              <w:spacing w:before="120" w:after="120" w:line="276" w:lineRule="auto"/>
              <w:jc w:val="center"/>
              <w:rPr>
                <w:rFonts w:ascii="GHEA Grapalat" w:hAnsi="GHEA Grapalat" w:cs="Segoe UI"/>
                <w:color w:val="000000" w:themeColor="text1"/>
              </w:rPr>
            </w:pPr>
            <w:r w:rsidRPr="00447437">
              <w:rPr>
                <w:rFonts w:ascii="GHEA Grapalat" w:hAnsi="GHEA Grapalat" w:cs="Segoe UI"/>
                <w:color w:val="000000" w:themeColor="text1"/>
              </w:rPr>
              <w:t>[լրացվում է]</w:t>
            </w:r>
          </w:p>
        </w:tc>
      </w:tr>
      <w:tr w:rsidR="00447437" w:rsidRPr="00447437" w14:paraId="0C242EEC" w14:textId="77777777" w:rsidTr="00DC25AF">
        <w:tc>
          <w:tcPr>
            <w:tcW w:w="2269" w:type="dxa"/>
            <w:tcBorders>
              <w:top w:val="single" w:sz="4" w:space="0" w:color="auto"/>
              <w:left w:val="single" w:sz="4" w:space="0" w:color="auto"/>
              <w:bottom w:val="single" w:sz="4" w:space="0" w:color="auto"/>
              <w:right w:val="single" w:sz="4" w:space="0" w:color="auto"/>
            </w:tcBorders>
            <w:vAlign w:val="center"/>
            <w:hideMark/>
          </w:tcPr>
          <w:p w14:paraId="24365763" w14:textId="77777777" w:rsidR="009A0AC0" w:rsidRPr="00447437" w:rsidRDefault="009A0AC0" w:rsidP="00DC25AF">
            <w:pPr>
              <w:spacing w:before="120" w:after="120" w:line="276" w:lineRule="auto"/>
              <w:jc w:val="center"/>
              <w:rPr>
                <w:rFonts w:ascii="GHEA Grapalat" w:hAnsi="GHEA Grapalat" w:cs="Segoe UI"/>
                <w:b/>
                <w:bCs/>
                <w:color w:val="000000" w:themeColor="text1"/>
                <w:lang w:val="hy-AM"/>
              </w:rPr>
            </w:pPr>
            <w:r w:rsidRPr="00447437">
              <w:rPr>
                <w:rFonts w:ascii="GHEA Grapalat" w:hAnsi="GHEA Grapalat" w:cs="Segoe UI"/>
                <w:b/>
                <w:bCs/>
                <w:color w:val="000000" w:themeColor="text1"/>
                <w:lang w:val="hy-AM"/>
              </w:rPr>
              <w:t>Ստորագրություն</w:t>
            </w:r>
          </w:p>
        </w:tc>
        <w:tc>
          <w:tcPr>
            <w:tcW w:w="2750" w:type="dxa"/>
            <w:tcBorders>
              <w:top w:val="single" w:sz="4" w:space="0" w:color="auto"/>
              <w:left w:val="single" w:sz="4" w:space="0" w:color="auto"/>
              <w:bottom w:val="single" w:sz="4" w:space="0" w:color="auto"/>
              <w:right w:val="single" w:sz="4" w:space="0" w:color="auto"/>
            </w:tcBorders>
            <w:vAlign w:val="center"/>
          </w:tcPr>
          <w:p w14:paraId="53C33E24" w14:textId="77777777" w:rsidR="009A0AC0" w:rsidRPr="00447437" w:rsidRDefault="009A0AC0" w:rsidP="00DC25AF">
            <w:pPr>
              <w:spacing w:before="120" w:after="120" w:line="276" w:lineRule="auto"/>
              <w:jc w:val="center"/>
              <w:rPr>
                <w:rFonts w:ascii="GHEA Grapalat" w:hAnsi="GHEA Grapalat" w:cs="Segoe UI"/>
                <w:color w:val="000000" w:themeColor="text1"/>
                <w:lang w:val="hy-AM"/>
              </w:rPr>
            </w:pPr>
          </w:p>
          <w:p w14:paraId="0433C85E" w14:textId="77777777" w:rsidR="009A0AC0" w:rsidRPr="00447437" w:rsidRDefault="009A0AC0" w:rsidP="00DC25AF">
            <w:pPr>
              <w:spacing w:before="120" w:after="120" w:line="276" w:lineRule="auto"/>
              <w:jc w:val="center"/>
              <w:rPr>
                <w:rFonts w:ascii="GHEA Grapalat" w:hAnsi="GHEA Grapalat" w:cs="Segoe UI"/>
                <w:color w:val="000000" w:themeColor="text1"/>
                <w:lang w:val="hy-AM"/>
              </w:rPr>
            </w:pPr>
            <w:r w:rsidRPr="00447437">
              <w:rPr>
                <w:rFonts w:ascii="GHEA Grapalat" w:hAnsi="GHEA Grapalat" w:cs="Segoe UI"/>
                <w:color w:val="000000" w:themeColor="text1"/>
                <w:lang w:val="hy-AM"/>
              </w:rPr>
              <w:t>______________________</w:t>
            </w:r>
          </w:p>
          <w:p w14:paraId="519A7718" w14:textId="77777777" w:rsidR="009A0AC0" w:rsidRPr="00447437" w:rsidRDefault="009A0AC0" w:rsidP="00DC25AF">
            <w:pPr>
              <w:spacing w:before="120" w:after="120" w:line="276" w:lineRule="auto"/>
              <w:jc w:val="center"/>
              <w:rPr>
                <w:rFonts w:ascii="GHEA Grapalat" w:hAnsi="GHEA Grapalat" w:cs="Segoe UI"/>
                <w:color w:val="000000" w:themeColor="text1"/>
                <w:lang w:val="hy-AM"/>
              </w:rPr>
            </w:pPr>
            <w:r w:rsidRPr="00447437">
              <w:rPr>
                <w:rFonts w:ascii="GHEA Grapalat" w:hAnsi="GHEA Grapalat" w:cs="Segoe UI"/>
                <w:color w:val="000000" w:themeColor="text1"/>
                <w:lang w:val="hy-AM"/>
              </w:rPr>
              <w:t>ստորագրություն</w:t>
            </w:r>
          </w:p>
        </w:tc>
        <w:tc>
          <w:tcPr>
            <w:tcW w:w="2362" w:type="dxa"/>
            <w:tcBorders>
              <w:top w:val="single" w:sz="4" w:space="0" w:color="auto"/>
              <w:left w:val="single" w:sz="4" w:space="0" w:color="auto"/>
              <w:bottom w:val="single" w:sz="4" w:space="0" w:color="auto"/>
              <w:right w:val="single" w:sz="4" w:space="0" w:color="auto"/>
            </w:tcBorders>
            <w:vAlign w:val="center"/>
          </w:tcPr>
          <w:p w14:paraId="2DD7AF5C" w14:textId="77777777" w:rsidR="009A0AC0" w:rsidRPr="00447437" w:rsidRDefault="009A0AC0" w:rsidP="00DC25AF">
            <w:pPr>
              <w:spacing w:before="120" w:after="120" w:line="276" w:lineRule="auto"/>
              <w:jc w:val="center"/>
              <w:rPr>
                <w:rFonts w:ascii="GHEA Grapalat" w:hAnsi="GHEA Grapalat" w:cs="Segoe UI"/>
                <w:color w:val="000000" w:themeColor="text1"/>
              </w:rPr>
            </w:pPr>
          </w:p>
          <w:p w14:paraId="466F1584" w14:textId="77777777" w:rsidR="009A0AC0" w:rsidRPr="00447437" w:rsidRDefault="009A0AC0" w:rsidP="00DC25AF">
            <w:pPr>
              <w:spacing w:before="120" w:after="120" w:line="276" w:lineRule="auto"/>
              <w:jc w:val="center"/>
              <w:rPr>
                <w:rFonts w:ascii="GHEA Grapalat" w:hAnsi="GHEA Grapalat" w:cs="Segoe UI"/>
                <w:color w:val="000000" w:themeColor="text1"/>
              </w:rPr>
            </w:pPr>
            <w:r w:rsidRPr="00447437">
              <w:rPr>
                <w:rFonts w:ascii="GHEA Grapalat" w:hAnsi="GHEA Grapalat" w:cs="Segoe UI"/>
                <w:color w:val="000000" w:themeColor="text1"/>
              </w:rPr>
              <w:t>___________________</w:t>
            </w:r>
          </w:p>
          <w:p w14:paraId="2E995287" w14:textId="77777777" w:rsidR="009A0AC0" w:rsidRPr="00447437" w:rsidRDefault="009A0AC0" w:rsidP="00DC25AF">
            <w:pPr>
              <w:spacing w:before="120" w:after="120" w:line="276" w:lineRule="auto"/>
              <w:jc w:val="center"/>
              <w:rPr>
                <w:rFonts w:ascii="GHEA Grapalat" w:hAnsi="GHEA Grapalat" w:cs="Segoe UI"/>
                <w:color w:val="000000" w:themeColor="text1"/>
              </w:rPr>
            </w:pPr>
            <w:r w:rsidRPr="00447437">
              <w:rPr>
                <w:rFonts w:ascii="GHEA Grapalat" w:hAnsi="GHEA Grapalat" w:cs="Segoe UI"/>
                <w:color w:val="000000" w:themeColor="text1"/>
              </w:rPr>
              <w:t>ստորագրություն</w:t>
            </w:r>
          </w:p>
        </w:tc>
        <w:tc>
          <w:tcPr>
            <w:tcW w:w="3401" w:type="dxa"/>
            <w:tcBorders>
              <w:top w:val="single" w:sz="4" w:space="0" w:color="auto"/>
              <w:left w:val="single" w:sz="4" w:space="0" w:color="auto"/>
              <w:bottom w:val="single" w:sz="4" w:space="0" w:color="auto"/>
              <w:right w:val="single" w:sz="4" w:space="0" w:color="auto"/>
            </w:tcBorders>
          </w:tcPr>
          <w:p w14:paraId="4AFFDC42" w14:textId="77777777" w:rsidR="009A0AC0" w:rsidRPr="00447437" w:rsidRDefault="009A0AC0" w:rsidP="00DC25AF">
            <w:pPr>
              <w:spacing w:before="120" w:after="120" w:line="276" w:lineRule="auto"/>
              <w:jc w:val="center"/>
              <w:rPr>
                <w:rFonts w:ascii="GHEA Grapalat" w:hAnsi="GHEA Grapalat" w:cs="Segoe UI"/>
                <w:color w:val="000000" w:themeColor="text1"/>
              </w:rPr>
            </w:pPr>
          </w:p>
          <w:p w14:paraId="54B1BA4D" w14:textId="77777777" w:rsidR="009A0AC0" w:rsidRPr="00447437" w:rsidRDefault="009A0AC0" w:rsidP="00DC25AF">
            <w:pPr>
              <w:spacing w:before="120" w:after="120" w:line="276" w:lineRule="auto"/>
              <w:jc w:val="center"/>
              <w:rPr>
                <w:rFonts w:ascii="GHEA Grapalat" w:hAnsi="GHEA Grapalat" w:cs="Segoe UI"/>
                <w:color w:val="000000" w:themeColor="text1"/>
              </w:rPr>
            </w:pPr>
            <w:r w:rsidRPr="00447437">
              <w:rPr>
                <w:rFonts w:ascii="GHEA Grapalat" w:hAnsi="GHEA Grapalat" w:cs="Segoe UI"/>
                <w:color w:val="000000" w:themeColor="text1"/>
              </w:rPr>
              <w:t>________________________</w:t>
            </w:r>
          </w:p>
          <w:p w14:paraId="4144EC25" w14:textId="77777777" w:rsidR="009A0AC0" w:rsidRPr="00447437" w:rsidRDefault="009A0AC0" w:rsidP="00DC25AF">
            <w:pPr>
              <w:spacing w:before="120" w:after="120" w:line="276" w:lineRule="auto"/>
              <w:jc w:val="center"/>
              <w:rPr>
                <w:rFonts w:ascii="GHEA Grapalat" w:hAnsi="GHEA Grapalat" w:cs="Segoe UI"/>
                <w:color w:val="000000" w:themeColor="text1"/>
              </w:rPr>
            </w:pPr>
            <w:r w:rsidRPr="00447437">
              <w:rPr>
                <w:rFonts w:ascii="GHEA Grapalat" w:hAnsi="GHEA Grapalat" w:cs="Segoe UI"/>
                <w:color w:val="000000" w:themeColor="text1"/>
              </w:rPr>
              <w:t>ստորագրություն</w:t>
            </w:r>
          </w:p>
        </w:tc>
      </w:tr>
      <w:tr w:rsidR="00447437" w:rsidRPr="00447437" w14:paraId="648C22CB" w14:textId="77777777" w:rsidTr="00DC25AF">
        <w:tc>
          <w:tcPr>
            <w:tcW w:w="2269" w:type="dxa"/>
            <w:tcBorders>
              <w:top w:val="single" w:sz="4" w:space="0" w:color="auto"/>
              <w:left w:val="single" w:sz="4" w:space="0" w:color="auto"/>
              <w:bottom w:val="single" w:sz="4" w:space="0" w:color="auto"/>
              <w:right w:val="single" w:sz="4" w:space="0" w:color="auto"/>
            </w:tcBorders>
            <w:vAlign w:val="center"/>
            <w:hideMark/>
          </w:tcPr>
          <w:p w14:paraId="6328C14A" w14:textId="77777777" w:rsidR="009A0AC0" w:rsidRPr="00447437" w:rsidRDefault="009A0AC0" w:rsidP="00DC25AF">
            <w:pPr>
              <w:spacing w:before="120" w:after="120" w:line="276" w:lineRule="auto"/>
              <w:jc w:val="center"/>
              <w:rPr>
                <w:rFonts w:ascii="GHEA Grapalat" w:hAnsi="GHEA Grapalat" w:cs="Segoe UI"/>
                <w:b/>
                <w:bCs/>
                <w:color w:val="000000" w:themeColor="text1"/>
                <w:lang w:val="hy-AM"/>
              </w:rPr>
            </w:pPr>
            <w:r w:rsidRPr="00447437">
              <w:rPr>
                <w:rFonts w:ascii="GHEA Grapalat" w:hAnsi="GHEA Grapalat" w:cs="Segoe UI"/>
                <w:b/>
                <w:bCs/>
                <w:color w:val="000000" w:themeColor="text1"/>
                <w:lang w:val="hy-AM"/>
              </w:rPr>
              <w:t>Ամսաթիվ</w:t>
            </w:r>
          </w:p>
        </w:tc>
        <w:tc>
          <w:tcPr>
            <w:tcW w:w="2750" w:type="dxa"/>
            <w:tcBorders>
              <w:top w:val="single" w:sz="4" w:space="0" w:color="auto"/>
              <w:left w:val="single" w:sz="4" w:space="0" w:color="auto"/>
              <w:bottom w:val="single" w:sz="4" w:space="0" w:color="auto"/>
              <w:right w:val="single" w:sz="4" w:space="0" w:color="auto"/>
            </w:tcBorders>
            <w:vAlign w:val="center"/>
          </w:tcPr>
          <w:p w14:paraId="2D8C1E82" w14:textId="77777777" w:rsidR="009A0AC0" w:rsidRPr="00447437" w:rsidRDefault="009A0AC0" w:rsidP="00DC25AF">
            <w:pPr>
              <w:spacing w:before="120" w:after="120" w:line="276" w:lineRule="auto"/>
              <w:jc w:val="center"/>
              <w:rPr>
                <w:rFonts w:ascii="GHEA Grapalat" w:hAnsi="GHEA Grapalat" w:cs="Segoe UI"/>
                <w:color w:val="000000" w:themeColor="text1"/>
                <w:lang w:val="hy-AM"/>
              </w:rPr>
            </w:pPr>
          </w:p>
          <w:p w14:paraId="737B26E8" w14:textId="77777777" w:rsidR="009A0AC0" w:rsidRPr="00447437" w:rsidRDefault="009A0AC0" w:rsidP="00DC25AF">
            <w:pPr>
              <w:spacing w:before="120" w:after="120" w:line="276" w:lineRule="auto"/>
              <w:jc w:val="center"/>
              <w:rPr>
                <w:rFonts w:ascii="GHEA Grapalat" w:hAnsi="GHEA Grapalat" w:cs="Segoe UI"/>
                <w:color w:val="000000" w:themeColor="text1"/>
                <w:lang w:val="hy-AM"/>
              </w:rPr>
            </w:pPr>
          </w:p>
          <w:p w14:paraId="56908FA3" w14:textId="77777777" w:rsidR="009A0AC0" w:rsidRPr="00447437" w:rsidRDefault="009A0AC0" w:rsidP="00DC25AF">
            <w:pPr>
              <w:spacing w:before="120" w:after="120" w:line="276" w:lineRule="auto"/>
              <w:jc w:val="center"/>
              <w:rPr>
                <w:rFonts w:ascii="GHEA Grapalat" w:hAnsi="GHEA Grapalat" w:cs="Segoe UI"/>
                <w:color w:val="000000" w:themeColor="text1"/>
                <w:u w:val="single"/>
                <w:lang w:val="hy-AM"/>
              </w:rPr>
            </w:pPr>
            <w:r w:rsidRPr="00447437">
              <w:rPr>
                <w:rFonts w:ascii="GHEA Grapalat" w:hAnsi="GHEA Grapalat" w:cs="Segoe UI"/>
                <w:color w:val="000000" w:themeColor="text1"/>
                <w:u w:val="single"/>
                <w:lang w:val="hy-AM"/>
              </w:rPr>
              <w:tab/>
            </w:r>
            <w:r w:rsidRPr="00447437">
              <w:rPr>
                <w:rFonts w:ascii="GHEA Grapalat" w:hAnsi="GHEA Grapalat" w:cs="Segoe UI"/>
                <w:color w:val="000000" w:themeColor="text1"/>
                <w:u w:val="single"/>
                <w:lang w:val="hy-AM"/>
              </w:rPr>
              <w:tab/>
            </w:r>
            <w:r w:rsidRPr="00447437">
              <w:rPr>
                <w:rFonts w:ascii="GHEA Grapalat" w:hAnsi="GHEA Grapalat" w:cs="Segoe UI"/>
                <w:color w:val="000000" w:themeColor="text1"/>
                <w:u w:val="single"/>
                <w:lang w:val="hy-AM"/>
              </w:rPr>
              <w:tab/>
            </w:r>
            <w:r w:rsidRPr="00447437">
              <w:rPr>
                <w:rFonts w:ascii="GHEA Grapalat" w:hAnsi="GHEA Grapalat" w:cs="Segoe UI"/>
                <w:color w:val="000000" w:themeColor="text1"/>
                <w:u w:val="single"/>
                <w:lang w:val="hy-AM"/>
              </w:rPr>
              <w:tab/>
            </w:r>
          </w:p>
          <w:p w14:paraId="02E335B6" w14:textId="77777777" w:rsidR="009A0AC0" w:rsidRPr="00447437" w:rsidRDefault="009A0AC0" w:rsidP="00DC25AF">
            <w:pPr>
              <w:spacing w:before="120" w:after="120" w:line="276" w:lineRule="auto"/>
              <w:jc w:val="center"/>
              <w:rPr>
                <w:rFonts w:ascii="GHEA Grapalat" w:hAnsi="GHEA Grapalat" w:cs="Segoe UI"/>
                <w:color w:val="000000" w:themeColor="text1"/>
                <w:lang w:val="hy-AM"/>
              </w:rPr>
            </w:pPr>
          </w:p>
        </w:tc>
        <w:tc>
          <w:tcPr>
            <w:tcW w:w="2362" w:type="dxa"/>
            <w:tcBorders>
              <w:top w:val="single" w:sz="4" w:space="0" w:color="auto"/>
              <w:left w:val="single" w:sz="4" w:space="0" w:color="auto"/>
              <w:bottom w:val="single" w:sz="4" w:space="0" w:color="auto"/>
              <w:right w:val="single" w:sz="4" w:space="0" w:color="auto"/>
            </w:tcBorders>
            <w:vAlign w:val="center"/>
          </w:tcPr>
          <w:p w14:paraId="61904442" w14:textId="77777777" w:rsidR="009A0AC0" w:rsidRPr="00447437" w:rsidRDefault="009A0AC0" w:rsidP="00DC25AF">
            <w:pPr>
              <w:spacing w:before="120" w:after="120" w:line="276" w:lineRule="auto"/>
              <w:jc w:val="center"/>
              <w:rPr>
                <w:rFonts w:ascii="GHEA Grapalat" w:hAnsi="GHEA Grapalat" w:cs="Segoe UI"/>
                <w:color w:val="000000" w:themeColor="text1"/>
                <w:u w:val="single"/>
                <w:lang w:val="hy-AM"/>
              </w:rPr>
            </w:pPr>
          </w:p>
          <w:p w14:paraId="76977A35" w14:textId="77777777" w:rsidR="009A0AC0" w:rsidRPr="00447437" w:rsidRDefault="009A0AC0" w:rsidP="00DC25AF">
            <w:pPr>
              <w:spacing w:before="120" w:after="120" w:line="276" w:lineRule="auto"/>
              <w:jc w:val="center"/>
              <w:rPr>
                <w:rFonts w:ascii="GHEA Grapalat" w:hAnsi="GHEA Grapalat" w:cs="Segoe UI"/>
                <w:color w:val="000000" w:themeColor="text1"/>
                <w:u w:val="single"/>
                <w:lang w:val="hy-AM"/>
              </w:rPr>
            </w:pPr>
            <w:r w:rsidRPr="00447437">
              <w:rPr>
                <w:rFonts w:ascii="GHEA Grapalat" w:hAnsi="GHEA Grapalat" w:cs="Segoe UI"/>
                <w:color w:val="000000" w:themeColor="text1"/>
                <w:u w:val="single"/>
                <w:lang w:val="hy-AM"/>
              </w:rPr>
              <w:tab/>
            </w:r>
            <w:r w:rsidRPr="00447437">
              <w:rPr>
                <w:rFonts w:ascii="GHEA Grapalat" w:hAnsi="GHEA Grapalat" w:cs="Segoe UI"/>
                <w:color w:val="000000" w:themeColor="text1"/>
                <w:u w:val="single"/>
                <w:lang w:val="hy-AM"/>
              </w:rPr>
              <w:tab/>
            </w:r>
            <w:r w:rsidRPr="00447437">
              <w:rPr>
                <w:rFonts w:ascii="GHEA Grapalat" w:hAnsi="GHEA Grapalat" w:cs="Segoe UI"/>
                <w:color w:val="000000" w:themeColor="text1"/>
                <w:u w:val="single"/>
                <w:lang w:val="hy-AM"/>
              </w:rPr>
              <w:tab/>
            </w:r>
            <w:r w:rsidRPr="00447437">
              <w:rPr>
                <w:rFonts w:ascii="GHEA Grapalat" w:hAnsi="GHEA Grapalat" w:cs="Segoe UI"/>
                <w:color w:val="000000" w:themeColor="text1"/>
                <w:u w:val="single"/>
                <w:lang w:val="hy-AM"/>
              </w:rPr>
              <w:tab/>
            </w:r>
          </w:p>
        </w:tc>
        <w:tc>
          <w:tcPr>
            <w:tcW w:w="3401" w:type="dxa"/>
            <w:tcBorders>
              <w:top w:val="single" w:sz="4" w:space="0" w:color="auto"/>
              <w:left w:val="single" w:sz="4" w:space="0" w:color="auto"/>
              <w:bottom w:val="single" w:sz="4" w:space="0" w:color="auto"/>
              <w:right w:val="single" w:sz="4" w:space="0" w:color="auto"/>
            </w:tcBorders>
          </w:tcPr>
          <w:p w14:paraId="2C38391E" w14:textId="77777777" w:rsidR="009A0AC0" w:rsidRPr="00447437" w:rsidRDefault="009A0AC0" w:rsidP="00DC25AF">
            <w:pPr>
              <w:spacing w:before="120" w:after="120" w:line="276" w:lineRule="auto"/>
              <w:jc w:val="center"/>
              <w:rPr>
                <w:rFonts w:ascii="GHEA Grapalat" w:hAnsi="GHEA Grapalat" w:cs="Segoe UI"/>
                <w:color w:val="000000" w:themeColor="text1"/>
                <w:u w:val="single"/>
                <w:lang w:val="hy-AM"/>
              </w:rPr>
            </w:pPr>
          </w:p>
          <w:p w14:paraId="03F4031A" w14:textId="77777777" w:rsidR="009A0AC0" w:rsidRPr="00447437" w:rsidRDefault="009A0AC0" w:rsidP="00DC25AF">
            <w:pPr>
              <w:spacing w:before="120" w:after="120" w:line="276" w:lineRule="auto"/>
              <w:jc w:val="center"/>
              <w:rPr>
                <w:rFonts w:ascii="GHEA Grapalat" w:hAnsi="GHEA Grapalat" w:cs="Segoe UI"/>
                <w:color w:val="000000" w:themeColor="text1"/>
                <w:u w:val="single"/>
                <w:lang w:val="hy-AM"/>
              </w:rPr>
            </w:pPr>
          </w:p>
          <w:p w14:paraId="4327AFB2" w14:textId="77777777" w:rsidR="009A0AC0" w:rsidRPr="00447437" w:rsidRDefault="009A0AC0" w:rsidP="00DC25AF">
            <w:pPr>
              <w:spacing w:before="120" w:after="120" w:line="276" w:lineRule="auto"/>
              <w:jc w:val="center"/>
              <w:rPr>
                <w:rFonts w:ascii="GHEA Grapalat" w:hAnsi="GHEA Grapalat" w:cs="Segoe UI"/>
                <w:color w:val="000000" w:themeColor="text1"/>
                <w:u w:val="single"/>
                <w:lang w:val="hy-AM"/>
              </w:rPr>
            </w:pPr>
            <w:r w:rsidRPr="00447437">
              <w:rPr>
                <w:rFonts w:ascii="GHEA Grapalat" w:hAnsi="GHEA Grapalat" w:cs="Segoe UI"/>
                <w:color w:val="000000" w:themeColor="text1"/>
                <w:u w:val="single"/>
                <w:lang w:val="hy-AM"/>
              </w:rPr>
              <w:tab/>
            </w:r>
            <w:r w:rsidRPr="00447437">
              <w:rPr>
                <w:rFonts w:ascii="GHEA Grapalat" w:hAnsi="GHEA Grapalat" w:cs="Segoe UI"/>
                <w:color w:val="000000" w:themeColor="text1"/>
                <w:u w:val="single"/>
                <w:lang w:val="hy-AM"/>
              </w:rPr>
              <w:tab/>
            </w:r>
            <w:r w:rsidRPr="00447437">
              <w:rPr>
                <w:rFonts w:ascii="GHEA Grapalat" w:hAnsi="GHEA Grapalat" w:cs="Segoe UI"/>
                <w:color w:val="000000" w:themeColor="text1"/>
                <w:u w:val="single"/>
                <w:lang w:val="hy-AM"/>
              </w:rPr>
              <w:tab/>
            </w:r>
            <w:r w:rsidRPr="00447437">
              <w:rPr>
                <w:rFonts w:ascii="GHEA Grapalat" w:hAnsi="GHEA Grapalat" w:cs="Segoe UI"/>
                <w:color w:val="000000" w:themeColor="text1"/>
                <w:u w:val="single"/>
                <w:lang w:val="hy-AM"/>
              </w:rPr>
              <w:tab/>
            </w:r>
          </w:p>
        </w:tc>
      </w:tr>
    </w:tbl>
    <w:bookmarkEnd w:id="39"/>
    <w:p w14:paraId="6F1FAB7F" w14:textId="77777777" w:rsidR="009A0AC0" w:rsidRPr="00447437" w:rsidRDefault="009A0AC0" w:rsidP="009A0AC0">
      <w:pPr>
        <w:spacing w:before="120" w:after="120" w:line="276" w:lineRule="auto"/>
        <w:ind w:left="720" w:hanging="720"/>
        <w:jc w:val="both"/>
        <w:rPr>
          <w:rFonts w:ascii="GHEA Grapalat" w:hAnsi="GHEA Grapalat" w:cs="Segoe UI"/>
          <w:b/>
          <w:bCs/>
          <w:color w:val="000000" w:themeColor="text1"/>
          <w:lang w:val="hy-AM"/>
        </w:rPr>
      </w:pPr>
      <w:r w:rsidRPr="00447437">
        <w:rPr>
          <w:rFonts w:ascii="GHEA Grapalat" w:hAnsi="GHEA Grapalat" w:cs="Segoe UI"/>
          <w:b/>
          <w:bCs/>
          <w:color w:val="000000" w:themeColor="text1"/>
          <w:lang w:val="hy-AM"/>
        </w:rPr>
        <w:t xml:space="preserve"> </w:t>
      </w:r>
    </w:p>
    <w:p w14:paraId="2D031A9A" w14:textId="77777777" w:rsidR="009A0AC0" w:rsidRPr="00447437" w:rsidRDefault="009A0AC0" w:rsidP="009A0AC0">
      <w:pPr>
        <w:spacing w:line="360" w:lineRule="auto"/>
        <w:ind w:left="720" w:hanging="720"/>
        <w:jc w:val="right"/>
        <w:rPr>
          <w:rFonts w:ascii="GHEA Grapalat" w:eastAsia="GHEA Grapalat" w:hAnsi="GHEA Grapalat" w:cs="GHEA Grapalat"/>
          <w:b/>
          <w:bCs/>
          <w:color w:val="000000" w:themeColor="text1"/>
          <w:lang w:val="hy-AM"/>
        </w:rPr>
      </w:pPr>
    </w:p>
    <w:p w14:paraId="6B205C56" w14:textId="77777777" w:rsidR="009A0AC0" w:rsidRPr="00447437" w:rsidRDefault="009A0AC0" w:rsidP="009A0AC0">
      <w:pPr>
        <w:rPr>
          <w:rFonts w:ascii="GHEA Grapalat" w:eastAsia="GHEA Grapalat" w:hAnsi="GHEA Grapalat" w:cs="GHEA Grapalat"/>
          <w:b/>
          <w:bCs/>
          <w:color w:val="000000" w:themeColor="text1"/>
          <w:lang w:val="hy-AM"/>
        </w:rPr>
      </w:pPr>
      <w:r w:rsidRPr="00447437">
        <w:rPr>
          <w:rFonts w:ascii="GHEA Grapalat" w:eastAsia="GHEA Grapalat" w:hAnsi="GHEA Grapalat" w:cs="GHEA Grapalat"/>
          <w:b/>
          <w:bCs/>
          <w:color w:val="000000" w:themeColor="text1"/>
          <w:lang w:val="hy-AM"/>
        </w:rPr>
        <w:br w:type="page"/>
      </w:r>
    </w:p>
    <w:p w14:paraId="538339A4" w14:textId="740A837C" w:rsidR="009A0AC0" w:rsidRPr="00447437" w:rsidRDefault="009A0AC0" w:rsidP="009A0AC0">
      <w:pPr>
        <w:spacing w:line="360" w:lineRule="auto"/>
        <w:ind w:left="720" w:hanging="720"/>
        <w:jc w:val="right"/>
        <w:rPr>
          <w:rFonts w:ascii="GHEA Grapalat" w:eastAsia="GHEA Grapalat" w:hAnsi="GHEA Grapalat" w:cs="GHEA Grapalat"/>
          <w:b/>
          <w:bCs/>
          <w:color w:val="000000" w:themeColor="text1"/>
          <w:sz w:val="24"/>
          <w:szCs w:val="24"/>
          <w:lang w:val="hy-AM"/>
        </w:rPr>
      </w:pPr>
      <w:r w:rsidRPr="00447437">
        <w:rPr>
          <w:rFonts w:ascii="GHEA Grapalat" w:eastAsia="GHEA Grapalat" w:hAnsi="GHEA Grapalat" w:cs="GHEA Grapalat"/>
          <w:b/>
          <w:bCs/>
          <w:color w:val="000000" w:themeColor="text1"/>
          <w:lang w:val="hy-AM"/>
        </w:rPr>
        <w:lastRenderedPageBreak/>
        <w:t xml:space="preserve">                                                                                                                     </w:t>
      </w:r>
      <w:r w:rsidRPr="00447437">
        <w:rPr>
          <w:rFonts w:ascii="GHEA Grapalat" w:eastAsia="GHEA Grapalat" w:hAnsi="GHEA Grapalat" w:cs="GHEA Grapalat"/>
          <w:b/>
          <w:bCs/>
          <w:color w:val="000000" w:themeColor="text1"/>
          <w:sz w:val="24"/>
          <w:szCs w:val="24"/>
          <w:lang w:val="hy-AM"/>
        </w:rPr>
        <w:t xml:space="preserve">                Ձև 5</w:t>
      </w:r>
    </w:p>
    <w:p w14:paraId="6C471FB8" w14:textId="77777777" w:rsidR="009A0AC0" w:rsidRPr="00447437" w:rsidRDefault="009A0AC0" w:rsidP="009A0AC0">
      <w:pPr>
        <w:spacing w:line="276" w:lineRule="auto"/>
        <w:ind w:left="720" w:hanging="720"/>
        <w:jc w:val="center"/>
        <w:rPr>
          <w:rFonts w:ascii="GHEA Grapalat" w:hAnsi="GHEA Grapalat" w:cs="Segoe UI"/>
          <w:b/>
          <w:color w:val="000000" w:themeColor="text1"/>
          <w:lang w:val="hy-AM"/>
        </w:rPr>
      </w:pPr>
    </w:p>
    <w:p w14:paraId="7F98B932" w14:textId="19023BA8" w:rsidR="009A0AC0" w:rsidRPr="00447437" w:rsidRDefault="009A0AC0" w:rsidP="009A0AC0">
      <w:pPr>
        <w:spacing w:line="276" w:lineRule="auto"/>
        <w:ind w:left="720" w:hanging="720"/>
        <w:jc w:val="center"/>
        <w:rPr>
          <w:rFonts w:ascii="GHEA Grapalat" w:hAnsi="GHEA Grapalat" w:cs="Segoe UI"/>
          <w:b/>
          <w:color w:val="000000" w:themeColor="text1"/>
          <w:lang w:val="hy-AM"/>
        </w:rPr>
      </w:pPr>
      <w:r w:rsidRPr="00447437">
        <w:rPr>
          <w:rFonts w:ascii="GHEA Grapalat" w:hAnsi="GHEA Grapalat" w:cs="Segoe UI"/>
          <w:b/>
          <w:color w:val="000000" w:themeColor="text1"/>
          <w:lang w:val="hy-AM"/>
        </w:rPr>
        <w:t>ԱՇԽԱՏԱՆՔԱՅԻՆ ՊՐԱԿՏԻԿԱ ԿԱԶՄԱԿԵՐՊԵԼՈՒ ՄԱՍԻՆ ՊԱՅՄԱՆԱԳԻՐ</w:t>
      </w:r>
      <w:r w:rsidR="003F1EF6" w:rsidRPr="00447437">
        <w:rPr>
          <w:rStyle w:val="FootnoteReference"/>
          <w:rFonts w:ascii="GHEA Grapalat" w:hAnsi="GHEA Grapalat" w:cs="Segoe UI"/>
          <w:b/>
          <w:color w:val="000000" w:themeColor="text1"/>
          <w:lang w:val="hy-AM"/>
        </w:rPr>
        <w:footnoteReference w:id="32"/>
      </w:r>
    </w:p>
    <w:p w14:paraId="2105ADF9" w14:textId="77777777" w:rsidR="009A0AC0" w:rsidRPr="00447437" w:rsidRDefault="009A0AC0" w:rsidP="009A0AC0">
      <w:pPr>
        <w:spacing w:line="276" w:lineRule="auto"/>
        <w:ind w:left="720" w:hanging="720"/>
        <w:jc w:val="center"/>
        <w:rPr>
          <w:rFonts w:ascii="GHEA Grapalat" w:hAnsi="GHEA Grapalat" w:cs="Segoe UI"/>
          <w:b/>
          <w:color w:val="000000" w:themeColor="text1"/>
          <w:lang w:val="hy-AM"/>
        </w:rPr>
      </w:pPr>
    </w:p>
    <w:p w14:paraId="71EFF834" w14:textId="77777777" w:rsidR="009A0AC0" w:rsidRPr="00447437" w:rsidRDefault="009A0AC0" w:rsidP="009A0AC0">
      <w:pPr>
        <w:spacing w:line="276" w:lineRule="auto"/>
        <w:ind w:left="720" w:hanging="720"/>
        <w:jc w:val="center"/>
        <w:rPr>
          <w:rFonts w:ascii="GHEA Grapalat" w:hAnsi="GHEA Grapalat" w:cs="Segoe UI"/>
          <w:i/>
          <w:color w:val="000000" w:themeColor="text1"/>
          <w:lang w:val="hy-AM"/>
        </w:rPr>
      </w:pPr>
      <w:r w:rsidRPr="00447437">
        <w:rPr>
          <w:rFonts w:ascii="GHEA Grapalat" w:hAnsi="GHEA Grapalat" w:cs="Segoe UI"/>
          <w:i/>
          <w:color w:val="000000" w:themeColor="text1"/>
          <w:lang w:val="hy-AM"/>
        </w:rPr>
        <w:t>(Մասնագիտական կրթության և ուսուցման ծրագրով աշխատանքի վրա հիմնված ուսումնառությունը պրակտիկայի ձևով անցնող ուսանողի հետ կնքվող)</w:t>
      </w:r>
    </w:p>
    <w:p w14:paraId="1E11DF6D" w14:textId="77777777" w:rsidR="009A0AC0" w:rsidRPr="00447437" w:rsidRDefault="009A0AC0" w:rsidP="009A0AC0">
      <w:pPr>
        <w:spacing w:line="276" w:lineRule="auto"/>
        <w:ind w:left="720" w:hanging="720"/>
        <w:jc w:val="center"/>
        <w:rPr>
          <w:rFonts w:ascii="GHEA Grapalat" w:hAnsi="GHEA Grapalat" w:cs="Segoe UI"/>
          <w:color w:val="000000" w:themeColor="text1"/>
          <w:lang w:val="hy-AM"/>
        </w:rPr>
      </w:pPr>
    </w:p>
    <w:p w14:paraId="2EB507E1" w14:textId="52632D26" w:rsidR="009A0AC0" w:rsidRPr="00447437" w:rsidRDefault="009A0AC0" w:rsidP="009A0AC0">
      <w:pPr>
        <w:spacing w:before="120" w:after="120"/>
        <w:ind w:left="540"/>
        <w:rPr>
          <w:rFonts w:ascii="GHEA Grapalat" w:hAnsi="GHEA Grapalat" w:cs="Segoe UI"/>
          <w:bCs/>
          <w:color w:val="000000" w:themeColor="text1"/>
          <w:lang w:val="hy-AM"/>
        </w:rPr>
      </w:pPr>
      <w:r w:rsidRPr="00447437">
        <w:rPr>
          <w:rFonts w:ascii="GHEA Grapalat" w:hAnsi="GHEA Grapalat" w:cs="Segoe UI"/>
          <w:i/>
          <w:color w:val="000000" w:themeColor="text1"/>
          <w:lang w:val="hy-AM"/>
        </w:rPr>
        <w:t xml:space="preserve">ք. </w:t>
      </w:r>
      <w:r w:rsidRPr="00447437">
        <w:rPr>
          <w:rFonts w:ascii="GHEA Grapalat" w:hAnsi="GHEA Grapalat" w:cs="Segoe UI"/>
          <w:i/>
          <w:color w:val="000000" w:themeColor="text1"/>
          <w:u w:val="single"/>
          <w:lang w:val="hy-AM"/>
        </w:rPr>
        <w:tab/>
      </w:r>
      <w:r w:rsidRPr="00447437">
        <w:rPr>
          <w:rFonts w:ascii="GHEA Grapalat" w:hAnsi="GHEA Grapalat" w:cs="Segoe UI"/>
          <w:i/>
          <w:color w:val="000000" w:themeColor="text1"/>
          <w:u w:val="single"/>
          <w:lang w:val="hy-AM"/>
        </w:rPr>
        <w:tab/>
      </w:r>
      <w:r w:rsidRPr="00447437">
        <w:rPr>
          <w:rFonts w:ascii="GHEA Grapalat" w:hAnsi="GHEA Grapalat" w:cs="Segoe UI"/>
          <w:i/>
          <w:color w:val="000000" w:themeColor="text1"/>
          <w:u w:val="single"/>
          <w:lang w:val="hy-AM"/>
        </w:rPr>
        <w:tab/>
      </w:r>
      <w:r w:rsidRPr="00447437">
        <w:rPr>
          <w:rFonts w:ascii="GHEA Grapalat" w:hAnsi="GHEA Grapalat" w:cs="Segoe UI"/>
          <w:i/>
          <w:color w:val="000000" w:themeColor="text1"/>
          <w:lang w:val="hy-AM"/>
        </w:rPr>
        <w:tab/>
      </w:r>
      <w:r w:rsidRPr="00447437">
        <w:rPr>
          <w:rFonts w:ascii="GHEA Grapalat" w:hAnsi="GHEA Grapalat" w:cs="Segoe UI"/>
          <w:i/>
          <w:color w:val="000000" w:themeColor="text1"/>
          <w:lang w:val="hy-AM"/>
        </w:rPr>
        <w:tab/>
      </w:r>
      <w:r w:rsidR="00D54D46" w:rsidRPr="00447437">
        <w:rPr>
          <w:rFonts w:ascii="GHEA Grapalat" w:hAnsi="GHEA Grapalat" w:cs="Segoe UI"/>
          <w:i/>
          <w:color w:val="000000" w:themeColor="text1"/>
          <w:lang w:val="hy-AM"/>
        </w:rPr>
        <w:tab/>
      </w:r>
      <w:r w:rsidRPr="00447437">
        <w:rPr>
          <w:rFonts w:ascii="GHEA Grapalat" w:hAnsi="GHEA Grapalat" w:cs="Segoe UI"/>
          <w:i/>
          <w:color w:val="000000" w:themeColor="text1"/>
          <w:lang w:val="hy-AM"/>
        </w:rPr>
        <w:tab/>
        <w:t>«</w:t>
      </w:r>
      <w:r w:rsidRPr="00447437">
        <w:rPr>
          <w:rFonts w:ascii="GHEA Grapalat" w:hAnsi="GHEA Grapalat" w:cs="Segoe UI"/>
          <w:i/>
          <w:color w:val="000000" w:themeColor="text1"/>
          <w:u w:val="single"/>
          <w:lang w:val="hy-AM"/>
        </w:rPr>
        <w:tab/>
      </w:r>
      <w:r w:rsidRPr="00447437">
        <w:rPr>
          <w:rFonts w:ascii="GHEA Grapalat" w:hAnsi="GHEA Grapalat" w:cs="Segoe UI"/>
          <w:i/>
          <w:color w:val="000000" w:themeColor="text1"/>
          <w:lang w:val="hy-AM"/>
        </w:rPr>
        <w:t xml:space="preserve">»-ը </w:t>
      </w:r>
      <w:r w:rsidRPr="00447437">
        <w:rPr>
          <w:rFonts w:ascii="GHEA Grapalat" w:hAnsi="GHEA Grapalat" w:cs="Segoe UI"/>
          <w:i/>
          <w:color w:val="000000" w:themeColor="text1"/>
          <w:u w:val="single"/>
          <w:lang w:val="hy-AM"/>
        </w:rPr>
        <w:tab/>
      </w:r>
      <w:r w:rsidRPr="00447437">
        <w:rPr>
          <w:rFonts w:ascii="GHEA Grapalat" w:hAnsi="GHEA Grapalat" w:cs="Segoe UI"/>
          <w:i/>
          <w:color w:val="000000" w:themeColor="text1"/>
          <w:u w:val="single"/>
          <w:lang w:val="hy-AM"/>
        </w:rPr>
        <w:tab/>
      </w:r>
      <w:r w:rsidRPr="00447437">
        <w:rPr>
          <w:rFonts w:ascii="GHEA Grapalat" w:hAnsi="GHEA Grapalat" w:cs="Segoe UI"/>
          <w:i/>
          <w:color w:val="000000" w:themeColor="text1"/>
          <w:u w:val="single"/>
          <w:lang w:val="hy-AM"/>
        </w:rPr>
        <w:tab/>
      </w:r>
      <w:r w:rsidRPr="00447437">
        <w:rPr>
          <w:rFonts w:ascii="GHEA Grapalat" w:hAnsi="GHEA Grapalat" w:cs="Segoe UI"/>
          <w:i/>
          <w:color w:val="000000" w:themeColor="text1"/>
          <w:lang w:val="hy-AM"/>
        </w:rPr>
        <w:t>ի 202</w:t>
      </w:r>
      <w:r w:rsidRPr="00447437">
        <w:rPr>
          <w:rFonts w:ascii="GHEA Grapalat" w:hAnsi="GHEA Grapalat" w:cs="Segoe UI"/>
          <w:i/>
          <w:color w:val="000000" w:themeColor="text1"/>
          <w:u w:val="single"/>
          <w:lang w:val="hy-AM"/>
        </w:rPr>
        <w:tab/>
      </w:r>
      <w:r w:rsidRPr="00447437">
        <w:rPr>
          <w:rFonts w:ascii="GHEA Grapalat" w:hAnsi="GHEA Grapalat" w:cs="Segoe UI"/>
          <w:i/>
          <w:color w:val="000000" w:themeColor="text1"/>
          <w:lang w:val="hy-AM"/>
        </w:rPr>
        <w:t>թ</w:t>
      </w:r>
      <w:r w:rsidRPr="00447437">
        <w:rPr>
          <w:rFonts w:ascii="GHEA Grapalat" w:hAnsi="GHEA Grapalat" w:cs="Segoe UI"/>
          <w:color w:val="000000" w:themeColor="text1"/>
          <w:lang w:val="hy-AM"/>
        </w:rPr>
        <w:t>.</w:t>
      </w:r>
    </w:p>
    <w:p w14:paraId="71FC0DD0" w14:textId="77777777" w:rsidR="009A0AC0" w:rsidRPr="00447437" w:rsidRDefault="009A0AC0" w:rsidP="009A0AC0">
      <w:pPr>
        <w:spacing w:line="276" w:lineRule="auto"/>
        <w:ind w:left="540"/>
        <w:jc w:val="center"/>
        <w:rPr>
          <w:rFonts w:ascii="GHEA Grapalat" w:hAnsi="GHEA Grapalat" w:cs="Segoe UI"/>
          <w:color w:val="000000" w:themeColor="text1"/>
          <w:lang w:val="hy-AM"/>
        </w:rPr>
      </w:pPr>
    </w:p>
    <w:p w14:paraId="6DAAE4EA" w14:textId="77777777" w:rsidR="009A0AC0" w:rsidRPr="00447437" w:rsidRDefault="009A0AC0" w:rsidP="009A0AC0">
      <w:pPr>
        <w:spacing w:line="276" w:lineRule="auto"/>
        <w:ind w:left="540"/>
        <w:jc w:val="both"/>
        <w:rPr>
          <w:rFonts w:ascii="GHEA Grapalat" w:hAnsi="GHEA Grapalat" w:cs="Segoe UI"/>
          <w:color w:val="000000" w:themeColor="text1"/>
          <w:lang w:val="hy-AM"/>
        </w:rPr>
      </w:pPr>
      <w:r w:rsidRPr="00447437">
        <w:rPr>
          <w:rFonts w:ascii="GHEA Grapalat" w:hAnsi="GHEA Grapalat" w:cs="Segoe UI"/>
          <w:bCs/>
          <w:i/>
          <w:iCs/>
          <w:color w:val="000000" w:themeColor="text1"/>
          <w:lang w:val="hy-AM"/>
        </w:rPr>
        <w:t>[</w:t>
      </w:r>
      <w:r w:rsidRPr="00447437">
        <w:rPr>
          <w:rFonts w:ascii="GHEA Grapalat" w:hAnsi="GHEA Grapalat" w:cs="Segoe UI"/>
          <w:bCs/>
          <w:i/>
          <w:iCs/>
          <w:color w:val="000000" w:themeColor="text1"/>
          <w:u w:val="single"/>
          <w:lang w:val="hy-AM"/>
        </w:rPr>
        <w:tab/>
      </w:r>
      <w:r w:rsidRPr="00447437">
        <w:rPr>
          <w:rFonts w:ascii="GHEA Grapalat" w:hAnsi="GHEA Grapalat" w:cs="Segoe UI"/>
          <w:bCs/>
          <w:i/>
          <w:iCs/>
          <w:color w:val="000000" w:themeColor="text1"/>
          <w:u w:val="single"/>
          <w:lang w:val="hy-AM"/>
        </w:rPr>
        <w:tab/>
      </w:r>
      <w:r w:rsidRPr="00447437">
        <w:rPr>
          <w:rFonts w:ascii="GHEA Grapalat" w:hAnsi="GHEA Grapalat" w:cs="Segoe UI"/>
          <w:bCs/>
          <w:i/>
          <w:iCs/>
          <w:color w:val="000000" w:themeColor="text1"/>
          <w:u w:val="single"/>
          <w:lang w:val="hy-AM"/>
        </w:rPr>
        <w:tab/>
      </w:r>
      <w:r w:rsidRPr="00447437">
        <w:rPr>
          <w:rFonts w:ascii="GHEA Grapalat" w:hAnsi="GHEA Grapalat" w:cs="Segoe UI"/>
          <w:bCs/>
          <w:i/>
          <w:iCs/>
          <w:color w:val="000000" w:themeColor="text1"/>
          <w:u w:val="single"/>
          <w:lang w:val="hy-AM"/>
        </w:rPr>
        <w:tab/>
      </w:r>
      <w:r w:rsidRPr="00447437">
        <w:rPr>
          <w:rFonts w:ascii="GHEA Grapalat" w:hAnsi="GHEA Grapalat" w:cs="Segoe UI"/>
          <w:bCs/>
          <w:i/>
          <w:iCs/>
          <w:color w:val="000000" w:themeColor="text1"/>
          <w:u w:val="single"/>
          <w:lang w:val="hy-AM"/>
        </w:rPr>
        <w:tab/>
      </w:r>
      <w:r w:rsidRPr="00447437">
        <w:rPr>
          <w:rFonts w:ascii="GHEA Grapalat" w:hAnsi="GHEA Grapalat" w:cs="Segoe UI"/>
          <w:bCs/>
          <w:i/>
          <w:iCs/>
          <w:color w:val="000000" w:themeColor="text1"/>
          <w:lang w:val="hy-AM"/>
        </w:rPr>
        <w:t xml:space="preserve">] </w:t>
      </w:r>
      <w:r w:rsidRPr="00447437">
        <w:rPr>
          <w:rFonts w:ascii="GHEA Grapalat" w:hAnsi="GHEA Grapalat" w:cs="Segoe UI"/>
          <w:color w:val="000000" w:themeColor="text1"/>
          <w:lang w:val="hy-AM"/>
        </w:rPr>
        <w:t>կազմակերպությունը</w:t>
      </w:r>
      <w:r w:rsidRPr="00447437">
        <w:rPr>
          <w:rStyle w:val="FootnoteReference"/>
          <w:rFonts w:ascii="GHEA Grapalat" w:hAnsi="GHEA Grapalat" w:cs="Segoe UI"/>
          <w:color w:val="000000" w:themeColor="text1"/>
          <w:lang w:val="hy-AM"/>
        </w:rPr>
        <w:footnoteReference w:id="33"/>
      </w:r>
      <w:r w:rsidRPr="00447437">
        <w:rPr>
          <w:rFonts w:ascii="GHEA Grapalat" w:hAnsi="GHEA Grapalat" w:cs="Segoe UI"/>
          <w:color w:val="000000" w:themeColor="text1"/>
          <w:lang w:val="hy-AM"/>
        </w:rPr>
        <w:t xml:space="preserve"> (այսուհետ՝ </w:t>
      </w:r>
      <w:r w:rsidRPr="00447437">
        <w:rPr>
          <w:rFonts w:ascii="GHEA Grapalat" w:hAnsi="GHEA Grapalat" w:cs="Segoe UI"/>
          <w:b/>
          <w:bCs/>
          <w:color w:val="000000" w:themeColor="text1"/>
          <w:lang w:val="hy-AM"/>
        </w:rPr>
        <w:t>Գործընկեր</w:t>
      </w:r>
      <w:r w:rsidRPr="00447437">
        <w:rPr>
          <w:rFonts w:ascii="GHEA Grapalat" w:hAnsi="GHEA Grapalat" w:cs="Segoe UI"/>
          <w:color w:val="000000" w:themeColor="text1"/>
          <w:lang w:val="hy-AM"/>
        </w:rPr>
        <w:t xml:space="preserve"> </w:t>
      </w:r>
      <w:r w:rsidRPr="00447437">
        <w:rPr>
          <w:rFonts w:ascii="GHEA Grapalat" w:hAnsi="GHEA Grapalat" w:cs="Segoe UI"/>
          <w:b/>
          <w:bCs/>
          <w:color w:val="000000" w:themeColor="text1"/>
          <w:lang w:val="hy-AM"/>
        </w:rPr>
        <w:t>Կազմակերպություն</w:t>
      </w:r>
      <w:r w:rsidRPr="00447437">
        <w:rPr>
          <w:rFonts w:ascii="GHEA Grapalat" w:hAnsi="GHEA Grapalat" w:cs="Segoe UI"/>
          <w:color w:val="000000" w:themeColor="text1"/>
          <w:lang w:val="hy-AM"/>
        </w:rPr>
        <w:t xml:space="preserve">), մի կողմից, և </w:t>
      </w:r>
      <w:r w:rsidRPr="00447437">
        <w:rPr>
          <w:rFonts w:ascii="GHEA Grapalat" w:hAnsi="GHEA Grapalat" w:cs="Segoe UI"/>
          <w:bCs/>
          <w:i/>
          <w:iCs/>
          <w:color w:val="000000" w:themeColor="text1"/>
          <w:lang w:val="hy-AM"/>
        </w:rPr>
        <w:t xml:space="preserve"> [</w:t>
      </w:r>
      <w:r w:rsidRPr="00447437">
        <w:rPr>
          <w:rFonts w:ascii="GHEA Grapalat" w:hAnsi="GHEA Grapalat" w:cs="Segoe UI"/>
          <w:bCs/>
          <w:i/>
          <w:iCs/>
          <w:color w:val="000000" w:themeColor="text1"/>
          <w:u w:val="single"/>
          <w:lang w:val="hy-AM"/>
        </w:rPr>
        <w:tab/>
      </w:r>
      <w:r w:rsidRPr="00447437">
        <w:rPr>
          <w:rFonts w:ascii="GHEA Grapalat" w:hAnsi="GHEA Grapalat" w:cs="Segoe UI"/>
          <w:bCs/>
          <w:i/>
          <w:iCs/>
          <w:color w:val="000000" w:themeColor="text1"/>
          <w:u w:val="single"/>
          <w:lang w:val="hy-AM"/>
        </w:rPr>
        <w:tab/>
      </w:r>
      <w:r w:rsidRPr="00447437">
        <w:rPr>
          <w:rFonts w:ascii="GHEA Grapalat" w:hAnsi="GHEA Grapalat" w:cs="Segoe UI"/>
          <w:bCs/>
          <w:i/>
          <w:iCs/>
          <w:color w:val="000000" w:themeColor="text1"/>
          <w:u w:val="single"/>
          <w:lang w:val="hy-AM"/>
        </w:rPr>
        <w:tab/>
      </w:r>
      <w:r w:rsidRPr="00447437">
        <w:rPr>
          <w:rFonts w:ascii="GHEA Grapalat" w:hAnsi="GHEA Grapalat" w:cs="Segoe UI"/>
          <w:bCs/>
          <w:i/>
          <w:iCs/>
          <w:color w:val="000000" w:themeColor="text1"/>
          <w:u w:val="single"/>
          <w:lang w:val="hy-AM"/>
        </w:rPr>
        <w:tab/>
      </w:r>
      <w:r w:rsidRPr="00447437">
        <w:rPr>
          <w:rFonts w:ascii="GHEA Grapalat" w:hAnsi="GHEA Grapalat" w:cs="Segoe UI"/>
          <w:bCs/>
          <w:i/>
          <w:iCs/>
          <w:color w:val="000000" w:themeColor="text1"/>
          <w:u w:val="single"/>
          <w:lang w:val="hy-AM"/>
        </w:rPr>
        <w:tab/>
      </w:r>
      <w:r w:rsidRPr="00447437">
        <w:rPr>
          <w:rFonts w:ascii="GHEA Grapalat" w:hAnsi="GHEA Grapalat" w:cs="Segoe UI"/>
          <w:bCs/>
          <w:i/>
          <w:iCs/>
          <w:color w:val="000000" w:themeColor="text1"/>
          <w:u w:val="single"/>
          <w:lang w:val="hy-AM"/>
        </w:rPr>
        <w:tab/>
      </w:r>
      <w:r w:rsidRPr="00447437">
        <w:rPr>
          <w:rFonts w:ascii="GHEA Grapalat" w:hAnsi="GHEA Grapalat" w:cs="Segoe UI"/>
          <w:bCs/>
          <w:i/>
          <w:iCs/>
          <w:color w:val="000000" w:themeColor="text1"/>
          <w:u w:val="single"/>
          <w:lang w:val="hy-AM"/>
        </w:rPr>
        <w:tab/>
      </w:r>
      <w:r w:rsidRPr="00447437">
        <w:rPr>
          <w:rFonts w:ascii="GHEA Grapalat" w:hAnsi="GHEA Grapalat" w:cs="Segoe UI"/>
          <w:bCs/>
          <w:i/>
          <w:iCs/>
          <w:color w:val="000000" w:themeColor="text1"/>
          <w:lang w:val="hy-AM"/>
        </w:rPr>
        <w:t>]</w:t>
      </w:r>
      <w:r w:rsidRPr="00447437">
        <w:rPr>
          <w:rStyle w:val="FootnoteReference"/>
          <w:rFonts w:ascii="GHEA Grapalat" w:hAnsi="GHEA Grapalat" w:cs="Segoe UI"/>
          <w:color w:val="000000" w:themeColor="text1"/>
          <w:lang w:val="hy-AM"/>
        </w:rPr>
        <w:footnoteReference w:id="34"/>
      </w:r>
      <w:r w:rsidRPr="00447437">
        <w:rPr>
          <w:rFonts w:ascii="GHEA Grapalat" w:hAnsi="GHEA Grapalat" w:cs="Segoe UI"/>
          <w:color w:val="000000" w:themeColor="text1"/>
          <w:lang w:val="hy-AM"/>
        </w:rPr>
        <w:t xml:space="preserve"> (այսուհետ՝ </w:t>
      </w:r>
      <w:r w:rsidRPr="00447437">
        <w:rPr>
          <w:rFonts w:ascii="GHEA Grapalat" w:hAnsi="GHEA Grapalat" w:cs="Segoe UI"/>
          <w:b/>
          <w:bCs/>
          <w:color w:val="000000" w:themeColor="text1"/>
          <w:lang w:val="hy-AM"/>
        </w:rPr>
        <w:t>Ուսանող</w:t>
      </w:r>
      <w:r w:rsidRPr="00447437">
        <w:rPr>
          <w:rFonts w:ascii="GHEA Grapalat" w:hAnsi="GHEA Grapalat" w:cs="Segoe UI"/>
          <w:color w:val="000000" w:themeColor="text1"/>
          <w:lang w:val="hy-AM"/>
        </w:rPr>
        <w:t xml:space="preserve">), մյուս կողմից (այսուհետ միասին՝ </w:t>
      </w:r>
      <w:r w:rsidRPr="00447437">
        <w:rPr>
          <w:rFonts w:ascii="GHEA Grapalat" w:hAnsi="GHEA Grapalat" w:cs="Segoe UI"/>
          <w:b/>
          <w:bCs/>
          <w:color w:val="000000" w:themeColor="text1"/>
          <w:lang w:val="hy-AM"/>
        </w:rPr>
        <w:t>Կողմեր</w:t>
      </w:r>
      <w:r w:rsidRPr="00447437">
        <w:rPr>
          <w:rFonts w:ascii="GHEA Grapalat" w:hAnsi="GHEA Grapalat" w:cs="Segoe UI"/>
          <w:color w:val="000000" w:themeColor="text1"/>
          <w:lang w:val="hy-AM"/>
        </w:rPr>
        <w:t>),</w:t>
      </w:r>
    </w:p>
    <w:p w14:paraId="501CC4B1" w14:textId="77777777" w:rsidR="009A0AC0" w:rsidRPr="00447437" w:rsidRDefault="009A0AC0" w:rsidP="009A0AC0">
      <w:pPr>
        <w:spacing w:line="276" w:lineRule="auto"/>
        <w:ind w:left="540"/>
        <w:jc w:val="both"/>
        <w:rPr>
          <w:rFonts w:ascii="MS Mincho" w:eastAsia="MS Mincho" w:hAnsi="MS Mincho" w:cs="MS Mincho"/>
          <w:color w:val="000000" w:themeColor="text1"/>
          <w:lang w:val="hy-AM"/>
        </w:rPr>
      </w:pPr>
      <w:r w:rsidRPr="00447437">
        <w:rPr>
          <w:rFonts w:ascii="GHEA Grapalat" w:hAnsi="GHEA Grapalat" w:cs="Segoe UI"/>
          <w:color w:val="000000" w:themeColor="text1"/>
          <w:lang w:val="hy-AM"/>
        </w:rPr>
        <w:t>Հաշվի առնելով, որ</w:t>
      </w:r>
      <w:r w:rsidRPr="00447437">
        <w:rPr>
          <w:rFonts w:ascii="MS Mincho" w:eastAsia="MS Mincho" w:hAnsi="MS Mincho" w:cs="MS Mincho"/>
          <w:color w:val="000000" w:themeColor="text1"/>
          <w:lang w:val="hy-AM"/>
        </w:rPr>
        <w:t>․</w:t>
      </w:r>
    </w:p>
    <w:p w14:paraId="7AB2927D" w14:textId="77777777" w:rsidR="009A0AC0" w:rsidRPr="00447437" w:rsidRDefault="009A0AC0" w:rsidP="009A0AC0">
      <w:pPr>
        <w:spacing w:before="120" w:after="120" w:line="276" w:lineRule="auto"/>
        <w:ind w:left="540"/>
        <w:jc w:val="both"/>
        <w:rPr>
          <w:rFonts w:ascii="GHEA Grapalat" w:hAnsi="GHEA Grapalat" w:cs="Segoe UI"/>
          <w:bCs/>
          <w:i/>
          <w:iCs/>
          <w:color w:val="000000" w:themeColor="text1"/>
          <w:lang w:val="hy-AM"/>
        </w:rPr>
      </w:pPr>
      <w:r w:rsidRPr="00447437">
        <w:rPr>
          <w:rFonts w:ascii="GHEA Grapalat" w:hAnsi="GHEA Grapalat" w:cs="Segoe UI"/>
          <w:bCs/>
          <w:i/>
          <w:iCs/>
          <w:color w:val="000000" w:themeColor="text1"/>
          <w:lang w:val="hy-AM"/>
        </w:rPr>
        <w:t>ա</w:t>
      </w:r>
      <w:r w:rsidRPr="00447437">
        <w:rPr>
          <w:rFonts w:ascii="MS Mincho" w:eastAsia="MS Mincho" w:hAnsi="MS Mincho" w:cs="MS Mincho" w:hint="eastAsia"/>
          <w:bCs/>
          <w:i/>
          <w:iCs/>
          <w:color w:val="000000" w:themeColor="text1"/>
          <w:lang w:val="hy-AM"/>
        </w:rPr>
        <w:t>․</w:t>
      </w:r>
      <w:r w:rsidRPr="00447437">
        <w:rPr>
          <w:rFonts w:ascii="GHEA Grapalat" w:hAnsi="GHEA Grapalat" w:cs="Segoe UI"/>
          <w:bCs/>
          <w:i/>
          <w:iCs/>
          <w:color w:val="000000" w:themeColor="text1"/>
          <w:lang w:val="hy-AM"/>
        </w:rPr>
        <w:t xml:space="preserve">  Գործընկեր Կազմակերպությունը [</w:t>
      </w:r>
      <w:r w:rsidRPr="00447437">
        <w:rPr>
          <w:rFonts w:ascii="GHEA Grapalat" w:hAnsi="GHEA Grapalat" w:cs="Segoe UI"/>
          <w:bCs/>
          <w:i/>
          <w:iCs/>
          <w:color w:val="000000" w:themeColor="text1"/>
          <w:u w:val="single"/>
          <w:lang w:val="hy-AM"/>
        </w:rPr>
        <w:tab/>
      </w:r>
      <w:r w:rsidRPr="00447437">
        <w:rPr>
          <w:rFonts w:ascii="GHEA Grapalat" w:hAnsi="GHEA Grapalat" w:cs="Segoe UI"/>
          <w:bCs/>
          <w:i/>
          <w:iCs/>
          <w:color w:val="000000" w:themeColor="text1"/>
          <w:u w:val="single"/>
          <w:lang w:val="hy-AM"/>
        </w:rPr>
        <w:tab/>
      </w:r>
      <w:r w:rsidRPr="00447437">
        <w:rPr>
          <w:rFonts w:ascii="GHEA Grapalat" w:hAnsi="GHEA Grapalat" w:cs="Segoe UI"/>
          <w:bCs/>
          <w:i/>
          <w:iCs/>
          <w:color w:val="000000" w:themeColor="text1"/>
          <w:u w:val="single"/>
          <w:lang w:val="hy-AM"/>
        </w:rPr>
        <w:tab/>
      </w:r>
      <w:r w:rsidRPr="00447437">
        <w:rPr>
          <w:rFonts w:ascii="GHEA Grapalat" w:hAnsi="GHEA Grapalat" w:cs="Segoe UI"/>
          <w:bCs/>
          <w:i/>
          <w:iCs/>
          <w:color w:val="000000" w:themeColor="text1"/>
          <w:u w:val="single"/>
          <w:lang w:val="hy-AM"/>
        </w:rPr>
        <w:tab/>
      </w:r>
      <w:r w:rsidRPr="00447437">
        <w:rPr>
          <w:rFonts w:ascii="GHEA Grapalat" w:hAnsi="GHEA Grapalat" w:cs="Segoe UI"/>
          <w:bCs/>
          <w:i/>
          <w:iCs/>
          <w:color w:val="000000" w:themeColor="text1"/>
          <w:u w:val="single"/>
          <w:lang w:val="hy-AM"/>
        </w:rPr>
        <w:tab/>
      </w:r>
      <w:r w:rsidRPr="00447437">
        <w:rPr>
          <w:rFonts w:ascii="GHEA Grapalat" w:hAnsi="GHEA Grapalat" w:cs="Segoe UI"/>
          <w:bCs/>
          <w:i/>
          <w:iCs/>
          <w:color w:val="000000" w:themeColor="text1"/>
          <w:lang w:val="hy-AM"/>
        </w:rPr>
        <w:t xml:space="preserve">] մասնագիտական ուսումնական հաստատության (այսուհետ՝ </w:t>
      </w:r>
      <w:r w:rsidRPr="00447437">
        <w:rPr>
          <w:rFonts w:ascii="GHEA Grapalat" w:hAnsi="GHEA Grapalat" w:cs="Segoe UI"/>
          <w:b/>
          <w:i/>
          <w:iCs/>
          <w:color w:val="000000" w:themeColor="text1"/>
          <w:lang w:val="hy-AM"/>
        </w:rPr>
        <w:t>ՄՈՒՀ</w:t>
      </w:r>
      <w:r w:rsidRPr="00447437">
        <w:rPr>
          <w:rFonts w:ascii="GHEA Grapalat" w:hAnsi="GHEA Grapalat" w:cs="Segoe UI"/>
          <w:bCs/>
          <w:i/>
          <w:iCs/>
          <w:color w:val="000000" w:themeColor="text1"/>
          <w:lang w:val="hy-AM"/>
        </w:rPr>
        <w:t>)</w:t>
      </w:r>
      <w:r w:rsidRPr="00447437">
        <w:rPr>
          <w:rStyle w:val="FootnoteReference"/>
          <w:rFonts w:ascii="GHEA Grapalat" w:hAnsi="GHEA Grapalat" w:cs="Segoe UI"/>
          <w:bCs/>
          <w:color w:val="000000" w:themeColor="text1"/>
          <w:lang w:val="hy-AM"/>
        </w:rPr>
        <w:footnoteReference w:id="35"/>
      </w:r>
      <w:r w:rsidRPr="00447437">
        <w:rPr>
          <w:rFonts w:ascii="GHEA Grapalat" w:hAnsi="GHEA Grapalat" w:cs="Segoe UI"/>
          <w:bCs/>
          <w:i/>
          <w:iCs/>
          <w:color w:val="000000" w:themeColor="text1"/>
          <w:lang w:val="hy-AM"/>
        </w:rPr>
        <w:t xml:space="preserve"> հետ </w:t>
      </w:r>
      <w:r w:rsidRPr="00447437">
        <w:rPr>
          <w:rFonts w:ascii="GHEA Grapalat" w:hAnsi="GHEA Grapalat" w:cs="Segoe UI"/>
          <w:bCs/>
          <w:i/>
          <w:iCs/>
          <w:color w:val="000000" w:themeColor="text1"/>
          <w:u w:val="single"/>
          <w:lang w:val="hy-AM"/>
        </w:rPr>
        <w:tab/>
      </w:r>
      <w:r w:rsidRPr="00447437">
        <w:rPr>
          <w:rFonts w:ascii="GHEA Grapalat" w:hAnsi="GHEA Grapalat" w:cs="Segoe UI"/>
          <w:bCs/>
          <w:i/>
          <w:iCs/>
          <w:color w:val="000000" w:themeColor="text1"/>
          <w:u w:val="single"/>
          <w:lang w:val="hy-AM"/>
        </w:rPr>
        <w:tab/>
      </w:r>
      <w:r w:rsidRPr="00447437">
        <w:rPr>
          <w:rFonts w:ascii="GHEA Grapalat" w:hAnsi="GHEA Grapalat" w:cs="Segoe UI"/>
          <w:bCs/>
          <w:i/>
          <w:iCs/>
          <w:color w:val="000000" w:themeColor="text1"/>
          <w:u w:val="single"/>
          <w:lang w:val="hy-AM"/>
        </w:rPr>
        <w:tab/>
      </w:r>
      <w:r w:rsidRPr="00447437">
        <w:rPr>
          <w:rFonts w:ascii="GHEA Grapalat" w:hAnsi="GHEA Grapalat" w:cs="Segoe UI"/>
          <w:bCs/>
          <w:i/>
          <w:iCs/>
          <w:color w:val="000000" w:themeColor="text1"/>
          <w:u w:val="single"/>
          <w:lang w:val="hy-AM"/>
        </w:rPr>
        <w:tab/>
        <w:t xml:space="preserve"> </w:t>
      </w:r>
      <w:r w:rsidRPr="00447437">
        <w:rPr>
          <w:rFonts w:ascii="GHEA Grapalat" w:hAnsi="GHEA Grapalat" w:cs="Segoe UI"/>
          <w:bCs/>
          <w:i/>
          <w:iCs/>
          <w:color w:val="000000" w:themeColor="text1"/>
          <w:lang w:val="hy-AM"/>
        </w:rPr>
        <w:t>թ-ին կնքել է աշխատանքի վրա հիմնված ուսուցման կազմակերպման վերաբերյալ Համագործակցության պայմանագիր (այսուհետ՝</w:t>
      </w:r>
      <w:r w:rsidRPr="00447437">
        <w:rPr>
          <w:rFonts w:ascii="GHEA Grapalat" w:hAnsi="GHEA Grapalat" w:cs="Segoe UI"/>
          <w:b/>
          <w:i/>
          <w:iCs/>
          <w:color w:val="000000" w:themeColor="text1"/>
          <w:lang w:val="hy-AM"/>
        </w:rPr>
        <w:t xml:space="preserve"> Համագործակցության պայմանագիր</w:t>
      </w:r>
      <w:r w:rsidRPr="00447437">
        <w:rPr>
          <w:rFonts w:ascii="GHEA Grapalat" w:hAnsi="GHEA Grapalat" w:cs="Segoe UI"/>
          <w:bCs/>
          <w:i/>
          <w:iCs/>
          <w:color w:val="000000" w:themeColor="text1"/>
          <w:lang w:val="hy-AM"/>
        </w:rPr>
        <w:t>),</w:t>
      </w:r>
    </w:p>
    <w:p w14:paraId="2FAABD99" w14:textId="2DF53828" w:rsidR="009A0AC0" w:rsidRPr="00447437" w:rsidRDefault="009A0AC0" w:rsidP="009A0AC0">
      <w:pPr>
        <w:spacing w:before="120" w:after="120" w:line="276" w:lineRule="auto"/>
        <w:ind w:left="540"/>
        <w:jc w:val="both"/>
        <w:rPr>
          <w:rFonts w:ascii="GHEA Grapalat" w:hAnsi="GHEA Grapalat" w:cs="Segoe UI"/>
          <w:bCs/>
          <w:i/>
          <w:iCs/>
          <w:color w:val="000000" w:themeColor="text1"/>
          <w:lang w:val="hy-AM"/>
        </w:rPr>
      </w:pPr>
      <w:r w:rsidRPr="00447437">
        <w:rPr>
          <w:rFonts w:ascii="GHEA Grapalat" w:hAnsi="GHEA Grapalat" w:cs="Segoe UI"/>
          <w:bCs/>
          <w:i/>
          <w:iCs/>
          <w:color w:val="000000" w:themeColor="text1"/>
          <w:lang w:val="hy-AM"/>
        </w:rPr>
        <w:t>բ</w:t>
      </w:r>
      <w:r w:rsidRPr="00447437">
        <w:rPr>
          <w:rFonts w:ascii="MS Mincho" w:eastAsia="MS Mincho" w:hAnsi="MS Mincho" w:cs="MS Mincho" w:hint="eastAsia"/>
          <w:bCs/>
          <w:i/>
          <w:iCs/>
          <w:color w:val="000000" w:themeColor="text1"/>
          <w:lang w:val="hy-AM"/>
        </w:rPr>
        <w:t>․</w:t>
      </w:r>
      <w:r w:rsidRPr="00447437">
        <w:rPr>
          <w:rFonts w:ascii="GHEA Grapalat" w:hAnsi="GHEA Grapalat" w:cs="Segoe UI"/>
          <w:bCs/>
          <w:i/>
          <w:iCs/>
          <w:color w:val="000000" w:themeColor="text1"/>
          <w:lang w:val="hy-AM"/>
        </w:rPr>
        <w:t xml:space="preserve"> Ուսանողը </w:t>
      </w:r>
      <w:r w:rsidR="00226B8B" w:rsidRPr="00447437">
        <w:rPr>
          <w:rFonts w:ascii="GHEA Grapalat" w:hAnsi="GHEA Grapalat" w:cs="Segoe UI"/>
          <w:bCs/>
          <w:i/>
          <w:iCs/>
          <w:color w:val="000000" w:themeColor="text1"/>
          <w:lang w:val="hy-AM"/>
        </w:rPr>
        <w:t>սույն պ</w:t>
      </w:r>
      <w:r w:rsidRPr="00447437">
        <w:rPr>
          <w:rFonts w:ascii="GHEA Grapalat" w:hAnsi="GHEA Grapalat" w:cs="Segoe UI"/>
          <w:bCs/>
          <w:i/>
          <w:iCs/>
          <w:color w:val="000000" w:themeColor="text1"/>
          <w:lang w:val="hy-AM"/>
        </w:rPr>
        <w:t>այմանագ</w:t>
      </w:r>
      <w:r w:rsidR="00226B8B" w:rsidRPr="00447437">
        <w:rPr>
          <w:rFonts w:ascii="GHEA Grapalat" w:hAnsi="GHEA Grapalat" w:cs="Segoe UI"/>
          <w:bCs/>
          <w:i/>
          <w:iCs/>
          <w:color w:val="000000" w:themeColor="text1"/>
          <w:lang w:val="hy-AM"/>
        </w:rPr>
        <w:t>ի</w:t>
      </w:r>
      <w:r w:rsidRPr="00447437">
        <w:rPr>
          <w:rFonts w:ascii="GHEA Grapalat" w:hAnsi="GHEA Grapalat" w:cs="Segoe UI"/>
          <w:bCs/>
          <w:i/>
          <w:iCs/>
          <w:color w:val="000000" w:themeColor="text1"/>
          <w:lang w:val="hy-AM"/>
        </w:rPr>
        <w:t>ր</w:t>
      </w:r>
      <w:r w:rsidR="00226B8B" w:rsidRPr="00447437">
        <w:rPr>
          <w:rFonts w:ascii="GHEA Grapalat" w:hAnsi="GHEA Grapalat" w:cs="Segoe UI"/>
          <w:bCs/>
          <w:i/>
          <w:iCs/>
          <w:color w:val="000000" w:themeColor="text1"/>
          <w:lang w:val="hy-AM"/>
        </w:rPr>
        <w:t>ը</w:t>
      </w:r>
      <w:r w:rsidRPr="00447437">
        <w:rPr>
          <w:rFonts w:ascii="GHEA Grapalat" w:hAnsi="GHEA Grapalat" w:cs="Segoe UI"/>
          <w:bCs/>
          <w:i/>
          <w:iCs/>
          <w:color w:val="000000" w:themeColor="text1"/>
          <w:lang w:val="hy-AM"/>
        </w:rPr>
        <w:t xml:space="preserve"> կնք</w:t>
      </w:r>
      <w:r w:rsidR="00226B8B" w:rsidRPr="00447437">
        <w:rPr>
          <w:rFonts w:ascii="GHEA Grapalat" w:hAnsi="GHEA Grapalat" w:cs="Segoe UI"/>
          <w:bCs/>
          <w:i/>
          <w:iCs/>
          <w:color w:val="000000" w:themeColor="text1"/>
          <w:lang w:val="hy-AM"/>
        </w:rPr>
        <w:t xml:space="preserve">ելու </w:t>
      </w:r>
      <w:r w:rsidRPr="00447437">
        <w:rPr>
          <w:rFonts w:ascii="GHEA Grapalat" w:hAnsi="GHEA Grapalat" w:cs="Segoe UI"/>
          <w:bCs/>
          <w:i/>
          <w:iCs/>
          <w:color w:val="000000" w:themeColor="text1"/>
          <w:lang w:val="hy-AM"/>
        </w:rPr>
        <w:t>պահին սովորում է ՄՈՒՀ-ում,</w:t>
      </w:r>
    </w:p>
    <w:p w14:paraId="4438578C" w14:textId="77777777" w:rsidR="009A0AC0" w:rsidRPr="00447437" w:rsidRDefault="009A0AC0" w:rsidP="009A0AC0">
      <w:pPr>
        <w:spacing w:before="120" w:after="120" w:line="276" w:lineRule="auto"/>
        <w:ind w:left="540"/>
        <w:jc w:val="both"/>
        <w:rPr>
          <w:rFonts w:ascii="GHEA Grapalat" w:hAnsi="GHEA Grapalat" w:cs="Segoe UI"/>
          <w:bCs/>
          <w:i/>
          <w:iCs/>
          <w:color w:val="000000" w:themeColor="text1"/>
          <w:lang w:val="hy-AM"/>
        </w:rPr>
      </w:pPr>
      <w:r w:rsidRPr="00447437">
        <w:rPr>
          <w:rFonts w:ascii="GHEA Grapalat" w:hAnsi="GHEA Grapalat" w:cs="Segoe UI"/>
          <w:bCs/>
          <w:i/>
          <w:iCs/>
          <w:color w:val="000000" w:themeColor="text1"/>
          <w:lang w:val="hy-AM"/>
        </w:rPr>
        <w:t>գ</w:t>
      </w:r>
      <w:r w:rsidRPr="00447437">
        <w:rPr>
          <w:rFonts w:ascii="MS Mincho" w:eastAsia="MS Mincho" w:hAnsi="MS Mincho" w:cs="MS Mincho" w:hint="eastAsia"/>
          <w:bCs/>
          <w:i/>
          <w:iCs/>
          <w:color w:val="000000" w:themeColor="text1"/>
          <w:lang w:val="hy-AM"/>
        </w:rPr>
        <w:t>․</w:t>
      </w:r>
      <w:r w:rsidRPr="00447437">
        <w:rPr>
          <w:rFonts w:ascii="GHEA Grapalat" w:hAnsi="GHEA Grapalat" w:cs="Segoe UI"/>
          <w:bCs/>
          <w:i/>
          <w:iCs/>
          <w:color w:val="000000" w:themeColor="text1"/>
          <w:lang w:val="hy-AM"/>
        </w:rPr>
        <w:t xml:space="preserve"> Կողմերի և ՄՈՒՀ-ի նպատակն է ապահովել [</w:t>
      </w:r>
      <w:r w:rsidRPr="00447437">
        <w:rPr>
          <w:rFonts w:ascii="GHEA Grapalat" w:hAnsi="GHEA Grapalat" w:cs="Segoe UI"/>
          <w:bCs/>
          <w:i/>
          <w:iCs/>
          <w:color w:val="000000" w:themeColor="text1"/>
          <w:u w:val="single"/>
          <w:lang w:val="hy-AM"/>
        </w:rPr>
        <w:tab/>
      </w:r>
      <w:r w:rsidRPr="00447437">
        <w:rPr>
          <w:rFonts w:ascii="GHEA Grapalat" w:hAnsi="GHEA Grapalat" w:cs="Segoe UI"/>
          <w:bCs/>
          <w:i/>
          <w:iCs/>
          <w:color w:val="000000" w:themeColor="text1"/>
          <w:u w:val="single"/>
          <w:lang w:val="hy-AM"/>
        </w:rPr>
        <w:tab/>
      </w:r>
      <w:r w:rsidRPr="00447437">
        <w:rPr>
          <w:rFonts w:ascii="GHEA Grapalat" w:hAnsi="GHEA Grapalat" w:cs="Segoe UI"/>
          <w:bCs/>
          <w:i/>
          <w:iCs/>
          <w:color w:val="000000" w:themeColor="text1"/>
          <w:u w:val="single"/>
          <w:lang w:val="hy-AM"/>
        </w:rPr>
        <w:tab/>
      </w:r>
      <w:r w:rsidRPr="00447437">
        <w:rPr>
          <w:rFonts w:ascii="GHEA Grapalat" w:hAnsi="GHEA Grapalat" w:cs="Segoe UI"/>
          <w:bCs/>
          <w:i/>
          <w:iCs/>
          <w:color w:val="000000" w:themeColor="text1"/>
          <w:u w:val="single"/>
          <w:lang w:val="hy-AM"/>
        </w:rPr>
        <w:tab/>
      </w:r>
      <w:r w:rsidRPr="00447437">
        <w:rPr>
          <w:rFonts w:ascii="GHEA Grapalat" w:hAnsi="GHEA Grapalat" w:cs="Segoe UI"/>
          <w:bCs/>
          <w:i/>
          <w:iCs/>
          <w:color w:val="000000" w:themeColor="text1"/>
          <w:u w:val="single"/>
          <w:lang w:val="hy-AM"/>
        </w:rPr>
        <w:tab/>
        <w:t xml:space="preserve"> </w:t>
      </w:r>
      <w:r w:rsidRPr="00447437">
        <w:rPr>
          <w:rFonts w:ascii="GHEA Grapalat" w:hAnsi="GHEA Grapalat" w:cs="Segoe UI"/>
          <w:bCs/>
          <w:i/>
          <w:iCs/>
          <w:color w:val="000000" w:themeColor="text1"/>
          <w:lang w:val="hy-AM"/>
        </w:rPr>
        <w:t xml:space="preserve">] որակավորման (միկրոորակավորման) մոդուլային ծրագրով (այսուհետ՝ Ծրագիր) ուսումնառող Ուսանողի գործնական աշխատանքային ուսուցումը (այսուհետ՝ </w:t>
      </w:r>
      <w:r w:rsidRPr="00447437">
        <w:rPr>
          <w:rFonts w:ascii="GHEA Grapalat" w:hAnsi="GHEA Grapalat" w:cs="Segoe UI"/>
          <w:b/>
          <w:i/>
          <w:iCs/>
          <w:color w:val="000000" w:themeColor="text1"/>
          <w:lang w:val="hy-AM"/>
        </w:rPr>
        <w:t>ԳԱՈՒ),</w:t>
      </w:r>
    </w:p>
    <w:p w14:paraId="40835BD8" w14:textId="77777777" w:rsidR="009A0AC0" w:rsidRPr="00447437" w:rsidRDefault="009A0AC0" w:rsidP="009A0AC0">
      <w:pPr>
        <w:spacing w:before="120" w:after="120" w:line="276" w:lineRule="auto"/>
        <w:ind w:left="540"/>
        <w:jc w:val="both"/>
        <w:rPr>
          <w:rFonts w:ascii="GHEA Grapalat" w:hAnsi="GHEA Grapalat" w:cs="Segoe UI"/>
          <w:bCs/>
          <w:color w:val="000000" w:themeColor="text1"/>
          <w:lang w:val="hy-AM"/>
        </w:rPr>
      </w:pPr>
      <w:r w:rsidRPr="00447437">
        <w:rPr>
          <w:rFonts w:ascii="GHEA Grapalat" w:hAnsi="GHEA Grapalat" w:cs="Segoe UI"/>
          <w:bCs/>
          <w:color w:val="000000" w:themeColor="text1"/>
          <w:lang w:val="hy-AM"/>
        </w:rPr>
        <w:t xml:space="preserve">կնքեցին աշխատանքային պրակտիկա կազմակերպելու մասին սույն պայմանագիրը (այսուհետ՝ </w:t>
      </w:r>
      <w:r w:rsidRPr="00447437">
        <w:rPr>
          <w:rFonts w:ascii="GHEA Grapalat" w:hAnsi="GHEA Grapalat" w:cs="Segoe UI"/>
          <w:b/>
          <w:color w:val="000000" w:themeColor="text1"/>
          <w:lang w:val="hy-AM"/>
        </w:rPr>
        <w:t>Պայմանագիր</w:t>
      </w:r>
      <w:r w:rsidRPr="00447437">
        <w:rPr>
          <w:rFonts w:ascii="GHEA Grapalat" w:hAnsi="GHEA Grapalat" w:cs="Segoe UI"/>
          <w:bCs/>
          <w:color w:val="000000" w:themeColor="text1"/>
          <w:lang w:val="hy-AM"/>
        </w:rPr>
        <w:t>) հետևյալի մասին</w:t>
      </w:r>
      <w:r w:rsidRPr="00447437">
        <w:rPr>
          <w:rFonts w:ascii="MS Mincho" w:eastAsia="MS Mincho" w:hAnsi="MS Mincho" w:cs="MS Mincho" w:hint="eastAsia"/>
          <w:bCs/>
          <w:color w:val="000000" w:themeColor="text1"/>
          <w:lang w:val="hy-AM"/>
        </w:rPr>
        <w:t>․</w:t>
      </w:r>
    </w:p>
    <w:p w14:paraId="0A6739F9" w14:textId="77777777" w:rsidR="009A0AC0" w:rsidRPr="00447437" w:rsidRDefault="009A0AC0" w:rsidP="009A0AC0">
      <w:pPr>
        <w:spacing w:line="276" w:lineRule="auto"/>
        <w:ind w:left="720" w:hanging="720"/>
        <w:jc w:val="both"/>
        <w:rPr>
          <w:rFonts w:ascii="GHEA Grapalat" w:hAnsi="GHEA Grapalat" w:cs="Segoe UI"/>
          <w:color w:val="000000" w:themeColor="text1"/>
          <w:lang w:val="hy-AM"/>
        </w:rPr>
      </w:pPr>
    </w:p>
    <w:p w14:paraId="3527CA64" w14:textId="77777777" w:rsidR="009A0AC0" w:rsidRPr="00447437" w:rsidRDefault="009A0AC0" w:rsidP="009A0AC0">
      <w:pPr>
        <w:numPr>
          <w:ilvl w:val="0"/>
          <w:numId w:val="34"/>
        </w:numPr>
        <w:spacing w:after="0" w:line="276" w:lineRule="auto"/>
        <w:jc w:val="center"/>
        <w:rPr>
          <w:rFonts w:ascii="GHEA Grapalat" w:hAnsi="GHEA Grapalat" w:cs="Segoe UI"/>
          <w:b/>
          <w:color w:val="000000" w:themeColor="text1"/>
          <w:lang w:val="hy-AM"/>
        </w:rPr>
      </w:pPr>
      <w:r w:rsidRPr="00447437">
        <w:rPr>
          <w:rFonts w:ascii="GHEA Grapalat" w:hAnsi="GHEA Grapalat" w:cs="Segoe UI"/>
          <w:b/>
          <w:color w:val="000000" w:themeColor="text1"/>
          <w:lang w:val="hy-AM"/>
        </w:rPr>
        <w:lastRenderedPageBreak/>
        <w:t>ՊԱՅՄԱՆԱԳՐԻ ԱՌԱՐԿԱՆ</w:t>
      </w:r>
    </w:p>
    <w:p w14:paraId="528C3C5D" w14:textId="77777777" w:rsidR="009A0AC0" w:rsidRPr="00447437" w:rsidRDefault="009A0AC0" w:rsidP="009A0AC0">
      <w:pPr>
        <w:spacing w:line="276" w:lineRule="auto"/>
        <w:ind w:left="720" w:hanging="720"/>
        <w:rPr>
          <w:rFonts w:ascii="GHEA Grapalat" w:hAnsi="GHEA Grapalat" w:cs="Segoe UI"/>
          <w:b/>
          <w:color w:val="000000" w:themeColor="text1"/>
          <w:lang w:val="hy-AM"/>
        </w:rPr>
      </w:pPr>
    </w:p>
    <w:p w14:paraId="68F4940C" w14:textId="4EE5BAE1" w:rsidR="009A0AC0" w:rsidRPr="00447437" w:rsidRDefault="009A0AC0" w:rsidP="009A0AC0">
      <w:pPr>
        <w:numPr>
          <w:ilvl w:val="1"/>
          <w:numId w:val="34"/>
        </w:numPr>
        <w:spacing w:after="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 xml:space="preserve">Պայմանագրով Կազմակերպությունն իրականացնում է աշխատանքի վայրում Ուսանողի ուսումնառությունը՝ լրացնելով որակավորման (միկրոորակավորման) ծրագրի ճանաչողական և գործնական բաղադրիչը, իսկ Ուսանողն առավելապես դիտարկում է աշխատանքային գործընթացը, կատարում որոշակի աշխատանքներ՝ ըստ սահմանված ժամանակացույցի։ </w:t>
      </w:r>
    </w:p>
    <w:p w14:paraId="09E08F84" w14:textId="77777777" w:rsidR="009A0AC0" w:rsidRPr="00447437" w:rsidRDefault="009A0AC0" w:rsidP="009A0AC0">
      <w:pPr>
        <w:spacing w:line="276" w:lineRule="auto"/>
        <w:ind w:left="720" w:hanging="720"/>
        <w:jc w:val="both"/>
        <w:rPr>
          <w:rFonts w:ascii="GHEA Grapalat" w:hAnsi="GHEA Grapalat" w:cs="Segoe UI"/>
          <w:color w:val="000000" w:themeColor="text1"/>
          <w:lang w:val="hy-AM"/>
        </w:rPr>
      </w:pPr>
    </w:p>
    <w:p w14:paraId="06EE77CC" w14:textId="77777777" w:rsidR="009A0AC0" w:rsidRPr="00447437" w:rsidRDefault="009A0AC0" w:rsidP="009A0AC0">
      <w:pPr>
        <w:numPr>
          <w:ilvl w:val="0"/>
          <w:numId w:val="34"/>
        </w:numPr>
        <w:spacing w:after="0" w:line="276" w:lineRule="auto"/>
        <w:ind w:left="720" w:hanging="720"/>
        <w:jc w:val="center"/>
        <w:rPr>
          <w:rFonts w:ascii="GHEA Grapalat" w:hAnsi="GHEA Grapalat" w:cs="Segoe UI"/>
          <w:color w:val="000000" w:themeColor="text1"/>
          <w:lang w:val="hy-AM"/>
        </w:rPr>
      </w:pPr>
      <w:r w:rsidRPr="00447437">
        <w:rPr>
          <w:rFonts w:ascii="GHEA Grapalat" w:hAnsi="GHEA Grapalat" w:cs="Segoe UI"/>
          <w:b/>
          <w:bCs/>
          <w:color w:val="000000" w:themeColor="text1"/>
          <w:lang w:val="hy-AM"/>
        </w:rPr>
        <w:t>ՊՐԱԿՏԻԿԱՅԻ ԿԱԶՄԱԿԵՐՊՈՒՄԸ</w:t>
      </w:r>
    </w:p>
    <w:p w14:paraId="05769379" w14:textId="77777777" w:rsidR="009A0AC0" w:rsidRPr="00447437" w:rsidRDefault="009A0AC0" w:rsidP="009A0AC0">
      <w:pPr>
        <w:spacing w:line="276" w:lineRule="auto"/>
        <w:ind w:left="720" w:hanging="720"/>
        <w:jc w:val="both"/>
        <w:rPr>
          <w:rFonts w:ascii="GHEA Grapalat" w:hAnsi="GHEA Grapalat" w:cs="Segoe UI"/>
          <w:b/>
          <w:bCs/>
          <w:color w:val="000000" w:themeColor="text1"/>
          <w:lang w:val="hy-AM"/>
        </w:rPr>
      </w:pPr>
    </w:p>
    <w:p w14:paraId="31042B93" w14:textId="77777777" w:rsidR="009A0AC0" w:rsidRPr="00447437" w:rsidRDefault="009A0AC0" w:rsidP="009A0AC0">
      <w:pPr>
        <w:numPr>
          <w:ilvl w:val="1"/>
          <w:numId w:val="34"/>
        </w:numPr>
        <w:spacing w:after="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Պրակտիկան կազմակերպվում է ԳԱՈՒ-ն մոդուլային ծրագրով նախատեսված պահանջներին և ժամանակացույցին համապատասխան:</w:t>
      </w:r>
    </w:p>
    <w:p w14:paraId="08087D19" w14:textId="3AF38C05" w:rsidR="009A0AC0" w:rsidRPr="00447437" w:rsidRDefault="0079156A" w:rsidP="009A0AC0">
      <w:pPr>
        <w:numPr>
          <w:ilvl w:val="1"/>
          <w:numId w:val="34"/>
        </w:numPr>
        <w:spacing w:after="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Պ</w:t>
      </w:r>
      <w:r w:rsidR="009A0AC0" w:rsidRPr="00447437">
        <w:rPr>
          <w:rFonts w:ascii="GHEA Grapalat" w:hAnsi="GHEA Grapalat" w:cs="Segoe UI"/>
          <w:color w:val="000000" w:themeColor="text1"/>
          <w:lang w:val="hy-AM"/>
        </w:rPr>
        <w:t>այմանագրով Ուսանողի պրակտիկայի առաջին օրն է ՝ [__.__._____]:</w:t>
      </w:r>
    </w:p>
    <w:p w14:paraId="48B3E1A0" w14:textId="77777777" w:rsidR="009A0AC0" w:rsidRPr="00447437" w:rsidRDefault="009A0AC0" w:rsidP="009A0AC0">
      <w:pPr>
        <w:numPr>
          <w:ilvl w:val="1"/>
          <w:numId w:val="34"/>
        </w:numPr>
        <w:spacing w:after="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 xml:space="preserve">Պրակտիկայի անցկացման վայրն է հանդիսանում </w:t>
      </w:r>
      <w:r w:rsidRPr="00447437">
        <w:rPr>
          <w:rFonts w:ascii="GHEA Grapalat" w:hAnsi="GHEA Grapalat" w:cs="Segoe UI"/>
          <w:i/>
          <w:color w:val="000000" w:themeColor="text1"/>
          <w:lang w:val="hy-AM"/>
        </w:rPr>
        <w:t>[քաղաք, փողոց, շենք, բնակարան/գրասենյակ, բաժին (ներ)]:</w:t>
      </w:r>
      <w:r w:rsidRPr="00447437">
        <w:rPr>
          <w:rStyle w:val="FootnoteReference"/>
          <w:rFonts w:ascii="GHEA Grapalat" w:hAnsi="GHEA Grapalat" w:cs="Segoe UI"/>
          <w:color w:val="000000" w:themeColor="text1"/>
          <w:lang w:val="hy-AM"/>
        </w:rPr>
        <w:footnoteReference w:id="36"/>
      </w:r>
    </w:p>
    <w:p w14:paraId="37E3A425" w14:textId="77777777" w:rsidR="009A0AC0" w:rsidRPr="00447437" w:rsidRDefault="009A0AC0" w:rsidP="009A0AC0">
      <w:pPr>
        <w:numPr>
          <w:ilvl w:val="1"/>
          <w:numId w:val="34"/>
        </w:numPr>
        <w:spacing w:after="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Պրակտիկան անցկացվում է խմբային կամ անհատական եղանակով:</w:t>
      </w:r>
    </w:p>
    <w:p w14:paraId="331D044C" w14:textId="2C4F6C37" w:rsidR="009A0AC0" w:rsidRPr="00447437" w:rsidRDefault="009A0AC0" w:rsidP="009A0AC0">
      <w:pPr>
        <w:numPr>
          <w:ilvl w:val="1"/>
          <w:numId w:val="34"/>
        </w:numPr>
        <w:spacing w:after="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 xml:space="preserve">Պայմանագիրը Կազմակերպության վրա չի դնում Պայմանագրի ժամկետի ավարտից հետո Ուսանողին աշխատանքի ընդունելու պարտականություն: Պրակտիկա անցած Ուսանողն աշխատանքի ընդունվում է ՀՀ աշխատանքային օրենսդրությամբ սահմանված կարգով, եթե Կազմակերպությունը վերջինիս համար չի սահմանում նախապատվության կանոններ: </w:t>
      </w:r>
    </w:p>
    <w:p w14:paraId="7B3A9DD0" w14:textId="77777777" w:rsidR="009A0AC0" w:rsidRPr="00447437" w:rsidRDefault="009A0AC0" w:rsidP="009A0AC0">
      <w:pPr>
        <w:tabs>
          <w:tab w:val="left" w:pos="3002"/>
        </w:tabs>
        <w:spacing w:line="276" w:lineRule="auto"/>
        <w:ind w:left="720" w:hanging="720"/>
        <w:jc w:val="both"/>
        <w:rPr>
          <w:rFonts w:ascii="GHEA Grapalat" w:hAnsi="GHEA Grapalat" w:cs="Segoe UI"/>
          <w:color w:val="000000" w:themeColor="text1"/>
          <w:lang w:val="hy-AM"/>
        </w:rPr>
      </w:pPr>
    </w:p>
    <w:p w14:paraId="12C53C56" w14:textId="77777777" w:rsidR="009A0AC0" w:rsidRPr="00447437" w:rsidRDefault="009A0AC0" w:rsidP="009A0AC0">
      <w:pPr>
        <w:numPr>
          <w:ilvl w:val="0"/>
          <w:numId w:val="34"/>
        </w:numPr>
        <w:spacing w:after="0" w:line="276" w:lineRule="auto"/>
        <w:ind w:left="720" w:hanging="720"/>
        <w:jc w:val="center"/>
        <w:rPr>
          <w:rFonts w:ascii="GHEA Grapalat" w:hAnsi="GHEA Grapalat" w:cs="Segoe UI"/>
          <w:b/>
          <w:color w:val="000000" w:themeColor="text1"/>
          <w:lang w:val="hy-AM"/>
        </w:rPr>
      </w:pPr>
      <w:r w:rsidRPr="00447437">
        <w:rPr>
          <w:rFonts w:ascii="GHEA Grapalat" w:hAnsi="GHEA Grapalat" w:cs="Segoe UI"/>
          <w:b/>
          <w:color w:val="000000" w:themeColor="text1"/>
          <w:lang w:val="hy-AM"/>
        </w:rPr>
        <w:t>ԿՈՂՄԵՐԻ ԻՐԱՎՈՒՆՔՆԵՐՆ ՈՒ ՊԱՐՏԱԿԱՆՈՒԹՅՈՒՆՆԵՐԸ</w:t>
      </w:r>
    </w:p>
    <w:p w14:paraId="33A867D0" w14:textId="77777777" w:rsidR="009A0AC0" w:rsidRPr="00447437" w:rsidRDefault="009A0AC0" w:rsidP="009A0AC0">
      <w:pPr>
        <w:spacing w:line="276" w:lineRule="auto"/>
        <w:ind w:left="720" w:hanging="720"/>
        <w:rPr>
          <w:rFonts w:ascii="GHEA Grapalat" w:hAnsi="GHEA Grapalat" w:cs="Segoe UI"/>
          <w:b/>
          <w:color w:val="000000" w:themeColor="text1"/>
          <w:lang w:val="hy-AM"/>
        </w:rPr>
      </w:pPr>
    </w:p>
    <w:p w14:paraId="5EA375B8" w14:textId="77777777" w:rsidR="009A0AC0" w:rsidRPr="00447437" w:rsidRDefault="009A0AC0" w:rsidP="009A0AC0">
      <w:pPr>
        <w:numPr>
          <w:ilvl w:val="1"/>
          <w:numId w:val="15"/>
        </w:numPr>
        <w:spacing w:after="0" w:line="276" w:lineRule="auto"/>
        <w:ind w:left="720" w:hanging="720"/>
        <w:jc w:val="both"/>
        <w:rPr>
          <w:rFonts w:ascii="GHEA Grapalat" w:hAnsi="GHEA Grapalat" w:cs="Segoe UI"/>
          <w:b/>
          <w:color w:val="000000" w:themeColor="text1"/>
          <w:lang w:val="hy-AM"/>
        </w:rPr>
      </w:pPr>
      <w:r w:rsidRPr="00447437">
        <w:rPr>
          <w:rFonts w:ascii="GHEA Grapalat" w:hAnsi="GHEA Grapalat" w:cs="Segoe UI"/>
          <w:b/>
          <w:color w:val="000000" w:themeColor="text1"/>
          <w:lang w:val="hy-AM"/>
        </w:rPr>
        <w:t>Կազմակերպությունը (որտեղ կիրառելի է՝ Հրահանգիչը) պարտավոր է`</w:t>
      </w:r>
    </w:p>
    <w:p w14:paraId="3FE807E8" w14:textId="77777777" w:rsidR="009A0AC0" w:rsidRPr="00447437" w:rsidRDefault="009A0AC0" w:rsidP="009A0AC0">
      <w:pPr>
        <w:numPr>
          <w:ilvl w:val="2"/>
          <w:numId w:val="16"/>
        </w:numPr>
        <w:spacing w:after="0" w:line="276" w:lineRule="auto"/>
        <w:ind w:left="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պրակտիկան կազմակերպել Ծրագրով սահմանված պահանջներին և ժամանակացույցին համապատասխան,</w:t>
      </w:r>
    </w:p>
    <w:p w14:paraId="438436FB" w14:textId="77777777" w:rsidR="009A0AC0" w:rsidRPr="00447437" w:rsidRDefault="009A0AC0" w:rsidP="009A0AC0">
      <w:pPr>
        <w:numPr>
          <w:ilvl w:val="2"/>
          <w:numId w:val="16"/>
        </w:numPr>
        <w:tabs>
          <w:tab w:val="left" w:pos="851"/>
        </w:tabs>
        <w:spacing w:before="120" w:after="120" w:line="276" w:lineRule="auto"/>
        <w:ind w:left="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նշանակել Համագործակցության պայմա</w:t>
      </w:r>
      <w:r w:rsidRPr="00447437">
        <w:rPr>
          <w:rFonts w:ascii="GHEA Grapalat" w:hAnsi="GHEA Grapalat" w:cs="Segoe UI"/>
          <w:color w:val="000000" w:themeColor="text1"/>
          <w:lang w:val="hy-AM"/>
        </w:rPr>
        <w:softHyphen/>
        <w:t>նագրի պայմաններին և Ուսանողի մասնագիտական որակավորման առանձնահատ</w:t>
      </w:r>
      <w:r w:rsidRPr="00447437">
        <w:rPr>
          <w:rFonts w:ascii="GHEA Grapalat" w:hAnsi="GHEA Grapalat" w:cs="Segoe UI"/>
          <w:color w:val="000000" w:themeColor="text1"/>
          <w:lang w:val="hy-AM"/>
        </w:rPr>
        <w:softHyphen/>
        <w:t xml:space="preserve">կություններին համապատասխանող մասնագիտական ուսուցման հրահանգիչ (այսուհետ՝ </w:t>
      </w:r>
      <w:r w:rsidRPr="00447437">
        <w:rPr>
          <w:rFonts w:ascii="GHEA Grapalat" w:hAnsi="GHEA Grapalat" w:cs="Segoe UI"/>
          <w:b/>
          <w:bCs/>
          <w:color w:val="000000" w:themeColor="text1"/>
          <w:lang w:val="hy-AM"/>
        </w:rPr>
        <w:t>Հրահանգիչ</w:t>
      </w:r>
      <w:r w:rsidRPr="00447437">
        <w:rPr>
          <w:rFonts w:ascii="GHEA Grapalat" w:hAnsi="GHEA Grapalat" w:cs="Segoe UI"/>
          <w:color w:val="000000" w:themeColor="text1"/>
          <w:lang w:val="hy-AM"/>
        </w:rPr>
        <w:t>), որն ապահովում է Ծրագրի իրականացումը և ընթացիկ հսկողությունը,</w:t>
      </w:r>
    </w:p>
    <w:p w14:paraId="423E2402" w14:textId="77777777" w:rsidR="009A0AC0" w:rsidRPr="00447437" w:rsidRDefault="009A0AC0" w:rsidP="009A0AC0">
      <w:pPr>
        <w:numPr>
          <w:ilvl w:val="2"/>
          <w:numId w:val="16"/>
        </w:numPr>
        <w:tabs>
          <w:tab w:val="left" w:pos="851"/>
        </w:tabs>
        <w:spacing w:before="120" w:after="120" w:line="276" w:lineRule="auto"/>
        <w:ind w:left="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 xml:space="preserve">Ուսանողին ծանոթացնել իր գործառույթներին վերաբերող անհրաժեշտ իրավական ակտերին և այլ փաստաթղթերին, աշխատանքի բնույթին և գործառույթներին, դրա </w:t>
      </w:r>
      <w:r w:rsidRPr="00447437">
        <w:rPr>
          <w:rFonts w:ascii="GHEA Grapalat" w:hAnsi="GHEA Grapalat" w:cs="Segoe UI"/>
          <w:color w:val="000000" w:themeColor="text1"/>
          <w:lang w:val="hy-AM"/>
        </w:rPr>
        <w:lastRenderedPageBreak/>
        <w:t>իրականացման պայմաններին, ԳԱՈՒ  անցկացման կարգին, այդ թվում՝ կարգապահական և վարքագծի կանոններին,</w:t>
      </w:r>
    </w:p>
    <w:p w14:paraId="64F83EFC" w14:textId="77777777" w:rsidR="009A0AC0" w:rsidRPr="00447437" w:rsidRDefault="009A0AC0" w:rsidP="009A0AC0">
      <w:pPr>
        <w:numPr>
          <w:ilvl w:val="2"/>
          <w:numId w:val="16"/>
        </w:numPr>
        <w:tabs>
          <w:tab w:val="left" w:pos="851"/>
        </w:tabs>
        <w:spacing w:before="120" w:after="120" w:line="276" w:lineRule="auto"/>
        <w:ind w:left="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Ուսանողին հանձնարարվող աշխատանքներում հաշվի առնել Ուսանողի տարիքը, ֆիզիկական և մտավոր հասունության մակարդակը, անվտանգության մասին տեղեկացվածության և աշխատանքային փորձառության պակասը՝ ԳԱՈՒ-ն կազմակերպելով ոլորտում մասնագիտական բավարար գիտելիքներ և փորձ ունեցող չափահաս անձի՝ Հրահանգչի, հսկողության ներքո,</w:t>
      </w:r>
    </w:p>
    <w:p w14:paraId="229536B8" w14:textId="77777777" w:rsidR="009A0AC0" w:rsidRPr="00447437" w:rsidRDefault="009A0AC0" w:rsidP="009A0AC0">
      <w:pPr>
        <w:numPr>
          <w:ilvl w:val="2"/>
          <w:numId w:val="16"/>
        </w:numPr>
        <w:tabs>
          <w:tab w:val="left" w:pos="851"/>
        </w:tabs>
        <w:spacing w:before="120" w:after="120" w:line="276" w:lineRule="auto"/>
        <w:ind w:left="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 xml:space="preserve">Ուսանողին տալ միայն այնպիսի հանձնարարություններ (գործառույթներ, աշխատանքային խնդիրներ, առաջադրանքներ), որոնք միտված են ԳԱՈՒ  մոդուլային ծրագրի վերջնարդյունքների ապահովմանը, </w:t>
      </w:r>
    </w:p>
    <w:p w14:paraId="5160FD45" w14:textId="77777777" w:rsidR="009A0AC0" w:rsidRPr="00447437" w:rsidRDefault="009A0AC0" w:rsidP="009A0AC0">
      <w:pPr>
        <w:numPr>
          <w:ilvl w:val="2"/>
          <w:numId w:val="16"/>
        </w:numPr>
        <w:tabs>
          <w:tab w:val="left" w:pos="851"/>
        </w:tabs>
        <w:spacing w:before="120" w:after="120" w:line="276" w:lineRule="auto"/>
        <w:ind w:left="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 xml:space="preserve">հավաստել ուսանողի աշխատանքի վերաբերյալ ԳԱՈՒ  օրագրում կատարված նկարագրության իսկությունը և գնահատել արդյունքը, </w:t>
      </w:r>
    </w:p>
    <w:p w14:paraId="10E12466" w14:textId="77777777" w:rsidR="009A0AC0" w:rsidRPr="00447437" w:rsidRDefault="009A0AC0" w:rsidP="009A0AC0">
      <w:pPr>
        <w:numPr>
          <w:ilvl w:val="2"/>
          <w:numId w:val="16"/>
        </w:numPr>
        <w:tabs>
          <w:tab w:val="left" w:pos="851"/>
        </w:tabs>
        <w:spacing w:before="120" w:after="120" w:line="276" w:lineRule="auto"/>
        <w:ind w:left="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Ուսանողին ապահովել անհրաժեշտ նյութատեխնիկական միջոցներով և գույքով,</w:t>
      </w:r>
    </w:p>
    <w:p w14:paraId="283E18D9" w14:textId="77777777" w:rsidR="009A0AC0" w:rsidRPr="00447437" w:rsidRDefault="009A0AC0" w:rsidP="009A0AC0">
      <w:pPr>
        <w:numPr>
          <w:ilvl w:val="2"/>
          <w:numId w:val="16"/>
        </w:numPr>
        <w:tabs>
          <w:tab w:val="left" w:pos="851"/>
        </w:tabs>
        <w:spacing w:before="120" w:after="120" w:line="276" w:lineRule="auto"/>
        <w:ind w:left="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նախքան ԳԱՈՒ-ն սկսելը Ուսանողին տրամադրել անվտանգ աշխատանքային գործունեության վերաբերյալ տեղեկություններ, անցկացնել ուսուցում և հրահանգավորում՝ արտադրական սարքավորումներից անվտանգ օգտվելու կանոնների, տեխնածին վթարների, ինչպես նաև արտադրությունում օգտագործվող վտանգավոր քիմիական նյութերի հետ աշխատելու կանոնների, աշխատանքային գործունեությանն առնչվող այլ հնարավոր ռիսկերի, դրանց կանխարգելման և պատահարների դեպքում՝ պատշաճ վարքագիծ դրսևորելու համար,</w:t>
      </w:r>
    </w:p>
    <w:p w14:paraId="714C14B8" w14:textId="77777777" w:rsidR="009A0AC0" w:rsidRPr="00447437" w:rsidRDefault="009A0AC0" w:rsidP="009A0AC0">
      <w:pPr>
        <w:numPr>
          <w:ilvl w:val="2"/>
          <w:numId w:val="16"/>
        </w:numPr>
        <w:tabs>
          <w:tab w:val="left" w:pos="851"/>
        </w:tabs>
        <w:spacing w:before="120" w:after="120" w:line="276" w:lineRule="auto"/>
        <w:ind w:left="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Ուսանողին ալկոհոլային խմիչքների արտադրության մեջ ներգրավելու դեպքում զերծ պահել նրան ալկոհոլային խմիչքների համտես իրականացնելուց, ինչպես նաև աշխատավայրում ալկոհոլային խմիչքների սպառումից,</w:t>
      </w:r>
    </w:p>
    <w:p w14:paraId="0EC3D986" w14:textId="77777777" w:rsidR="009A0AC0" w:rsidRPr="00447437" w:rsidRDefault="009A0AC0" w:rsidP="009A0AC0">
      <w:pPr>
        <w:numPr>
          <w:ilvl w:val="2"/>
          <w:numId w:val="16"/>
        </w:numPr>
        <w:tabs>
          <w:tab w:val="left" w:pos="851"/>
        </w:tabs>
        <w:spacing w:before="120" w:after="120" w:line="276" w:lineRule="auto"/>
        <w:ind w:left="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 xml:space="preserve"> Ուսանողի առողջության պահպանման և անվտանգությունն ապահովելու համար, օրենսդրությամբ և իր ներքին իրավական ակտերով սահմանված կարգով, ապահովել աշխատանքի նորմալ պայմաններ,</w:t>
      </w:r>
    </w:p>
    <w:p w14:paraId="0A7C94C4" w14:textId="77777777" w:rsidR="009A0AC0" w:rsidRPr="00447437" w:rsidRDefault="009A0AC0" w:rsidP="009A0AC0">
      <w:pPr>
        <w:numPr>
          <w:ilvl w:val="2"/>
          <w:numId w:val="16"/>
        </w:numPr>
        <w:tabs>
          <w:tab w:val="left" w:pos="851"/>
        </w:tabs>
        <w:spacing w:before="120" w:after="120" w:line="276" w:lineRule="auto"/>
        <w:ind w:left="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զերծ պահել Ուսանողին նրա առողջությանը, անվտանգությանը և բարոյականությանը վտանգող աշխատանքային միջավայրից, ապահովել հարգալից և աջակցող աշխատանքային մթնոլորտ,</w:t>
      </w:r>
    </w:p>
    <w:p w14:paraId="6863E7AF" w14:textId="77777777" w:rsidR="009A0AC0" w:rsidRPr="00447437" w:rsidRDefault="009A0AC0" w:rsidP="009A0AC0">
      <w:pPr>
        <w:numPr>
          <w:ilvl w:val="2"/>
          <w:numId w:val="16"/>
        </w:numPr>
        <w:tabs>
          <w:tab w:val="left" w:pos="851"/>
        </w:tabs>
        <w:spacing w:before="120" w:after="120" w:line="276" w:lineRule="auto"/>
        <w:ind w:left="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ԳԱՈՒ  ընթացքում Ուսանողի կյանքի կամ առողջության հետ կապված ցանկացած դժբախտ պատահարի կամ մասնագիտական հիվանդության մասին անհապաղ հաղորդել ՄՈՒՀ-ին:</w:t>
      </w:r>
    </w:p>
    <w:p w14:paraId="5BBC2586" w14:textId="77777777" w:rsidR="009A0AC0" w:rsidRPr="00447437" w:rsidRDefault="009A0AC0" w:rsidP="009A0AC0">
      <w:pPr>
        <w:numPr>
          <w:ilvl w:val="1"/>
          <w:numId w:val="15"/>
        </w:numPr>
        <w:spacing w:after="0" w:line="276" w:lineRule="auto"/>
        <w:ind w:left="720" w:hanging="720"/>
        <w:jc w:val="both"/>
        <w:rPr>
          <w:rFonts w:ascii="GHEA Grapalat" w:hAnsi="GHEA Grapalat" w:cs="Segoe UI"/>
          <w:b/>
          <w:color w:val="000000" w:themeColor="text1"/>
          <w:lang w:val="hy-AM"/>
        </w:rPr>
      </w:pPr>
      <w:r w:rsidRPr="00447437">
        <w:rPr>
          <w:rFonts w:ascii="GHEA Grapalat" w:hAnsi="GHEA Grapalat" w:cs="Segoe UI"/>
          <w:b/>
          <w:color w:val="000000" w:themeColor="text1"/>
          <w:lang w:val="hy-AM"/>
        </w:rPr>
        <w:t xml:space="preserve">  Գործընկեր Կազմակերպությունն իրավունք ունի.</w:t>
      </w:r>
    </w:p>
    <w:p w14:paraId="5BF876AC" w14:textId="77777777" w:rsidR="009A0AC0" w:rsidRPr="00447437" w:rsidRDefault="009A0AC0" w:rsidP="009A0AC0">
      <w:pPr>
        <w:numPr>
          <w:ilvl w:val="2"/>
          <w:numId w:val="15"/>
        </w:numPr>
        <w:spacing w:after="0" w:line="276" w:lineRule="auto"/>
        <w:ind w:left="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 xml:space="preserve">ՄՈՒՀ-ի հետ քննարկելով՝ Ուսանողին առաջարկել պրակտիկայի պայմանագիրը փոխարինել մասնագիտական կրթության և ուսուցման ծրագրով աշխատանքի վրա </w:t>
      </w:r>
      <w:r w:rsidRPr="00447437">
        <w:rPr>
          <w:rFonts w:ascii="GHEA Grapalat" w:hAnsi="GHEA Grapalat" w:cs="Segoe UI"/>
          <w:color w:val="000000" w:themeColor="text1"/>
          <w:lang w:val="hy-AM"/>
        </w:rPr>
        <w:lastRenderedPageBreak/>
        <w:t>հիմնված ուսումնառության շրջանակում ԳԱՈՒ  անցնող և որոշակի աշխատանք կատարող սովորողի հետ աշխատանքային պայմանագրով,</w:t>
      </w:r>
    </w:p>
    <w:p w14:paraId="65ED7B06" w14:textId="77777777" w:rsidR="009A0AC0" w:rsidRPr="00447437" w:rsidRDefault="009A0AC0" w:rsidP="009A0AC0">
      <w:pPr>
        <w:numPr>
          <w:ilvl w:val="2"/>
          <w:numId w:val="15"/>
        </w:numPr>
        <w:spacing w:after="0" w:line="276" w:lineRule="auto"/>
        <w:ind w:left="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հսկողություն իրականացնել Ուսանողի կողմից Գործընկեր Կազմակերպության ներ</w:t>
      </w:r>
      <w:r w:rsidRPr="00447437">
        <w:rPr>
          <w:rFonts w:ascii="GHEA Grapalat" w:hAnsi="GHEA Grapalat" w:cs="Segoe UI"/>
          <w:color w:val="000000" w:themeColor="text1"/>
          <w:lang w:val="hy-AM"/>
        </w:rPr>
        <w:softHyphen/>
        <w:t>քին իրավական ակտերի, այդ թվում՝ կարգապահական կանոնների, անվտանգության կանոնների և հրահանգների պահպանման նկատմամբ, ինչպես նաև դրանց խախտման դեպքում Ուսանողին ենթարկել կարգապա</w:t>
      </w:r>
      <w:r w:rsidRPr="00447437">
        <w:rPr>
          <w:rFonts w:ascii="GHEA Grapalat" w:hAnsi="GHEA Grapalat" w:cs="Segoe UI"/>
          <w:color w:val="000000" w:themeColor="text1"/>
          <w:lang w:val="hy-AM"/>
        </w:rPr>
        <w:softHyphen/>
        <w:t>հական պատասխանատվության՝ ՀՀ օրենսդրու</w:t>
      </w:r>
      <w:r w:rsidRPr="00447437">
        <w:rPr>
          <w:rFonts w:ascii="GHEA Grapalat" w:hAnsi="GHEA Grapalat" w:cs="Segoe UI"/>
          <w:color w:val="000000" w:themeColor="text1"/>
          <w:lang w:val="hy-AM"/>
        </w:rPr>
        <w:softHyphen/>
        <w:t>թյամբ սահմանված կարգով:</w:t>
      </w:r>
    </w:p>
    <w:p w14:paraId="62958D83" w14:textId="77777777" w:rsidR="009A0AC0" w:rsidRPr="00447437" w:rsidRDefault="009A0AC0" w:rsidP="009A0AC0">
      <w:pPr>
        <w:spacing w:line="276" w:lineRule="auto"/>
        <w:ind w:left="720"/>
        <w:jc w:val="both"/>
        <w:rPr>
          <w:rFonts w:ascii="GHEA Grapalat" w:hAnsi="GHEA Grapalat" w:cs="Segoe UI"/>
          <w:color w:val="000000" w:themeColor="text1"/>
          <w:lang w:val="hy-AM"/>
        </w:rPr>
      </w:pPr>
    </w:p>
    <w:p w14:paraId="1E62CFDB" w14:textId="77777777" w:rsidR="009A0AC0" w:rsidRPr="00447437" w:rsidRDefault="009A0AC0" w:rsidP="009A0AC0">
      <w:pPr>
        <w:numPr>
          <w:ilvl w:val="1"/>
          <w:numId w:val="15"/>
        </w:numPr>
        <w:spacing w:after="0" w:line="276" w:lineRule="auto"/>
        <w:ind w:left="720" w:hanging="720"/>
        <w:jc w:val="both"/>
        <w:rPr>
          <w:rFonts w:ascii="GHEA Grapalat" w:hAnsi="GHEA Grapalat" w:cs="Segoe UI"/>
          <w:b/>
          <w:color w:val="000000" w:themeColor="text1"/>
          <w:lang w:val="hy-AM"/>
        </w:rPr>
      </w:pPr>
      <w:r w:rsidRPr="00447437">
        <w:rPr>
          <w:rFonts w:ascii="GHEA Grapalat" w:hAnsi="GHEA Grapalat" w:cs="Segoe UI"/>
          <w:b/>
          <w:color w:val="000000" w:themeColor="text1"/>
          <w:lang w:val="hy-AM"/>
        </w:rPr>
        <w:t xml:space="preserve"> Ուսանողը պարտավոր է՝ </w:t>
      </w:r>
    </w:p>
    <w:p w14:paraId="4FCCC24D" w14:textId="77777777" w:rsidR="009A0AC0" w:rsidRPr="00447437" w:rsidRDefault="009A0AC0" w:rsidP="009A0AC0">
      <w:pPr>
        <w:numPr>
          <w:ilvl w:val="2"/>
          <w:numId w:val="15"/>
        </w:numPr>
        <w:spacing w:after="0" w:line="276" w:lineRule="auto"/>
        <w:ind w:left="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Պրակտիկան անցնել պատշաճ որակով՝ Հրահանգիչի հետ համաձայնեցված հաճախումների գրաֆիկով և ծավալով,</w:t>
      </w:r>
    </w:p>
    <w:p w14:paraId="7D46D138" w14:textId="77777777" w:rsidR="009A0AC0" w:rsidRPr="00447437" w:rsidRDefault="009A0AC0" w:rsidP="00E67C08">
      <w:pPr>
        <w:numPr>
          <w:ilvl w:val="2"/>
          <w:numId w:val="15"/>
        </w:numPr>
        <w:spacing w:after="0" w:line="276" w:lineRule="auto"/>
        <w:ind w:left="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ենթարկվել Գործընկեր Կազմակերպության ներքին իրավական ակտերին, այդ թվում՝ կարգապահական կանոններին, առողջության պահպանմանը և անվտանգության ապահովմանը վերաբերող այլ իրավական ակտերի պահանջներին,</w:t>
      </w:r>
    </w:p>
    <w:p w14:paraId="20D55BF7" w14:textId="4E68DAED" w:rsidR="009A0AC0" w:rsidRPr="00447437" w:rsidRDefault="009A0AC0" w:rsidP="009A0AC0">
      <w:pPr>
        <w:numPr>
          <w:ilvl w:val="2"/>
          <w:numId w:val="15"/>
        </w:numPr>
        <w:spacing w:after="0" w:line="276" w:lineRule="auto"/>
        <w:ind w:left="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բարեխղճորեն վերաբերվել Գործընկեր Կազմակերպության գույքին և տեխնիկական միջոցներին,</w:t>
      </w:r>
      <w:r w:rsidR="00E67C08" w:rsidRPr="00447437">
        <w:rPr>
          <w:rFonts w:ascii="GHEA Grapalat" w:hAnsi="GHEA Grapalat" w:cs="Segoe UI"/>
          <w:color w:val="000000" w:themeColor="text1"/>
          <w:lang w:val="hy-AM"/>
        </w:rPr>
        <w:t xml:space="preserve"> </w:t>
      </w:r>
      <w:r w:rsidR="00A40F42" w:rsidRPr="00447437">
        <w:rPr>
          <w:rFonts w:ascii="GHEA Grapalat" w:hAnsi="GHEA Grapalat" w:cs="Segoe UI"/>
          <w:color w:val="000000" w:themeColor="text1"/>
          <w:lang w:val="hy-AM"/>
        </w:rPr>
        <w:t xml:space="preserve">իսկ օրենսդրությամբ </w:t>
      </w:r>
      <w:r w:rsidRPr="00447437">
        <w:rPr>
          <w:rFonts w:ascii="GHEA Grapalat" w:hAnsi="GHEA Grapalat" w:cs="Segoe UI"/>
          <w:color w:val="000000" w:themeColor="text1"/>
          <w:lang w:val="hy-AM"/>
        </w:rPr>
        <w:t>նախատեսված դեպքում կրել պատասխանատվություն իր մեղքով Գործընկեր Կազմակերպությանը պատճառած վնասի համար,</w:t>
      </w:r>
    </w:p>
    <w:p w14:paraId="3435C7B5" w14:textId="77777777" w:rsidR="009A0AC0" w:rsidRPr="00447437" w:rsidRDefault="009A0AC0" w:rsidP="009A0AC0">
      <w:pPr>
        <w:numPr>
          <w:ilvl w:val="2"/>
          <w:numId w:val="15"/>
        </w:numPr>
        <w:spacing w:after="0" w:line="276" w:lineRule="auto"/>
        <w:ind w:left="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Գործընկեր Կազմակերպության պահանջով վերջինիս կողմից սահմանված ժամկետում կամ նման ժամ</w:t>
      </w:r>
      <w:r w:rsidRPr="00447437">
        <w:rPr>
          <w:rFonts w:ascii="GHEA Grapalat" w:hAnsi="GHEA Grapalat" w:cs="Segoe UI"/>
          <w:color w:val="000000" w:themeColor="text1"/>
          <w:lang w:val="hy-AM"/>
        </w:rPr>
        <w:softHyphen/>
        <w:t>կետ սահմանված չլինելու դեպքում՝ ողջամիտ ժամկետում, վերացնել պրակտիկայի ընթացքում թույլ տված խախտումները,</w:t>
      </w:r>
    </w:p>
    <w:p w14:paraId="0E3B2E58" w14:textId="77777777" w:rsidR="009A0AC0" w:rsidRPr="00447437" w:rsidRDefault="009A0AC0" w:rsidP="009A0AC0">
      <w:pPr>
        <w:numPr>
          <w:ilvl w:val="2"/>
          <w:numId w:val="15"/>
        </w:numPr>
        <w:spacing w:after="0" w:line="276" w:lineRule="auto"/>
        <w:ind w:left="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 xml:space="preserve">պատշաճ կարգով կատարել պրակտիկայի ընթացքում տրված հանձնարարականները, </w:t>
      </w:r>
    </w:p>
    <w:p w14:paraId="0F6D934E" w14:textId="77777777" w:rsidR="009A0AC0" w:rsidRPr="00447437" w:rsidRDefault="009A0AC0" w:rsidP="009A0AC0">
      <w:pPr>
        <w:numPr>
          <w:ilvl w:val="2"/>
          <w:numId w:val="15"/>
        </w:numPr>
        <w:spacing w:after="0" w:line="276" w:lineRule="auto"/>
        <w:ind w:left="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պահպանել ուսուցման ընթացքում իրեն հայտնի դարձած՝ Գործընկեր Կազմակերպության ծառայողական կամ առևտրային գաղտնիք հանդիսացող տեղեկությունները և որևէ եղանակով դրանք չբացահայտել երրորդ անձանց:</w:t>
      </w:r>
    </w:p>
    <w:p w14:paraId="79B8C6B0" w14:textId="77777777" w:rsidR="009A0AC0" w:rsidRPr="00447437" w:rsidRDefault="009A0AC0" w:rsidP="009A0AC0">
      <w:pPr>
        <w:spacing w:line="276" w:lineRule="auto"/>
        <w:ind w:left="720" w:hanging="720"/>
        <w:jc w:val="both"/>
        <w:rPr>
          <w:rFonts w:ascii="GHEA Grapalat" w:hAnsi="GHEA Grapalat" w:cs="Segoe UI"/>
          <w:color w:val="000000" w:themeColor="text1"/>
          <w:lang w:val="hy-AM"/>
        </w:rPr>
      </w:pPr>
    </w:p>
    <w:p w14:paraId="40AB4659" w14:textId="77777777" w:rsidR="009A0AC0" w:rsidRPr="00447437" w:rsidRDefault="009A0AC0" w:rsidP="009A0AC0">
      <w:pPr>
        <w:numPr>
          <w:ilvl w:val="1"/>
          <w:numId w:val="15"/>
        </w:numPr>
        <w:spacing w:after="0" w:line="276" w:lineRule="auto"/>
        <w:ind w:left="720" w:hanging="720"/>
        <w:jc w:val="both"/>
        <w:rPr>
          <w:rFonts w:ascii="GHEA Grapalat" w:hAnsi="GHEA Grapalat" w:cs="Segoe UI"/>
          <w:b/>
          <w:color w:val="000000" w:themeColor="text1"/>
          <w:lang w:val="hy-AM"/>
        </w:rPr>
      </w:pPr>
      <w:r w:rsidRPr="00447437">
        <w:rPr>
          <w:rFonts w:ascii="GHEA Grapalat" w:hAnsi="GHEA Grapalat" w:cs="Segoe UI"/>
          <w:b/>
          <w:color w:val="000000" w:themeColor="text1"/>
          <w:lang w:val="hy-AM"/>
        </w:rPr>
        <w:t>Ուսանողն իրավունք ունի</w:t>
      </w:r>
      <w:r w:rsidRPr="00447437">
        <w:rPr>
          <w:rFonts w:ascii="GHEA Grapalat" w:hAnsi="GHEA Grapalat" w:cs="Segoe UI"/>
          <w:b/>
          <w:color w:val="000000" w:themeColor="text1"/>
          <w:lang w:val="ru-RU"/>
        </w:rPr>
        <w:t>.</w:t>
      </w:r>
    </w:p>
    <w:p w14:paraId="05B69A47" w14:textId="77777777" w:rsidR="009A0AC0" w:rsidRPr="00447437" w:rsidRDefault="009A0AC0" w:rsidP="009A0AC0">
      <w:pPr>
        <w:numPr>
          <w:ilvl w:val="2"/>
          <w:numId w:val="15"/>
        </w:numPr>
        <w:spacing w:after="0" w:line="276" w:lineRule="auto"/>
        <w:ind w:left="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Կազմակերպությունից պահանջել ապահովելու իր պրակտիկայի անցկացումը Ծրագրով սահմանված պահանջներին և ժամանակացույցին համապատասխան,</w:t>
      </w:r>
    </w:p>
    <w:p w14:paraId="49495662" w14:textId="77777777" w:rsidR="009A0AC0" w:rsidRPr="00447437" w:rsidRDefault="009A0AC0" w:rsidP="009A0AC0">
      <w:pPr>
        <w:pStyle w:val="ListParagraph"/>
        <w:numPr>
          <w:ilvl w:val="2"/>
          <w:numId w:val="15"/>
        </w:numPr>
        <w:spacing w:after="160" w:line="256" w:lineRule="auto"/>
        <w:ind w:left="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ստանալ ԳԱՈՒ  հետ կապված պարզաբանումներ և խորհրդատվություն Հրահանգչից,</w:t>
      </w:r>
    </w:p>
    <w:p w14:paraId="1D83B71C" w14:textId="77777777" w:rsidR="009A0AC0" w:rsidRPr="00447437" w:rsidRDefault="009A0AC0" w:rsidP="009A0AC0">
      <w:pPr>
        <w:numPr>
          <w:ilvl w:val="2"/>
          <w:numId w:val="15"/>
        </w:numPr>
        <w:tabs>
          <w:tab w:val="left" w:pos="851"/>
        </w:tabs>
        <w:spacing w:before="120" w:after="120" w:line="276" w:lineRule="auto"/>
        <w:ind w:left="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 xml:space="preserve">մասնակցել (ընդգրկվել) մասնագիտական ոլորտի կամ համապետական նշանակության միջոցառումներին, իր ուսումնառած ծրագրին առնչվող կրթական ծրագրերին, մրցույթներին, փառատոններին և այլ ակադեմիական միջոցառումներին՝ համաձայն լիազոր մարմնի սահմանած կարգի։ Նշված դեպքերում Ուսանողի՝ ԳԱՈՒ  ծրագրով սահմանված վերջնարդյունքները լրացվում են Կողմերի համաձայնությամբ սահմանված կարգով և պայմաններում։ </w:t>
      </w:r>
    </w:p>
    <w:p w14:paraId="611467EA" w14:textId="77777777" w:rsidR="009A0AC0" w:rsidRPr="00447437" w:rsidRDefault="009A0AC0" w:rsidP="009A0AC0">
      <w:pPr>
        <w:pStyle w:val="ListParagraph"/>
        <w:numPr>
          <w:ilvl w:val="1"/>
          <w:numId w:val="15"/>
        </w:numPr>
        <w:spacing w:before="120" w:after="120" w:line="276" w:lineRule="auto"/>
        <w:ind w:left="720" w:hanging="720"/>
        <w:contextualSpacing w:val="0"/>
        <w:rPr>
          <w:rFonts w:ascii="GHEA Grapalat" w:hAnsi="GHEA Grapalat" w:cs="Segoe UI"/>
          <w:b/>
          <w:bCs/>
          <w:color w:val="000000" w:themeColor="text1"/>
          <w:sz w:val="22"/>
          <w:szCs w:val="22"/>
          <w:lang w:val="hy-AM"/>
        </w:rPr>
      </w:pPr>
      <w:r w:rsidRPr="00447437">
        <w:rPr>
          <w:rFonts w:ascii="GHEA Grapalat" w:hAnsi="GHEA Grapalat" w:cs="Segoe UI"/>
          <w:b/>
          <w:bCs/>
          <w:color w:val="000000" w:themeColor="text1"/>
          <w:sz w:val="22"/>
          <w:szCs w:val="22"/>
          <w:lang w:val="hy-AM"/>
        </w:rPr>
        <w:t>Այլ պարտավորություններ.</w:t>
      </w:r>
    </w:p>
    <w:p w14:paraId="66E3656E" w14:textId="77777777" w:rsidR="009A0AC0" w:rsidRPr="00447437" w:rsidRDefault="009A0AC0" w:rsidP="009A0AC0">
      <w:pPr>
        <w:numPr>
          <w:ilvl w:val="2"/>
          <w:numId w:val="15"/>
        </w:numPr>
        <w:spacing w:after="0" w:line="276" w:lineRule="auto"/>
        <w:ind w:left="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lastRenderedPageBreak/>
        <w:t xml:space="preserve">Գործատուն և ՄՈՒՀ-ը Ուսանողի ԳԱՈՒ  հետ կապված ստորև բերված հարցերը, ներառյալ՝ այդ առնչությամբ իրենց ֆինանսական պարտավորությունները և միջոցների բաշխման հարցերը կարգավորում են Համագործակցության պայմանագրով ձեռք բերված պայմանավորվածությանը համապատասխան՝ </w:t>
      </w:r>
    </w:p>
    <w:p w14:paraId="3CB71C9B" w14:textId="77777777" w:rsidR="009A0AC0" w:rsidRPr="00447437" w:rsidRDefault="009A0AC0" w:rsidP="009A0AC0">
      <w:pPr>
        <w:pStyle w:val="ListParagraph"/>
        <w:numPr>
          <w:ilvl w:val="3"/>
          <w:numId w:val="15"/>
        </w:numPr>
        <w:spacing w:before="120" w:after="120" w:line="276" w:lineRule="auto"/>
        <w:ind w:left="720"/>
        <w:contextualSpacing w:val="0"/>
        <w:jc w:val="both"/>
        <w:rPr>
          <w:rFonts w:ascii="GHEA Grapalat" w:hAnsi="GHEA Grapalat" w:cs="Segoe UI"/>
          <w:color w:val="000000" w:themeColor="text1"/>
          <w:sz w:val="22"/>
          <w:szCs w:val="22"/>
          <w:lang w:val="hy-AM"/>
        </w:rPr>
      </w:pPr>
      <w:r w:rsidRPr="00447437">
        <w:rPr>
          <w:rFonts w:ascii="GHEA Grapalat" w:hAnsi="GHEA Grapalat" w:cs="Segoe UI"/>
          <w:color w:val="000000" w:themeColor="text1"/>
          <w:sz w:val="22"/>
          <w:szCs w:val="22"/>
          <w:lang w:val="hy-AM"/>
        </w:rPr>
        <w:t>Ուսանողին Պայմանագրով նախատեսված ԳԱՈՒ վայր տեղափոխելու և կեցության հետ կապված հարցերը</w:t>
      </w:r>
      <w:r w:rsidRPr="00447437">
        <w:rPr>
          <w:rStyle w:val="FootnoteReference"/>
          <w:rFonts w:ascii="GHEA Grapalat" w:hAnsi="GHEA Grapalat" w:cs="Segoe UI"/>
          <w:color w:val="000000" w:themeColor="text1"/>
          <w:sz w:val="22"/>
          <w:szCs w:val="22"/>
          <w:lang w:val="hy-AM"/>
        </w:rPr>
        <w:footnoteReference w:id="37"/>
      </w:r>
      <w:r w:rsidRPr="00447437">
        <w:rPr>
          <w:rFonts w:ascii="GHEA Grapalat" w:hAnsi="GHEA Grapalat" w:cs="Segoe UI"/>
          <w:color w:val="000000" w:themeColor="text1"/>
          <w:sz w:val="22"/>
          <w:szCs w:val="22"/>
          <w:lang w:val="hy-AM"/>
        </w:rPr>
        <w:t>,</w:t>
      </w:r>
    </w:p>
    <w:p w14:paraId="57D13282" w14:textId="77777777" w:rsidR="009A0AC0" w:rsidRPr="00447437" w:rsidRDefault="009A0AC0" w:rsidP="009A0AC0">
      <w:pPr>
        <w:pStyle w:val="ListParagraph"/>
        <w:numPr>
          <w:ilvl w:val="3"/>
          <w:numId w:val="15"/>
        </w:numPr>
        <w:spacing w:before="120" w:after="120" w:line="276" w:lineRule="auto"/>
        <w:ind w:left="720"/>
        <w:contextualSpacing w:val="0"/>
        <w:jc w:val="both"/>
        <w:rPr>
          <w:rFonts w:ascii="GHEA Grapalat" w:hAnsi="GHEA Grapalat"/>
          <w:color w:val="000000" w:themeColor="text1"/>
          <w:sz w:val="22"/>
          <w:szCs w:val="22"/>
          <w:lang w:val="hy-AM"/>
        </w:rPr>
      </w:pPr>
      <w:r w:rsidRPr="00447437">
        <w:rPr>
          <w:rFonts w:ascii="GHEA Grapalat" w:hAnsi="GHEA Grapalat" w:cs="Segoe UI"/>
          <w:color w:val="000000" w:themeColor="text1"/>
          <w:sz w:val="22"/>
          <w:szCs w:val="22"/>
          <w:lang w:val="hy-AM"/>
        </w:rPr>
        <w:t>Ուսանողի ԳԱՈՒ  կազմակերպման հետ կապված այլ հարցերը։</w:t>
      </w:r>
    </w:p>
    <w:p w14:paraId="0F8B9B04" w14:textId="77777777" w:rsidR="009A0AC0" w:rsidRPr="00447437" w:rsidRDefault="009A0AC0" w:rsidP="009A0AC0">
      <w:pPr>
        <w:spacing w:line="276" w:lineRule="auto"/>
        <w:ind w:left="720" w:hanging="720"/>
        <w:jc w:val="both"/>
        <w:rPr>
          <w:rFonts w:ascii="GHEA Grapalat" w:hAnsi="GHEA Grapalat" w:cs="Segoe UI"/>
          <w:b/>
          <w:color w:val="000000" w:themeColor="text1"/>
          <w:lang w:val="hy-AM"/>
        </w:rPr>
      </w:pPr>
    </w:p>
    <w:p w14:paraId="79C6B09B" w14:textId="77777777" w:rsidR="009A0AC0" w:rsidRPr="00447437" w:rsidRDefault="009A0AC0" w:rsidP="009A0AC0">
      <w:pPr>
        <w:numPr>
          <w:ilvl w:val="0"/>
          <w:numId w:val="34"/>
        </w:numPr>
        <w:spacing w:after="0" w:line="276" w:lineRule="auto"/>
        <w:ind w:left="720" w:hanging="720"/>
        <w:jc w:val="center"/>
        <w:rPr>
          <w:rFonts w:ascii="GHEA Grapalat" w:hAnsi="GHEA Grapalat" w:cs="Segoe UI"/>
          <w:b/>
          <w:color w:val="000000" w:themeColor="text1"/>
          <w:lang w:val="hy-AM"/>
        </w:rPr>
      </w:pPr>
      <w:r w:rsidRPr="00447437">
        <w:rPr>
          <w:rFonts w:ascii="GHEA Grapalat" w:hAnsi="GHEA Grapalat" w:cs="Segoe UI"/>
          <w:b/>
          <w:color w:val="000000" w:themeColor="text1"/>
          <w:lang w:val="hy-AM"/>
        </w:rPr>
        <w:t>ՊԱՅՄԱՆԱԳԻՐՆ ՈՒԺԻ ՄԵՋ ՄՏՆԵԼԸ,  ԳՈՐԾՈՂՈՒԹՅԱՆ ԺԱՄԿԵՏԸ,  ՓՈՓՈԽՈՒԹՅՈՒՆՆԵՐ ԵՎ ԼՐԱՑՈՒՄՆԵՐ ԿԱՏԱՐԵԼՈՒ ԿԱՐԳԸ</w:t>
      </w:r>
    </w:p>
    <w:p w14:paraId="56722770" w14:textId="77777777" w:rsidR="009A0AC0" w:rsidRPr="00447437" w:rsidRDefault="009A0AC0" w:rsidP="009A0AC0">
      <w:pPr>
        <w:spacing w:line="276" w:lineRule="auto"/>
        <w:ind w:left="720" w:hanging="720"/>
        <w:jc w:val="both"/>
        <w:rPr>
          <w:rFonts w:ascii="GHEA Grapalat" w:hAnsi="GHEA Grapalat" w:cs="Segoe UI"/>
          <w:color w:val="000000" w:themeColor="text1"/>
          <w:lang w:val="hy-AM"/>
        </w:rPr>
      </w:pPr>
    </w:p>
    <w:p w14:paraId="745FDAB6" w14:textId="7DF74FFF" w:rsidR="009A0AC0" w:rsidRPr="00447437" w:rsidRDefault="009A0AC0" w:rsidP="009A0AC0">
      <w:pPr>
        <w:numPr>
          <w:ilvl w:val="1"/>
          <w:numId w:val="18"/>
        </w:numPr>
        <w:spacing w:after="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Պայմանագիրն ուժի մեջ է մտնում կնքման պահից և գործում է [_____________</w:t>
      </w:r>
      <w:r w:rsidRPr="00447437">
        <w:rPr>
          <w:rFonts w:ascii="GHEA Grapalat" w:hAnsi="GHEA Grapalat" w:cs="Segoe UI"/>
          <w:i/>
          <w:iCs/>
          <w:color w:val="000000" w:themeColor="text1"/>
          <w:lang w:val="hy-AM"/>
        </w:rPr>
        <w:t>ամիս, օր</w:t>
      </w:r>
      <w:r w:rsidRPr="00447437">
        <w:rPr>
          <w:rFonts w:ascii="GHEA Grapalat" w:hAnsi="GHEA Grapalat" w:cs="Segoe UI"/>
          <w:color w:val="000000" w:themeColor="text1"/>
          <w:lang w:val="hy-AM"/>
        </w:rPr>
        <w:t>]  ժամկետով,  մինչև [__</w:t>
      </w:r>
      <w:r w:rsidRPr="00447437">
        <w:rPr>
          <w:rFonts w:ascii="MS Mincho" w:eastAsia="MS Mincho" w:hAnsi="MS Mincho" w:cs="MS Mincho"/>
          <w:color w:val="000000" w:themeColor="text1"/>
          <w:lang w:val="hy-AM"/>
        </w:rPr>
        <w:t>․</w:t>
      </w:r>
      <w:r w:rsidRPr="00447437">
        <w:rPr>
          <w:rFonts w:ascii="GHEA Grapalat" w:hAnsi="GHEA Grapalat" w:cs="Segoe UI"/>
          <w:color w:val="000000" w:themeColor="text1"/>
          <w:lang w:val="hy-AM"/>
        </w:rPr>
        <w:t>__</w:t>
      </w:r>
      <w:r w:rsidRPr="00447437">
        <w:rPr>
          <w:rFonts w:ascii="MS Mincho" w:eastAsia="MS Mincho" w:hAnsi="MS Mincho" w:cs="MS Mincho"/>
          <w:color w:val="000000" w:themeColor="text1"/>
          <w:lang w:val="hy-AM"/>
        </w:rPr>
        <w:t>․</w:t>
      </w:r>
      <w:r w:rsidRPr="00447437">
        <w:rPr>
          <w:rFonts w:ascii="GHEA Grapalat" w:hAnsi="GHEA Grapalat" w:cs="Segoe UI"/>
          <w:color w:val="000000" w:themeColor="text1"/>
          <w:lang w:val="hy-AM"/>
        </w:rPr>
        <w:t>20__] թվականը: Պայմանագրի գործողության ժամկետը չի կարող գերազանցել ՄՈՒՀ-ում Ուսանողի ուսումնառության ժամանակահատվածը։</w:t>
      </w:r>
    </w:p>
    <w:p w14:paraId="1C566EF5" w14:textId="4B62D43B" w:rsidR="009A0AC0" w:rsidRPr="00447437" w:rsidRDefault="009A0AC0" w:rsidP="009A0AC0">
      <w:pPr>
        <w:numPr>
          <w:ilvl w:val="1"/>
          <w:numId w:val="18"/>
        </w:numPr>
        <w:spacing w:after="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 xml:space="preserve">Պայմանագրում կատարված փոփոխությունները կամ լրացումներն իրավական ուժ են ստանում, եթե դրանք կատարվել են գրավոր և ստորագրվել Կողմերի կողմից: Կատարված փոփոխությունները կամ լրացումները համարվում են  </w:t>
      </w:r>
      <w:r w:rsidR="0079156A" w:rsidRPr="00447437">
        <w:rPr>
          <w:rFonts w:ascii="GHEA Grapalat" w:hAnsi="GHEA Grapalat" w:cs="Segoe UI"/>
          <w:color w:val="000000" w:themeColor="text1"/>
          <w:lang w:val="hy-AM"/>
        </w:rPr>
        <w:t>Պ</w:t>
      </w:r>
      <w:r w:rsidRPr="00447437">
        <w:rPr>
          <w:rFonts w:ascii="GHEA Grapalat" w:hAnsi="GHEA Grapalat" w:cs="Segoe UI"/>
          <w:color w:val="000000" w:themeColor="text1"/>
          <w:lang w:val="hy-AM"/>
        </w:rPr>
        <w:t>այմանագրի անբաժանելի մաս:</w:t>
      </w:r>
    </w:p>
    <w:p w14:paraId="3AEB63C7" w14:textId="77777777" w:rsidR="009A0AC0" w:rsidRPr="00447437" w:rsidRDefault="009A0AC0" w:rsidP="009A0AC0">
      <w:pPr>
        <w:numPr>
          <w:ilvl w:val="1"/>
          <w:numId w:val="18"/>
        </w:numPr>
        <w:spacing w:after="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 xml:space="preserve">Կողմերը հաստատում են, որ այն դեպքում, երբ Համագործակցության պայմանագրում կատարվել են փոփոխություններ, Կողմերը բարեխղճորեն կվարեն բանակցություններ՝ համապատասխան փոփոխությունները Պայմանագրում ևս արտացոլելու վերաբերյալ: </w:t>
      </w:r>
    </w:p>
    <w:p w14:paraId="735F9AAA" w14:textId="77777777" w:rsidR="009A0AC0" w:rsidRPr="00447437" w:rsidRDefault="009A0AC0" w:rsidP="009A0AC0">
      <w:pPr>
        <w:numPr>
          <w:ilvl w:val="1"/>
          <w:numId w:val="18"/>
        </w:numPr>
        <w:spacing w:after="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 xml:space="preserve"> Այն դեպքում, երբ անկանխատեսելի կամ անկանխելի հանգամանքներով պայմանավորված անհրաժեշտություն է առաջացել փոփոխելու Գործընկեր Կազմակերպության գործունեության բնույթը կամ անհնար է դարձել վերջինիս կողմից Ծրագրի վերջնարդյունքների ապահովումը, կամ փոփոխվել կամ լուծվել է Համագործակցության պայմանագիրը, Կողմերը պետք է վարեն բանակցություններ Պայմանագիրն ըստ անհրաժեշտության փոփոխելու կամ լուծելու վերաբերյալ:</w:t>
      </w:r>
    </w:p>
    <w:p w14:paraId="35BD4FA3" w14:textId="77777777" w:rsidR="009A0AC0" w:rsidRPr="00447437" w:rsidRDefault="009A0AC0" w:rsidP="009A0AC0">
      <w:pPr>
        <w:numPr>
          <w:ilvl w:val="1"/>
          <w:numId w:val="18"/>
        </w:numPr>
        <w:spacing w:after="0" w:line="276" w:lineRule="auto"/>
        <w:ind w:left="720" w:hanging="720"/>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Կողմերի տարաձայնությունները լուծվում են փոխադարձ համաձայնությամբ կամ ՀՀ օրենսդրությամբ նախատեսված կարգով:</w:t>
      </w:r>
    </w:p>
    <w:p w14:paraId="3AA4FF00" w14:textId="77777777" w:rsidR="009A0AC0" w:rsidRPr="00447437" w:rsidRDefault="009A0AC0" w:rsidP="009A0AC0">
      <w:pPr>
        <w:spacing w:line="276" w:lineRule="auto"/>
        <w:ind w:left="720" w:hanging="720"/>
        <w:jc w:val="both"/>
        <w:rPr>
          <w:rFonts w:ascii="GHEA Grapalat" w:hAnsi="GHEA Grapalat" w:cs="Segoe UI"/>
          <w:color w:val="000000" w:themeColor="text1"/>
          <w:lang w:val="hy-AM"/>
        </w:rPr>
      </w:pPr>
    </w:p>
    <w:p w14:paraId="66D77438" w14:textId="77777777" w:rsidR="009A0AC0" w:rsidRPr="00447437" w:rsidRDefault="009A0AC0" w:rsidP="009A0AC0">
      <w:pPr>
        <w:numPr>
          <w:ilvl w:val="0"/>
          <w:numId w:val="34"/>
        </w:numPr>
        <w:spacing w:after="0" w:line="276" w:lineRule="auto"/>
        <w:ind w:left="720" w:hanging="720"/>
        <w:jc w:val="center"/>
        <w:rPr>
          <w:rFonts w:ascii="GHEA Grapalat" w:hAnsi="GHEA Grapalat" w:cs="Segoe UI"/>
          <w:b/>
          <w:color w:val="000000" w:themeColor="text1"/>
          <w:lang w:val="hy-AM"/>
        </w:rPr>
      </w:pPr>
      <w:r w:rsidRPr="00447437">
        <w:rPr>
          <w:rFonts w:ascii="GHEA Grapalat" w:hAnsi="GHEA Grapalat" w:cs="Segoe UI"/>
          <w:b/>
          <w:color w:val="000000" w:themeColor="text1"/>
          <w:lang w:val="hy-AM"/>
        </w:rPr>
        <w:t xml:space="preserve">  ԱՅԼ ԴՐՈՒՅԹՆԵՐ</w:t>
      </w:r>
    </w:p>
    <w:p w14:paraId="268CA1ED" w14:textId="77777777" w:rsidR="009A0AC0" w:rsidRPr="00447437" w:rsidRDefault="009A0AC0" w:rsidP="00E879BF">
      <w:pPr>
        <w:pStyle w:val="ListParagraph"/>
        <w:spacing w:line="276" w:lineRule="auto"/>
        <w:ind w:left="360"/>
        <w:contextualSpacing w:val="0"/>
        <w:jc w:val="both"/>
        <w:rPr>
          <w:rFonts w:ascii="GHEA Grapalat" w:hAnsi="GHEA Grapalat" w:cs="Segoe UI"/>
          <w:vanish/>
          <w:color w:val="000000" w:themeColor="text1"/>
          <w:sz w:val="22"/>
          <w:szCs w:val="22"/>
          <w:lang w:val="hy-AM"/>
        </w:rPr>
      </w:pPr>
    </w:p>
    <w:p w14:paraId="7C2CD490" w14:textId="7E8BCDDB" w:rsidR="009A0AC0" w:rsidRPr="00447437" w:rsidRDefault="0079156A" w:rsidP="00E879BF">
      <w:pPr>
        <w:pStyle w:val="ListParagraph"/>
        <w:numPr>
          <w:ilvl w:val="1"/>
          <w:numId w:val="34"/>
        </w:numPr>
        <w:spacing w:line="276" w:lineRule="auto"/>
        <w:jc w:val="both"/>
        <w:rPr>
          <w:rFonts w:ascii="GHEA Grapalat" w:hAnsi="GHEA Grapalat" w:cs="Segoe UI"/>
          <w:color w:val="000000" w:themeColor="text1"/>
          <w:lang w:val="hy-AM"/>
        </w:rPr>
      </w:pPr>
      <w:r w:rsidRPr="00447437">
        <w:rPr>
          <w:rFonts w:ascii="GHEA Grapalat" w:hAnsi="GHEA Grapalat" w:cs="Segoe UI"/>
          <w:color w:val="000000" w:themeColor="text1"/>
          <w:lang w:val="hy-AM"/>
        </w:rPr>
        <w:t>Պ</w:t>
      </w:r>
      <w:r w:rsidR="009A0AC0" w:rsidRPr="00447437">
        <w:rPr>
          <w:rFonts w:ascii="GHEA Grapalat" w:hAnsi="GHEA Grapalat" w:cs="Segoe UI"/>
          <w:color w:val="000000" w:themeColor="text1"/>
          <w:lang w:val="hy-AM"/>
        </w:rPr>
        <w:t>այմանագիրը կազմված է երկու հավասարազոր օրինակից, յուրաքանչյուր կողմին տրվում է մեկական օրինակ:</w:t>
      </w:r>
    </w:p>
    <w:p w14:paraId="5E5E7AAE" w14:textId="77777777" w:rsidR="009A0AC0" w:rsidRPr="00447437" w:rsidRDefault="009A0AC0" w:rsidP="009A0AC0">
      <w:pPr>
        <w:spacing w:before="120" w:after="120" w:line="276" w:lineRule="auto"/>
        <w:ind w:left="720" w:hanging="720"/>
        <w:jc w:val="both"/>
        <w:rPr>
          <w:rFonts w:ascii="GHEA Grapalat" w:hAnsi="GHEA Grapalat" w:cs="Segoe UI"/>
          <w:color w:val="000000" w:themeColor="text1"/>
        </w:rPr>
      </w:pPr>
      <w:r w:rsidRPr="00447437">
        <w:rPr>
          <w:rFonts w:ascii="GHEA Grapalat" w:hAnsi="GHEA Grapalat" w:cs="Segoe UI"/>
          <w:color w:val="000000" w:themeColor="text1"/>
        </w:rPr>
        <w:t>[</w:t>
      </w:r>
      <w:r w:rsidRPr="00447437">
        <w:rPr>
          <w:rFonts w:ascii="GHEA Grapalat" w:hAnsi="GHEA Grapalat" w:cs="Segoe UI"/>
          <w:color w:val="000000" w:themeColor="text1"/>
          <w:lang w:val="hy-AM"/>
        </w:rPr>
        <w:t>ստորագրության էջը հաջորդիվ</w:t>
      </w:r>
      <w:r w:rsidRPr="00447437">
        <w:rPr>
          <w:rFonts w:ascii="GHEA Grapalat" w:hAnsi="GHEA Grapalat" w:cs="Segoe UI"/>
          <w:color w:val="000000" w:themeColor="text1"/>
        </w:rPr>
        <w:t>]</w:t>
      </w:r>
    </w:p>
    <w:p w14:paraId="699540EC" w14:textId="77777777" w:rsidR="009A0AC0" w:rsidRPr="00447437" w:rsidRDefault="009A0AC0" w:rsidP="009A0AC0">
      <w:pPr>
        <w:spacing w:line="276" w:lineRule="auto"/>
        <w:ind w:left="720" w:hanging="720"/>
        <w:jc w:val="both"/>
        <w:rPr>
          <w:rFonts w:ascii="GHEA Grapalat" w:hAnsi="GHEA Grapalat" w:cs="Segoe UI"/>
          <w:color w:val="000000" w:themeColor="text1"/>
          <w:lang w:val="hy-AM"/>
        </w:rPr>
        <w:sectPr w:rsidR="009A0AC0" w:rsidRPr="00447437" w:rsidSect="00754934">
          <w:footerReference w:type="even" r:id="rId10"/>
          <w:footerReference w:type="default" r:id="rId11"/>
          <w:pgSz w:w="12240" w:h="15840"/>
          <w:pgMar w:top="1080" w:right="1041" w:bottom="1134" w:left="1620" w:header="720" w:footer="720" w:gutter="0"/>
          <w:cols w:space="720"/>
          <w:docGrid w:linePitch="360"/>
        </w:sectPr>
      </w:pPr>
    </w:p>
    <w:p w14:paraId="1DE8842A" w14:textId="77777777" w:rsidR="009A0AC0" w:rsidRPr="00447437" w:rsidRDefault="009A0AC0" w:rsidP="009A0AC0">
      <w:pPr>
        <w:numPr>
          <w:ilvl w:val="0"/>
          <w:numId w:val="34"/>
        </w:numPr>
        <w:spacing w:after="0" w:line="276" w:lineRule="auto"/>
        <w:ind w:left="720" w:hanging="720"/>
        <w:jc w:val="center"/>
        <w:rPr>
          <w:rFonts w:ascii="GHEA Grapalat" w:hAnsi="GHEA Grapalat" w:cs="Segoe UI"/>
          <w:b/>
          <w:color w:val="000000" w:themeColor="text1"/>
          <w:lang w:val="hy-AM"/>
        </w:rPr>
      </w:pPr>
      <w:r w:rsidRPr="00447437">
        <w:rPr>
          <w:rFonts w:ascii="GHEA Grapalat" w:hAnsi="GHEA Grapalat" w:cs="Segoe UI"/>
          <w:b/>
          <w:color w:val="000000" w:themeColor="text1"/>
          <w:lang w:val="hy-AM"/>
        </w:rPr>
        <w:lastRenderedPageBreak/>
        <w:t>ԿՈՂՄԵՐԻ ՎԱՎԵՐԱՊԱՅՄԱՆՆԵՐԸ</w:t>
      </w:r>
    </w:p>
    <w:tbl>
      <w:tblPr>
        <w:tblW w:w="10349"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54"/>
        <w:gridCol w:w="3033"/>
        <w:gridCol w:w="2646"/>
        <w:gridCol w:w="2316"/>
      </w:tblGrid>
      <w:tr w:rsidR="00447437" w:rsidRPr="00447437" w14:paraId="04F78FD5" w14:textId="77777777" w:rsidTr="00DC25AF">
        <w:tc>
          <w:tcPr>
            <w:tcW w:w="2354" w:type="dxa"/>
            <w:tcBorders>
              <w:top w:val="single" w:sz="4" w:space="0" w:color="auto"/>
              <w:left w:val="single" w:sz="4" w:space="0" w:color="auto"/>
              <w:bottom w:val="single" w:sz="4" w:space="0" w:color="auto"/>
              <w:right w:val="single" w:sz="4" w:space="0" w:color="auto"/>
            </w:tcBorders>
            <w:vAlign w:val="center"/>
            <w:hideMark/>
          </w:tcPr>
          <w:p w14:paraId="658473EC" w14:textId="77777777" w:rsidR="009A0AC0" w:rsidRPr="00447437" w:rsidRDefault="009A0AC0" w:rsidP="008C578A">
            <w:pPr>
              <w:spacing w:before="120" w:after="120" w:line="240" w:lineRule="auto"/>
              <w:ind w:left="720" w:hanging="720"/>
              <w:jc w:val="center"/>
              <w:rPr>
                <w:rFonts w:ascii="GHEA Grapalat" w:hAnsi="GHEA Grapalat" w:cs="Segoe UI"/>
                <w:b/>
                <w:bCs/>
                <w:color w:val="000000" w:themeColor="text1"/>
                <w:lang w:val="hy-AM"/>
              </w:rPr>
            </w:pPr>
            <w:r w:rsidRPr="00447437">
              <w:rPr>
                <w:rFonts w:ascii="GHEA Grapalat" w:hAnsi="GHEA Grapalat" w:cs="Segoe UI"/>
                <w:b/>
                <w:bCs/>
                <w:color w:val="000000" w:themeColor="text1"/>
                <w:lang w:val="hy-AM"/>
              </w:rPr>
              <w:t>Կողմերը</w:t>
            </w:r>
          </w:p>
        </w:tc>
        <w:tc>
          <w:tcPr>
            <w:tcW w:w="3033" w:type="dxa"/>
            <w:tcBorders>
              <w:top w:val="single" w:sz="4" w:space="0" w:color="auto"/>
              <w:left w:val="single" w:sz="4" w:space="0" w:color="auto"/>
              <w:bottom w:val="single" w:sz="4" w:space="0" w:color="auto"/>
              <w:right w:val="single" w:sz="4" w:space="0" w:color="auto"/>
            </w:tcBorders>
            <w:vAlign w:val="center"/>
            <w:hideMark/>
          </w:tcPr>
          <w:p w14:paraId="25600B9D" w14:textId="77777777" w:rsidR="009A0AC0" w:rsidRPr="00447437" w:rsidRDefault="009A0AC0" w:rsidP="008C578A">
            <w:pPr>
              <w:spacing w:before="120" w:after="120" w:line="240" w:lineRule="auto"/>
              <w:ind w:left="720" w:hanging="720"/>
              <w:jc w:val="center"/>
              <w:rPr>
                <w:rFonts w:ascii="GHEA Grapalat" w:hAnsi="GHEA Grapalat" w:cs="Segoe UI"/>
                <w:b/>
                <w:bCs/>
                <w:color w:val="000000" w:themeColor="text1"/>
                <w:lang w:val="hy-AM"/>
              </w:rPr>
            </w:pPr>
            <w:r w:rsidRPr="00447437">
              <w:rPr>
                <w:rFonts w:ascii="GHEA Grapalat" w:hAnsi="GHEA Grapalat" w:cs="Segoe UI"/>
                <w:b/>
                <w:bCs/>
                <w:color w:val="000000" w:themeColor="text1"/>
                <w:lang w:val="hy-AM"/>
              </w:rPr>
              <w:t>Կազմակերպություն</w:t>
            </w:r>
          </w:p>
        </w:tc>
        <w:tc>
          <w:tcPr>
            <w:tcW w:w="2646" w:type="dxa"/>
            <w:tcBorders>
              <w:top w:val="single" w:sz="4" w:space="0" w:color="auto"/>
              <w:left w:val="single" w:sz="4" w:space="0" w:color="auto"/>
              <w:bottom w:val="single" w:sz="4" w:space="0" w:color="auto"/>
              <w:right w:val="single" w:sz="4" w:space="0" w:color="auto"/>
            </w:tcBorders>
            <w:vAlign w:val="center"/>
            <w:hideMark/>
          </w:tcPr>
          <w:p w14:paraId="70AA4892" w14:textId="77777777" w:rsidR="009A0AC0" w:rsidRPr="00447437" w:rsidRDefault="009A0AC0" w:rsidP="008C578A">
            <w:pPr>
              <w:spacing w:before="120" w:after="120" w:line="240" w:lineRule="auto"/>
              <w:ind w:left="720" w:hanging="720"/>
              <w:jc w:val="center"/>
              <w:rPr>
                <w:rFonts w:ascii="GHEA Grapalat" w:hAnsi="GHEA Grapalat" w:cs="Segoe UI"/>
                <w:b/>
                <w:bCs/>
                <w:color w:val="000000" w:themeColor="text1"/>
                <w:lang w:val="hy-AM"/>
              </w:rPr>
            </w:pPr>
            <w:r w:rsidRPr="00447437">
              <w:rPr>
                <w:rFonts w:ascii="GHEA Grapalat" w:hAnsi="GHEA Grapalat" w:cs="Segoe UI"/>
                <w:b/>
                <w:bCs/>
                <w:color w:val="000000" w:themeColor="text1"/>
                <w:lang w:val="hy-AM"/>
              </w:rPr>
              <w:t>Ուսանող</w:t>
            </w:r>
          </w:p>
        </w:tc>
        <w:tc>
          <w:tcPr>
            <w:tcW w:w="2316" w:type="dxa"/>
            <w:tcBorders>
              <w:top w:val="single" w:sz="4" w:space="0" w:color="auto"/>
              <w:left w:val="single" w:sz="4" w:space="0" w:color="auto"/>
              <w:bottom w:val="single" w:sz="4" w:space="0" w:color="auto"/>
              <w:right w:val="single" w:sz="4" w:space="0" w:color="auto"/>
            </w:tcBorders>
          </w:tcPr>
          <w:p w14:paraId="4FAEEE44" w14:textId="77777777" w:rsidR="009A0AC0" w:rsidRPr="00447437" w:rsidDel="005051D0" w:rsidRDefault="009A0AC0" w:rsidP="008C578A">
            <w:pPr>
              <w:spacing w:before="120" w:after="120" w:line="240" w:lineRule="auto"/>
              <w:ind w:left="720" w:hanging="720"/>
              <w:jc w:val="center"/>
              <w:rPr>
                <w:rFonts w:ascii="GHEA Grapalat" w:hAnsi="GHEA Grapalat" w:cs="Segoe UI"/>
                <w:b/>
                <w:bCs/>
                <w:color w:val="000000" w:themeColor="text1"/>
                <w:lang w:val="hy-AM"/>
              </w:rPr>
            </w:pPr>
            <w:r w:rsidRPr="00447437">
              <w:rPr>
                <w:rFonts w:ascii="GHEA Grapalat" w:hAnsi="GHEA Grapalat" w:cs="Segoe UI"/>
                <w:b/>
                <w:bCs/>
                <w:color w:val="000000" w:themeColor="text1"/>
                <w:lang w:val="hy-AM"/>
              </w:rPr>
              <w:t>Օրինական ներկայացուցիչ</w:t>
            </w:r>
            <w:r w:rsidRPr="00447437">
              <w:rPr>
                <w:rStyle w:val="FootnoteReference"/>
                <w:rFonts w:ascii="GHEA Grapalat" w:hAnsi="GHEA Grapalat" w:cs="Segoe UI"/>
                <w:b/>
                <w:bCs/>
                <w:color w:val="000000" w:themeColor="text1"/>
                <w:lang w:val="hy-AM"/>
              </w:rPr>
              <w:footnoteReference w:id="38"/>
            </w:r>
          </w:p>
        </w:tc>
      </w:tr>
      <w:tr w:rsidR="00447437" w:rsidRPr="00447437" w14:paraId="13DB5A9B" w14:textId="77777777" w:rsidTr="00DC25AF">
        <w:tc>
          <w:tcPr>
            <w:tcW w:w="2354" w:type="dxa"/>
            <w:tcBorders>
              <w:top w:val="single" w:sz="4" w:space="0" w:color="auto"/>
              <w:left w:val="single" w:sz="4" w:space="0" w:color="auto"/>
              <w:bottom w:val="single" w:sz="4" w:space="0" w:color="auto"/>
              <w:right w:val="single" w:sz="4" w:space="0" w:color="auto"/>
            </w:tcBorders>
            <w:vAlign w:val="center"/>
            <w:hideMark/>
          </w:tcPr>
          <w:p w14:paraId="28558BCA" w14:textId="77777777" w:rsidR="009A0AC0" w:rsidRPr="00447437" w:rsidRDefault="009A0AC0" w:rsidP="008C578A">
            <w:pPr>
              <w:spacing w:before="120" w:after="120" w:line="240" w:lineRule="auto"/>
              <w:ind w:left="6" w:hanging="6"/>
              <w:jc w:val="center"/>
              <w:rPr>
                <w:rFonts w:ascii="GHEA Grapalat" w:hAnsi="GHEA Grapalat" w:cs="Segoe UI"/>
                <w:b/>
                <w:bCs/>
                <w:color w:val="000000" w:themeColor="text1"/>
                <w:lang w:val="hy-AM"/>
              </w:rPr>
            </w:pPr>
            <w:r w:rsidRPr="00447437">
              <w:rPr>
                <w:rFonts w:ascii="GHEA Grapalat" w:hAnsi="GHEA Grapalat" w:cs="Segoe UI"/>
                <w:b/>
                <w:bCs/>
                <w:color w:val="000000" w:themeColor="text1"/>
                <w:lang w:val="hy-AM"/>
              </w:rPr>
              <w:t>Անվանումը/Անունը, Ազգանունը</w:t>
            </w:r>
          </w:p>
        </w:tc>
        <w:tc>
          <w:tcPr>
            <w:tcW w:w="3033" w:type="dxa"/>
            <w:tcBorders>
              <w:top w:val="single" w:sz="4" w:space="0" w:color="auto"/>
              <w:left w:val="single" w:sz="4" w:space="0" w:color="auto"/>
              <w:bottom w:val="single" w:sz="4" w:space="0" w:color="auto"/>
              <w:right w:val="single" w:sz="4" w:space="0" w:color="auto"/>
            </w:tcBorders>
            <w:vAlign w:val="center"/>
            <w:hideMark/>
          </w:tcPr>
          <w:p w14:paraId="74E07AB4" w14:textId="77777777" w:rsidR="009A0AC0" w:rsidRPr="00447437" w:rsidRDefault="009A0AC0" w:rsidP="008C578A">
            <w:pPr>
              <w:spacing w:before="120" w:after="120" w:line="240" w:lineRule="auto"/>
              <w:ind w:left="6" w:hanging="6"/>
              <w:jc w:val="center"/>
              <w:rPr>
                <w:rFonts w:ascii="GHEA Grapalat" w:hAnsi="GHEA Grapalat" w:cs="Segoe UI"/>
                <w:i/>
                <w:iCs/>
                <w:color w:val="000000" w:themeColor="text1"/>
                <w:lang w:val="hy-AM"/>
              </w:rPr>
            </w:pPr>
            <w:r w:rsidRPr="00447437">
              <w:rPr>
                <w:rFonts w:ascii="GHEA Grapalat" w:hAnsi="GHEA Grapalat" w:cs="Segoe UI"/>
                <w:i/>
                <w:iCs/>
                <w:color w:val="000000" w:themeColor="text1"/>
                <w:lang w:val="hy-AM"/>
              </w:rPr>
              <w:t>[կազմակերպության անվանում, կազմակերպաիրավական ձև, ԱՁ, ֆիզիկական անձ]</w:t>
            </w:r>
          </w:p>
        </w:tc>
        <w:tc>
          <w:tcPr>
            <w:tcW w:w="2646" w:type="dxa"/>
            <w:tcBorders>
              <w:top w:val="single" w:sz="4" w:space="0" w:color="auto"/>
              <w:left w:val="single" w:sz="4" w:space="0" w:color="auto"/>
              <w:bottom w:val="single" w:sz="4" w:space="0" w:color="auto"/>
              <w:right w:val="single" w:sz="4" w:space="0" w:color="auto"/>
            </w:tcBorders>
            <w:vAlign w:val="center"/>
          </w:tcPr>
          <w:p w14:paraId="62D03FAD" w14:textId="77777777" w:rsidR="009A0AC0" w:rsidRPr="00447437" w:rsidRDefault="009A0AC0" w:rsidP="008C578A">
            <w:pPr>
              <w:spacing w:before="120" w:after="120" w:line="240" w:lineRule="auto"/>
              <w:ind w:left="6" w:hanging="6"/>
              <w:jc w:val="center"/>
              <w:rPr>
                <w:rFonts w:ascii="GHEA Grapalat" w:hAnsi="GHEA Grapalat" w:cs="Segoe UI"/>
                <w:i/>
                <w:iCs/>
                <w:color w:val="000000" w:themeColor="text1"/>
              </w:rPr>
            </w:pPr>
            <w:r w:rsidRPr="00447437">
              <w:rPr>
                <w:rFonts w:ascii="GHEA Grapalat" w:hAnsi="GHEA Grapalat" w:cs="Segoe UI"/>
                <w:i/>
                <w:iCs/>
                <w:color w:val="000000" w:themeColor="text1"/>
              </w:rPr>
              <w:t>[</w:t>
            </w:r>
            <w:r w:rsidRPr="00447437">
              <w:rPr>
                <w:rFonts w:ascii="GHEA Grapalat" w:hAnsi="GHEA Grapalat" w:cs="Segoe UI"/>
                <w:i/>
                <w:iCs/>
                <w:color w:val="000000" w:themeColor="text1"/>
                <w:lang w:val="hy-AM"/>
              </w:rPr>
              <w:t>անուն, ազգանուն</w:t>
            </w:r>
            <w:r w:rsidRPr="00447437">
              <w:rPr>
                <w:rFonts w:ascii="GHEA Grapalat" w:hAnsi="GHEA Grapalat" w:cs="Segoe UI"/>
                <w:i/>
                <w:iCs/>
                <w:color w:val="000000" w:themeColor="text1"/>
              </w:rPr>
              <w:t>]</w:t>
            </w:r>
          </w:p>
        </w:tc>
        <w:tc>
          <w:tcPr>
            <w:tcW w:w="2316" w:type="dxa"/>
            <w:tcBorders>
              <w:top w:val="single" w:sz="4" w:space="0" w:color="auto"/>
              <w:left w:val="single" w:sz="4" w:space="0" w:color="auto"/>
              <w:bottom w:val="single" w:sz="4" w:space="0" w:color="auto"/>
              <w:right w:val="single" w:sz="4" w:space="0" w:color="auto"/>
            </w:tcBorders>
            <w:vAlign w:val="center"/>
          </w:tcPr>
          <w:p w14:paraId="6A27CC73" w14:textId="77777777" w:rsidR="009A0AC0" w:rsidRPr="00447437" w:rsidRDefault="009A0AC0" w:rsidP="008C578A">
            <w:pPr>
              <w:spacing w:before="120" w:after="120" w:line="240" w:lineRule="auto"/>
              <w:ind w:left="6" w:hanging="6"/>
              <w:jc w:val="center"/>
              <w:rPr>
                <w:rFonts w:ascii="GHEA Grapalat" w:hAnsi="GHEA Grapalat" w:cs="Segoe UI"/>
                <w:i/>
                <w:iCs/>
                <w:color w:val="000000" w:themeColor="text1"/>
              </w:rPr>
            </w:pPr>
            <w:r w:rsidRPr="00447437">
              <w:rPr>
                <w:rFonts w:ascii="GHEA Grapalat" w:hAnsi="GHEA Grapalat" w:cs="Segoe UI"/>
                <w:i/>
                <w:iCs/>
                <w:color w:val="000000" w:themeColor="text1"/>
              </w:rPr>
              <w:t>[</w:t>
            </w:r>
            <w:r w:rsidRPr="00447437">
              <w:rPr>
                <w:rFonts w:ascii="GHEA Grapalat" w:hAnsi="GHEA Grapalat" w:cs="Segoe UI"/>
                <w:i/>
                <w:iCs/>
                <w:color w:val="000000" w:themeColor="text1"/>
                <w:lang w:val="hy-AM"/>
              </w:rPr>
              <w:t>անուն, ազգանուն</w:t>
            </w:r>
            <w:r w:rsidRPr="00447437">
              <w:rPr>
                <w:rFonts w:ascii="GHEA Grapalat" w:hAnsi="GHEA Grapalat" w:cs="Segoe UI"/>
                <w:i/>
                <w:iCs/>
                <w:color w:val="000000" w:themeColor="text1"/>
              </w:rPr>
              <w:t>]</w:t>
            </w:r>
          </w:p>
        </w:tc>
      </w:tr>
      <w:tr w:rsidR="00447437" w:rsidRPr="00447437" w14:paraId="41A0C1F9" w14:textId="77777777" w:rsidTr="00DC25AF">
        <w:tc>
          <w:tcPr>
            <w:tcW w:w="2354" w:type="dxa"/>
            <w:tcBorders>
              <w:top w:val="single" w:sz="4" w:space="0" w:color="auto"/>
              <w:left w:val="single" w:sz="4" w:space="0" w:color="auto"/>
              <w:bottom w:val="single" w:sz="4" w:space="0" w:color="auto"/>
              <w:right w:val="single" w:sz="4" w:space="0" w:color="auto"/>
            </w:tcBorders>
            <w:vAlign w:val="center"/>
            <w:hideMark/>
          </w:tcPr>
          <w:p w14:paraId="612FA554" w14:textId="77777777" w:rsidR="009A0AC0" w:rsidRPr="00447437" w:rsidRDefault="009A0AC0" w:rsidP="008C578A">
            <w:pPr>
              <w:spacing w:before="120" w:after="120" w:line="240" w:lineRule="auto"/>
              <w:ind w:left="6" w:hanging="6"/>
              <w:jc w:val="center"/>
              <w:rPr>
                <w:rFonts w:ascii="GHEA Grapalat" w:hAnsi="GHEA Grapalat" w:cs="Segoe UI"/>
                <w:b/>
                <w:bCs/>
                <w:color w:val="000000" w:themeColor="text1"/>
                <w:lang w:val="hy-AM"/>
              </w:rPr>
            </w:pPr>
            <w:r w:rsidRPr="00447437">
              <w:rPr>
                <w:rFonts w:ascii="GHEA Grapalat" w:hAnsi="GHEA Grapalat" w:cs="Segoe UI"/>
                <w:b/>
                <w:bCs/>
                <w:color w:val="000000" w:themeColor="text1"/>
                <w:lang w:val="hy-AM"/>
              </w:rPr>
              <w:t>Ստորագրող անձը</w:t>
            </w:r>
          </w:p>
        </w:tc>
        <w:tc>
          <w:tcPr>
            <w:tcW w:w="3033" w:type="dxa"/>
            <w:tcBorders>
              <w:top w:val="single" w:sz="4" w:space="0" w:color="auto"/>
              <w:left w:val="single" w:sz="4" w:space="0" w:color="auto"/>
              <w:bottom w:val="single" w:sz="4" w:space="0" w:color="auto"/>
              <w:right w:val="single" w:sz="4" w:space="0" w:color="auto"/>
            </w:tcBorders>
            <w:vAlign w:val="center"/>
            <w:hideMark/>
          </w:tcPr>
          <w:p w14:paraId="7BE66A1E" w14:textId="77777777" w:rsidR="009A0AC0" w:rsidRPr="00447437" w:rsidRDefault="009A0AC0" w:rsidP="008C578A">
            <w:pPr>
              <w:spacing w:before="120" w:after="120" w:line="240" w:lineRule="auto"/>
              <w:ind w:left="6" w:hanging="6"/>
              <w:jc w:val="center"/>
              <w:rPr>
                <w:rFonts w:ascii="GHEA Grapalat" w:hAnsi="GHEA Grapalat" w:cs="Segoe UI"/>
                <w:i/>
                <w:iCs/>
                <w:color w:val="000000" w:themeColor="text1"/>
                <w:lang w:val="hy-AM"/>
              </w:rPr>
            </w:pPr>
            <w:r w:rsidRPr="00447437">
              <w:rPr>
                <w:rFonts w:ascii="GHEA Grapalat" w:hAnsi="GHEA Grapalat" w:cs="Segoe UI"/>
                <w:i/>
                <w:iCs/>
                <w:color w:val="000000" w:themeColor="text1"/>
                <w:lang w:val="hy-AM"/>
              </w:rPr>
              <w:t>[տնօրենի, կառավարչի, լիազորված անձի անուն, ԱՁ-ի և ֆիզիկական անձի դեպքում չի լրացվում]</w:t>
            </w:r>
          </w:p>
        </w:tc>
        <w:tc>
          <w:tcPr>
            <w:tcW w:w="2646" w:type="dxa"/>
            <w:tcBorders>
              <w:top w:val="single" w:sz="4" w:space="0" w:color="auto"/>
              <w:left w:val="single" w:sz="4" w:space="0" w:color="auto"/>
              <w:bottom w:val="single" w:sz="4" w:space="0" w:color="auto"/>
              <w:right w:val="single" w:sz="4" w:space="0" w:color="auto"/>
            </w:tcBorders>
            <w:vAlign w:val="center"/>
          </w:tcPr>
          <w:p w14:paraId="51820299" w14:textId="77777777" w:rsidR="009A0AC0" w:rsidRPr="00447437" w:rsidRDefault="009A0AC0" w:rsidP="008C578A">
            <w:pPr>
              <w:spacing w:before="120" w:after="120" w:line="240" w:lineRule="auto"/>
              <w:ind w:left="6" w:hanging="6"/>
              <w:jc w:val="center"/>
              <w:rPr>
                <w:rFonts w:ascii="GHEA Grapalat" w:hAnsi="GHEA Grapalat" w:cs="Segoe UI"/>
                <w:i/>
                <w:iCs/>
                <w:color w:val="000000" w:themeColor="text1"/>
              </w:rPr>
            </w:pPr>
            <w:r w:rsidRPr="00447437">
              <w:rPr>
                <w:rFonts w:ascii="GHEA Grapalat" w:hAnsi="GHEA Grapalat" w:cs="Segoe UI"/>
                <w:i/>
                <w:iCs/>
                <w:color w:val="000000" w:themeColor="text1"/>
              </w:rPr>
              <w:t>[</w:t>
            </w:r>
            <w:r w:rsidRPr="00447437">
              <w:rPr>
                <w:rFonts w:ascii="GHEA Grapalat" w:hAnsi="GHEA Grapalat" w:cs="Segoe UI"/>
                <w:i/>
                <w:iCs/>
                <w:color w:val="000000" w:themeColor="text1"/>
                <w:lang w:val="hy-AM"/>
              </w:rPr>
              <w:t>չի լրացվում</w:t>
            </w:r>
            <w:r w:rsidRPr="00447437">
              <w:rPr>
                <w:rFonts w:ascii="GHEA Grapalat" w:hAnsi="GHEA Grapalat" w:cs="Segoe UI"/>
                <w:i/>
                <w:iCs/>
                <w:color w:val="000000" w:themeColor="text1"/>
              </w:rPr>
              <w:t>]</w:t>
            </w:r>
          </w:p>
        </w:tc>
        <w:tc>
          <w:tcPr>
            <w:tcW w:w="2316" w:type="dxa"/>
            <w:tcBorders>
              <w:top w:val="single" w:sz="4" w:space="0" w:color="auto"/>
              <w:left w:val="single" w:sz="4" w:space="0" w:color="auto"/>
              <w:bottom w:val="single" w:sz="4" w:space="0" w:color="auto"/>
              <w:right w:val="single" w:sz="4" w:space="0" w:color="auto"/>
            </w:tcBorders>
            <w:vAlign w:val="center"/>
          </w:tcPr>
          <w:p w14:paraId="03AA919C" w14:textId="77777777" w:rsidR="009A0AC0" w:rsidRPr="00447437" w:rsidRDefault="009A0AC0" w:rsidP="008C578A">
            <w:pPr>
              <w:spacing w:before="120" w:after="120" w:line="240" w:lineRule="auto"/>
              <w:ind w:left="6" w:hanging="6"/>
              <w:jc w:val="center"/>
              <w:rPr>
                <w:rFonts w:ascii="GHEA Grapalat" w:hAnsi="GHEA Grapalat" w:cs="Segoe UI"/>
                <w:i/>
                <w:iCs/>
                <w:color w:val="000000" w:themeColor="text1"/>
              </w:rPr>
            </w:pPr>
            <w:r w:rsidRPr="00447437">
              <w:rPr>
                <w:rFonts w:ascii="GHEA Grapalat" w:hAnsi="GHEA Grapalat" w:cs="Segoe UI"/>
                <w:i/>
                <w:iCs/>
                <w:color w:val="000000" w:themeColor="text1"/>
              </w:rPr>
              <w:t>[</w:t>
            </w:r>
            <w:r w:rsidRPr="00447437">
              <w:rPr>
                <w:rFonts w:ascii="GHEA Grapalat" w:hAnsi="GHEA Grapalat" w:cs="Segoe UI"/>
                <w:i/>
                <w:iCs/>
                <w:color w:val="000000" w:themeColor="text1"/>
                <w:lang w:val="hy-AM"/>
              </w:rPr>
              <w:t>չի լրացվում</w:t>
            </w:r>
            <w:r w:rsidRPr="00447437">
              <w:rPr>
                <w:rFonts w:ascii="GHEA Grapalat" w:hAnsi="GHEA Grapalat" w:cs="Segoe UI"/>
                <w:i/>
                <w:iCs/>
                <w:color w:val="000000" w:themeColor="text1"/>
              </w:rPr>
              <w:t>]</w:t>
            </w:r>
          </w:p>
        </w:tc>
      </w:tr>
      <w:tr w:rsidR="00447437" w:rsidRPr="00447437" w14:paraId="373F8D28" w14:textId="77777777" w:rsidTr="00DC25AF">
        <w:tc>
          <w:tcPr>
            <w:tcW w:w="2354" w:type="dxa"/>
            <w:tcBorders>
              <w:top w:val="single" w:sz="4" w:space="0" w:color="auto"/>
              <w:left w:val="single" w:sz="4" w:space="0" w:color="auto"/>
              <w:bottom w:val="single" w:sz="4" w:space="0" w:color="auto"/>
              <w:right w:val="single" w:sz="4" w:space="0" w:color="auto"/>
            </w:tcBorders>
            <w:vAlign w:val="center"/>
            <w:hideMark/>
          </w:tcPr>
          <w:p w14:paraId="4F3E3F0E" w14:textId="77777777" w:rsidR="009A0AC0" w:rsidRPr="00447437" w:rsidRDefault="009A0AC0" w:rsidP="008C578A">
            <w:pPr>
              <w:spacing w:before="120" w:after="120" w:line="240" w:lineRule="auto"/>
              <w:ind w:left="6" w:hanging="6"/>
              <w:jc w:val="center"/>
              <w:rPr>
                <w:rFonts w:ascii="GHEA Grapalat" w:hAnsi="GHEA Grapalat" w:cs="Segoe UI"/>
                <w:b/>
                <w:bCs/>
                <w:color w:val="000000" w:themeColor="text1"/>
                <w:lang w:val="hy-AM"/>
              </w:rPr>
            </w:pPr>
            <w:r w:rsidRPr="00447437">
              <w:rPr>
                <w:rFonts w:ascii="GHEA Grapalat" w:hAnsi="GHEA Grapalat" w:cs="Segoe UI"/>
                <w:b/>
                <w:bCs/>
                <w:color w:val="000000" w:themeColor="text1"/>
                <w:lang w:val="hy-AM"/>
              </w:rPr>
              <w:t>Փաստաթուղթը, որի հիման վրա հադես է գալիս ստորագրողը</w:t>
            </w:r>
          </w:p>
        </w:tc>
        <w:tc>
          <w:tcPr>
            <w:tcW w:w="3033" w:type="dxa"/>
            <w:tcBorders>
              <w:top w:val="single" w:sz="4" w:space="0" w:color="auto"/>
              <w:left w:val="single" w:sz="4" w:space="0" w:color="auto"/>
              <w:bottom w:val="single" w:sz="4" w:space="0" w:color="auto"/>
              <w:right w:val="single" w:sz="4" w:space="0" w:color="auto"/>
            </w:tcBorders>
            <w:vAlign w:val="center"/>
            <w:hideMark/>
          </w:tcPr>
          <w:p w14:paraId="2205CE82" w14:textId="77777777" w:rsidR="009A0AC0" w:rsidRPr="00447437" w:rsidRDefault="009A0AC0" w:rsidP="008C578A">
            <w:pPr>
              <w:spacing w:before="120" w:after="120" w:line="240" w:lineRule="auto"/>
              <w:ind w:left="6" w:hanging="6"/>
              <w:jc w:val="center"/>
              <w:rPr>
                <w:rFonts w:ascii="GHEA Grapalat" w:hAnsi="GHEA Grapalat" w:cs="Segoe UI"/>
                <w:i/>
                <w:iCs/>
                <w:color w:val="000000" w:themeColor="text1"/>
                <w:lang w:val="hy-AM"/>
              </w:rPr>
            </w:pPr>
            <w:r w:rsidRPr="00447437">
              <w:rPr>
                <w:rFonts w:ascii="GHEA Grapalat" w:hAnsi="GHEA Grapalat" w:cs="Segoe UI"/>
                <w:i/>
                <w:iCs/>
                <w:color w:val="000000" w:themeColor="text1"/>
                <w:lang w:val="hy-AM"/>
              </w:rPr>
              <w:t>[Կանոնադրություն/Լիազորագիր/ ԱՁ-ի և ֆիզիկական անձի դեպքում չի լրացվում]</w:t>
            </w:r>
          </w:p>
        </w:tc>
        <w:tc>
          <w:tcPr>
            <w:tcW w:w="2646" w:type="dxa"/>
            <w:tcBorders>
              <w:top w:val="single" w:sz="4" w:space="0" w:color="auto"/>
              <w:left w:val="single" w:sz="4" w:space="0" w:color="auto"/>
              <w:bottom w:val="single" w:sz="4" w:space="0" w:color="auto"/>
              <w:right w:val="single" w:sz="4" w:space="0" w:color="auto"/>
            </w:tcBorders>
            <w:vAlign w:val="center"/>
          </w:tcPr>
          <w:p w14:paraId="53D02392" w14:textId="77777777" w:rsidR="009A0AC0" w:rsidRPr="00447437" w:rsidRDefault="009A0AC0" w:rsidP="008C578A">
            <w:pPr>
              <w:spacing w:before="120" w:after="120" w:line="240" w:lineRule="auto"/>
              <w:ind w:left="6" w:hanging="6"/>
              <w:jc w:val="center"/>
              <w:rPr>
                <w:rFonts w:ascii="GHEA Grapalat" w:hAnsi="GHEA Grapalat" w:cs="Segoe UI"/>
                <w:i/>
                <w:iCs/>
                <w:color w:val="000000" w:themeColor="text1"/>
              </w:rPr>
            </w:pPr>
            <w:r w:rsidRPr="00447437">
              <w:rPr>
                <w:rFonts w:ascii="GHEA Grapalat" w:hAnsi="GHEA Grapalat" w:cs="Segoe UI"/>
                <w:i/>
                <w:iCs/>
                <w:color w:val="000000" w:themeColor="text1"/>
              </w:rPr>
              <w:t>[չի լրացվում]</w:t>
            </w:r>
          </w:p>
        </w:tc>
        <w:tc>
          <w:tcPr>
            <w:tcW w:w="2316" w:type="dxa"/>
            <w:tcBorders>
              <w:top w:val="single" w:sz="4" w:space="0" w:color="auto"/>
              <w:left w:val="single" w:sz="4" w:space="0" w:color="auto"/>
              <w:bottom w:val="single" w:sz="4" w:space="0" w:color="auto"/>
              <w:right w:val="single" w:sz="4" w:space="0" w:color="auto"/>
            </w:tcBorders>
            <w:vAlign w:val="center"/>
          </w:tcPr>
          <w:p w14:paraId="72F189C7" w14:textId="77777777" w:rsidR="009A0AC0" w:rsidRPr="00447437" w:rsidRDefault="009A0AC0" w:rsidP="008C578A">
            <w:pPr>
              <w:spacing w:before="120" w:after="120" w:line="240" w:lineRule="auto"/>
              <w:ind w:left="6" w:hanging="6"/>
              <w:jc w:val="center"/>
              <w:rPr>
                <w:rFonts w:ascii="GHEA Grapalat" w:hAnsi="GHEA Grapalat" w:cs="Segoe UI"/>
                <w:i/>
                <w:iCs/>
                <w:color w:val="000000" w:themeColor="text1"/>
              </w:rPr>
            </w:pPr>
            <w:r w:rsidRPr="00447437">
              <w:rPr>
                <w:rFonts w:ascii="GHEA Grapalat" w:hAnsi="GHEA Grapalat" w:cs="Segoe UI"/>
                <w:i/>
                <w:iCs/>
                <w:color w:val="000000" w:themeColor="text1"/>
              </w:rPr>
              <w:t>[չի լրացվում]</w:t>
            </w:r>
          </w:p>
        </w:tc>
      </w:tr>
      <w:tr w:rsidR="00447437" w:rsidRPr="00027471" w14:paraId="6D4F3FDB" w14:textId="77777777" w:rsidTr="00DC25AF">
        <w:tc>
          <w:tcPr>
            <w:tcW w:w="2354" w:type="dxa"/>
            <w:tcBorders>
              <w:top w:val="single" w:sz="4" w:space="0" w:color="auto"/>
              <w:left w:val="single" w:sz="4" w:space="0" w:color="auto"/>
              <w:bottom w:val="single" w:sz="4" w:space="0" w:color="auto"/>
              <w:right w:val="single" w:sz="4" w:space="0" w:color="auto"/>
            </w:tcBorders>
            <w:vAlign w:val="center"/>
            <w:hideMark/>
          </w:tcPr>
          <w:p w14:paraId="1C1706BC" w14:textId="77777777" w:rsidR="009A0AC0" w:rsidRPr="00447437" w:rsidRDefault="009A0AC0" w:rsidP="008C578A">
            <w:pPr>
              <w:spacing w:before="120" w:after="120" w:line="240" w:lineRule="auto"/>
              <w:ind w:left="6" w:hanging="6"/>
              <w:jc w:val="center"/>
              <w:rPr>
                <w:rFonts w:ascii="GHEA Grapalat" w:hAnsi="GHEA Grapalat" w:cs="Segoe UI"/>
                <w:b/>
                <w:bCs/>
                <w:color w:val="000000" w:themeColor="text1"/>
                <w:lang w:val="hy-AM"/>
              </w:rPr>
            </w:pPr>
            <w:r w:rsidRPr="00447437">
              <w:rPr>
                <w:rFonts w:ascii="GHEA Grapalat" w:hAnsi="GHEA Grapalat" w:cs="Segoe UI"/>
                <w:b/>
                <w:bCs/>
                <w:color w:val="000000" w:themeColor="text1"/>
                <w:lang w:val="hy-AM"/>
              </w:rPr>
              <w:t>ՀՎՀՀ/Անձնագրային տվյալներ</w:t>
            </w:r>
          </w:p>
        </w:tc>
        <w:tc>
          <w:tcPr>
            <w:tcW w:w="3033" w:type="dxa"/>
            <w:tcBorders>
              <w:top w:val="single" w:sz="4" w:space="0" w:color="auto"/>
              <w:left w:val="single" w:sz="4" w:space="0" w:color="auto"/>
              <w:bottom w:val="single" w:sz="4" w:space="0" w:color="auto"/>
              <w:right w:val="single" w:sz="4" w:space="0" w:color="auto"/>
            </w:tcBorders>
            <w:vAlign w:val="center"/>
            <w:hideMark/>
          </w:tcPr>
          <w:p w14:paraId="3A6A0D8C" w14:textId="77777777" w:rsidR="009A0AC0" w:rsidRPr="00447437" w:rsidRDefault="009A0AC0" w:rsidP="008C578A">
            <w:pPr>
              <w:spacing w:before="120" w:after="120" w:line="240" w:lineRule="auto"/>
              <w:ind w:left="6" w:hanging="6"/>
              <w:jc w:val="center"/>
              <w:rPr>
                <w:rFonts w:ascii="GHEA Grapalat" w:hAnsi="GHEA Grapalat" w:cs="Segoe UI"/>
                <w:i/>
                <w:iCs/>
                <w:color w:val="000000" w:themeColor="text1"/>
                <w:lang w:val="hy-AM"/>
              </w:rPr>
            </w:pPr>
            <w:r w:rsidRPr="00447437">
              <w:rPr>
                <w:rFonts w:ascii="GHEA Grapalat" w:hAnsi="GHEA Grapalat" w:cs="Segoe UI"/>
                <w:i/>
                <w:iCs/>
                <w:color w:val="000000" w:themeColor="text1"/>
              </w:rPr>
              <w:t>[</w:t>
            </w:r>
            <w:r w:rsidRPr="00447437">
              <w:rPr>
                <w:rFonts w:ascii="GHEA Grapalat" w:hAnsi="GHEA Grapalat" w:cs="Segoe UI"/>
                <w:i/>
                <w:iCs/>
                <w:color w:val="000000" w:themeColor="text1"/>
                <w:lang w:val="hy-AM"/>
              </w:rPr>
              <w:t>ՀՎՀՀ/անձնագրային տվյալներ</w:t>
            </w:r>
            <w:r w:rsidRPr="00447437">
              <w:rPr>
                <w:rStyle w:val="FootnoteReference"/>
                <w:rFonts w:ascii="GHEA Grapalat" w:hAnsi="GHEA Grapalat" w:cs="Segoe UI"/>
                <w:color w:val="000000" w:themeColor="text1"/>
                <w:lang w:val="hy-AM"/>
              </w:rPr>
              <w:footnoteReference w:id="39"/>
            </w:r>
            <w:r w:rsidRPr="00447437">
              <w:rPr>
                <w:rFonts w:ascii="GHEA Grapalat" w:hAnsi="GHEA Grapalat" w:cs="Segoe UI"/>
                <w:i/>
                <w:iCs/>
                <w:color w:val="000000" w:themeColor="text1"/>
              </w:rPr>
              <w:t>]</w:t>
            </w:r>
          </w:p>
        </w:tc>
        <w:tc>
          <w:tcPr>
            <w:tcW w:w="2646" w:type="dxa"/>
            <w:tcBorders>
              <w:top w:val="single" w:sz="4" w:space="0" w:color="auto"/>
              <w:left w:val="single" w:sz="4" w:space="0" w:color="auto"/>
              <w:bottom w:val="single" w:sz="4" w:space="0" w:color="auto"/>
              <w:right w:val="single" w:sz="4" w:space="0" w:color="auto"/>
            </w:tcBorders>
            <w:vAlign w:val="center"/>
          </w:tcPr>
          <w:p w14:paraId="119696FE" w14:textId="77777777" w:rsidR="009A0AC0" w:rsidRPr="00447437" w:rsidRDefault="009A0AC0" w:rsidP="008C578A">
            <w:pPr>
              <w:spacing w:before="120" w:after="120" w:line="240" w:lineRule="auto"/>
              <w:ind w:left="6" w:hanging="6"/>
              <w:jc w:val="center"/>
              <w:rPr>
                <w:rFonts w:ascii="GHEA Grapalat" w:hAnsi="GHEA Grapalat" w:cs="Segoe UI"/>
                <w:i/>
                <w:iCs/>
                <w:color w:val="000000" w:themeColor="text1"/>
                <w:lang w:val="hy-AM"/>
              </w:rPr>
            </w:pPr>
            <w:r w:rsidRPr="00447437">
              <w:rPr>
                <w:rFonts w:ascii="GHEA Grapalat" w:hAnsi="GHEA Grapalat" w:cs="Segoe UI"/>
                <w:i/>
                <w:iCs/>
                <w:color w:val="000000" w:themeColor="text1"/>
                <w:lang w:val="hy-AM"/>
              </w:rPr>
              <w:t>[անձնագրի/նույնականացման քարտի համար, տրամադրող մարմին, տրման ամսաթիվ, ծննդյան ամիսը և ամսաթիվը]</w:t>
            </w:r>
          </w:p>
        </w:tc>
        <w:tc>
          <w:tcPr>
            <w:tcW w:w="2316" w:type="dxa"/>
            <w:tcBorders>
              <w:top w:val="single" w:sz="4" w:space="0" w:color="auto"/>
              <w:left w:val="single" w:sz="4" w:space="0" w:color="auto"/>
              <w:bottom w:val="single" w:sz="4" w:space="0" w:color="auto"/>
              <w:right w:val="single" w:sz="4" w:space="0" w:color="auto"/>
            </w:tcBorders>
          </w:tcPr>
          <w:p w14:paraId="592B4DA9" w14:textId="77777777" w:rsidR="009A0AC0" w:rsidRPr="00447437" w:rsidRDefault="009A0AC0" w:rsidP="008C578A">
            <w:pPr>
              <w:spacing w:before="120" w:after="120" w:line="240" w:lineRule="auto"/>
              <w:ind w:left="6" w:hanging="6"/>
              <w:jc w:val="center"/>
              <w:rPr>
                <w:rFonts w:ascii="GHEA Grapalat" w:hAnsi="GHEA Grapalat" w:cs="Segoe UI"/>
                <w:i/>
                <w:iCs/>
                <w:color w:val="000000" w:themeColor="text1"/>
                <w:lang w:val="hy-AM"/>
              </w:rPr>
            </w:pPr>
            <w:r w:rsidRPr="00447437">
              <w:rPr>
                <w:rFonts w:ascii="GHEA Grapalat" w:hAnsi="GHEA Grapalat" w:cs="Segoe UI"/>
                <w:i/>
                <w:iCs/>
                <w:color w:val="000000" w:themeColor="text1"/>
                <w:lang w:val="hy-AM"/>
              </w:rPr>
              <w:t>[անձնագրի/նույնականացման քարտի համար, տրամադրող մարմին, տրման ամսաթիվ]</w:t>
            </w:r>
          </w:p>
        </w:tc>
      </w:tr>
      <w:tr w:rsidR="00447437" w:rsidRPr="00447437" w14:paraId="211BCC8E" w14:textId="77777777" w:rsidTr="00DC25AF">
        <w:tc>
          <w:tcPr>
            <w:tcW w:w="2354" w:type="dxa"/>
            <w:tcBorders>
              <w:top w:val="single" w:sz="4" w:space="0" w:color="auto"/>
              <w:left w:val="single" w:sz="4" w:space="0" w:color="auto"/>
              <w:bottom w:val="single" w:sz="4" w:space="0" w:color="auto"/>
              <w:right w:val="single" w:sz="4" w:space="0" w:color="auto"/>
            </w:tcBorders>
            <w:vAlign w:val="center"/>
            <w:hideMark/>
          </w:tcPr>
          <w:p w14:paraId="1451B13E" w14:textId="77777777" w:rsidR="009A0AC0" w:rsidRPr="00447437" w:rsidRDefault="009A0AC0" w:rsidP="008C578A">
            <w:pPr>
              <w:spacing w:before="120" w:after="120" w:line="240" w:lineRule="auto"/>
              <w:ind w:left="6" w:hanging="6"/>
              <w:jc w:val="center"/>
              <w:rPr>
                <w:rFonts w:ascii="GHEA Grapalat" w:hAnsi="GHEA Grapalat" w:cs="Segoe UI"/>
                <w:b/>
                <w:bCs/>
                <w:color w:val="000000" w:themeColor="text1"/>
                <w:lang w:val="hy-AM"/>
              </w:rPr>
            </w:pPr>
            <w:r w:rsidRPr="00447437">
              <w:rPr>
                <w:rFonts w:ascii="GHEA Grapalat" w:hAnsi="GHEA Grapalat" w:cs="Segoe UI"/>
                <w:b/>
                <w:bCs/>
                <w:color w:val="000000" w:themeColor="text1"/>
                <w:lang w:val="hy-AM"/>
              </w:rPr>
              <w:t>Հասցե</w:t>
            </w:r>
          </w:p>
        </w:tc>
        <w:tc>
          <w:tcPr>
            <w:tcW w:w="3033" w:type="dxa"/>
            <w:tcBorders>
              <w:top w:val="single" w:sz="4" w:space="0" w:color="auto"/>
              <w:left w:val="single" w:sz="4" w:space="0" w:color="auto"/>
              <w:bottom w:val="single" w:sz="4" w:space="0" w:color="auto"/>
              <w:right w:val="single" w:sz="4" w:space="0" w:color="auto"/>
            </w:tcBorders>
            <w:vAlign w:val="center"/>
          </w:tcPr>
          <w:p w14:paraId="1D095498" w14:textId="77777777" w:rsidR="009A0AC0" w:rsidRPr="00447437" w:rsidRDefault="009A0AC0" w:rsidP="008C578A">
            <w:pPr>
              <w:spacing w:before="120" w:after="120" w:line="240" w:lineRule="auto"/>
              <w:ind w:left="6" w:hanging="6"/>
              <w:jc w:val="center"/>
              <w:rPr>
                <w:rFonts w:ascii="GHEA Grapalat" w:hAnsi="GHEA Grapalat" w:cs="Segoe UI"/>
                <w:i/>
                <w:iCs/>
                <w:color w:val="000000" w:themeColor="text1"/>
                <w:lang w:val="hy-AM"/>
              </w:rPr>
            </w:pPr>
            <w:r w:rsidRPr="00447437">
              <w:rPr>
                <w:rFonts w:ascii="GHEA Grapalat" w:hAnsi="GHEA Grapalat" w:cs="Segoe UI"/>
                <w:i/>
                <w:iCs/>
                <w:color w:val="000000" w:themeColor="text1"/>
              </w:rPr>
              <w:t>[</w:t>
            </w:r>
            <w:r w:rsidRPr="00447437">
              <w:rPr>
                <w:rFonts w:ascii="GHEA Grapalat" w:hAnsi="GHEA Grapalat" w:cs="Segoe UI"/>
                <w:i/>
                <w:iCs/>
                <w:color w:val="000000" w:themeColor="text1"/>
                <w:lang w:val="hy-AM"/>
              </w:rPr>
              <w:t>լրացվում է</w:t>
            </w:r>
            <w:r w:rsidRPr="00447437">
              <w:rPr>
                <w:rFonts w:ascii="GHEA Grapalat" w:hAnsi="GHEA Grapalat" w:cs="Segoe UI"/>
                <w:i/>
                <w:iCs/>
                <w:color w:val="000000" w:themeColor="text1"/>
              </w:rPr>
              <w:t>]</w:t>
            </w:r>
          </w:p>
        </w:tc>
        <w:tc>
          <w:tcPr>
            <w:tcW w:w="2646" w:type="dxa"/>
            <w:tcBorders>
              <w:top w:val="single" w:sz="4" w:space="0" w:color="auto"/>
              <w:left w:val="single" w:sz="4" w:space="0" w:color="auto"/>
              <w:bottom w:val="single" w:sz="4" w:space="0" w:color="auto"/>
              <w:right w:val="single" w:sz="4" w:space="0" w:color="auto"/>
            </w:tcBorders>
            <w:vAlign w:val="center"/>
          </w:tcPr>
          <w:p w14:paraId="09FF001F" w14:textId="77777777" w:rsidR="009A0AC0" w:rsidRPr="00447437" w:rsidRDefault="009A0AC0" w:rsidP="008C578A">
            <w:pPr>
              <w:spacing w:before="120" w:after="120" w:line="240" w:lineRule="auto"/>
              <w:ind w:left="6" w:hanging="6"/>
              <w:jc w:val="center"/>
              <w:rPr>
                <w:rFonts w:ascii="GHEA Grapalat" w:hAnsi="GHEA Grapalat" w:cs="Segoe UI"/>
                <w:i/>
                <w:iCs/>
                <w:color w:val="000000" w:themeColor="text1"/>
              </w:rPr>
            </w:pPr>
            <w:r w:rsidRPr="00447437">
              <w:rPr>
                <w:rFonts w:ascii="GHEA Grapalat" w:hAnsi="GHEA Grapalat" w:cs="Segoe UI"/>
                <w:i/>
                <w:iCs/>
                <w:color w:val="000000" w:themeColor="text1"/>
              </w:rPr>
              <w:t>[</w:t>
            </w:r>
            <w:r w:rsidRPr="00447437">
              <w:rPr>
                <w:rFonts w:ascii="GHEA Grapalat" w:hAnsi="GHEA Grapalat" w:cs="Segoe UI"/>
                <w:i/>
                <w:iCs/>
                <w:color w:val="000000" w:themeColor="text1"/>
                <w:lang w:val="hy-AM"/>
              </w:rPr>
              <w:t>լրացվում է</w:t>
            </w:r>
            <w:r w:rsidRPr="00447437">
              <w:rPr>
                <w:rFonts w:ascii="GHEA Grapalat" w:hAnsi="GHEA Grapalat" w:cs="Segoe UI"/>
                <w:i/>
                <w:iCs/>
                <w:color w:val="000000" w:themeColor="text1"/>
              </w:rPr>
              <w:t>]</w:t>
            </w:r>
          </w:p>
        </w:tc>
        <w:tc>
          <w:tcPr>
            <w:tcW w:w="2316" w:type="dxa"/>
            <w:tcBorders>
              <w:top w:val="single" w:sz="4" w:space="0" w:color="auto"/>
              <w:left w:val="single" w:sz="4" w:space="0" w:color="auto"/>
              <w:bottom w:val="single" w:sz="4" w:space="0" w:color="auto"/>
              <w:right w:val="single" w:sz="4" w:space="0" w:color="auto"/>
            </w:tcBorders>
          </w:tcPr>
          <w:p w14:paraId="16B461E2" w14:textId="77777777" w:rsidR="009A0AC0" w:rsidRPr="00447437" w:rsidRDefault="009A0AC0" w:rsidP="008C578A">
            <w:pPr>
              <w:spacing w:before="120" w:after="120" w:line="240" w:lineRule="auto"/>
              <w:ind w:left="6" w:hanging="6"/>
              <w:jc w:val="center"/>
              <w:rPr>
                <w:rFonts w:ascii="GHEA Grapalat" w:hAnsi="GHEA Grapalat" w:cs="Segoe UI"/>
                <w:i/>
                <w:iCs/>
                <w:color w:val="000000" w:themeColor="text1"/>
              </w:rPr>
            </w:pPr>
            <w:r w:rsidRPr="00447437">
              <w:rPr>
                <w:rFonts w:ascii="GHEA Grapalat" w:hAnsi="GHEA Grapalat" w:cs="Segoe UI"/>
                <w:i/>
                <w:iCs/>
                <w:color w:val="000000" w:themeColor="text1"/>
              </w:rPr>
              <w:t>[</w:t>
            </w:r>
            <w:r w:rsidRPr="00447437">
              <w:rPr>
                <w:rFonts w:ascii="GHEA Grapalat" w:hAnsi="GHEA Grapalat" w:cs="Segoe UI"/>
                <w:i/>
                <w:iCs/>
                <w:color w:val="000000" w:themeColor="text1"/>
                <w:lang w:val="hy-AM"/>
              </w:rPr>
              <w:t>լրացվում է</w:t>
            </w:r>
            <w:r w:rsidRPr="00447437">
              <w:rPr>
                <w:rFonts w:ascii="GHEA Grapalat" w:hAnsi="GHEA Grapalat" w:cs="Segoe UI"/>
                <w:i/>
                <w:iCs/>
                <w:color w:val="000000" w:themeColor="text1"/>
              </w:rPr>
              <w:t>]</w:t>
            </w:r>
          </w:p>
        </w:tc>
      </w:tr>
      <w:tr w:rsidR="00447437" w:rsidRPr="00447437" w14:paraId="39508EA0" w14:textId="77777777" w:rsidTr="00DC25AF">
        <w:tc>
          <w:tcPr>
            <w:tcW w:w="2354" w:type="dxa"/>
            <w:tcBorders>
              <w:top w:val="single" w:sz="4" w:space="0" w:color="auto"/>
              <w:left w:val="single" w:sz="4" w:space="0" w:color="auto"/>
              <w:bottom w:val="single" w:sz="4" w:space="0" w:color="auto"/>
              <w:right w:val="single" w:sz="4" w:space="0" w:color="auto"/>
            </w:tcBorders>
            <w:vAlign w:val="center"/>
            <w:hideMark/>
          </w:tcPr>
          <w:p w14:paraId="428338EE" w14:textId="77777777" w:rsidR="009A0AC0" w:rsidRPr="00447437" w:rsidRDefault="009A0AC0" w:rsidP="008C578A">
            <w:pPr>
              <w:spacing w:before="120" w:after="120" w:line="240" w:lineRule="auto"/>
              <w:ind w:left="6" w:hanging="6"/>
              <w:jc w:val="center"/>
              <w:rPr>
                <w:rFonts w:ascii="GHEA Grapalat" w:hAnsi="GHEA Grapalat" w:cs="Segoe UI"/>
                <w:b/>
                <w:bCs/>
                <w:color w:val="000000" w:themeColor="text1"/>
                <w:lang w:val="hy-AM"/>
              </w:rPr>
            </w:pPr>
            <w:r w:rsidRPr="00447437">
              <w:rPr>
                <w:rFonts w:ascii="GHEA Grapalat" w:hAnsi="GHEA Grapalat" w:cs="Segoe UI"/>
                <w:b/>
                <w:bCs/>
                <w:color w:val="000000" w:themeColor="text1"/>
                <w:lang w:val="hy-AM"/>
              </w:rPr>
              <w:t>Բանկ և Հաշվի համար</w:t>
            </w:r>
          </w:p>
        </w:tc>
        <w:tc>
          <w:tcPr>
            <w:tcW w:w="3033" w:type="dxa"/>
            <w:tcBorders>
              <w:top w:val="single" w:sz="4" w:space="0" w:color="auto"/>
              <w:left w:val="single" w:sz="4" w:space="0" w:color="auto"/>
              <w:bottom w:val="single" w:sz="4" w:space="0" w:color="auto"/>
              <w:right w:val="single" w:sz="4" w:space="0" w:color="auto"/>
            </w:tcBorders>
            <w:vAlign w:val="center"/>
            <w:hideMark/>
          </w:tcPr>
          <w:p w14:paraId="3F2BD808" w14:textId="77777777" w:rsidR="009A0AC0" w:rsidRPr="00447437" w:rsidRDefault="009A0AC0" w:rsidP="008C578A">
            <w:pPr>
              <w:spacing w:before="120" w:after="120" w:line="240" w:lineRule="auto"/>
              <w:ind w:left="6" w:hanging="6"/>
              <w:jc w:val="center"/>
              <w:rPr>
                <w:rFonts w:ascii="GHEA Grapalat" w:hAnsi="GHEA Grapalat" w:cs="Segoe UI"/>
                <w:i/>
                <w:iCs/>
                <w:color w:val="000000" w:themeColor="text1"/>
                <w:lang w:val="hy-AM"/>
              </w:rPr>
            </w:pPr>
            <w:r w:rsidRPr="00447437">
              <w:rPr>
                <w:rFonts w:ascii="GHEA Grapalat" w:hAnsi="GHEA Grapalat" w:cs="Segoe UI"/>
                <w:i/>
                <w:iCs/>
                <w:color w:val="000000" w:themeColor="text1"/>
                <w:lang w:val="hy-AM"/>
              </w:rPr>
              <w:t xml:space="preserve">Բանկ՝ </w:t>
            </w:r>
            <w:r w:rsidRPr="00447437">
              <w:rPr>
                <w:rFonts w:ascii="GHEA Grapalat" w:hAnsi="GHEA Grapalat" w:cs="Segoe UI"/>
                <w:i/>
                <w:iCs/>
                <w:color w:val="000000" w:themeColor="text1"/>
              </w:rPr>
              <w:t>[___]</w:t>
            </w:r>
          </w:p>
          <w:p w14:paraId="100B6F05" w14:textId="77777777" w:rsidR="009A0AC0" w:rsidRPr="00447437" w:rsidRDefault="009A0AC0" w:rsidP="008C578A">
            <w:pPr>
              <w:spacing w:before="120" w:after="120" w:line="240" w:lineRule="auto"/>
              <w:ind w:left="6" w:hanging="6"/>
              <w:jc w:val="center"/>
              <w:rPr>
                <w:rFonts w:ascii="GHEA Grapalat" w:hAnsi="GHEA Grapalat" w:cs="Segoe UI"/>
                <w:i/>
                <w:iCs/>
                <w:color w:val="000000" w:themeColor="text1"/>
                <w:lang w:val="hy-AM"/>
              </w:rPr>
            </w:pPr>
            <w:r w:rsidRPr="00447437">
              <w:rPr>
                <w:rFonts w:ascii="GHEA Grapalat" w:hAnsi="GHEA Grapalat" w:cs="Segoe UI"/>
                <w:i/>
                <w:iCs/>
                <w:color w:val="000000" w:themeColor="text1"/>
                <w:lang w:val="hy-AM"/>
              </w:rPr>
              <w:t xml:space="preserve">հ/հ </w:t>
            </w:r>
            <w:r w:rsidRPr="00447437">
              <w:rPr>
                <w:rFonts w:ascii="GHEA Grapalat" w:hAnsi="GHEA Grapalat" w:cs="Segoe UI"/>
                <w:i/>
                <w:iCs/>
                <w:color w:val="000000" w:themeColor="text1"/>
              </w:rPr>
              <w:t>[____]</w:t>
            </w:r>
          </w:p>
        </w:tc>
        <w:tc>
          <w:tcPr>
            <w:tcW w:w="2646" w:type="dxa"/>
            <w:tcBorders>
              <w:top w:val="single" w:sz="4" w:space="0" w:color="auto"/>
              <w:left w:val="single" w:sz="4" w:space="0" w:color="auto"/>
              <w:bottom w:val="single" w:sz="4" w:space="0" w:color="auto"/>
              <w:right w:val="single" w:sz="4" w:space="0" w:color="auto"/>
            </w:tcBorders>
            <w:vAlign w:val="center"/>
          </w:tcPr>
          <w:p w14:paraId="21AECA91" w14:textId="77777777" w:rsidR="009A0AC0" w:rsidRPr="00447437" w:rsidRDefault="009A0AC0" w:rsidP="008C578A">
            <w:pPr>
              <w:spacing w:before="120" w:after="120" w:line="240" w:lineRule="auto"/>
              <w:ind w:left="6" w:hanging="6"/>
              <w:jc w:val="center"/>
              <w:rPr>
                <w:rFonts w:ascii="GHEA Grapalat" w:hAnsi="GHEA Grapalat" w:cs="Segoe UI"/>
                <w:i/>
                <w:iCs/>
                <w:color w:val="000000" w:themeColor="text1"/>
                <w:lang w:val="hy-AM"/>
              </w:rPr>
            </w:pPr>
            <w:r w:rsidRPr="00447437">
              <w:rPr>
                <w:rFonts w:ascii="GHEA Grapalat" w:hAnsi="GHEA Grapalat" w:cs="Segoe UI"/>
                <w:i/>
                <w:iCs/>
                <w:color w:val="000000" w:themeColor="text1"/>
                <w:lang w:val="hy-AM"/>
              </w:rPr>
              <w:t>Բանկ</w:t>
            </w:r>
            <w:r w:rsidRPr="00447437">
              <w:rPr>
                <w:rStyle w:val="FootnoteReference"/>
                <w:rFonts w:ascii="GHEA Grapalat" w:hAnsi="GHEA Grapalat" w:cs="Segoe UI"/>
                <w:color w:val="000000" w:themeColor="text1"/>
                <w:lang w:val="hy-AM"/>
              </w:rPr>
              <w:footnoteReference w:id="40"/>
            </w:r>
            <w:r w:rsidRPr="00447437">
              <w:rPr>
                <w:rFonts w:ascii="GHEA Grapalat" w:hAnsi="GHEA Grapalat" w:cs="Segoe UI"/>
                <w:i/>
                <w:iCs/>
                <w:color w:val="000000" w:themeColor="text1"/>
                <w:lang w:val="hy-AM"/>
              </w:rPr>
              <w:t xml:space="preserve">՝ </w:t>
            </w:r>
            <w:r w:rsidRPr="00447437">
              <w:rPr>
                <w:rFonts w:ascii="GHEA Grapalat" w:hAnsi="GHEA Grapalat" w:cs="Segoe UI"/>
                <w:i/>
                <w:iCs/>
                <w:color w:val="000000" w:themeColor="text1"/>
              </w:rPr>
              <w:t>[___]</w:t>
            </w:r>
          </w:p>
          <w:p w14:paraId="499DD58C" w14:textId="77777777" w:rsidR="009A0AC0" w:rsidRPr="00447437" w:rsidRDefault="009A0AC0" w:rsidP="008C578A">
            <w:pPr>
              <w:spacing w:before="120" w:after="120" w:line="240" w:lineRule="auto"/>
              <w:ind w:left="6" w:hanging="6"/>
              <w:jc w:val="center"/>
              <w:rPr>
                <w:rFonts w:ascii="GHEA Grapalat" w:hAnsi="GHEA Grapalat" w:cs="Segoe UI"/>
                <w:i/>
                <w:iCs/>
                <w:color w:val="000000" w:themeColor="text1"/>
              </w:rPr>
            </w:pPr>
            <w:r w:rsidRPr="00447437">
              <w:rPr>
                <w:rFonts w:ascii="GHEA Grapalat" w:hAnsi="GHEA Grapalat" w:cs="Segoe UI"/>
                <w:i/>
                <w:iCs/>
                <w:color w:val="000000" w:themeColor="text1"/>
                <w:lang w:val="hy-AM"/>
              </w:rPr>
              <w:t xml:space="preserve">հ/հ </w:t>
            </w:r>
            <w:r w:rsidRPr="00447437">
              <w:rPr>
                <w:rFonts w:ascii="GHEA Grapalat" w:hAnsi="GHEA Grapalat" w:cs="Segoe UI"/>
                <w:i/>
                <w:iCs/>
                <w:color w:val="000000" w:themeColor="text1"/>
              </w:rPr>
              <w:t>[____]</w:t>
            </w:r>
          </w:p>
        </w:tc>
        <w:tc>
          <w:tcPr>
            <w:tcW w:w="2316" w:type="dxa"/>
            <w:tcBorders>
              <w:top w:val="single" w:sz="4" w:space="0" w:color="auto"/>
              <w:left w:val="single" w:sz="4" w:space="0" w:color="auto"/>
              <w:bottom w:val="single" w:sz="4" w:space="0" w:color="auto"/>
              <w:right w:val="single" w:sz="4" w:space="0" w:color="auto"/>
            </w:tcBorders>
          </w:tcPr>
          <w:p w14:paraId="47163087" w14:textId="77777777" w:rsidR="009A0AC0" w:rsidRPr="00447437" w:rsidRDefault="009A0AC0" w:rsidP="008C578A">
            <w:pPr>
              <w:spacing w:before="120" w:after="120" w:line="240" w:lineRule="auto"/>
              <w:ind w:left="6" w:hanging="6"/>
              <w:jc w:val="center"/>
              <w:rPr>
                <w:rFonts w:ascii="GHEA Grapalat" w:hAnsi="GHEA Grapalat" w:cs="Segoe UI"/>
                <w:i/>
                <w:iCs/>
                <w:color w:val="000000" w:themeColor="text1"/>
                <w:lang w:val="hy-AM"/>
              </w:rPr>
            </w:pPr>
            <w:r w:rsidRPr="00447437">
              <w:rPr>
                <w:rFonts w:ascii="GHEA Grapalat" w:hAnsi="GHEA Grapalat" w:cs="Segoe UI"/>
                <w:i/>
                <w:iCs/>
                <w:color w:val="000000" w:themeColor="text1"/>
                <w:lang w:val="hy-AM"/>
              </w:rPr>
              <w:t>[չի լրացվում]</w:t>
            </w:r>
          </w:p>
        </w:tc>
      </w:tr>
      <w:tr w:rsidR="00447437" w:rsidRPr="00447437" w14:paraId="0606EC13" w14:textId="77777777" w:rsidTr="00DC25AF">
        <w:tc>
          <w:tcPr>
            <w:tcW w:w="2354" w:type="dxa"/>
            <w:tcBorders>
              <w:top w:val="single" w:sz="4" w:space="0" w:color="auto"/>
              <w:left w:val="single" w:sz="4" w:space="0" w:color="auto"/>
              <w:bottom w:val="single" w:sz="4" w:space="0" w:color="auto"/>
              <w:right w:val="single" w:sz="4" w:space="0" w:color="auto"/>
            </w:tcBorders>
            <w:vAlign w:val="center"/>
            <w:hideMark/>
          </w:tcPr>
          <w:p w14:paraId="627C52F6" w14:textId="77777777" w:rsidR="009A0AC0" w:rsidRPr="00447437" w:rsidRDefault="009A0AC0" w:rsidP="008C578A">
            <w:pPr>
              <w:spacing w:before="120" w:after="120" w:line="240" w:lineRule="auto"/>
              <w:ind w:left="6" w:hanging="6"/>
              <w:jc w:val="center"/>
              <w:rPr>
                <w:rFonts w:ascii="GHEA Grapalat" w:hAnsi="GHEA Grapalat" w:cs="Segoe UI"/>
                <w:b/>
                <w:bCs/>
                <w:color w:val="000000" w:themeColor="text1"/>
                <w:lang w:val="hy-AM"/>
              </w:rPr>
            </w:pPr>
            <w:r w:rsidRPr="00447437">
              <w:rPr>
                <w:rFonts w:ascii="GHEA Grapalat" w:hAnsi="GHEA Grapalat" w:cs="Segoe UI"/>
                <w:b/>
                <w:bCs/>
                <w:color w:val="000000" w:themeColor="text1"/>
                <w:lang w:val="hy-AM"/>
              </w:rPr>
              <w:t>Էլ. փոստի հասցե</w:t>
            </w:r>
          </w:p>
        </w:tc>
        <w:tc>
          <w:tcPr>
            <w:tcW w:w="3033" w:type="dxa"/>
            <w:tcBorders>
              <w:top w:val="single" w:sz="4" w:space="0" w:color="auto"/>
              <w:left w:val="single" w:sz="4" w:space="0" w:color="auto"/>
              <w:bottom w:val="single" w:sz="4" w:space="0" w:color="auto"/>
              <w:right w:val="single" w:sz="4" w:space="0" w:color="auto"/>
            </w:tcBorders>
            <w:vAlign w:val="center"/>
            <w:hideMark/>
          </w:tcPr>
          <w:p w14:paraId="5687821B" w14:textId="77777777" w:rsidR="009A0AC0" w:rsidRPr="00447437" w:rsidRDefault="009A0AC0" w:rsidP="008C578A">
            <w:pPr>
              <w:spacing w:before="120" w:after="120" w:line="240" w:lineRule="auto"/>
              <w:ind w:left="6" w:hanging="6"/>
              <w:jc w:val="center"/>
              <w:rPr>
                <w:rFonts w:ascii="GHEA Grapalat" w:hAnsi="GHEA Grapalat" w:cs="Segoe UI"/>
                <w:color w:val="000000" w:themeColor="text1"/>
                <w:lang w:val="hy-AM"/>
              </w:rPr>
            </w:pPr>
            <w:r w:rsidRPr="00447437">
              <w:rPr>
                <w:rFonts w:ascii="GHEA Grapalat" w:hAnsi="GHEA Grapalat" w:cs="Segoe UI"/>
                <w:color w:val="000000" w:themeColor="text1"/>
                <w:lang w:val="hy-AM"/>
              </w:rPr>
              <w:t>[լրացվում է]</w:t>
            </w:r>
          </w:p>
        </w:tc>
        <w:tc>
          <w:tcPr>
            <w:tcW w:w="2646" w:type="dxa"/>
            <w:tcBorders>
              <w:top w:val="single" w:sz="4" w:space="0" w:color="auto"/>
              <w:left w:val="single" w:sz="4" w:space="0" w:color="auto"/>
              <w:bottom w:val="single" w:sz="4" w:space="0" w:color="auto"/>
              <w:right w:val="single" w:sz="4" w:space="0" w:color="auto"/>
            </w:tcBorders>
            <w:vAlign w:val="center"/>
          </w:tcPr>
          <w:p w14:paraId="27971E60" w14:textId="77777777" w:rsidR="009A0AC0" w:rsidRPr="00447437" w:rsidRDefault="009A0AC0" w:rsidP="008C578A">
            <w:pPr>
              <w:spacing w:before="120" w:after="120" w:line="240" w:lineRule="auto"/>
              <w:ind w:left="6" w:hanging="6"/>
              <w:jc w:val="center"/>
              <w:rPr>
                <w:rFonts w:ascii="GHEA Grapalat" w:hAnsi="GHEA Grapalat" w:cs="Segoe UI"/>
                <w:color w:val="000000" w:themeColor="text1"/>
              </w:rPr>
            </w:pPr>
            <w:r w:rsidRPr="00447437">
              <w:rPr>
                <w:rFonts w:ascii="GHEA Grapalat" w:hAnsi="GHEA Grapalat" w:cs="Segoe UI"/>
                <w:color w:val="000000" w:themeColor="text1"/>
              </w:rPr>
              <w:t>[լրացվում է]</w:t>
            </w:r>
          </w:p>
        </w:tc>
        <w:tc>
          <w:tcPr>
            <w:tcW w:w="2316" w:type="dxa"/>
            <w:tcBorders>
              <w:top w:val="single" w:sz="4" w:space="0" w:color="auto"/>
              <w:left w:val="single" w:sz="4" w:space="0" w:color="auto"/>
              <w:bottom w:val="single" w:sz="4" w:space="0" w:color="auto"/>
              <w:right w:val="single" w:sz="4" w:space="0" w:color="auto"/>
            </w:tcBorders>
          </w:tcPr>
          <w:p w14:paraId="6B75172C" w14:textId="77777777" w:rsidR="009A0AC0" w:rsidRPr="00447437" w:rsidRDefault="009A0AC0" w:rsidP="008C578A">
            <w:pPr>
              <w:spacing w:before="120" w:after="120" w:line="240" w:lineRule="auto"/>
              <w:ind w:left="6" w:hanging="6"/>
              <w:jc w:val="center"/>
              <w:rPr>
                <w:rFonts w:ascii="GHEA Grapalat" w:hAnsi="GHEA Grapalat" w:cs="Segoe UI"/>
                <w:color w:val="000000" w:themeColor="text1"/>
              </w:rPr>
            </w:pPr>
            <w:r w:rsidRPr="00447437">
              <w:rPr>
                <w:rFonts w:ascii="GHEA Grapalat" w:hAnsi="GHEA Grapalat" w:cs="Segoe UI"/>
                <w:color w:val="000000" w:themeColor="text1"/>
              </w:rPr>
              <w:t>[լրացվում է]</w:t>
            </w:r>
          </w:p>
        </w:tc>
      </w:tr>
      <w:tr w:rsidR="00447437" w:rsidRPr="00447437" w14:paraId="290F8455" w14:textId="77777777" w:rsidTr="00DC25AF">
        <w:tc>
          <w:tcPr>
            <w:tcW w:w="2354" w:type="dxa"/>
            <w:tcBorders>
              <w:top w:val="single" w:sz="4" w:space="0" w:color="auto"/>
              <w:left w:val="single" w:sz="4" w:space="0" w:color="auto"/>
              <w:bottom w:val="single" w:sz="4" w:space="0" w:color="auto"/>
              <w:right w:val="single" w:sz="4" w:space="0" w:color="auto"/>
            </w:tcBorders>
            <w:vAlign w:val="center"/>
            <w:hideMark/>
          </w:tcPr>
          <w:p w14:paraId="529B3665" w14:textId="77777777" w:rsidR="009A0AC0" w:rsidRPr="00447437" w:rsidRDefault="009A0AC0" w:rsidP="008C578A">
            <w:pPr>
              <w:spacing w:before="120" w:after="120" w:line="240" w:lineRule="auto"/>
              <w:ind w:left="6" w:hanging="6"/>
              <w:jc w:val="center"/>
              <w:rPr>
                <w:rFonts w:ascii="GHEA Grapalat" w:hAnsi="GHEA Grapalat" w:cs="Segoe UI"/>
                <w:b/>
                <w:bCs/>
                <w:color w:val="000000" w:themeColor="text1"/>
                <w:lang w:val="hy-AM"/>
              </w:rPr>
            </w:pPr>
            <w:r w:rsidRPr="00447437">
              <w:rPr>
                <w:rFonts w:ascii="GHEA Grapalat" w:hAnsi="GHEA Grapalat" w:cs="Segoe UI"/>
                <w:b/>
                <w:bCs/>
                <w:color w:val="000000" w:themeColor="text1"/>
                <w:lang w:val="hy-AM"/>
              </w:rPr>
              <w:t>Հեռախոս</w:t>
            </w:r>
          </w:p>
        </w:tc>
        <w:tc>
          <w:tcPr>
            <w:tcW w:w="3033" w:type="dxa"/>
            <w:tcBorders>
              <w:top w:val="single" w:sz="4" w:space="0" w:color="auto"/>
              <w:left w:val="single" w:sz="4" w:space="0" w:color="auto"/>
              <w:bottom w:val="single" w:sz="4" w:space="0" w:color="auto"/>
              <w:right w:val="single" w:sz="4" w:space="0" w:color="auto"/>
            </w:tcBorders>
            <w:vAlign w:val="center"/>
            <w:hideMark/>
          </w:tcPr>
          <w:p w14:paraId="2782A1F3" w14:textId="77777777" w:rsidR="009A0AC0" w:rsidRPr="00447437" w:rsidRDefault="009A0AC0" w:rsidP="008C578A">
            <w:pPr>
              <w:spacing w:before="120" w:after="120" w:line="240" w:lineRule="auto"/>
              <w:ind w:left="6" w:hanging="6"/>
              <w:jc w:val="center"/>
              <w:rPr>
                <w:rFonts w:ascii="GHEA Grapalat" w:hAnsi="GHEA Grapalat" w:cs="Segoe UI"/>
                <w:color w:val="000000" w:themeColor="text1"/>
                <w:lang w:val="hy-AM"/>
              </w:rPr>
            </w:pPr>
            <w:r w:rsidRPr="00447437">
              <w:rPr>
                <w:rFonts w:ascii="GHEA Grapalat" w:hAnsi="GHEA Grapalat" w:cs="Segoe UI"/>
                <w:color w:val="000000" w:themeColor="text1"/>
                <w:lang w:val="hy-AM"/>
              </w:rPr>
              <w:t>[լրացվում է]</w:t>
            </w:r>
          </w:p>
        </w:tc>
        <w:tc>
          <w:tcPr>
            <w:tcW w:w="2646" w:type="dxa"/>
            <w:tcBorders>
              <w:top w:val="single" w:sz="4" w:space="0" w:color="auto"/>
              <w:left w:val="single" w:sz="4" w:space="0" w:color="auto"/>
              <w:bottom w:val="single" w:sz="4" w:space="0" w:color="auto"/>
              <w:right w:val="single" w:sz="4" w:space="0" w:color="auto"/>
            </w:tcBorders>
            <w:vAlign w:val="center"/>
          </w:tcPr>
          <w:p w14:paraId="598BB846" w14:textId="77777777" w:rsidR="009A0AC0" w:rsidRPr="00447437" w:rsidRDefault="009A0AC0" w:rsidP="008C578A">
            <w:pPr>
              <w:spacing w:before="120" w:after="120" w:line="240" w:lineRule="auto"/>
              <w:ind w:left="6" w:hanging="6"/>
              <w:jc w:val="center"/>
              <w:rPr>
                <w:rFonts w:ascii="GHEA Grapalat" w:hAnsi="GHEA Grapalat" w:cs="Segoe UI"/>
                <w:color w:val="000000" w:themeColor="text1"/>
              </w:rPr>
            </w:pPr>
            <w:r w:rsidRPr="00447437">
              <w:rPr>
                <w:rFonts w:ascii="GHEA Grapalat" w:hAnsi="GHEA Grapalat" w:cs="Segoe UI"/>
                <w:color w:val="000000" w:themeColor="text1"/>
              </w:rPr>
              <w:t>[լրացվում է]</w:t>
            </w:r>
          </w:p>
        </w:tc>
        <w:tc>
          <w:tcPr>
            <w:tcW w:w="2316" w:type="dxa"/>
            <w:tcBorders>
              <w:top w:val="single" w:sz="4" w:space="0" w:color="auto"/>
              <w:left w:val="single" w:sz="4" w:space="0" w:color="auto"/>
              <w:bottom w:val="single" w:sz="4" w:space="0" w:color="auto"/>
              <w:right w:val="single" w:sz="4" w:space="0" w:color="auto"/>
            </w:tcBorders>
          </w:tcPr>
          <w:p w14:paraId="60293CD4" w14:textId="77777777" w:rsidR="009A0AC0" w:rsidRPr="00447437" w:rsidRDefault="009A0AC0" w:rsidP="008C578A">
            <w:pPr>
              <w:spacing w:before="120" w:after="120" w:line="240" w:lineRule="auto"/>
              <w:ind w:left="6" w:hanging="6"/>
              <w:jc w:val="center"/>
              <w:rPr>
                <w:rFonts w:ascii="GHEA Grapalat" w:hAnsi="GHEA Grapalat" w:cs="Segoe UI"/>
                <w:color w:val="000000" w:themeColor="text1"/>
              </w:rPr>
            </w:pPr>
            <w:r w:rsidRPr="00447437">
              <w:rPr>
                <w:rFonts w:ascii="GHEA Grapalat" w:hAnsi="GHEA Grapalat" w:cs="Segoe UI"/>
                <w:color w:val="000000" w:themeColor="text1"/>
              </w:rPr>
              <w:t>[լրացվում է]</w:t>
            </w:r>
          </w:p>
        </w:tc>
      </w:tr>
      <w:tr w:rsidR="00447437" w:rsidRPr="00447437" w14:paraId="124D5BB1" w14:textId="77777777" w:rsidTr="00DC25AF">
        <w:tc>
          <w:tcPr>
            <w:tcW w:w="2354" w:type="dxa"/>
            <w:tcBorders>
              <w:top w:val="single" w:sz="4" w:space="0" w:color="auto"/>
              <w:left w:val="single" w:sz="4" w:space="0" w:color="auto"/>
              <w:bottom w:val="single" w:sz="4" w:space="0" w:color="auto"/>
              <w:right w:val="single" w:sz="4" w:space="0" w:color="auto"/>
            </w:tcBorders>
            <w:vAlign w:val="center"/>
            <w:hideMark/>
          </w:tcPr>
          <w:p w14:paraId="53547942" w14:textId="77777777" w:rsidR="009A0AC0" w:rsidRPr="00447437" w:rsidRDefault="009A0AC0" w:rsidP="008C578A">
            <w:pPr>
              <w:spacing w:before="120" w:after="120" w:line="240" w:lineRule="auto"/>
              <w:ind w:left="6" w:hanging="6"/>
              <w:jc w:val="center"/>
              <w:rPr>
                <w:rFonts w:ascii="GHEA Grapalat" w:hAnsi="GHEA Grapalat" w:cs="Segoe UI"/>
                <w:b/>
                <w:bCs/>
                <w:color w:val="000000" w:themeColor="text1"/>
                <w:lang w:val="hy-AM"/>
              </w:rPr>
            </w:pPr>
            <w:r w:rsidRPr="00447437">
              <w:rPr>
                <w:rFonts w:ascii="GHEA Grapalat" w:hAnsi="GHEA Grapalat" w:cs="Segoe UI"/>
                <w:b/>
                <w:bCs/>
                <w:color w:val="000000" w:themeColor="text1"/>
                <w:lang w:val="hy-AM"/>
              </w:rPr>
              <w:t>Ստորագրություն</w:t>
            </w:r>
          </w:p>
        </w:tc>
        <w:tc>
          <w:tcPr>
            <w:tcW w:w="3033" w:type="dxa"/>
            <w:tcBorders>
              <w:top w:val="single" w:sz="4" w:space="0" w:color="auto"/>
              <w:left w:val="single" w:sz="4" w:space="0" w:color="auto"/>
              <w:bottom w:val="single" w:sz="4" w:space="0" w:color="auto"/>
              <w:right w:val="single" w:sz="4" w:space="0" w:color="auto"/>
            </w:tcBorders>
            <w:vAlign w:val="center"/>
          </w:tcPr>
          <w:p w14:paraId="66D0EED1" w14:textId="77777777" w:rsidR="009A0AC0" w:rsidRPr="00447437" w:rsidRDefault="009A0AC0" w:rsidP="008C578A">
            <w:pPr>
              <w:spacing w:before="120" w:after="120" w:line="240" w:lineRule="auto"/>
              <w:ind w:left="6" w:hanging="6"/>
              <w:jc w:val="center"/>
              <w:rPr>
                <w:rFonts w:ascii="GHEA Grapalat" w:hAnsi="GHEA Grapalat" w:cs="Segoe UI"/>
                <w:color w:val="000000" w:themeColor="text1"/>
                <w:lang w:val="hy-AM"/>
              </w:rPr>
            </w:pPr>
            <w:r w:rsidRPr="00447437">
              <w:rPr>
                <w:rFonts w:ascii="GHEA Grapalat" w:hAnsi="GHEA Grapalat" w:cs="Segoe UI"/>
                <w:color w:val="000000" w:themeColor="text1"/>
                <w:lang w:val="hy-AM"/>
              </w:rPr>
              <w:t>________________________</w:t>
            </w:r>
          </w:p>
          <w:p w14:paraId="7866B1F2" w14:textId="77777777" w:rsidR="009A0AC0" w:rsidRPr="00447437" w:rsidRDefault="009A0AC0" w:rsidP="008C578A">
            <w:pPr>
              <w:spacing w:before="120" w:after="120" w:line="240" w:lineRule="auto"/>
              <w:ind w:left="6" w:hanging="6"/>
              <w:jc w:val="center"/>
              <w:rPr>
                <w:rFonts w:ascii="GHEA Grapalat" w:hAnsi="GHEA Grapalat" w:cs="Segoe UI"/>
                <w:color w:val="000000" w:themeColor="text1"/>
                <w:lang w:val="hy-AM"/>
              </w:rPr>
            </w:pPr>
            <w:r w:rsidRPr="00447437">
              <w:rPr>
                <w:rFonts w:ascii="GHEA Grapalat" w:hAnsi="GHEA Grapalat" w:cs="Segoe UI"/>
                <w:color w:val="000000" w:themeColor="text1"/>
                <w:lang w:val="hy-AM"/>
              </w:rPr>
              <w:t>ստորագրություն</w:t>
            </w:r>
          </w:p>
        </w:tc>
        <w:tc>
          <w:tcPr>
            <w:tcW w:w="2646" w:type="dxa"/>
            <w:tcBorders>
              <w:top w:val="single" w:sz="4" w:space="0" w:color="auto"/>
              <w:left w:val="single" w:sz="4" w:space="0" w:color="auto"/>
              <w:bottom w:val="single" w:sz="4" w:space="0" w:color="auto"/>
              <w:right w:val="single" w:sz="4" w:space="0" w:color="auto"/>
            </w:tcBorders>
            <w:vAlign w:val="center"/>
          </w:tcPr>
          <w:p w14:paraId="347C9C4C" w14:textId="77777777" w:rsidR="009A0AC0" w:rsidRPr="00447437" w:rsidRDefault="009A0AC0" w:rsidP="008C578A">
            <w:pPr>
              <w:spacing w:before="120" w:after="120" w:line="240" w:lineRule="auto"/>
              <w:ind w:left="6" w:hanging="6"/>
              <w:jc w:val="center"/>
              <w:rPr>
                <w:rFonts w:ascii="GHEA Grapalat" w:hAnsi="GHEA Grapalat" w:cs="Segoe UI"/>
                <w:color w:val="000000" w:themeColor="text1"/>
              </w:rPr>
            </w:pPr>
            <w:r w:rsidRPr="00447437">
              <w:rPr>
                <w:rFonts w:ascii="GHEA Grapalat" w:hAnsi="GHEA Grapalat" w:cs="Segoe UI"/>
                <w:color w:val="000000" w:themeColor="text1"/>
              </w:rPr>
              <w:t>_____________________</w:t>
            </w:r>
          </w:p>
          <w:p w14:paraId="2B84EFF8" w14:textId="77777777" w:rsidR="009A0AC0" w:rsidRPr="00447437" w:rsidRDefault="009A0AC0" w:rsidP="008C578A">
            <w:pPr>
              <w:spacing w:before="120" w:after="120" w:line="240" w:lineRule="auto"/>
              <w:ind w:left="6" w:hanging="6"/>
              <w:jc w:val="center"/>
              <w:rPr>
                <w:rFonts w:ascii="GHEA Grapalat" w:hAnsi="GHEA Grapalat" w:cs="Segoe UI"/>
                <w:color w:val="000000" w:themeColor="text1"/>
              </w:rPr>
            </w:pPr>
            <w:r w:rsidRPr="00447437">
              <w:rPr>
                <w:rFonts w:ascii="GHEA Grapalat" w:hAnsi="GHEA Grapalat" w:cs="Segoe UI"/>
                <w:color w:val="000000" w:themeColor="text1"/>
              </w:rPr>
              <w:t>ստորագրություն</w:t>
            </w:r>
          </w:p>
        </w:tc>
        <w:tc>
          <w:tcPr>
            <w:tcW w:w="2316" w:type="dxa"/>
            <w:tcBorders>
              <w:top w:val="single" w:sz="4" w:space="0" w:color="auto"/>
              <w:left w:val="single" w:sz="4" w:space="0" w:color="auto"/>
              <w:bottom w:val="single" w:sz="4" w:space="0" w:color="auto"/>
              <w:right w:val="single" w:sz="4" w:space="0" w:color="auto"/>
            </w:tcBorders>
          </w:tcPr>
          <w:p w14:paraId="0744BBA9" w14:textId="77777777" w:rsidR="009A0AC0" w:rsidRPr="00447437" w:rsidRDefault="009A0AC0" w:rsidP="008C578A">
            <w:pPr>
              <w:spacing w:before="120" w:after="120" w:line="240" w:lineRule="auto"/>
              <w:ind w:left="6" w:hanging="6"/>
              <w:jc w:val="center"/>
              <w:rPr>
                <w:rFonts w:ascii="GHEA Grapalat" w:hAnsi="GHEA Grapalat" w:cs="Segoe UI"/>
                <w:color w:val="000000" w:themeColor="text1"/>
              </w:rPr>
            </w:pPr>
            <w:r w:rsidRPr="00447437">
              <w:rPr>
                <w:rFonts w:ascii="GHEA Grapalat" w:hAnsi="GHEA Grapalat" w:cs="Segoe UI"/>
                <w:color w:val="000000" w:themeColor="text1"/>
              </w:rPr>
              <w:t>__________________</w:t>
            </w:r>
          </w:p>
          <w:p w14:paraId="72DFE47C" w14:textId="77777777" w:rsidR="009A0AC0" w:rsidRPr="00447437" w:rsidRDefault="009A0AC0" w:rsidP="008C578A">
            <w:pPr>
              <w:spacing w:before="120" w:after="120" w:line="240" w:lineRule="auto"/>
              <w:ind w:left="6" w:hanging="6"/>
              <w:jc w:val="center"/>
              <w:rPr>
                <w:rFonts w:ascii="GHEA Grapalat" w:hAnsi="GHEA Grapalat" w:cs="Segoe UI"/>
                <w:color w:val="000000" w:themeColor="text1"/>
              </w:rPr>
            </w:pPr>
            <w:r w:rsidRPr="00447437">
              <w:rPr>
                <w:rFonts w:ascii="GHEA Grapalat" w:hAnsi="GHEA Grapalat" w:cs="Segoe UI"/>
                <w:color w:val="000000" w:themeColor="text1"/>
              </w:rPr>
              <w:t>ստորագրություն</w:t>
            </w:r>
          </w:p>
        </w:tc>
      </w:tr>
      <w:tr w:rsidR="00447437" w:rsidRPr="00447437" w14:paraId="1446F95B" w14:textId="77777777" w:rsidTr="00DC25AF">
        <w:tc>
          <w:tcPr>
            <w:tcW w:w="2354" w:type="dxa"/>
            <w:tcBorders>
              <w:top w:val="single" w:sz="4" w:space="0" w:color="auto"/>
              <w:left w:val="single" w:sz="4" w:space="0" w:color="auto"/>
              <w:bottom w:val="single" w:sz="4" w:space="0" w:color="auto"/>
              <w:right w:val="single" w:sz="4" w:space="0" w:color="auto"/>
            </w:tcBorders>
            <w:vAlign w:val="center"/>
            <w:hideMark/>
          </w:tcPr>
          <w:p w14:paraId="3CC3457B" w14:textId="77777777" w:rsidR="009A0AC0" w:rsidRPr="00447437" w:rsidRDefault="009A0AC0" w:rsidP="00DC25AF">
            <w:pPr>
              <w:spacing w:before="120" w:after="120" w:line="276" w:lineRule="auto"/>
              <w:ind w:left="6" w:hanging="6"/>
              <w:jc w:val="center"/>
              <w:rPr>
                <w:rFonts w:ascii="GHEA Grapalat" w:hAnsi="GHEA Grapalat" w:cs="Segoe UI"/>
                <w:b/>
                <w:bCs/>
                <w:color w:val="000000" w:themeColor="text1"/>
                <w:lang w:val="hy-AM"/>
              </w:rPr>
            </w:pPr>
            <w:r w:rsidRPr="00447437">
              <w:rPr>
                <w:rFonts w:ascii="GHEA Grapalat" w:hAnsi="GHEA Grapalat" w:cs="Segoe UI"/>
                <w:b/>
                <w:bCs/>
                <w:color w:val="000000" w:themeColor="text1"/>
                <w:lang w:val="hy-AM"/>
              </w:rPr>
              <w:t>Ամսաթիվ</w:t>
            </w:r>
          </w:p>
        </w:tc>
        <w:tc>
          <w:tcPr>
            <w:tcW w:w="3033" w:type="dxa"/>
            <w:tcBorders>
              <w:top w:val="single" w:sz="4" w:space="0" w:color="auto"/>
              <w:left w:val="single" w:sz="4" w:space="0" w:color="auto"/>
              <w:bottom w:val="single" w:sz="4" w:space="0" w:color="auto"/>
              <w:right w:val="single" w:sz="4" w:space="0" w:color="auto"/>
            </w:tcBorders>
            <w:vAlign w:val="center"/>
          </w:tcPr>
          <w:p w14:paraId="2A4D51A8" w14:textId="77777777" w:rsidR="009A0AC0" w:rsidRPr="00447437" w:rsidRDefault="009A0AC0" w:rsidP="00DC25AF">
            <w:pPr>
              <w:spacing w:before="120" w:after="120" w:line="276" w:lineRule="auto"/>
              <w:ind w:left="6" w:hanging="6"/>
              <w:jc w:val="center"/>
              <w:rPr>
                <w:rFonts w:ascii="GHEA Grapalat" w:hAnsi="GHEA Grapalat" w:cs="Segoe UI"/>
                <w:color w:val="000000" w:themeColor="text1"/>
                <w:lang w:val="hy-AM"/>
              </w:rPr>
            </w:pPr>
          </w:p>
          <w:p w14:paraId="734268EE" w14:textId="77777777" w:rsidR="009A0AC0" w:rsidRPr="00447437" w:rsidRDefault="009A0AC0" w:rsidP="00DC25AF">
            <w:pPr>
              <w:spacing w:before="120" w:after="120" w:line="276" w:lineRule="auto"/>
              <w:ind w:left="6" w:hanging="6"/>
              <w:jc w:val="center"/>
              <w:rPr>
                <w:rFonts w:ascii="GHEA Grapalat" w:hAnsi="GHEA Grapalat" w:cs="Segoe UI"/>
                <w:color w:val="000000" w:themeColor="text1"/>
                <w:lang w:val="hy-AM"/>
              </w:rPr>
            </w:pPr>
          </w:p>
        </w:tc>
        <w:tc>
          <w:tcPr>
            <w:tcW w:w="2646" w:type="dxa"/>
            <w:tcBorders>
              <w:top w:val="single" w:sz="4" w:space="0" w:color="auto"/>
              <w:left w:val="single" w:sz="4" w:space="0" w:color="auto"/>
              <w:bottom w:val="single" w:sz="4" w:space="0" w:color="auto"/>
              <w:right w:val="single" w:sz="4" w:space="0" w:color="auto"/>
            </w:tcBorders>
            <w:vAlign w:val="center"/>
          </w:tcPr>
          <w:p w14:paraId="55C05690" w14:textId="77777777" w:rsidR="009A0AC0" w:rsidRPr="00447437" w:rsidRDefault="009A0AC0" w:rsidP="00DC25AF">
            <w:pPr>
              <w:spacing w:before="120" w:after="120" w:line="276" w:lineRule="auto"/>
              <w:ind w:left="6" w:hanging="6"/>
              <w:jc w:val="center"/>
              <w:rPr>
                <w:rFonts w:ascii="GHEA Grapalat" w:hAnsi="GHEA Grapalat" w:cs="Segoe UI"/>
                <w:color w:val="000000" w:themeColor="text1"/>
                <w:u w:val="single"/>
                <w:lang w:val="hy-AM"/>
              </w:rPr>
            </w:pPr>
          </w:p>
        </w:tc>
        <w:tc>
          <w:tcPr>
            <w:tcW w:w="2316" w:type="dxa"/>
            <w:tcBorders>
              <w:top w:val="single" w:sz="4" w:space="0" w:color="auto"/>
              <w:left w:val="single" w:sz="4" w:space="0" w:color="auto"/>
              <w:bottom w:val="single" w:sz="4" w:space="0" w:color="auto"/>
              <w:right w:val="single" w:sz="4" w:space="0" w:color="auto"/>
            </w:tcBorders>
          </w:tcPr>
          <w:p w14:paraId="4EC5C5ED" w14:textId="77777777" w:rsidR="009A0AC0" w:rsidRPr="00447437" w:rsidRDefault="009A0AC0" w:rsidP="00DC25AF">
            <w:pPr>
              <w:spacing w:before="120" w:after="120" w:line="276" w:lineRule="auto"/>
              <w:ind w:left="6" w:hanging="6"/>
              <w:jc w:val="center"/>
              <w:rPr>
                <w:rFonts w:ascii="GHEA Grapalat" w:hAnsi="GHEA Grapalat" w:cs="Segoe UI"/>
                <w:color w:val="000000" w:themeColor="text1"/>
                <w:u w:val="single"/>
                <w:lang w:val="hy-AM"/>
              </w:rPr>
            </w:pPr>
          </w:p>
        </w:tc>
      </w:tr>
    </w:tbl>
    <w:p w14:paraId="01D8CCE3" w14:textId="77777777" w:rsidR="009A0AC0" w:rsidRPr="00447437" w:rsidRDefault="009A0AC0" w:rsidP="009A0AC0">
      <w:pPr>
        <w:spacing w:line="276" w:lineRule="auto"/>
        <w:ind w:left="720" w:hanging="720"/>
        <w:jc w:val="both"/>
        <w:rPr>
          <w:rFonts w:ascii="GHEA Grapalat" w:hAnsi="GHEA Grapalat" w:cs="Segoe UI"/>
          <w:color w:val="000000" w:themeColor="text1"/>
          <w:lang w:val="hy-AM"/>
        </w:rPr>
      </w:pPr>
    </w:p>
    <w:p w14:paraId="01AED420" w14:textId="15AAD643" w:rsidR="009A0AC0" w:rsidRPr="00447437" w:rsidRDefault="009A0AC0" w:rsidP="009A0AC0">
      <w:pPr>
        <w:rPr>
          <w:rFonts w:ascii="GHEA Grapalat" w:eastAsia="GHEA Grapalat" w:hAnsi="GHEA Grapalat" w:cs="GHEA Grapalat"/>
          <w:b/>
          <w:bCs/>
          <w:color w:val="000000" w:themeColor="text1"/>
          <w:sz w:val="24"/>
          <w:szCs w:val="24"/>
          <w:lang w:val="hy-AM"/>
        </w:rPr>
      </w:pPr>
    </w:p>
    <w:p w14:paraId="2B0C7A43" w14:textId="77777777" w:rsidR="009A0AC0" w:rsidRPr="00447437" w:rsidRDefault="009A0AC0" w:rsidP="005518A7">
      <w:pPr>
        <w:spacing w:after="0" w:line="240" w:lineRule="auto"/>
        <w:ind w:left="720" w:hanging="720"/>
        <w:rPr>
          <w:rFonts w:ascii="GHEA Grapalat" w:eastAsia="GHEA Grapalat" w:hAnsi="GHEA Grapalat" w:cs="GHEA Grapalat"/>
          <w:b/>
          <w:bCs/>
          <w:color w:val="000000" w:themeColor="text1"/>
          <w:sz w:val="24"/>
          <w:szCs w:val="24"/>
          <w:lang w:val="hy-AM"/>
        </w:rPr>
      </w:pPr>
      <w:r w:rsidRPr="00447437">
        <w:rPr>
          <w:rFonts w:ascii="GHEA Grapalat" w:eastAsia="GHEA Grapalat" w:hAnsi="GHEA Grapalat" w:cs="GHEA Grapalat"/>
          <w:b/>
          <w:bCs/>
          <w:color w:val="000000" w:themeColor="text1"/>
          <w:sz w:val="24"/>
          <w:szCs w:val="24"/>
          <w:lang w:val="hy-AM"/>
        </w:rPr>
        <w:t xml:space="preserve">                                                                                                                               Ձև 6</w:t>
      </w:r>
    </w:p>
    <w:p w14:paraId="18BB1D62" w14:textId="77777777" w:rsidR="009A0AC0" w:rsidRPr="00447437" w:rsidRDefault="009A0AC0" w:rsidP="005518A7">
      <w:pPr>
        <w:spacing w:after="0" w:line="240" w:lineRule="auto"/>
        <w:ind w:left="720" w:hanging="720"/>
        <w:jc w:val="right"/>
        <w:rPr>
          <w:rFonts w:ascii="GHEA Grapalat" w:eastAsia="GHEA Grapalat" w:hAnsi="GHEA Grapalat" w:cs="GHEA Grapalat"/>
          <w:color w:val="000000" w:themeColor="text1"/>
          <w:sz w:val="24"/>
          <w:szCs w:val="24"/>
          <w:lang w:val="hy-AM"/>
        </w:rPr>
      </w:pPr>
      <w:r w:rsidRPr="00447437">
        <w:rPr>
          <w:rFonts w:ascii="GHEA Grapalat" w:eastAsia="GHEA Grapalat" w:hAnsi="GHEA Grapalat" w:cs="GHEA Grapalat"/>
          <w:color w:val="000000" w:themeColor="text1"/>
          <w:sz w:val="24"/>
          <w:szCs w:val="24"/>
          <w:lang w:val="hy-AM"/>
        </w:rPr>
        <w:t>ՀՀ կրթության, գիտության,</w:t>
      </w:r>
    </w:p>
    <w:p w14:paraId="5D62F631" w14:textId="77777777" w:rsidR="009A0AC0" w:rsidRPr="00447437" w:rsidRDefault="009A0AC0" w:rsidP="005518A7">
      <w:pPr>
        <w:spacing w:after="0" w:line="240" w:lineRule="auto"/>
        <w:ind w:left="720" w:hanging="720"/>
        <w:jc w:val="right"/>
        <w:rPr>
          <w:rFonts w:ascii="GHEA Grapalat" w:eastAsia="GHEA Grapalat" w:hAnsi="GHEA Grapalat" w:cs="GHEA Grapalat"/>
          <w:color w:val="000000" w:themeColor="text1"/>
          <w:sz w:val="24"/>
          <w:szCs w:val="24"/>
          <w:lang w:val="hy-AM"/>
        </w:rPr>
      </w:pPr>
      <w:r w:rsidRPr="00447437">
        <w:rPr>
          <w:rFonts w:ascii="GHEA Grapalat" w:eastAsia="GHEA Grapalat" w:hAnsi="GHEA Grapalat" w:cs="GHEA Grapalat"/>
          <w:color w:val="000000" w:themeColor="text1"/>
          <w:sz w:val="24"/>
          <w:szCs w:val="24"/>
          <w:lang w:val="hy-AM"/>
        </w:rPr>
        <w:t xml:space="preserve"> մշակույթի և սպորտի նախարարի</w:t>
      </w:r>
    </w:p>
    <w:p w14:paraId="388B9B7B" w14:textId="77777777" w:rsidR="009A0AC0" w:rsidRPr="00447437" w:rsidRDefault="009A0AC0" w:rsidP="005518A7">
      <w:pPr>
        <w:spacing w:after="0" w:line="240" w:lineRule="auto"/>
        <w:ind w:left="720" w:hanging="720"/>
        <w:jc w:val="right"/>
        <w:rPr>
          <w:rFonts w:ascii="GHEA Grapalat" w:eastAsia="GHEA Grapalat" w:hAnsi="GHEA Grapalat" w:cs="GHEA Grapalat"/>
          <w:color w:val="000000" w:themeColor="text1"/>
          <w:sz w:val="24"/>
          <w:szCs w:val="24"/>
          <w:lang w:val="hy-AM"/>
        </w:rPr>
      </w:pPr>
      <w:r w:rsidRPr="00447437">
        <w:rPr>
          <w:rFonts w:ascii="GHEA Grapalat" w:eastAsia="GHEA Grapalat" w:hAnsi="GHEA Grapalat" w:cs="GHEA Grapalat"/>
          <w:color w:val="000000" w:themeColor="text1"/>
          <w:sz w:val="24"/>
          <w:szCs w:val="24"/>
          <w:lang w:val="hy-AM"/>
        </w:rPr>
        <w:t>__________ 2026 թ.</w:t>
      </w:r>
    </w:p>
    <w:p w14:paraId="5ED883D1" w14:textId="77777777" w:rsidR="009A0AC0" w:rsidRPr="00447437" w:rsidRDefault="009A0AC0" w:rsidP="005518A7">
      <w:pPr>
        <w:spacing w:after="0" w:line="240" w:lineRule="auto"/>
        <w:ind w:left="720" w:hanging="720"/>
        <w:jc w:val="right"/>
        <w:rPr>
          <w:rFonts w:ascii="GHEA Grapalat" w:eastAsia="GHEA Grapalat" w:hAnsi="GHEA Grapalat" w:cs="GHEA Grapalat"/>
          <w:color w:val="000000" w:themeColor="text1"/>
          <w:sz w:val="24"/>
          <w:szCs w:val="24"/>
          <w:lang w:val="hy-AM"/>
        </w:rPr>
      </w:pPr>
      <w:r w:rsidRPr="00447437">
        <w:rPr>
          <w:rFonts w:ascii="GHEA Grapalat" w:eastAsia="GHEA Grapalat" w:hAnsi="GHEA Grapalat" w:cs="GHEA Grapalat"/>
          <w:color w:val="000000" w:themeColor="text1"/>
          <w:sz w:val="24"/>
          <w:szCs w:val="24"/>
          <w:lang w:val="hy-AM"/>
        </w:rPr>
        <w:t>N _________-Ն հրամանի</w:t>
      </w:r>
    </w:p>
    <w:p w14:paraId="7D0CAE8A" w14:textId="77777777" w:rsidR="00A82FEE" w:rsidRPr="00447437" w:rsidRDefault="00A82FEE" w:rsidP="005518A7">
      <w:pPr>
        <w:spacing w:after="0" w:line="240" w:lineRule="auto"/>
        <w:ind w:left="720" w:hanging="720"/>
        <w:jc w:val="right"/>
        <w:rPr>
          <w:rFonts w:ascii="GHEA Grapalat" w:eastAsia="GHEA Grapalat" w:hAnsi="GHEA Grapalat" w:cs="GHEA Grapalat"/>
          <w:color w:val="000000" w:themeColor="text1"/>
          <w:sz w:val="24"/>
          <w:szCs w:val="24"/>
          <w:lang w:val="hy-AM"/>
        </w:rPr>
      </w:pPr>
    </w:p>
    <w:p w14:paraId="2ED47BE4" w14:textId="77777777" w:rsidR="009A0AC0" w:rsidRPr="00447437" w:rsidRDefault="009A0AC0" w:rsidP="005518A7">
      <w:pPr>
        <w:spacing w:after="0" w:line="240" w:lineRule="auto"/>
        <w:ind w:left="720" w:hanging="720"/>
        <w:jc w:val="right"/>
        <w:rPr>
          <w:rFonts w:ascii="GHEA Grapalat" w:hAnsi="GHEA Grapalat"/>
          <w:b/>
          <w:smallCaps/>
          <w:color w:val="000000" w:themeColor="text1"/>
          <w:sz w:val="48"/>
          <w:szCs w:val="48"/>
          <w:lang w:val="hy-AM"/>
        </w:rPr>
      </w:pPr>
      <w:r w:rsidRPr="00447437">
        <w:rPr>
          <w:rFonts w:ascii="GHEA Grapalat" w:hAnsi="GHEA Grapalat"/>
          <w:b/>
          <w:smallCaps/>
          <w:noProof/>
          <w:color w:val="000000" w:themeColor="text1"/>
          <w:sz w:val="48"/>
          <w:szCs w:val="48"/>
          <w:lang w:val="en-US"/>
        </w:rPr>
        <mc:AlternateContent>
          <mc:Choice Requires="wps">
            <w:drawing>
              <wp:anchor distT="0" distB="0" distL="114300" distR="114300" simplePos="0" relativeHeight="251669504" behindDoc="0" locked="0" layoutInCell="1" allowOverlap="1" wp14:anchorId="7EB5A4A9" wp14:editId="197AED38">
                <wp:simplePos x="0" y="0"/>
                <wp:positionH relativeFrom="column">
                  <wp:posOffset>4878825</wp:posOffset>
                </wp:positionH>
                <wp:positionV relativeFrom="paragraph">
                  <wp:posOffset>92983</wp:posOffset>
                </wp:positionV>
                <wp:extent cx="1259840" cy="1080135"/>
                <wp:effectExtent l="19050" t="19050" r="16510" b="24765"/>
                <wp:wrapSquare wrapText="bothSides"/>
                <wp:docPr id="13243091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080135"/>
                        </a:xfrm>
                        <a:prstGeom prst="rect">
                          <a:avLst/>
                        </a:prstGeom>
                        <a:solidFill>
                          <a:srgbClr val="FFFFFF"/>
                        </a:solidFill>
                        <a:ln w="31750">
                          <a:solidFill>
                            <a:srgbClr val="ED7D31"/>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057581E" w14:textId="77777777" w:rsidR="009A0AC0" w:rsidRPr="001F3BBC" w:rsidRDefault="009A0AC0" w:rsidP="009A0AC0">
                            <w:pPr>
                              <w:jc w:val="center"/>
                            </w:pPr>
                            <w:r>
                              <w:t>ՄՈՒՀ-ի լոգո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B5A4A9" id="_x0000_t202" coordsize="21600,21600" o:spt="202" path="m,l,21600r21600,l21600,xe">
                <v:stroke joinstyle="miter"/>
                <v:path gradientshapeok="t" o:connecttype="rect"/>
              </v:shapetype>
              <v:shape id="Text Box 2" o:spid="_x0000_s1026" type="#_x0000_t202" style="position:absolute;left:0;text-align:left;margin-left:384.15pt;margin-top:7.3pt;width:99.2pt;height:85.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" strokecolor="#ed7d31" strokeweight="2.5pt">
                <v:shadow color="#868686"/>
                <v:textbox>
                  <w:txbxContent>
                    <w:p w14:paraId="4057581E" w14:textId="77777777" w:rsidR="009A0AC0" w:rsidRPr="001F3BBC" w:rsidRDefault="009A0AC0" w:rsidP="009A0AC0">
                      <w:pPr>
                        <w:jc w:val="center"/>
                      </w:pPr>
                      <w:r>
                        <w:t xml:space="preserve">ՄՈՒՀ-ի </w:t>
                      </w:r>
                      <w:proofErr w:type="spellStart"/>
                      <w:r>
                        <w:t>լոգո</w:t>
                      </w:r>
                      <w:proofErr w:type="spellEnd"/>
                    </w:p>
                  </w:txbxContent>
                </v:textbox>
                <w10:wrap type="square"/>
              </v:shape>
            </w:pict>
          </mc:Fallback>
        </mc:AlternateContent>
      </w:r>
      <w:r w:rsidRPr="00447437">
        <w:rPr>
          <w:rFonts w:ascii="GHEA Grapalat" w:hAnsi="GHEA Grapalat"/>
          <w:b/>
          <w:smallCaps/>
          <w:noProof/>
          <w:color w:val="000000" w:themeColor="text1"/>
          <w:sz w:val="48"/>
          <w:szCs w:val="48"/>
          <w:lang w:val="en-US"/>
        </w:rPr>
        <w:drawing>
          <wp:anchor distT="0" distB="0" distL="114300" distR="114300" simplePos="0" relativeHeight="251668480" behindDoc="0" locked="0" layoutInCell="1" allowOverlap="1" wp14:anchorId="1BEB40B5" wp14:editId="2B1E1E8C">
            <wp:simplePos x="0" y="0"/>
            <wp:positionH relativeFrom="margin">
              <wp:align>left</wp:align>
            </wp:positionH>
            <wp:positionV relativeFrom="paragraph">
              <wp:posOffset>118103</wp:posOffset>
            </wp:positionV>
            <wp:extent cx="1259840" cy="1087120"/>
            <wp:effectExtent l="0" t="0" r="0" b="0"/>
            <wp:wrapSquare wrapText="bothSides"/>
            <wp:docPr id="628778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59840" cy="1087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A1AB0D" w14:textId="77777777" w:rsidR="009A0AC0" w:rsidRPr="00447437" w:rsidRDefault="009A0AC0" w:rsidP="005518A7">
      <w:pPr>
        <w:spacing w:after="0" w:line="240" w:lineRule="auto"/>
        <w:ind w:left="720" w:hanging="720"/>
        <w:jc w:val="center"/>
        <w:rPr>
          <w:rFonts w:ascii="GHEA Grapalat" w:hAnsi="GHEA Grapalat"/>
          <w:b/>
          <w:smallCaps/>
          <w:color w:val="000000" w:themeColor="text1"/>
          <w:sz w:val="48"/>
          <w:szCs w:val="48"/>
          <w:lang w:val="hy-AM"/>
        </w:rPr>
      </w:pPr>
      <w:r w:rsidRPr="00447437">
        <w:rPr>
          <w:rFonts w:ascii="GHEA Grapalat" w:hAnsi="GHEA Grapalat"/>
          <w:b/>
          <w:smallCaps/>
          <w:color w:val="000000" w:themeColor="text1"/>
          <w:sz w:val="48"/>
          <w:szCs w:val="48"/>
          <w:lang w:val="hy-AM"/>
        </w:rPr>
        <w:tab/>
      </w:r>
    </w:p>
    <w:p w14:paraId="145C4EA0" w14:textId="77777777" w:rsidR="009A0AC0" w:rsidRPr="00447437" w:rsidRDefault="009A0AC0" w:rsidP="005518A7">
      <w:pPr>
        <w:spacing w:after="0" w:line="240" w:lineRule="auto"/>
        <w:ind w:left="720" w:hanging="720"/>
        <w:jc w:val="center"/>
        <w:rPr>
          <w:rFonts w:ascii="GHEA Grapalat" w:hAnsi="GHEA Grapalat"/>
          <w:b/>
          <w:smallCaps/>
          <w:color w:val="000000" w:themeColor="text1"/>
          <w:sz w:val="28"/>
          <w:szCs w:val="28"/>
          <w:lang w:val="hy-AM"/>
        </w:rPr>
      </w:pPr>
      <w:r w:rsidRPr="00447437">
        <w:rPr>
          <w:rFonts w:ascii="GHEA Grapalat" w:hAnsi="GHEA Grapalat"/>
          <w:b/>
          <w:smallCaps/>
          <w:color w:val="000000" w:themeColor="text1"/>
          <w:sz w:val="28"/>
          <w:szCs w:val="28"/>
          <w:lang w:val="hy-AM"/>
        </w:rPr>
        <w:t>ԳՈՐԾԱՆԱԿԱՆ ԱՇԽԱՏԱՆՔԱՅԻՆ ՈՒՍՈՒՑՄԱՆ</w:t>
      </w:r>
    </w:p>
    <w:p w14:paraId="34410AF2" w14:textId="2C8DF965" w:rsidR="009A0AC0" w:rsidRPr="00447437" w:rsidRDefault="009A0AC0" w:rsidP="005518A7">
      <w:pPr>
        <w:spacing w:after="0" w:line="240" w:lineRule="auto"/>
        <w:ind w:left="720" w:hanging="720"/>
        <w:jc w:val="center"/>
        <w:rPr>
          <w:rFonts w:ascii="GHEA Grapalat" w:hAnsi="GHEA Grapalat"/>
          <w:color w:val="000000" w:themeColor="text1"/>
          <w:sz w:val="28"/>
          <w:szCs w:val="28"/>
          <w:lang w:val="hy-AM"/>
        </w:rPr>
      </w:pPr>
      <w:r w:rsidRPr="00447437">
        <w:rPr>
          <w:rFonts w:ascii="GHEA Grapalat" w:hAnsi="GHEA Grapalat"/>
          <w:b/>
          <w:smallCaps/>
          <w:color w:val="000000" w:themeColor="text1"/>
          <w:sz w:val="28"/>
          <w:szCs w:val="28"/>
          <w:lang w:val="hy-AM"/>
        </w:rPr>
        <w:t>ՕՐԱԳԻՐ</w:t>
      </w:r>
      <w:r w:rsidR="003F1EF6" w:rsidRPr="00447437">
        <w:rPr>
          <w:rStyle w:val="FootnoteReference"/>
          <w:rFonts w:ascii="GHEA Grapalat" w:hAnsi="GHEA Grapalat"/>
          <w:b/>
          <w:smallCaps/>
          <w:color w:val="000000" w:themeColor="text1"/>
          <w:sz w:val="28"/>
          <w:szCs w:val="28"/>
          <w:lang w:val="hy-AM"/>
        </w:rPr>
        <w:footnoteReference w:id="41"/>
      </w:r>
    </w:p>
    <w:tbl>
      <w:tblPr>
        <w:tblpPr w:leftFromText="180" w:rightFromText="180" w:vertAnchor="text" w:horzAnchor="page" w:tblpX="1803" w:tblpY="136"/>
        <w:tblW w:w="46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78"/>
        <w:gridCol w:w="4698"/>
      </w:tblGrid>
      <w:tr w:rsidR="00447437" w:rsidRPr="00447437" w14:paraId="2BADA796" w14:textId="77777777" w:rsidTr="00DC25AF">
        <w:trPr>
          <w:trHeight w:val="416"/>
        </w:trPr>
        <w:tc>
          <w:tcPr>
            <w:tcW w:w="2440" w:type="pct"/>
          </w:tcPr>
          <w:p w14:paraId="3E4DAFF2" w14:textId="77777777" w:rsidR="009A0AC0" w:rsidRPr="00447437" w:rsidRDefault="009A0AC0" w:rsidP="005518A7">
            <w:pPr>
              <w:tabs>
                <w:tab w:val="left" w:pos="10770"/>
              </w:tabs>
              <w:spacing w:after="0" w:line="240" w:lineRule="auto"/>
              <w:ind w:left="720" w:hanging="720"/>
              <w:rPr>
                <w:rFonts w:ascii="GHEA Grapalat" w:hAnsi="GHEA Grapalat"/>
                <w:b/>
                <w:color w:val="000000" w:themeColor="text1"/>
              </w:rPr>
            </w:pPr>
            <w:bookmarkStart w:id="41" w:name="_Hlk221024618"/>
            <w:r w:rsidRPr="00447437">
              <w:rPr>
                <w:rFonts w:ascii="GHEA Grapalat" w:hAnsi="GHEA Grapalat"/>
                <w:b/>
                <w:color w:val="000000" w:themeColor="text1"/>
              </w:rPr>
              <w:t>ՄՈՒՀ-ի անվանում</w:t>
            </w:r>
          </w:p>
          <w:p w14:paraId="45639C13" w14:textId="77777777" w:rsidR="009A0AC0" w:rsidRPr="00447437" w:rsidRDefault="009A0AC0" w:rsidP="005518A7">
            <w:pPr>
              <w:tabs>
                <w:tab w:val="left" w:pos="10770"/>
              </w:tabs>
              <w:spacing w:after="0" w:line="240" w:lineRule="auto"/>
              <w:ind w:left="720" w:hanging="720"/>
              <w:rPr>
                <w:rFonts w:ascii="GHEA Grapalat" w:hAnsi="GHEA Grapalat"/>
                <w:b/>
                <w:color w:val="000000" w:themeColor="text1"/>
              </w:rPr>
            </w:pPr>
          </w:p>
        </w:tc>
        <w:tc>
          <w:tcPr>
            <w:tcW w:w="2560" w:type="pct"/>
          </w:tcPr>
          <w:p w14:paraId="1967517B" w14:textId="77777777" w:rsidR="009A0AC0" w:rsidRPr="00447437" w:rsidRDefault="009A0AC0" w:rsidP="005518A7">
            <w:pPr>
              <w:tabs>
                <w:tab w:val="left" w:pos="10770"/>
              </w:tabs>
              <w:spacing w:after="0" w:line="240" w:lineRule="auto"/>
              <w:ind w:left="720" w:hanging="720"/>
              <w:rPr>
                <w:rFonts w:ascii="GHEA Grapalat" w:hAnsi="GHEA Grapalat"/>
                <w:b/>
                <w:color w:val="000000" w:themeColor="text1"/>
              </w:rPr>
            </w:pPr>
          </w:p>
        </w:tc>
      </w:tr>
      <w:tr w:rsidR="00447437" w:rsidRPr="00447437" w14:paraId="6011F076" w14:textId="77777777" w:rsidTr="00DC25AF">
        <w:trPr>
          <w:trHeight w:val="416"/>
        </w:trPr>
        <w:tc>
          <w:tcPr>
            <w:tcW w:w="2440" w:type="pct"/>
          </w:tcPr>
          <w:p w14:paraId="4002FF68" w14:textId="77777777" w:rsidR="009A0AC0" w:rsidRPr="00447437" w:rsidRDefault="009A0AC0" w:rsidP="005518A7">
            <w:pPr>
              <w:tabs>
                <w:tab w:val="left" w:pos="10770"/>
              </w:tabs>
              <w:spacing w:after="0" w:line="240" w:lineRule="auto"/>
              <w:ind w:left="720" w:hanging="720"/>
              <w:rPr>
                <w:rFonts w:ascii="GHEA Grapalat" w:hAnsi="GHEA Grapalat"/>
                <w:b/>
                <w:bCs/>
                <w:color w:val="000000" w:themeColor="text1"/>
              </w:rPr>
            </w:pPr>
            <w:r w:rsidRPr="00447437">
              <w:rPr>
                <w:rFonts w:ascii="GHEA Grapalat" w:hAnsi="GHEA Grapalat"/>
                <w:b/>
                <w:bCs/>
                <w:color w:val="000000" w:themeColor="text1"/>
              </w:rPr>
              <w:t xml:space="preserve">Ուսանող </w:t>
            </w:r>
          </w:p>
          <w:p w14:paraId="4E0D116C" w14:textId="77777777" w:rsidR="009A0AC0" w:rsidRPr="00447437" w:rsidRDefault="009A0AC0" w:rsidP="005518A7">
            <w:pPr>
              <w:tabs>
                <w:tab w:val="left" w:pos="10770"/>
              </w:tabs>
              <w:spacing w:after="0" w:line="240" w:lineRule="auto"/>
              <w:ind w:left="720" w:hanging="720"/>
              <w:rPr>
                <w:rFonts w:ascii="GHEA Grapalat" w:hAnsi="GHEA Grapalat"/>
                <w:b/>
                <w:color w:val="000000" w:themeColor="text1"/>
              </w:rPr>
            </w:pPr>
            <w:r w:rsidRPr="00447437">
              <w:rPr>
                <w:rFonts w:ascii="GHEA Grapalat" w:hAnsi="GHEA Grapalat"/>
                <w:color w:val="000000" w:themeColor="text1"/>
              </w:rPr>
              <w:t>(ազգանուն, անուն, հայրանուն)</w:t>
            </w:r>
          </w:p>
        </w:tc>
        <w:tc>
          <w:tcPr>
            <w:tcW w:w="2560" w:type="pct"/>
          </w:tcPr>
          <w:p w14:paraId="66623180" w14:textId="77777777" w:rsidR="009A0AC0" w:rsidRPr="00447437" w:rsidRDefault="009A0AC0" w:rsidP="005518A7">
            <w:pPr>
              <w:tabs>
                <w:tab w:val="left" w:pos="10770"/>
              </w:tabs>
              <w:spacing w:after="0" w:line="240" w:lineRule="auto"/>
              <w:ind w:left="720" w:hanging="720"/>
              <w:rPr>
                <w:rFonts w:ascii="GHEA Grapalat" w:hAnsi="GHEA Grapalat"/>
                <w:b/>
                <w:color w:val="000000" w:themeColor="text1"/>
              </w:rPr>
            </w:pPr>
          </w:p>
        </w:tc>
      </w:tr>
      <w:bookmarkEnd w:id="41"/>
      <w:tr w:rsidR="00447437" w:rsidRPr="00447437" w14:paraId="39D0C7B4" w14:textId="77777777" w:rsidTr="00DC25AF">
        <w:trPr>
          <w:trHeight w:val="416"/>
        </w:trPr>
        <w:tc>
          <w:tcPr>
            <w:tcW w:w="2440" w:type="pct"/>
          </w:tcPr>
          <w:p w14:paraId="2B42CD77" w14:textId="77777777" w:rsidR="009A0AC0" w:rsidRPr="00447437" w:rsidRDefault="009A0AC0" w:rsidP="005518A7">
            <w:pPr>
              <w:tabs>
                <w:tab w:val="left" w:pos="10770"/>
              </w:tabs>
              <w:spacing w:after="0" w:line="240" w:lineRule="auto"/>
              <w:ind w:left="720" w:hanging="720"/>
              <w:rPr>
                <w:rFonts w:ascii="GHEA Grapalat" w:hAnsi="GHEA Grapalat"/>
                <w:b/>
                <w:color w:val="000000" w:themeColor="text1"/>
              </w:rPr>
            </w:pPr>
            <w:r w:rsidRPr="00447437">
              <w:rPr>
                <w:rFonts w:ascii="GHEA Grapalat" w:hAnsi="GHEA Grapalat"/>
                <w:b/>
                <w:color w:val="000000" w:themeColor="text1"/>
              </w:rPr>
              <w:t>Ուսումնառության տարիներ</w:t>
            </w:r>
          </w:p>
        </w:tc>
        <w:tc>
          <w:tcPr>
            <w:tcW w:w="2560" w:type="pct"/>
          </w:tcPr>
          <w:p w14:paraId="3CD1059A" w14:textId="77777777" w:rsidR="009A0AC0" w:rsidRPr="00447437" w:rsidRDefault="009A0AC0" w:rsidP="005518A7">
            <w:pPr>
              <w:tabs>
                <w:tab w:val="left" w:pos="10770"/>
              </w:tabs>
              <w:spacing w:after="0" w:line="240" w:lineRule="auto"/>
              <w:ind w:left="720" w:hanging="720"/>
              <w:rPr>
                <w:rFonts w:ascii="GHEA Grapalat" w:hAnsi="GHEA Grapalat"/>
                <w:b/>
                <w:color w:val="000000" w:themeColor="text1"/>
              </w:rPr>
            </w:pPr>
          </w:p>
        </w:tc>
      </w:tr>
      <w:tr w:rsidR="00447437" w:rsidRPr="00447437" w14:paraId="0CDF4AF5" w14:textId="77777777" w:rsidTr="00DC25AF">
        <w:trPr>
          <w:trHeight w:val="416"/>
        </w:trPr>
        <w:tc>
          <w:tcPr>
            <w:tcW w:w="2440" w:type="pct"/>
          </w:tcPr>
          <w:p w14:paraId="198A074E" w14:textId="77777777" w:rsidR="009A0AC0" w:rsidRPr="00447437" w:rsidRDefault="009A0AC0" w:rsidP="005518A7">
            <w:pPr>
              <w:tabs>
                <w:tab w:val="left" w:pos="10770"/>
              </w:tabs>
              <w:spacing w:after="0" w:line="240" w:lineRule="auto"/>
              <w:ind w:left="720" w:hanging="720"/>
              <w:rPr>
                <w:rFonts w:ascii="GHEA Grapalat" w:hAnsi="GHEA Grapalat"/>
                <w:b/>
                <w:color w:val="000000" w:themeColor="text1"/>
              </w:rPr>
            </w:pPr>
            <w:r w:rsidRPr="00447437">
              <w:rPr>
                <w:rFonts w:ascii="GHEA Grapalat" w:hAnsi="GHEA Grapalat"/>
                <w:b/>
                <w:bCs/>
                <w:color w:val="000000" w:themeColor="text1"/>
              </w:rPr>
              <w:t>Ուսումնառության ձև</w:t>
            </w:r>
          </w:p>
        </w:tc>
        <w:tc>
          <w:tcPr>
            <w:tcW w:w="2560" w:type="pct"/>
            <w:vAlign w:val="center"/>
          </w:tcPr>
          <w:p w14:paraId="5F46F6AD" w14:textId="77777777" w:rsidR="009A0AC0" w:rsidRPr="00447437" w:rsidRDefault="009A0AC0" w:rsidP="005518A7">
            <w:pPr>
              <w:spacing w:after="0" w:line="240" w:lineRule="auto"/>
              <w:ind w:left="720" w:hanging="720"/>
              <w:rPr>
                <w:rFonts w:ascii="GHEA Grapalat" w:hAnsi="GHEA Grapalat" w:cs="Segoe UI"/>
                <w:color w:val="000000" w:themeColor="text1"/>
                <w:lang w:val="hy-AM"/>
              </w:rPr>
            </w:pPr>
            <w:r w:rsidRPr="00447437">
              <w:rPr>
                <w:rFonts w:ascii="GHEA Grapalat" w:hAnsi="GHEA Grapalat" w:cs="Segoe UI"/>
                <w:color w:val="000000" w:themeColor="text1"/>
                <w:lang w:val="hy-AM"/>
              </w:rPr>
              <w:t xml:space="preserve">□ դուալ </w:t>
            </w:r>
          </w:p>
          <w:p w14:paraId="407245A8" w14:textId="77777777" w:rsidR="009A0AC0" w:rsidRPr="00447437" w:rsidRDefault="009A0AC0" w:rsidP="005518A7">
            <w:pPr>
              <w:spacing w:after="0" w:line="240" w:lineRule="auto"/>
              <w:ind w:left="720" w:hanging="720"/>
              <w:rPr>
                <w:rFonts w:ascii="GHEA Grapalat" w:hAnsi="GHEA Grapalat" w:cs="Segoe UI"/>
                <w:color w:val="000000" w:themeColor="text1"/>
                <w:lang w:val="hy-AM"/>
              </w:rPr>
            </w:pPr>
            <w:r w:rsidRPr="00447437">
              <w:rPr>
                <w:rFonts w:ascii="GHEA Grapalat" w:hAnsi="GHEA Grapalat" w:cs="Segoe UI"/>
                <w:color w:val="000000" w:themeColor="text1"/>
                <w:lang w:val="hy-AM"/>
              </w:rPr>
              <w:t xml:space="preserve">□ պրակտիկա </w:t>
            </w:r>
          </w:p>
          <w:p w14:paraId="7AE70CB4" w14:textId="77777777" w:rsidR="009A0AC0" w:rsidRPr="00447437" w:rsidRDefault="009A0AC0" w:rsidP="005518A7">
            <w:pPr>
              <w:tabs>
                <w:tab w:val="left" w:pos="10770"/>
              </w:tabs>
              <w:spacing w:after="0" w:line="240" w:lineRule="auto"/>
              <w:rPr>
                <w:rFonts w:ascii="GHEA Grapalat" w:hAnsi="GHEA Grapalat"/>
                <w:b/>
                <w:color w:val="000000" w:themeColor="text1"/>
                <w:lang w:val="hy-AM"/>
              </w:rPr>
            </w:pPr>
            <w:r w:rsidRPr="00447437">
              <w:rPr>
                <w:rFonts w:ascii="GHEA Grapalat" w:hAnsi="GHEA Grapalat" w:cs="Segoe UI"/>
                <w:color w:val="000000" w:themeColor="text1"/>
                <w:lang w:val="hy-AM"/>
              </w:rPr>
              <w:t>□ աշխատանքի ընթացքում ուսումնառություն (դրսեկություն)</w:t>
            </w:r>
          </w:p>
        </w:tc>
      </w:tr>
      <w:tr w:rsidR="00447437" w:rsidRPr="00447437" w14:paraId="132E31AD" w14:textId="77777777" w:rsidTr="00DC25AF">
        <w:trPr>
          <w:trHeight w:val="416"/>
        </w:trPr>
        <w:tc>
          <w:tcPr>
            <w:tcW w:w="2440" w:type="pct"/>
          </w:tcPr>
          <w:p w14:paraId="6D4B4C54" w14:textId="77777777" w:rsidR="009A0AC0" w:rsidRPr="00447437" w:rsidRDefault="009A0AC0" w:rsidP="005518A7">
            <w:pPr>
              <w:tabs>
                <w:tab w:val="left" w:pos="10770"/>
              </w:tabs>
              <w:spacing w:after="0" w:line="240" w:lineRule="auto"/>
              <w:ind w:left="33"/>
              <w:rPr>
                <w:rFonts w:ascii="GHEA Grapalat" w:hAnsi="GHEA Grapalat"/>
                <w:b/>
                <w:color w:val="000000" w:themeColor="text1"/>
              </w:rPr>
            </w:pPr>
            <w:r w:rsidRPr="00447437">
              <w:rPr>
                <w:rFonts w:ascii="GHEA Grapalat" w:hAnsi="GHEA Grapalat"/>
                <w:b/>
                <w:color w:val="000000" w:themeColor="text1"/>
              </w:rPr>
              <w:t xml:space="preserve">Գործնական աշխատանքային ուսուցման </w:t>
            </w:r>
            <w:r w:rsidRPr="00447437">
              <w:rPr>
                <w:rFonts w:ascii="GHEA Grapalat" w:hAnsi="GHEA Grapalat"/>
                <w:b/>
                <w:color w:val="000000" w:themeColor="text1"/>
                <w:lang w:val="hy-AM"/>
              </w:rPr>
              <w:t xml:space="preserve">(ԳԱՈՒ) ընդհանուր </w:t>
            </w:r>
            <w:r w:rsidRPr="00447437">
              <w:rPr>
                <w:rFonts w:ascii="GHEA Grapalat" w:hAnsi="GHEA Grapalat"/>
                <w:b/>
                <w:color w:val="000000" w:themeColor="text1"/>
              </w:rPr>
              <w:t>բեռնվածություն</w:t>
            </w:r>
          </w:p>
          <w:p w14:paraId="7CBC1C9C" w14:textId="77777777" w:rsidR="009A0AC0" w:rsidRPr="00447437" w:rsidRDefault="009A0AC0" w:rsidP="005518A7">
            <w:pPr>
              <w:tabs>
                <w:tab w:val="left" w:pos="10770"/>
              </w:tabs>
              <w:spacing w:after="0" w:line="240" w:lineRule="auto"/>
              <w:ind w:left="720" w:hanging="720"/>
              <w:rPr>
                <w:rFonts w:ascii="GHEA Grapalat" w:hAnsi="GHEA Grapalat"/>
                <w:bCs/>
                <w:color w:val="000000" w:themeColor="text1"/>
              </w:rPr>
            </w:pPr>
            <w:r w:rsidRPr="00447437">
              <w:rPr>
                <w:rFonts w:ascii="GHEA Grapalat" w:hAnsi="GHEA Grapalat"/>
                <w:bCs/>
                <w:color w:val="000000" w:themeColor="text1"/>
              </w:rPr>
              <w:t>(օր կամ ժամաքանակ)</w:t>
            </w:r>
          </w:p>
        </w:tc>
        <w:tc>
          <w:tcPr>
            <w:tcW w:w="2560" w:type="pct"/>
          </w:tcPr>
          <w:p w14:paraId="57A294AA" w14:textId="77777777" w:rsidR="009A0AC0" w:rsidRPr="00447437" w:rsidRDefault="009A0AC0" w:rsidP="005518A7">
            <w:pPr>
              <w:tabs>
                <w:tab w:val="left" w:pos="10770"/>
              </w:tabs>
              <w:spacing w:after="0" w:line="240" w:lineRule="auto"/>
              <w:ind w:left="720" w:hanging="720"/>
              <w:rPr>
                <w:rFonts w:ascii="GHEA Grapalat" w:hAnsi="GHEA Grapalat"/>
                <w:b/>
                <w:color w:val="000000" w:themeColor="text1"/>
              </w:rPr>
            </w:pPr>
          </w:p>
        </w:tc>
      </w:tr>
      <w:tr w:rsidR="00447437" w:rsidRPr="00447437" w14:paraId="535B403A" w14:textId="77777777" w:rsidTr="00DC25AF">
        <w:trPr>
          <w:trHeight w:val="416"/>
        </w:trPr>
        <w:tc>
          <w:tcPr>
            <w:tcW w:w="2440" w:type="pct"/>
          </w:tcPr>
          <w:p w14:paraId="6E346D3F" w14:textId="77777777" w:rsidR="009A0AC0" w:rsidRPr="00447437" w:rsidRDefault="009A0AC0" w:rsidP="005518A7">
            <w:pPr>
              <w:tabs>
                <w:tab w:val="left" w:pos="10770"/>
              </w:tabs>
              <w:spacing w:after="0" w:line="240" w:lineRule="auto"/>
              <w:ind w:left="720" w:hanging="720"/>
              <w:rPr>
                <w:rFonts w:ascii="GHEA Grapalat" w:hAnsi="GHEA Grapalat"/>
                <w:b/>
                <w:color w:val="000000" w:themeColor="text1"/>
              </w:rPr>
            </w:pPr>
            <w:r w:rsidRPr="00447437">
              <w:rPr>
                <w:rFonts w:ascii="GHEA Grapalat" w:hAnsi="GHEA Grapalat"/>
                <w:b/>
                <w:color w:val="000000" w:themeColor="text1"/>
              </w:rPr>
              <w:t>Խումբ</w:t>
            </w:r>
          </w:p>
        </w:tc>
        <w:tc>
          <w:tcPr>
            <w:tcW w:w="2560" w:type="pct"/>
          </w:tcPr>
          <w:p w14:paraId="6C4FFAF3" w14:textId="77777777" w:rsidR="009A0AC0" w:rsidRPr="00447437" w:rsidRDefault="009A0AC0" w:rsidP="005518A7">
            <w:pPr>
              <w:tabs>
                <w:tab w:val="left" w:pos="10770"/>
              </w:tabs>
              <w:spacing w:after="0" w:line="240" w:lineRule="auto"/>
              <w:ind w:left="720" w:hanging="720"/>
              <w:rPr>
                <w:rFonts w:ascii="GHEA Grapalat" w:hAnsi="GHEA Grapalat"/>
                <w:b/>
                <w:color w:val="000000" w:themeColor="text1"/>
              </w:rPr>
            </w:pPr>
          </w:p>
        </w:tc>
      </w:tr>
    </w:tbl>
    <w:p w14:paraId="6EBBC5F6" w14:textId="77777777" w:rsidR="009A0AC0" w:rsidRPr="00447437" w:rsidRDefault="009A0AC0" w:rsidP="005518A7">
      <w:pPr>
        <w:tabs>
          <w:tab w:val="left" w:pos="7485"/>
        </w:tabs>
        <w:spacing w:after="0" w:line="240" w:lineRule="auto"/>
        <w:ind w:left="720" w:hanging="720"/>
        <w:rPr>
          <w:rFonts w:ascii="GHEA Grapalat" w:hAnsi="GHEA Grapalat"/>
          <w:color w:val="000000" w:themeColor="text1"/>
          <w:sz w:val="28"/>
          <w:szCs w:val="28"/>
          <w:lang w:val="hy-AM"/>
        </w:rPr>
      </w:pPr>
    </w:p>
    <w:tbl>
      <w:tblPr>
        <w:tblStyle w:val="TableGrid"/>
        <w:tblW w:w="0" w:type="auto"/>
        <w:tblInd w:w="2241" w:type="dxa"/>
        <w:shd w:val="clear" w:color="auto" w:fill="D9D9D9" w:themeFill="background1" w:themeFillShade="D9"/>
        <w:tblLook w:val="04A0" w:firstRow="1" w:lastRow="0" w:firstColumn="1" w:lastColumn="0" w:noHBand="0" w:noVBand="1"/>
      </w:tblPr>
      <w:tblGrid>
        <w:gridCol w:w="6385"/>
      </w:tblGrid>
      <w:tr w:rsidR="00447437" w:rsidRPr="00027471" w14:paraId="7CDBD3B3" w14:textId="77777777" w:rsidTr="00DC25AF">
        <w:trPr>
          <w:trHeight w:val="440"/>
        </w:trPr>
        <w:tc>
          <w:tcPr>
            <w:tcW w:w="6385" w:type="dxa"/>
            <w:shd w:val="clear" w:color="auto" w:fill="D9D9D9" w:themeFill="background1" w:themeFillShade="D9"/>
          </w:tcPr>
          <w:p w14:paraId="34A666DA" w14:textId="77777777" w:rsidR="009A0AC0" w:rsidRPr="00447437" w:rsidRDefault="009A0AC0" w:rsidP="005518A7">
            <w:pPr>
              <w:tabs>
                <w:tab w:val="left" w:pos="7485"/>
              </w:tabs>
              <w:ind w:left="720" w:hanging="720"/>
              <w:rPr>
                <w:rFonts w:ascii="GHEA Grapalat" w:hAnsi="GHEA Grapalat"/>
                <w:b/>
                <w:bCs/>
                <w:color w:val="000000" w:themeColor="text1"/>
                <w:lang w:val="hy-AM"/>
              </w:rPr>
            </w:pPr>
            <w:r w:rsidRPr="00447437">
              <w:rPr>
                <w:rFonts w:ascii="GHEA Grapalat" w:hAnsi="GHEA Grapalat"/>
                <w:b/>
                <w:bCs/>
                <w:color w:val="000000" w:themeColor="text1"/>
                <w:lang w:val="hy-AM"/>
              </w:rPr>
              <w:t>ՄՈՒՀ-ի տնօրեն</w:t>
            </w:r>
          </w:p>
          <w:p w14:paraId="6EC49607" w14:textId="77777777" w:rsidR="009A0AC0" w:rsidRPr="00447437" w:rsidRDefault="009A0AC0" w:rsidP="005518A7">
            <w:pPr>
              <w:tabs>
                <w:tab w:val="left" w:pos="7485"/>
              </w:tabs>
              <w:ind w:left="720" w:hanging="720"/>
              <w:rPr>
                <w:rFonts w:ascii="GHEA Grapalat" w:hAnsi="GHEA Grapalat"/>
                <w:b/>
                <w:bCs/>
                <w:color w:val="000000" w:themeColor="text1"/>
                <w:lang w:val="hy-AM"/>
              </w:rPr>
            </w:pPr>
          </w:p>
          <w:p w14:paraId="06BC8CC6" w14:textId="77777777" w:rsidR="009A0AC0" w:rsidRPr="00447437" w:rsidRDefault="009A0AC0" w:rsidP="005518A7">
            <w:pPr>
              <w:tabs>
                <w:tab w:val="left" w:pos="7485"/>
              </w:tabs>
              <w:ind w:left="720" w:hanging="720"/>
              <w:rPr>
                <w:rFonts w:ascii="GHEA Grapalat" w:hAnsi="GHEA Grapalat"/>
                <w:color w:val="000000" w:themeColor="text1"/>
                <w:lang w:val="hy-AM"/>
              </w:rPr>
            </w:pPr>
            <w:r w:rsidRPr="00447437">
              <w:rPr>
                <w:rFonts w:ascii="GHEA Grapalat" w:hAnsi="GHEA Grapalat"/>
                <w:color w:val="000000" w:themeColor="text1"/>
                <w:lang w:val="hy-AM"/>
              </w:rPr>
              <w:t>———————————————————————</w:t>
            </w:r>
          </w:p>
          <w:p w14:paraId="0A712FB8" w14:textId="77777777" w:rsidR="009A0AC0" w:rsidRPr="00447437" w:rsidRDefault="009A0AC0" w:rsidP="005518A7">
            <w:pPr>
              <w:tabs>
                <w:tab w:val="left" w:pos="7485"/>
              </w:tabs>
              <w:ind w:left="720" w:hanging="720"/>
              <w:rPr>
                <w:rFonts w:ascii="GHEA Grapalat" w:hAnsi="GHEA Grapalat"/>
                <w:color w:val="000000" w:themeColor="text1"/>
                <w:lang w:val="hy-AM"/>
              </w:rPr>
            </w:pPr>
            <w:r w:rsidRPr="00447437">
              <w:rPr>
                <w:rFonts w:ascii="GHEA Grapalat" w:hAnsi="GHEA Grapalat"/>
                <w:color w:val="000000" w:themeColor="text1"/>
                <w:lang w:val="hy-AM"/>
              </w:rPr>
              <w:t>(ազգանուն, անուն, հայրանուն)</w:t>
            </w:r>
          </w:p>
          <w:p w14:paraId="33406AA1" w14:textId="77777777" w:rsidR="009A0AC0" w:rsidRPr="00447437" w:rsidRDefault="009A0AC0" w:rsidP="005518A7">
            <w:pPr>
              <w:tabs>
                <w:tab w:val="left" w:pos="7485"/>
              </w:tabs>
              <w:ind w:left="720" w:hanging="720"/>
              <w:rPr>
                <w:rFonts w:ascii="GHEA Grapalat" w:hAnsi="GHEA Grapalat"/>
                <w:b/>
                <w:bCs/>
                <w:color w:val="000000" w:themeColor="text1"/>
                <w:lang w:val="hy-AM"/>
              </w:rPr>
            </w:pPr>
          </w:p>
          <w:p w14:paraId="49477296" w14:textId="77777777" w:rsidR="009A0AC0" w:rsidRPr="00447437" w:rsidRDefault="009A0AC0" w:rsidP="005518A7">
            <w:pPr>
              <w:tabs>
                <w:tab w:val="left" w:pos="7485"/>
              </w:tabs>
              <w:ind w:left="720" w:hanging="720"/>
              <w:rPr>
                <w:rFonts w:ascii="GHEA Grapalat" w:hAnsi="GHEA Grapalat"/>
                <w:b/>
                <w:bCs/>
                <w:color w:val="000000" w:themeColor="text1"/>
                <w:lang w:val="hy-AM"/>
              </w:rPr>
            </w:pPr>
          </w:p>
          <w:p w14:paraId="5503C500" w14:textId="77777777" w:rsidR="009A0AC0" w:rsidRPr="00447437" w:rsidRDefault="009A0AC0" w:rsidP="005518A7">
            <w:pPr>
              <w:tabs>
                <w:tab w:val="left" w:pos="7485"/>
              </w:tabs>
              <w:ind w:left="720" w:hanging="720"/>
              <w:rPr>
                <w:rFonts w:ascii="GHEA Grapalat" w:hAnsi="GHEA Grapalat"/>
                <w:color w:val="000000" w:themeColor="text1"/>
                <w:lang w:val="hy-AM"/>
              </w:rPr>
            </w:pPr>
            <w:r w:rsidRPr="00447437">
              <w:rPr>
                <w:rFonts w:ascii="GHEA Grapalat" w:hAnsi="GHEA Grapalat"/>
                <w:color w:val="000000" w:themeColor="text1"/>
                <w:lang w:val="hy-AM"/>
              </w:rPr>
              <w:t>———————————————————————</w:t>
            </w:r>
          </w:p>
          <w:p w14:paraId="0CA9690B" w14:textId="77777777" w:rsidR="009A0AC0" w:rsidRPr="00447437" w:rsidRDefault="009A0AC0" w:rsidP="005518A7">
            <w:pPr>
              <w:tabs>
                <w:tab w:val="left" w:pos="7485"/>
              </w:tabs>
              <w:ind w:left="720" w:hanging="720"/>
              <w:rPr>
                <w:rFonts w:ascii="GHEA Grapalat" w:hAnsi="GHEA Grapalat"/>
                <w:color w:val="000000" w:themeColor="text1"/>
                <w:lang w:val="hy-AM"/>
              </w:rPr>
            </w:pPr>
            <w:r w:rsidRPr="00447437">
              <w:rPr>
                <w:rFonts w:ascii="GHEA Grapalat" w:hAnsi="GHEA Grapalat"/>
                <w:color w:val="000000" w:themeColor="text1"/>
                <w:lang w:val="hy-AM"/>
              </w:rPr>
              <w:t>(ստորագրություն)</w:t>
            </w:r>
          </w:p>
          <w:p w14:paraId="5A2F8EE1" w14:textId="77777777" w:rsidR="009A0AC0" w:rsidRPr="00447437" w:rsidRDefault="009A0AC0" w:rsidP="005518A7">
            <w:pPr>
              <w:tabs>
                <w:tab w:val="left" w:pos="7485"/>
              </w:tabs>
              <w:ind w:left="720" w:hanging="720"/>
              <w:rPr>
                <w:rFonts w:ascii="GHEA Grapalat" w:hAnsi="GHEA Grapalat"/>
                <w:b/>
                <w:bCs/>
                <w:color w:val="000000" w:themeColor="text1"/>
                <w:lang w:val="hy-AM"/>
              </w:rPr>
            </w:pPr>
          </w:p>
          <w:p w14:paraId="6D893D4E" w14:textId="77777777" w:rsidR="009A0AC0" w:rsidRPr="00447437" w:rsidRDefault="009A0AC0" w:rsidP="005518A7">
            <w:pPr>
              <w:tabs>
                <w:tab w:val="left" w:pos="7485"/>
              </w:tabs>
              <w:ind w:left="720" w:hanging="720"/>
              <w:rPr>
                <w:rFonts w:ascii="GHEA Grapalat" w:hAnsi="GHEA Grapalat"/>
                <w:b/>
                <w:bCs/>
                <w:color w:val="000000" w:themeColor="text1"/>
                <w:lang w:val="hy-AM"/>
              </w:rPr>
            </w:pPr>
            <w:r w:rsidRPr="00447437">
              <w:rPr>
                <w:rFonts w:ascii="GHEA Grapalat" w:hAnsi="GHEA Grapalat"/>
                <w:b/>
                <w:bCs/>
                <w:color w:val="000000" w:themeColor="text1"/>
                <w:lang w:val="hy-AM"/>
              </w:rPr>
              <w:t xml:space="preserve">—————————————————— </w:t>
            </w:r>
          </w:p>
          <w:p w14:paraId="4501C4EF" w14:textId="77777777" w:rsidR="009A0AC0" w:rsidRPr="00447437" w:rsidRDefault="009A0AC0" w:rsidP="005518A7">
            <w:pPr>
              <w:tabs>
                <w:tab w:val="left" w:pos="7485"/>
              </w:tabs>
              <w:ind w:left="720" w:hanging="720"/>
              <w:rPr>
                <w:rFonts w:ascii="GHEA Grapalat" w:hAnsi="GHEA Grapalat"/>
                <w:b/>
                <w:bCs/>
                <w:color w:val="000000" w:themeColor="text1"/>
                <w:lang w:val="hy-AM"/>
              </w:rPr>
            </w:pPr>
            <w:r w:rsidRPr="00447437">
              <w:rPr>
                <w:rFonts w:ascii="GHEA Grapalat" w:hAnsi="GHEA Grapalat"/>
                <w:b/>
                <w:bCs/>
                <w:color w:val="000000" w:themeColor="text1"/>
                <w:lang w:val="hy-AM"/>
              </w:rPr>
              <w:t>(կնիք)</w:t>
            </w:r>
          </w:p>
          <w:p w14:paraId="6FECD85E" w14:textId="77777777" w:rsidR="009A0AC0" w:rsidRPr="00447437" w:rsidRDefault="009A0AC0" w:rsidP="005518A7">
            <w:pPr>
              <w:tabs>
                <w:tab w:val="left" w:pos="7485"/>
              </w:tabs>
              <w:ind w:left="720" w:hanging="720"/>
              <w:rPr>
                <w:rFonts w:ascii="GHEA Grapalat" w:hAnsi="GHEA Grapalat"/>
                <w:b/>
                <w:bCs/>
                <w:color w:val="000000" w:themeColor="text1"/>
                <w:lang w:val="hy-AM"/>
              </w:rPr>
            </w:pPr>
          </w:p>
          <w:p w14:paraId="6C357C4A" w14:textId="77777777" w:rsidR="009A0AC0" w:rsidRPr="00447437" w:rsidRDefault="009A0AC0" w:rsidP="005518A7">
            <w:pPr>
              <w:tabs>
                <w:tab w:val="left" w:pos="7485"/>
              </w:tabs>
              <w:ind w:left="720" w:hanging="720"/>
              <w:rPr>
                <w:rFonts w:ascii="GHEA Grapalat" w:hAnsi="GHEA Grapalat"/>
                <w:b/>
                <w:bCs/>
                <w:color w:val="000000" w:themeColor="text1"/>
                <w:lang w:val="hy-AM"/>
              </w:rPr>
            </w:pPr>
            <w:r w:rsidRPr="00447437">
              <w:rPr>
                <w:rFonts w:ascii="GHEA Grapalat" w:hAnsi="GHEA Grapalat"/>
                <w:b/>
                <w:bCs/>
                <w:color w:val="000000" w:themeColor="text1"/>
                <w:lang w:val="hy-AM"/>
              </w:rPr>
              <w:t>«       »____________________________ 202___ թ</w:t>
            </w:r>
            <w:r w:rsidRPr="00447437">
              <w:rPr>
                <w:rFonts w:ascii="MS Mincho" w:eastAsia="MS Mincho" w:hAnsi="MS Mincho" w:cs="MS Mincho" w:hint="eastAsia"/>
                <w:b/>
                <w:bCs/>
                <w:color w:val="000000" w:themeColor="text1"/>
                <w:lang w:val="hy-AM"/>
              </w:rPr>
              <w:t>․</w:t>
            </w:r>
            <w:r w:rsidRPr="00447437">
              <w:rPr>
                <w:rFonts w:ascii="GHEA Grapalat" w:hAnsi="GHEA Grapalat"/>
                <w:b/>
                <w:bCs/>
                <w:color w:val="000000" w:themeColor="text1"/>
                <w:lang w:val="hy-AM"/>
              </w:rPr>
              <w:t xml:space="preserve"> </w:t>
            </w:r>
          </w:p>
          <w:p w14:paraId="5AEE23AF" w14:textId="77777777" w:rsidR="009A0AC0" w:rsidRPr="00447437" w:rsidRDefault="009A0AC0" w:rsidP="005518A7">
            <w:pPr>
              <w:tabs>
                <w:tab w:val="left" w:pos="7485"/>
              </w:tabs>
              <w:ind w:left="720" w:hanging="720"/>
              <w:rPr>
                <w:rFonts w:ascii="GHEA Grapalat" w:hAnsi="GHEA Grapalat"/>
                <w:color w:val="000000" w:themeColor="text1"/>
                <w:sz w:val="28"/>
                <w:szCs w:val="28"/>
                <w:lang w:val="hy-AM"/>
              </w:rPr>
            </w:pPr>
            <w:r w:rsidRPr="00447437">
              <w:rPr>
                <w:rFonts w:ascii="GHEA Grapalat" w:hAnsi="GHEA Grapalat"/>
                <w:b/>
                <w:bCs/>
                <w:color w:val="000000" w:themeColor="text1"/>
                <w:lang w:val="hy-AM"/>
              </w:rPr>
              <w:t xml:space="preserve">             (ամիս, ամսաթիվ, տարեթիվ)</w:t>
            </w:r>
          </w:p>
        </w:tc>
      </w:tr>
    </w:tbl>
    <w:p w14:paraId="18558625" w14:textId="77777777" w:rsidR="009A0AC0" w:rsidRPr="00447437" w:rsidRDefault="009A0AC0" w:rsidP="005518A7">
      <w:pPr>
        <w:pStyle w:val="Heading1"/>
        <w:keepLines/>
        <w:numPr>
          <w:ilvl w:val="0"/>
          <w:numId w:val="27"/>
        </w:numPr>
        <w:ind w:hanging="720"/>
        <w:rPr>
          <w:rFonts w:ascii="GHEA Grapalat" w:hAnsi="GHEA Grapalat"/>
          <w:color w:val="000000" w:themeColor="text1"/>
        </w:rPr>
      </w:pPr>
      <w:r w:rsidRPr="00447437">
        <w:rPr>
          <w:rFonts w:ascii="GHEA Grapalat" w:hAnsi="GHEA Grapalat"/>
          <w:color w:val="000000" w:themeColor="text1"/>
        </w:rPr>
        <w:lastRenderedPageBreak/>
        <w:t>ԳԱՈՒ ՕՐԱԳԻՐ ԿԱԶՄԱԿԵՐՊՈՒԹՅՈՒՆՈՒՄ</w:t>
      </w:r>
    </w:p>
    <w:p w14:paraId="6C456785" w14:textId="77777777" w:rsidR="00A82FEE" w:rsidRPr="00447437" w:rsidRDefault="00A82FEE" w:rsidP="005518A7">
      <w:pPr>
        <w:spacing w:after="0" w:line="240" w:lineRule="auto"/>
        <w:ind w:left="5760" w:firstLine="720"/>
        <w:jc w:val="center"/>
        <w:rPr>
          <w:rFonts w:ascii="GHEA Grapalat" w:hAnsi="GHEA Grapalat"/>
          <w:b/>
          <w:bCs/>
          <w:color w:val="000000" w:themeColor="text1"/>
        </w:rPr>
      </w:pPr>
    </w:p>
    <w:p w14:paraId="240806B2" w14:textId="59A6BA49" w:rsidR="009A0AC0" w:rsidRPr="00447437" w:rsidRDefault="009A0AC0" w:rsidP="005518A7">
      <w:pPr>
        <w:spacing w:after="0" w:line="240" w:lineRule="auto"/>
        <w:ind w:left="5760" w:firstLine="720"/>
        <w:jc w:val="center"/>
        <w:rPr>
          <w:rFonts w:ascii="GHEA Grapalat" w:hAnsi="GHEA Grapalat"/>
          <w:color w:val="000000" w:themeColor="text1"/>
        </w:rPr>
      </w:pPr>
      <w:r w:rsidRPr="00447437">
        <w:rPr>
          <w:rFonts w:ascii="GHEA Grapalat" w:hAnsi="GHEA Grapalat"/>
          <w:b/>
          <w:bCs/>
          <w:color w:val="000000" w:themeColor="text1"/>
        </w:rPr>
        <w:t>№</w:t>
      </w:r>
      <w:r w:rsidRPr="00447437">
        <w:rPr>
          <w:rFonts w:ascii="GHEA Grapalat" w:hAnsi="GHEA Grapalat"/>
          <w:color w:val="000000" w:themeColor="text1"/>
        </w:rPr>
        <w:t xml:space="preserve">  ______</w:t>
      </w:r>
    </w:p>
    <w:p w14:paraId="62F5988E" w14:textId="77777777" w:rsidR="009A0AC0" w:rsidRPr="00447437" w:rsidRDefault="009A0AC0" w:rsidP="005518A7">
      <w:pPr>
        <w:spacing w:after="0" w:line="240" w:lineRule="auto"/>
        <w:ind w:left="720" w:hanging="720"/>
        <w:jc w:val="right"/>
        <w:rPr>
          <w:rFonts w:ascii="GHEA Grapalat" w:hAnsi="GHEA Grapalat"/>
          <w:color w:val="000000" w:themeColor="text1"/>
          <w:lang w:val="hy-AM"/>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1"/>
        <w:gridCol w:w="4989"/>
      </w:tblGrid>
      <w:tr w:rsidR="00447437" w:rsidRPr="00447437" w14:paraId="06D2DD63" w14:textId="77777777" w:rsidTr="00DC25AF">
        <w:tc>
          <w:tcPr>
            <w:tcW w:w="3631" w:type="dxa"/>
          </w:tcPr>
          <w:p w14:paraId="02EA5AC7" w14:textId="77777777" w:rsidR="009A0AC0" w:rsidRPr="00447437" w:rsidRDefault="009A0AC0" w:rsidP="005518A7">
            <w:pPr>
              <w:widowControl w:val="0"/>
              <w:autoSpaceDE w:val="0"/>
              <w:autoSpaceDN w:val="0"/>
              <w:adjustRightInd w:val="0"/>
              <w:spacing w:after="0" w:line="240" w:lineRule="auto"/>
              <w:ind w:left="720" w:hanging="720"/>
              <w:rPr>
                <w:rFonts w:ascii="GHEA Grapalat" w:hAnsi="GHEA Grapalat"/>
                <w:b/>
                <w:bCs/>
                <w:color w:val="000000" w:themeColor="text1"/>
                <w:lang w:val="hy-AM"/>
              </w:rPr>
            </w:pPr>
            <w:r w:rsidRPr="00447437">
              <w:rPr>
                <w:rFonts w:ascii="GHEA Grapalat" w:hAnsi="GHEA Grapalat"/>
                <w:b/>
                <w:bCs/>
                <w:color w:val="000000" w:themeColor="text1"/>
                <w:lang w:val="hy-AM"/>
              </w:rPr>
              <w:t>ՄՈՒՀ-ի անվանում</w:t>
            </w:r>
          </w:p>
          <w:p w14:paraId="73A939F0" w14:textId="77777777" w:rsidR="009A0AC0" w:rsidRPr="00447437" w:rsidRDefault="009A0AC0" w:rsidP="005518A7">
            <w:pPr>
              <w:widowControl w:val="0"/>
              <w:autoSpaceDE w:val="0"/>
              <w:autoSpaceDN w:val="0"/>
              <w:adjustRightInd w:val="0"/>
              <w:spacing w:after="0" w:line="240" w:lineRule="auto"/>
              <w:ind w:left="720" w:hanging="720"/>
              <w:rPr>
                <w:rFonts w:ascii="GHEA Grapalat" w:hAnsi="GHEA Grapalat"/>
                <w:b/>
                <w:bCs/>
                <w:color w:val="000000" w:themeColor="text1"/>
                <w:lang w:val="hy-AM"/>
              </w:rPr>
            </w:pPr>
          </w:p>
        </w:tc>
        <w:tc>
          <w:tcPr>
            <w:tcW w:w="4989" w:type="dxa"/>
          </w:tcPr>
          <w:p w14:paraId="3E20AE7E" w14:textId="77777777" w:rsidR="009A0AC0" w:rsidRPr="00447437" w:rsidRDefault="009A0AC0" w:rsidP="005518A7">
            <w:pPr>
              <w:widowControl w:val="0"/>
              <w:autoSpaceDE w:val="0"/>
              <w:autoSpaceDN w:val="0"/>
              <w:adjustRightInd w:val="0"/>
              <w:spacing w:after="0" w:line="240" w:lineRule="auto"/>
              <w:ind w:left="720" w:hanging="720"/>
              <w:rPr>
                <w:rFonts w:ascii="GHEA Grapalat" w:hAnsi="GHEA Grapalat"/>
                <w:noProof/>
                <w:color w:val="000000" w:themeColor="text1"/>
                <w:lang w:val="hy-AM"/>
              </w:rPr>
            </w:pPr>
          </w:p>
        </w:tc>
      </w:tr>
      <w:tr w:rsidR="00447437" w:rsidRPr="00447437" w14:paraId="126D817D" w14:textId="77777777" w:rsidTr="00DC25AF">
        <w:tc>
          <w:tcPr>
            <w:tcW w:w="3631" w:type="dxa"/>
            <w:vMerge w:val="restart"/>
          </w:tcPr>
          <w:p w14:paraId="6283C8A0" w14:textId="77777777" w:rsidR="009A0AC0" w:rsidRPr="00447437" w:rsidRDefault="009A0AC0" w:rsidP="005518A7">
            <w:pPr>
              <w:widowControl w:val="0"/>
              <w:autoSpaceDE w:val="0"/>
              <w:autoSpaceDN w:val="0"/>
              <w:adjustRightInd w:val="0"/>
              <w:spacing w:after="0" w:line="240" w:lineRule="auto"/>
              <w:ind w:left="720" w:hanging="720"/>
              <w:rPr>
                <w:rFonts w:ascii="GHEA Grapalat" w:hAnsi="GHEA Grapalat"/>
                <w:b/>
                <w:bCs/>
                <w:color w:val="000000" w:themeColor="text1"/>
                <w:lang w:val="hy-AM"/>
              </w:rPr>
            </w:pPr>
            <w:r w:rsidRPr="00447437">
              <w:rPr>
                <w:rFonts w:ascii="GHEA Grapalat" w:hAnsi="GHEA Grapalat"/>
                <w:b/>
                <w:bCs/>
                <w:color w:val="000000" w:themeColor="text1"/>
                <w:lang w:val="hy-AM"/>
              </w:rPr>
              <w:t>Կրթական ծրագրի մակարդակ</w:t>
            </w:r>
          </w:p>
          <w:p w14:paraId="74B47BA9" w14:textId="77777777" w:rsidR="009A0AC0" w:rsidRPr="00447437" w:rsidRDefault="009A0AC0" w:rsidP="005518A7">
            <w:pPr>
              <w:widowControl w:val="0"/>
              <w:autoSpaceDE w:val="0"/>
              <w:autoSpaceDN w:val="0"/>
              <w:adjustRightInd w:val="0"/>
              <w:spacing w:after="0" w:line="240" w:lineRule="auto"/>
              <w:ind w:left="720" w:hanging="720"/>
              <w:jc w:val="right"/>
              <w:rPr>
                <w:rFonts w:ascii="GHEA Grapalat" w:hAnsi="GHEA Grapalat"/>
                <w:b/>
                <w:bCs/>
                <w:color w:val="000000" w:themeColor="text1"/>
                <w:lang w:val="hy-AM"/>
              </w:rPr>
            </w:pPr>
          </w:p>
          <w:p w14:paraId="4AF904EB" w14:textId="77777777" w:rsidR="009A0AC0" w:rsidRPr="00447437" w:rsidRDefault="009A0AC0" w:rsidP="005518A7">
            <w:pPr>
              <w:widowControl w:val="0"/>
              <w:autoSpaceDE w:val="0"/>
              <w:autoSpaceDN w:val="0"/>
              <w:adjustRightInd w:val="0"/>
              <w:spacing w:after="0" w:line="240" w:lineRule="auto"/>
              <w:ind w:left="720" w:hanging="720"/>
              <w:rPr>
                <w:rFonts w:ascii="GHEA Grapalat" w:hAnsi="GHEA Grapalat"/>
                <w:b/>
                <w:bCs/>
                <w:color w:val="000000" w:themeColor="text1"/>
                <w:lang w:val="hy-AM"/>
              </w:rPr>
            </w:pPr>
            <w:r w:rsidRPr="00447437">
              <w:rPr>
                <w:rFonts w:ascii="GHEA Grapalat" w:hAnsi="GHEA Grapalat"/>
                <w:b/>
                <w:bCs/>
                <w:color w:val="000000" w:themeColor="text1"/>
                <w:lang w:val="hy-AM"/>
              </w:rPr>
              <w:t>Ոլորտ</w:t>
            </w:r>
          </w:p>
          <w:p w14:paraId="4E3E9565" w14:textId="77777777" w:rsidR="009A0AC0" w:rsidRPr="00447437" w:rsidRDefault="009A0AC0" w:rsidP="005518A7">
            <w:pPr>
              <w:widowControl w:val="0"/>
              <w:autoSpaceDE w:val="0"/>
              <w:autoSpaceDN w:val="0"/>
              <w:adjustRightInd w:val="0"/>
              <w:spacing w:after="0" w:line="240" w:lineRule="auto"/>
              <w:ind w:left="720" w:hanging="720"/>
              <w:jc w:val="right"/>
              <w:rPr>
                <w:rFonts w:ascii="GHEA Grapalat" w:hAnsi="GHEA Grapalat"/>
                <w:b/>
                <w:bCs/>
                <w:color w:val="000000" w:themeColor="text1"/>
                <w:lang w:val="hy-AM"/>
              </w:rPr>
            </w:pPr>
          </w:p>
          <w:p w14:paraId="51F61E5B" w14:textId="77777777" w:rsidR="009A0AC0" w:rsidRPr="00447437" w:rsidRDefault="009A0AC0" w:rsidP="005518A7">
            <w:pPr>
              <w:widowControl w:val="0"/>
              <w:autoSpaceDE w:val="0"/>
              <w:autoSpaceDN w:val="0"/>
              <w:adjustRightInd w:val="0"/>
              <w:spacing w:after="0" w:line="240" w:lineRule="auto"/>
              <w:ind w:left="720" w:hanging="720"/>
              <w:rPr>
                <w:rFonts w:ascii="GHEA Grapalat" w:hAnsi="GHEA Grapalat"/>
                <w:b/>
                <w:bCs/>
                <w:color w:val="000000" w:themeColor="text1"/>
                <w:lang w:val="hy-AM"/>
              </w:rPr>
            </w:pPr>
            <w:r w:rsidRPr="00447437">
              <w:rPr>
                <w:rFonts w:ascii="GHEA Grapalat" w:hAnsi="GHEA Grapalat"/>
                <w:b/>
                <w:bCs/>
                <w:color w:val="000000" w:themeColor="text1"/>
                <w:lang w:val="hy-AM"/>
              </w:rPr>
              <w:t>որակավորում</w:t>
            </w:r>
          </w:p>
        </w:tc>
        <w:tc>
          <w:tcPr>
            <w:tcW w:w="4989" w:type="dxa"/>
          </w:tcPr>
          <w:p w14:paraId="69F75AA7" w14:textId="77777777" w:rsidR="009A0AC0" w:rsidRPr="00447437" w:rsidRDefault="009A0AC0" w:rsidP="005518A7">
            <w:pPr>
              <w:widowControl w:val="0"/>
              <w:autoSpaceDE w:val="0"/>
              <w:autoSpaceDN w:val="0"/>
              <w:adjustRightInd w:val="0"/>
              <w:spacing w:after="0" w:line="240" w:lineRule="auto"/>
              <w:ind w:left="720" w:hanging="720"/>
              <w:rPr>
                <w:rFonts w:ascii="GHEA Grapalat" w:hAnsi="GHEA Grapalat"/>
                <w:noProof/>
                <w:color w:val="000000" w:themeColor="text1"/>
                <w:lang w:val="hy-AM"/>
              </w:rPr>
            </w:pPr>
          </w:p>
          <w:p w14:paraId="515DB174" w14:textId="77777777" w:rsidR="009A0AC0" w:rsidRPr="00447437" w:rsidRDefault="009A0AC0" w:rsidP="005518A7">
            <w:pPr>
              <w:widowControl w:val="0"/>
              <w:autoSpaceDE w:val="0"/>
              <w:autoSpaceDN w:val="0"/>
              <w:adjustRightInd w:val="0"/>
              <w:spacing w:after="0" w:line="240" w:lineRule="auto"/>
              <w:ind w:left="720" w:hanging="720"/>
              <w:rPr>
                <w:rFonts w:ascii="GHEA Grapalat" w:hAnsi="GHEA Grapalat"/>
                <w:noProof/>
                <w:color w:val="000000" w:themeColor="text1"/>
                <w:lang w:val="hy-AM"/>
              </w:rPr>
            </w:pPr>
          </w:p>
        </w:tc>
      </w:tr>
      <w:tr w:rsidR="00447437" w:rsidRPr="00447437" w14:paraId="4BE9FFB7" w14:textId="77777777" w:rsidTr="00DC25AF">
        <w:tc>
          <w:tcPr>
            <w:tcW w:w="3631" w:type="dxa"/>
            <w:vMerge/>
          </w:tcPr>
          <w:p w14:paraId="0E0D63CB" w14:textId="77777777" w:rsidR="009A0AC0" w:rsidRPr="00447437" w:rsidRDefault="009A0AC0" w:rsidP="005518A7">
            <w:pPr>
              <w:widowControl w:val="0"/>
              <w:autoSpaceDE w:val="0"/>
              <w:autoSpaceDN w:val="0"/>
              <w:adjustRightInd w:val="0"/>
              <w:spacing w:after="0" w:line="240" w:lineRule="auto"/>
              <w:ind w:left="720" w:hanging="720"/>
              <w:jc w:val="right"/>
              <w:rPr>
                <w:rFonts w:ascii="GHEA Grapalat" w:hAnsi="GHEA Grapalat"/>
                <w:b/>
                <w:bCs/>
                <w:color w:val="000000" w:themeColor="text1"/>
                <w:lang w:val="hy-AM"/>
              </w:rPr>
            </w:pPr>
          </w:p>
        </w:tc>
        <w:tc>
          <w:tcPr>
            <w:tcW w:w="4989" w:type="dxa"/>
          </w:tcPr>
          <w:p w14:paraId="32BA0BE2" w14:textId="77777777" w:rsidR="009A0AC0" w:rsidRPr="00447437" w:rsidRDefault="009A0AC0" w:rsidP="005518A7">
            <w:pPr>
              <w:widowControl w:val="0"/>
              <w:autoSpaceDE w:val="0"/>
              <w:autoSpaceDN w:val="0"/>
              <w:adjustRightInd w:val="0"/>
              <w:spacing w:after="0" w:line="240" w:lineRule="auto"/>
              <w:ind w:left="720" w:hanging="720"/>
              <w:rPr>
                <w:rFonts w:ascii="GHEA Grapalat" w:hAnsi="GHEA Grapalat"/>
                <w:noProof/>
                <w:color w:val="000000" w:themeColor="text1"/>
                <w:lang w:val="hy-AM"/>
              </w:rPr>
            </w:pPr>
          </w:p>
          <w:p w14:paraId="2666AC3A" w14:textId="77777777" w:rsidR="009A0AC0" w:rsidRPr="00447437" w:rsidRDefault="009A0AC0" w:rsidP="005518A7">
            <w:pPr>
              <w:widowControl w:val="0"/>
              <w:autoSpaceDE w:val="0"/>
              <w:autoSpaceDN w:val="0"/>
              <w:adjustRightInd w:val="0"/>
              <w:spacing w:after="0" w:line="240" w:lineRule="auto"/>
              <w:ind w:left="720" w:hanging="720"/>
              <w:rPr>
                <w:rFonts w:ascii="GHEA Grapalat" w:hAnsi="GHEA Grapalat"/>
                <w:noProof/>
                <w:color w:val="000000" w:themeColor="text1"/>
                <w:lang w:val="hy-AM"/>
              </w:rPr>
            </w:pPr>
          </w:p>
        </w:tc>
      </w:tr>
      <w:tr w:rsidR="00447437" w:rsidRPr="00447437" w14:paraId="707DCE5D" w14:textId="77777777" w:rsidTr="00DC25AF">
        <w:tc>
          <w:tcPr>
            <w:tcW w:w="3631" w:type="dxa"/>
            <w:vMerge/>
          </w:tcPr>
          <w:p w14:paraId="6B03F6BB" w14:textId="77777777" w:rsidR="009A0AC0" w:rsidRPr="00447437" w:rsidRDefault="009A0AC0" w:rsidP="005518A7">
            <w:pPr>
              <w:widowControl w:val="0"/>
              <w:autoSpaceDE w:val="0"/>
              <w:autoSpaceDN w:val="0"/>
              <w:adjustRightInd w:val="0"/>
              <w:spacing w:after="0" w:line="240" w:lineRule="auto"/>
              <w:ind w:left="720" w:hanging="720"/>
              <w:jc w:val="right"/>
              <w:rPr>
                <w:rFonts w:ascii="GHEA Grapalat" w:hAnsi="GHEA Grapalat"/>
                <w:b/>
                <w:bCs/>
                <w:color w:val="000000" w:themeColor="text1"/>
                <w:lang w:val="hy-AM"/>
              </w:rPr>
            </w:pPr>
          </w:p>
        </w:tc>
        <w:tc>
          <w:tcPr>
            <w:tcW w:w="4989" w:type="dxa"/>
          </w:tcPr>
          <w:p w14:paraId="121D4951" w14:textId="77777777" w:rsidR="009A0AC0" w:rsidRPr="00447437" w:rsidRDefault="009A0AC0" w:rsidP="005518A7">
            <w:pPr>
              <w:widowControl w:val="0"/>
              <w:autoSpaceDE w:val="0"/>
              <w:autoSpaceDN w:val="0"/>
              <w:adjustRightInd w:val="0"/>
              <w:spacing w:after="0" w:line="240" w:lineRule="auto"/>
              <w:ind w:left="720" w:hanging="720"/>
              <w:rPr>
                <w:rFonts w:ascii="GHEA Grapalat" w:hAnsi="GHEA Grapalat"/>
                <w:noProof/>
                <w:color w:val="000000" w:themeColor="text1"/>
                <w:lang w:val="hy-AM"/>
              </w:rPr>
            </w:pPr>
          </w:p>
          <w:p w14:paraId="089252C4" w14:textId="77777777" w:rsidR="009A0AC0" w:rsidRPr="00447437" w:rsidRDefault="009A0AC0" w:rsidP="005518A7">
            <w:pPr>
              <w:widowControl w:val="0"/>
              <w:autoSpaceDE w:val="0"/>
              <w:autoSpaceDN w:val="0"/>
              <w:adjustRightInd w:val="0"/>
              <w:spacing w:after="0" w:line="240" w:lineRule="auto"/>
              <w:ind w:left="720" w:hanging="720"/>
              <w:rPr>
                <w:rFonts w:ascii="GHEA Grapalat" w:hAnsi="GHEA Grapalat"/>
                <w:noProof/>
                <w:color w:val="000000" w:themeColor="text1"/>
                <w:lang w:val="hy-AM"/>
              </w:rPr>
            </w:pPr>
          </w:p>
        </w:tc>
      </w:tr>
      <w:tr w:rsidR="00447437" w:rsidRPr="00447437" w14:paraId="53E5352A" w14:textId="77777777" w:rsidTr="00DC25AF">
        <w:tc>
          <w:tcPr>
            <w:tcW w:w="3631" w:type="dxa"/>
          </w:tcPr>
          <w:p w14:paraId="2562C996" w14:textId="77777777" w:rsidR="009A0AC0" w:rsidRPr="00447437" w:rsidRDefault="009A0AC0" w:rsidP="005518A7">
            <w:pPr>
              <w:widowControl w:val="0"/>
              <w:autoSpaceDE w:val="0"/>
              <w:autoSpaceDN w:val="0"/>
              <w:adjustRightInd w:val="0"/>
              <w:spacing w:after="0" w:line="240" w:lineRule="auto"/>
              <w:ind w:left="175"/>
              <w:rPr>
                <w:rFonts w:ascii="GHEA Grapalat" w:hAnsi="GHEA Grapalat"/>
                <w:b/>
                <w:bCs/>
                <w:color w:val="000000" w:themeColor="text1"/>
                <w:lang w:val="hy-AM"/>
              </w:rPr>
            </w:pPr>
            <w:r w:rsidRPr="00447437">
              <w:rPr>
                <w:rFonts w:ascii="GHEA Grapalat" w:hAnsi="GHEA Grapalat"/>
                <w:b/>
                <w:bCs/>
                <w:color w:val="000000" w:themeColor="text1"/>
                <w:lang w:val="hy-AM"/>
              </w:rPr>
              <w:t>Որակավորման ԱՀՈՒ ծրագրի կոդ</w:t>
            </w:r>
          </w:p>
          <w:p w14:paraId="59DC4673" w14:textId="77777777" w:rsidR="009A0AC0" w:rsidRPr="00447437" w:rsidRDefault="009A0AC0" w:rsidP="005518A7">
            <w:pPr>
              <w:widowControl w:val="0"/>
              <w:autoSpaceDE w:val="0"/>
              <w:autoSpaceDN w:val="0"/>
              <w:adjustRightInd w:val="0"/>
              <w:spacing w:after="0" w:line="240" w:lineRule="auto"/>
              <w:ind w:left="175"/>
              <w:rPr>
                <w:rFonts w:ascii="GHEA Grapalat" w:hAnsi="GHEA Grapalat"/>
                <w:b/>
                <w:bCs/>
                <w:color w:val="000000" w:themeColor="text1"/>
                <w:lang w:val="hy-AM"/>
              </w:rPr>
            </w:pPr>
          </w:p>
        </w:tc>
        <w:tc>
          <w:tcPr>
            <w:tcW w:w="4989" w:type="dxa"/>
          </w:tcPr>
          <w:p w14:paraId="72878423" w14:textId="77777777" w:rsidR="009A0AC0" w:rsidRPr="00447437" w:rsidRDefault="009A0AC0" w:rsidP="005518A7">
            <w:pPr>
              <w:widowControl w:val="0"/>
              <w:autoSpaceDE w:val="0"/>
              <w:autoSpaceDN w:val="0"/>
              <w:adjustRightInd w:val="0"/>
              <w:spacing w:after="0" w:line="240" w:lineRule="auto"/>
              <w:ind w:left="720" w:hanging="720"/>
              <w:rPr>
                <w:rFonts w:ascii="GHEA Grapalat" w:hAnsi="GHEA Grapalat"/>
                <w:noProof/>
                <w:color w:val="000000" w:themeColor="text1"/>
                <w:lang w:val="hy-AM"/>
              </w:rPr>
            </w:pPr>
          </w:p>
        </w:tc>
      </w:tr>
      <w:tr w:rsidR="00447437" w:rsidRPr="00447437" w14:paraId="234A3B00" w14:textId="77777777" w:rsidTr="00DC25AF">
        <w:tc>
          <w:tcPr>
            <w:tcW w:w="3631" w:type="dxa"/>
          </w:tcPr>
          <w:p w14:paraId="1B356F3E" w14:textId="77777777" w:rsidR="009A0AC0" w:rsidRPr="00447437" w:rsidRDefault="009A0AC0" w:rsidP="005518A7">
            <w:pPr>
              <w:widowControl w:val="0"/>
              <w:autoSpaceDE w:val="0"/>
              <w:autoSpaceDN w:val="0"/>
              <w:adjustRightInd w:val="0"/>
              <w:spacing w:after="0" w:line="240" w:lineRule="auto"/>
              <w:ind w:left="175"/>
              <w:rPr>
                <w:rFonts w:ascii="GHEA Grapalat" w:hAnsi="GHEA Grapalat"/>
                <w:b/>
                <w:bCs/>
                <w:color w:val="000000" w:themeColor="text1"/>
                <w:lang w:val="hy-AM"/>
              </w:rPr>
            </w:pPr>
            <w:r w:rsidRPr="00447437">
              <w:rPr>
                <w:rFonts w:ascii="GHEA Grapalat" w:hAnsi="GHEA Grapalat"/>
                <w:b/>
                <w:bCs/>
                <w:color w:val="000000" w:themeColor="text1"/>
                <w:lang w:val="hy-AM"/>
              </w:rPr>
              <w:t xml:space="preserve">Գործընկեր կազմակերպություն </w:t>
            </w:r>
            <w:r w:rsidRPr="00447437">
              <w:rPr>
                <w:rFonts w:ascii="GHEA Grapalat" w:hAnsi="GHEA Grapalat"/>
                <w:color w:val="000000" w:themeColor="text1"/>
                <w:lang w:val="hy-AM"/>
              </w:rPr>
              <w:t>(անվանում, կազմակերպաիրավական տեսակ)</w:t>
            </w:r>
          </w:p>
          <w:p w14:paraId="6BF94EF9" w14:textId="77777777" w:rsidR="009A0AC0" w:rsidRPr="00447437" w:rsidRDefault="009A0AC0" w:rsidP="005518A7">
            <w:pPr>
              <w:widowControl w:val="0"/>
              <w:autoSpaceDE w:val="0"/>
              <w:autoSpaceDN w:val="0"/>
              <w:adjustRightInd w:val="0"/>
              <w:spacing w:after="0" w:line="240" w:lineRule="auto"/>
              <w:ind w:left="175"/>
              <w:rPr>
                <w:rFonts w:ascii="GHEA Grapalat" w:hAnsi="GHEA Grapalat"/>
                <w:b/>
                <w:bCs/>
                <w:color w:val="000000" w:themeColor="text1"/>
                <w:lang w:val="hy-AM"/>
              </w:rPr>
            </w:pPr>
          </w:p>
        </w:tc>
        <w:tc>
          <w:tcPr>
            <w:tcW w:w="4989" w:type="dxa"/>
          </w:tcPr>
          <w:p w14:paraId="5657A22A" w14:textId="77777777" w:rsidR="009A0AC0" w:rsidRPr="00447437" w:rsidRDefault="009A0AC0" w:rsidP="005518A7">
            <w:pPr>
              <w:widowControl w:val="0"/>
              <w:autoSpaceDE w:val="0"/>
              <w:autoSpaceDN w:val="0"/>
              <w:adjustRightInd w:val="0"/>
              <w:spacing w:after="0" w:line="240" w:lineRule="auto"/>
              <w:ind w:left="720" w:hanging="720"/>
              <w:rPr>
                <w:rFonts w:ascii="GHEA Grapalat" w:hAnsi="GHEA Grapalat"/>
                <w:noProof/>
                <w:color w:val="000000" w:themeColor="text1"/>
                <w:lang w:val="hy-AM"/>
              </w:rPr>
            </w:pPr>
          </w:p>
          <w:p w14:paraId="7AF4FAE6" w14:textId="77777777" w:rsidR="009A0AC0" w:rsidRPr="00447437" w:rsidRDefault="009A0AC0" w:rsidP="005518A7">
            <w:pPr>
              <w:widowControl w:val="0"/>
              <w:autoSpaceDE w:val="0"/>
              <w:autoSpaceDN w:val="0"/>
              <w:adjustRightInd w:val="0"/>
              <w:spacing w:after="0" w:line="240" w:lineRule="auto"/>
              <w:ind w:left="720" w:hanging="720"/>
              <w:rPr>
                <w:rFonts w:ascii="GHEA Grapalat" w:hAnsi="GHEA Grapalat"/>
                <w:noProof/>
                <w:color w:val="000000" w:themeColor="text1"/>
                <w:lang w:val="hy-AM"/>
              </w:rPr>
            </w:pPr>
          </w:p>
        </w:tc>
      </w:tr>
      <w:tr w:rsidR="00447437" w:rsidRPr="00447437" w14:paraId="45F95860" w14:textId="77777777" w:rsidTr="00DC25AF">
        <w:tc>
          <w:tcPr>
            <w:tcW w:w="3631" w:type="dxa"/>
          </w:tcPr>
          <w:p w14:paraId="71C622C6" w14:textId="77777777" w:rsidR="009A0AC0" w:rsidRPr="00447437" w:rsidRDefault="009A0AC0" w:rsidP="005518A7">
            <w:pPr>
              <w:widowControl w:val="0"/>
              <w:autoSpaceDE w:val="0"/>
              <w:autoSpaceDN w:val="0"/>
              <w:adjustRightInd w:val="0"/>
              <w:spacing w:after="0" w:line="240" w:lineRule="auto"/>
              <w:ind w:left="175"/>
              <w:rPr>
                <w:rFonts w:ascii="GHEA Grapalat" w:hAnsi="GHEA Grapalat"/>
                <w:b/>
                <w:bCs/>
                <w:color w:val="000000" w:themeColor="text1"/>
                <w:lang w:val="hy-AM"/>
              </w:rPr>
            </w:pPr>
            <w:r w:rsidRPr="00447437">
              <w:rPr>
                <w:rFonts w:ascii="GHEA Grapalat" w:hAnsi="GHEA Grapalat"/>
                <w:b/>
                <w:bCs/>
                <w:color w:val="000000" w:themeColor="text1"/>
                <w:lang w:val="hy-AM"/>
              </w:rPr>
              <w:t>Կազմակերպության գործունեության ոլորտ</w:t>
            </w:r>
          </w:p>
        </w:tc>
        <w:tc>
          <w:tcPr>
            <w:tcW w:w="4989" w:type="dxa"/>
          </w:tcPr>
          <w:p w14:paraId="5930F379" w14:textId="77777777" w:rsidR="009A0AC0" w:rsidRPr="00447437" w:rsidRDefault="009A0AC0" w:rsidP="005518A7">
            <w:pPr>
              <w:widowControl w:val="0"/>
              <w:autoSpaceDE w:val="0"/>
              <w:autoSpaceDN w:val="0"/>
              <w:adjustRightInd w:val="0"/>
              <w:spacing w:after="0" w:line="240" w:lineRule="auto"/>
              <w:ind w:left="720" w:hanging="720"/>
              <w:rPr>
                <w:rFonts w:ascii="GHEA Grapalat" w:hAnsi="GHEA Grapalat"/>
                <w:noProof/>
                <w:color w:val="000000" w:themeColor="text1"/>
                <w:lang w:val="hy-AM"/>
              </w:rPr>
            </w:pPr>
          </w:p>
        </w:tc>
      </w:tr>
      <w:tr w:rsidR="00447437" w:rsidRPr="00447437" w14:paraId="5F263584" w14:textId="77777777" w:rsidTr="00DC25AF">
        <w:tc>
          <w:tcPr>
            <w:tcW w:w="3631" w:type="dxa"/>
          </w:tcPr>
          <w:p w14:paraId="09C0388A" w14:textId="77777777" w:rsidR="009A0AC0" w:rsidRPr="00447437" w:rsidRDefault="009A0AC0" w:rsidP="005518A7">
            <w:pPr>
              <w:widowControl w:val="0"/>
              <w:autoSpaceDE w:val="0"/>
              <w:autoSpaceDN w:val="0"/>
              <w:adjustRightInd w:val="0"/>
              <w:spacing w:after="0" w:line="240" w:lineRule="auto"/>
              <w:ind w:left="175"/>
              <w:rPr>
                <w:rFonts w:ascii="GHEA Grapalat" w:hAnsi="GHEA Grapalat"/>
                <w:b/>
                <w:bCs/>
                <w:color w:val="000000" w:themeColor="text1"/>
              </w:rPr>
            </w:pPr>
            <w:r w:rsidRPr="00447437">
              <w:rPr>
                <w:rFonts w:ascii="GHEA Grapalat" w:hAnsi="GHEA Grapalat"/>
                <w:b/>
                <w:bCs/>
                <w:color w:val="000000" w:themeColor="text1"/>
              </w:rPr>
              <w:t xml:space="preserve">Հասցե </w:t>
            </w:r>
          </w:p>
          <w:p w14:paraId="2E45BB8F" w14:textId="77777777" w:rsidR="009A0AC0" w:rsidRPr="00447437" w:rsidRDefault="009A0AC0" w:rsidP="005518A7">
            <w:pPr>
              <w:widowControl w:val="0"/>
              <w:autoSpaceDE w:val="0"/>
              <w:autoSpaceDN w:val="0"/>
              <w:adjustRightInd w:val="0"/>
              <w:spacing w:after="0" w:line="240" w:lineRule="auto"/>
              <w:ind w:left="175"/>
              <w:rPr>
                <w:rFonts w:ascii="GHEA Grapalat" w:hAnsi="GHEA Grapalat"/>
                <w:b/>
                <w:bCs/>
                <w:color w:val="000000" w:themeColor="text1"/>
                <w:lang w:val="hy-AM"/>
              </w:rPr>
            </w:pPr>
            <w:r w:rsidRPr="00447437">
              <w:rPr>
                <w:rFonts w:ascii="GHEA Grapalat" w:hAnsi="GHEA Grapalat"/>
                <w:color w:val="000000" w:themeColor="text1"/>
              </w:rPr>
              <w:t>(ԳԱՈՒ իրականացման վայրի հասցե)</w:t>
            </w:r>
          </w:p>
        </w:tc>
        <w:tc>
          <w:tcPr>
            <w:tcW w:w="4989" w:type="dxa"/>
          </w:tcPr>
          <w:p w14:paraId="443923FB" w14:textId="77777777" w:rsidR="009A0AC0" w:rsidRPr="00447437" w:rsidRDefault="009A0AC0" w:rsidP="005518A7">
            <w:pPr>
              <w:widowControl w:val="0"/>
              <w:autoSpaceDE w:val="0"/>
              <w:autoSpaceDN w:val="0"/>
              <w:adjustRightInd w:val="0"/>
              <w:spacing w:after="0" w:line="240" w:lineRule="auto"/>
              <w:ind w:left="720" w:hanging="720"/>
              <w:rPr>
                <w:rFonts w:ascii="GHEA Grapalat" w:hAnsi="GHEA Grapalat"/>
                <w:noProof/>
                <w:color w:val="000000" w:themeColor="text1"/>
                <w:lang w:val="hy-AM"/>
              </w:rPr>
            </w:pPr>
          </w:p>
        </w:tc>
      </w:tr>
      <w:tr w:rsidR="00447437" w:rsidRPr="00447437" w14:paraId="15986C80" w14:textId="77777777" w:rsidTr="00DC25AF">
        <w:tc>
          <w:tcPr>
            <w:tcW w:w="3631" w:type="dxa"/>
          </w:tcPr>
          <w:p w14:paraId="57DFE0EB" w14:textId="77777777" w:rsidR="009A0AC0" w:rsidRPr="00447437" w:rsidRDefault="009A0AC0" w:rsidP="005518A7">
            <w:pPr>
              <w:widowControl w:val="0"/>
              <w:autoSpaceDE w:val="0"/>
              <w:autoSpaceDN w:val="0"/>
              <w:adjustRightInd w:val="0"/>
              <w:spacing w:after="0" w:line="240" w:lineRule="auto"/>
              <w:ind w:left="175"/>
              <w:rPr>
                <w:rFonts w:ascii="GHEA Grapalat" w:hAnsi="GHEA Grapalat"/>
                <w:b/>
                <w:bCs/>
                <w:color w:val="000000" w:themeColor="text1"/>
              </w:rPr>
            </w:pPr>
            <w:r w:rsidRPr="00447437">
              <w:rPr>
                <w:rFonts w:ascii="GHEA Grapalat" w:hAnsi="GHEA Grapalat"/>
                <w:b/>
                <w:bCs/>
                <w:color w:val="000000" w:themeColor="text1"/>
              </w:rPr>
              <w:t xml:space="preserve">Ուսուցման ժամանակահատված </w:t>
            </w:r>
            <w:r w:rsidRPr="00447437">
              <w:rPr>
                <w:rFonts w:ascii="GHEA Grapalat" w:hAnsi="GHEA Grapalat"/>
                <w:color w:val="000000" w:themeColor="text1"/>
              </w:rPr>
              <w:t>(կիսամյակ)</w:t>
            </w:r>
          </w:p>
          <w:p w14:paraId="42C47AA7" w14:textId="77777777" w:rsidR="009A0AC0" w:rsidRPr="00447437" w:rsidRDefault="009A0AC0" w:rsidP="005518A7">
            <w:pPr>
              <w:widowControl w:val="0"/>
              <w:autoSpaceDE w:val="0"/>
              <w:autoSpaceDN w:val="0"/>
              <w:adjustRightInd w:val="0"/>
              <w:spacing w:after="0" w:line="240" w:lineRule="auto"/>
              <w:ind w:left="175"/>
              <w:rPr>
                <w:rFonts w:ascii="GHEA Grapalat" w:hAnsi="GHEA Grapalat"/>
                <w:b/>
                <w:bCs/>
                <w:color w:val="000000" w:themeColor="text1"/>
              </w:rPr>
            </w:pPr>
          </w:p>
        </w:tc>
        <w:tc>
          <w:tcPr>
            <w:tcW w:w="4989" w:type="dxa"/>
            <w:vAlign w:val="center"/>
          </w:tcPr>
          <w:p w14:paraId="06A225FF" w14:textId="77777777" w:rsidR="009A0AC0" w:rsidRPr="00447437" w:rsidRDefault="009A0AC0" w:rsidP="005518A7">
            <w:pPr>
              <w:widowControl w:val="0"/>
              <w:autoSpaceDE w:val="0"/>
              <w:autoSpaceDN w:val="0"/>
              <w:adjustRightInd w:val="0"/>
              <w:spacing w:after="0" w:line="240" w:lineRule="auto"/>
              <w:ind w:left="720" w:hanging="720"/>
              <w:rPr>
                <w:rFonts w:ascii="GHEA Grapalat" w:hAnsi="GHEA Grapalat"/>
                <w:color w:val="000000" w:themeColor="text1"/>
              </w:rPr>
            </w:pP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1</w:t>
            </w:r>
            <w:r w:rsidRPr="00447437">
              <w:rPr>
                <w:rFonts w:ascii="GHEA Grapalat" w:hAnsi="GHEA Grapalat"/>
                <w:color w:val="000000" w:themeColor="text1"/>
              </w:rPr>
              <w:t xml:space="preserve">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2</w:t>
            </w:r>
            <w:r w:rsidRPr="00447437">
              <w:rPr>
                <w:rFonts w:ascii="GHEA Grapalat" w:hAnsi="GHEA Grapalat"/>
                <w:color w:val="000000" w:themeColor="text1"/>
              </w:rPr>
              <w:t xml:space="preserve">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3</w:t>
            </w:r>
            <w:r w:rsidRPr="00447437">
              <w:rPr>
                <w:rFonts w:ascii="GHEA Grapalat" w:hAnsi="GHEA Grapalat"/>
                <w:color w:val="000000" w:themeColor="text1"/>
              </w:rPr>
              <w:t xml:space="preserve">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4</w:t>
            </w:r>
            <w:r w:rsidRPr="00447437">
              <w:rPr>
                <w:rFonts w:ascii="GHEA Grapalat" w:hAnsi="GHEA Grapalat"/>
                <w:color w:val="000000" w:themeColor="text1"/>
              </w:rPr>
              <w:t xml:space="preserve">  </w:t>
            </w:r>
            <w:r w:rsidRPr="00447437">
              <w:rPr>
                <w:rFonts w:ascii="Segoe UI Symbol" w:eastAsia="MS Mincho" w:hAnsi="Segoe UI Symbol" w:cs="Segoe UI Symbol"/>
                <w:color w:val="000000" w:themeColor="text1"/>
              </w:rPr>
              <w:t>☐</w:t>
            </w:r>
            <w:r w:rsidRPr="00447437">
              <w:rPr>
                <w:rFonts w:ascii="GHEA Grapalat" w:hAnsi="GHEA Grapalat"/>
                <w:color w:val="000000" w:themeColor="text1"/>
              </w:rPr>
              <w:t xml:space="preserve">5  </w:t>
            </w:r>
            <w:r w:rsidRPr="00447437">
              <w:rPr>
                <w:rFonts w:ascii="Segoe UI Symbol" w:eastAsia="MS Mincho" w:hAnsi="Segoe UI Symbol" w:cs="Segoe UI Symbol"/>
                <w:color w:val="000000" w:themeColor="text1"/>
              </w:rPr>
              <w:t>☐</w:t>
            </w:r>
            <w:r w:rsidRPr="00447437">
              <w:rPr>
                <w:rFonts w:ascii="GHEA Grapalat" w:hAnsi="GHEA Grapalat"/>
                <w:color w:val="000000" w:themeColor="text1"/>
              </w:rPr>
              <w:t xml:space="preserve">6  </w:t>
            </w:r>
            <w:r w:rsidRPr="00447437">
              <w:rPr>
                <w:rFonts w:ascii="Segoe UI Symbol" w:eastAsia="MS Mincho" w:hAnsi="Segoe UI Symbol" w:cs="Segoe UI Symbol"/>
                <w:color w:val="000000" w:themeColor="text1"/>
              </w:rPr>
              <w:t>☐</w:t>
            </w:r>
            <w:r w:rsidRPr="00447437">
              <w:rPr>
                <w:rFonts w:ascii="GHEA Grapalat" w:hAnsi="GHEA Grapalat"/>
                <w:color w:val="000000" w:themeColor="text1"/>
              </w:rPr>
              <w:t xml:space="preserve">7  </w:t>
            </w:r>
            <w:r w:rsidRPr="00447437">
              <w:rPr>
                <w:rFonts w:ascii="Segoe UI Symbol" w:eastAsia="MS Mincho" w:hAnsi="Segoe UI Symbol" w:cs="Segoe UI Symbol"/>
                <w:color w:val="000000" w:themeColor="text1"/>
              </w:rPr>
              <w:t>☐</w:t>
            </w:r>
            <w:r w:rsidRPr="00447437">
              <w:rPr>
                <w:rFonts w:ascii="GHEA Grapalat" w:hAnsi="GHEA Grapalat"/>
                <w:color w:val="000000" w:themeColor="text1"/>
              </w:rPr>
              <w:t xml:space="preserve">8   </w:t>
            </w:r>
          </w:p>
        </w:tc>
      </w:tr>
      <w:tr w:rsidR="00447437" w:rsidRPr="00447437" w14:paraId="3A4289FB" w14:textId="77777777" w:rsidTr="00DC25AF">
        <w:tc>
          <w:tcPr>
            <w:tcW w:w="3631" w:type="dxa"/>
          </w:tcPr>
          <w:p w14:paraId="13871B35" w14:textId="77777777" w:rsidR="009A0AC0" w:rsidRPr="00447437" w:rsidRDefault="009A0AC0" w:rsidP="005518A7">
            <w:pPr>
              <w:widowControl w:val="0"/>
              <w:autoSpaceDE w:val="0"/>
              <w:autoSpaceDN w:val="0"/>
              <w:adjustRightInd w:val="0"/>
              <w:spacing w:after="0" w:line="240" w:lineRule="auto"/>
              <w:ind w:left="175"/>
              <w:rPr>
                <w:rFonts w:ascii="GHEA Grapalat" w:hAnsi="GHEA Grapalat"/>
                <w:b/>
                <w:bCs/>
                <w:color w:val="000000" w:themeColor="text1"/>
                <w:lang w:val="hy-AM"/>
              </w:rPr>
            </w:pPr>
            <w:r w:rsidRPr="00447437">
              <w:rPr>
                <w:rFonts w:ascii="GHEA Grapalat" w:hAnsi="GHEA Grapalat"/>
                <w:b/>
                <w:bCs/>
                <w:color w:val="000000" w:themeColor="text1"/>
                <w:lang w:val="hy-AM"/>
              </w:rPr>
              <w:t xml:space="preserve">Մոդուլի անվանում, ուսումնառության արդյունք </w:t>
            </w:r>
          </w:p>
          <w:p w14:paraId="412B7647" w14:textId="77777777" w:rsidR="009A0AC0" w:rsidRPr="00447437" w:rsidRDefault="009A0AC0" w:rsidP="005518A7">
            <w:pPr>
              <w:widowControl w:val="0"/>
              <w:autoSpaceDE w:val="0"/>
              <w:autoSpaceDN w:val="0"/>
              <w:adjustRightInd w:val="0"/>
              <w:spacing w:after="0" w:line="240" w:lineRule="auto"/>
              <w:ind w:left="175"/>
              <w:rPr>
                <w:rFonts w:ascii="GHEA Grapalat" w:hAnsi="GHEA Grapalat"/>
                <w:b/>
                <w:bCs/>
                <w:color w:val="000000" w:themeColor="text1"/>
                <w:lang w:val="hy-AM"/>
              </w:rPr>
            </w:pPr>
          </w:p>
        </w:tc>
        <w:tc>
          <w:tcPr>
            <w:tcW w:w="4989" w:type="dxa"/>
            <w:vAlign w:val="center"/>
          </w:tcPr>
          <w:p w14:paraId="3B655A35" w14:textId="77777777" w:rsidR="009A0AC0" w:rsidRPr="00447437" w:rsidRDefault="009A0AC0" w:rsidP="005518A7">
            <w:pPr>
              <w:widowControl w:val="0"/>
              <w:autoSpaceDE w:val="0"/>
              <w:autoSpaceDN w:val="0"/>
              <w:adjustRightInd w:val="0"/>
              <w:spacing w:after="0" w:line="240" w:lineRule="auto"/>
              <w:ind w:left="720" w:hanging="720"/>
              <w:rPr>
                <w:rFonts w:ascii="GHEA Grapalat" w:eastAsia="MS Mincho" w:hAnsi="GHEA Grapalat" w:cs="Segoe UI Symbol"/>
                <w:color w:val="000000" w:themeColor="text1"/>
              </w:rPr>
            </w:pPr>
          </w:p>
        </w:tc>
      </w:tr>
      <w:tr w:rsidR="00447437" w:rsidRPr="00447437" w14:paraId="5401CAC2" w14:textId="77777777" w:rsidTr="00DC25AF">
        <w:tc>
          <w:tcPr>
            <w:tcW w:w="3631" w:type="dxa"/>
          </w:tcPr>
          <w:p w14:paraId="25B43D26" w14:textId="77777777" w:rsidR="009A0AC0" w:rsidRPr="00447437" w:rsidRDefault="009A0AC0" w:rsidP="005518A7">
            <w:pPr>
              <w:widowControl w:val="0"/>
              <w:autoSpaceDE w:val="0"/>
              <w:autoSpaceDN w:val="0"/>
              <w:adjustRightInd w:val="0"/>
              <w:spacing w:after="0" w:line="240" w:lineRule="auto"/>
              <w:ind w:left="175"/>
              <w:rPr>
                <w:rFonts w:ascii="GHEA Grapalat" w:hAnsi="GHEA Grapalat"/>
                <w:b/>
                <w:bCs/>
                <w:color w:val="000000" w:themeColor="text1"/>
              </w:rPr>
            </w:pPr>
            <w:r w:rsidRPr="00447437">
              <w:rPr>
                <w:rFonts w:ascii="GHEA Grapalat" w:hAnsi="GHEA Grapalat"/>
                <w:b/>
                <w:bCs/>
                <w:color w:val="000000" w:themeColor="text1"/>
              </w:rPr>
              <w:t xml:space="preserve">ԳԱՈՒ տևողություն </w:t>
            </w:r>
          </w:p>
          <w:p w14:paraId="0E9AA1EA" w14:textId="77777777" w:rsidR="009A0AC0" w:rsidRPr="00447437" w:rsidDel="0081710D" w:rsidRDefault="009A0AC0" w:rsidP="005518A7">
            <w:pPr>
              <w:widowControl w:val="0"/>
              <w:autoSpaceDE w:val="0"/>
              <w:autoSpaceDN w:val="0"/>
              <w:adjustRightInd w:val="0"/>
              <w:spacing w:after="0" w:line="240" w:lineRule="auto"/>
              <w:ind w:left="175"/>
              <w:rPr>
                <w:rFonts w:ascii="GHEA Grapalat" w:hAnsi="GHEA Grapalat"/>
                <w:b/>
                <w:bCs/>
                <w:color w:val="000000" w:themeColor="text1"/>
              </w:rPr>
            </w:pPr>
          </w:p>
        </w:tc>
        <w:tc>
          <w:tcPr>
            <w:tcW w:w="4989" w:type="dxa"/>
            <w:vAlign w:val="center"/>
          </w:tcPr>
          <w:p w14:paraId="5D424FF1" w14:textId="77777777" w:rsidR="009A0AC0" w:rsidRPr="00447437" w:rsidRDefault="009A0AC0" w:rsidP="005518A7">
            <w:pPr>
              <w:widowControl w:val="0"/>
              <w:autoSpaceDE w:val="0"/>
              <w:autoSpaceDN w:val="0"/>
              <w:adjustRightInd w:val="0"/>
              <w:spacing w:after="0" w:line="240" w:lineRule="auto"/>
              <w:ind w:left="720" w:hanging="720"/>
              <w:rPr>
                <w:rFonts w:ascii="GHEA Grapalat" w:hAnsi="GHEA Grapalat"/>
                <w:color w:val="000000" w:themeColor="text1"/>
              </w:rPr>
            </w:pPr>
          </w:p>
        </w:tc>
      </w:tr>
      <w:tr w:rsidR="00447437" w:rsidRPr="00447437" w14:paraId="3C910B3E" w14:textId="77777777" w:rsidTr="00DC25AF">
        <w:tc>
          <w:tcPr>
            <w:tcW w:w="3631" w:type="dxa"/>
          </w:tcPr>
          <w:p w14:paraId="63CC5821" w14:textId="77777777" w:rsidR="009A0AC0" w:rsidRPr="00447437" w:rsidRDefault="009A0AC0" w:rsidP="005518A7">
            <w:pPr>
              <w:widowControl w:val="0"/>
              <w:autoSpaceDE w:val="0"/>
              <w:autoSpaceDN w:val="0"/>
              <w:adjustRightInd w:val="0"/>
              <w:spacing w:after="0" w:line="240" w:lineRule="auto"/>
              <w:ind w:left="175"/>
              <w:rPr>
                <w:rFonts w:ascii="GHEA Grapalat" w:hAnsi="GHEA Grapalat"/>
                <w:b/>
                <w:bCs/>
                <w:color w:val="000000" w:themeColor="text1"/>
              </w:rPr>
            </w:pPr>
            <w:r w:rsidRPr="00447437">
              <w:rPr>
                <w:rFonts w:ascii="GHEA Grapalat" w:hAnsi="GHEA Grapalat"/>
                <w:b/>
                <w:bCs/>
                <w:color w:val="000000" w:themeColor="text1"/>
              </w:rPr>
              <w:t>ԳԱՈՒ հրահանգիչ</w:t>
            </w:r>
          </w:p>
          <w:p w14:paraId="315DDA28" w14:textId="77777777" w:rsidR="009A0AC0" w:rsidRPr="00447437" w:rsidRDefault="009A0AC0" w:rsidP="005518A7">
            <w:pPr>
              <w:widowControl w:val="0"/>
              <w:autoSpaceDE w:val="0"/>
              <w:autoSpaceDN w:val="0"/>
              <w:adjustRightInd w:val="0"/>
              <w:spacing w:after="0" w:line="240" w:lineRule="auto"/>
              <w:ind w:left="175"/>
              <w:rPr>
                <w:rFonts w:ascii="GHEA Grapalat" w:hAnsi="GHEA Grapalat"/>
                <w:color w:val="000000" w:themeColor="text1"/>
              </w:rPr>
            </w:pPr>
            <w:r w:rsidRPr="00447437">
              <w:rPr>
                <w:rFonts w:ascii="GHEA Grapalat" w:hAnsi="GHEA Grapalat"/>
                <w:color w:val="000000" w:themeColor="text1"/>
              </w:rPr>
              <w:t>(ազգանուն, անուն, հայրանուն)</w:t>
            </w:r>
          </w:p>
          <w:p w14:paraId="78870725" w14:textId="77777777" w:rsidR="009A0AC0" w:rsidRPr="00447437" w:rsidRDefault="009A0AC0" w:rsidP="005518A7">
            <w:pPr>
              <w:widowControl w:val="0"/>
              <w:autoSpaceDE w:val="0"/>
              <w:autoSpaceDN w:val="0"/>
              <w:adjustRightInd w:val="0"/>
              <w:spacing w:after="0" w:line="240" w:lineRule="auto"/>
              <w:ind w:left="175"/>
              <w:rPr>
                <w:rFonts w:ascii="GHEA Grapalat" w:hAnsi="GHEA Grapalat"/>
                <w:b/>
                <w:bCs/>
                <w:color w:val="000000" w:themeColor="text1"/>
              </w:rPr>
            </w:pPr>
          </w:p>
        </w:tc>
        <w:tc>
          <w:tcPr>
            <w:tcW w:w="4989" w:type="dxa"/>
            <w:vAlign w:val="bottom"/>
          </w:tcPr>
          <w:p w14:paraId="6F2A15BE" w14:textId="77777777" w:rsidR="009A0AC0" w:rsidRPr="00447437" w:rsidRDefault="009A0AC0" w:rsidP="005518A7">
            <w:pPr>
              <w:widowControl w:val="0"/>
              <w:autoSpaceDE w:val="0"/>
              <w:autoSpaceDN w:val="0"/>
              <w:adjustRightInd w:val="0"/>
              <w:spacing w:after="0" w:line="240" w:lineRule="auto"/>
              <w:ind w:left="720" w:hanging="720"/>
              <w:rPr>
                <w:rFonts w:ascii="GHEA Grapalat" w:hAnsi="GHEA Grapalat"/>
                <w:color w:val="000000" w:themeColor="text1"/>
              </w:rPr>
            </w:pPr>
          </w:p>
        </w:tc>
      </w:tr>
      <w:tr w:rsidR="00447437" w:rsidRPr="00447437" w14:paraId="1E3C1C75" w14:textId="77777777" w:rsidTr="00DC25AF">
        <w:tc>
          <w:tcPr>
            <w:tcW w:w="3631" w:type="dxa"/>
          </w:tcPr>
          <w:p w14:paraId="23690EAF" w14:textId="77777777" w:rsidR="009A0AC0" w:rsidRPr="00447437" w:rsidRDefault="009A0AC0" w:rsidP="005518A7">
            <w:pPr>
              <w:widowControl w:val="0"/>
              <w:autoSpaceDE w:val="0"/>
              <w:autoSpaceDN w:val="0"/>
              <w:adjustRightInd w:val="0"/>
              <w:spacing w:after="0" w:line="240" w:lineRule="auto"/>
              <w:ind w:left="175"/>
              <w:rPr>
                <w:rFonts w:ascii="GHEA Grapalat" w:hAnsi="GHEA Grapalat"/>
                <w:b/>
                <w:bCs/>
                <w:color w:val="000000" w:themeColor="text1"/>
              </w:rPr>
            </w:pPr>
            <w:r w:rsidRPr="00447437">
              <w:rPr>
                <w:rFonts w:ascii="GHEA Grapalat" w:hAnsi="GHEA Grapalat"/>
                <w:b/>
                <w:bCs/>
                <w:color w:val="000000" w:themeColor="text1"/>
              </w:rPr>
              <w:t>Պաշտոն</w:t>
            </w:r>
          </w:p>
          <w:p w14:paraId="10651C27" w14:textId="77777777" w:rsidR="009A0AC0" w:rsidRPr="00447437" w:rsidRDefault="009A0AC0" w:rsidP="005518A7">
            <w:pPr>
              <w:widowControl w:val="0"/>
              <w:autoSpaceDE w:val="0"/>
              <w:autoSpaceDN w:val="0"/>
              <w:adjustRightInd w:val="0"/>
              <w:spacing w:after="0" w:line="240" w:lineRule="auto"/>
              <w:ind w:left="175"/>
              <w:rPr>
                <w:rFonts w:ascii="GHEA Grapalat" w:hAnsi="GHEA Grapalat"/>
                <w:b/>
                <w:bCs/>
                <w:color w:val="000000" w:themeColor="text1"/>
              </w:rPr>
            </w:pPr>
          </w:p>
        </w:tc>
        <w:tc>
          <w:tcPr>
            <w:tcW w:w="4989" w:type="dxa"/>
          </w:tcPr>
          <w:p w14:paraId="11F5D013" w14:textId="77777777" w:rsidR="009A0AC0" w:rsidRPr="00447437" w:rsidRDefault="009A0AC0" w:rsidP="005518A7">
            <w:pPr>
              <w:widowControl w:val="0"/>
              <w:autoSpaceDE w:val="0"/>
              <w:autoSpaceDN w:val="0"/>
              <w:adjustRightInd w:val="0"/>
              <w:spacing w:after="0" w:line="240" w:lineRule="auto"/>
              <w:ind w:left="720" w:hanging="720"/>
              <w:rPr>
                <w:rFonts w:ascii="GHEA Grapalat" w:hAnsi="GHEA Grapalat"/>
                <w:color w:val="000000" w:themeColor="text1"/>
              </w:rPr>
            </w:pPr>
          </w:p>
        </w:tc>
      </w:tr>
      <w:tr w:rsidR="00447437" w:rsidRPr="00447437" w14:paraId="36A03202" w14:textId="77777777" w:rsidTr="00DC25AF">
        <w:tc>
          <w:tcPr>
            <w:tcW w:w="3631" w:type="dxa"/>
          </w:tcPr>
          <w:p w14:paraId="031C66C9" w14:textId="77777777" w:rsidR="009A0AC0" w:rsidRPr="00447437" w:rsidRDefault="009A0AC0" w:rsidP="005518A7">
            <w:pPr>
              <w:widowControl w:val="0"/>
              <w:autoSpaceDE w:val="0"/>
              <w:autoSpaceDN w:val="0"/>
              <w:adjustRightInd w:val="0"/>
              <w:spacing w:after="0" w:line="240" w:lineRule="auto"/>
              <w:ind w:left="175"/>
              <w:rPr>
                <w:rFonts w:ascii="GHEA Grapalat" w:hAnsi="GHEA Grapalat"/>
                <w:b/>
                <w:bCs/>
                <w:color w:val="000000" w:themeColor="text1"/>
              </w:rPr>
            </w:pPr>
            <w:r w:rsidRPr="00447437">
              <w:rPr>
                <w:rFonts w:ascii="GHEA Grapalat" w:hAnsi="GHEA Grapalat"/>
                <w:b/>
                <w:bCs/>
                <w:color w:val="000000" w:themeColor="text1"/>
              </w:rPr>
              <w:t>Կոնտակտային տվյալներ</w:t>
            </w:r>
          </w:p>
        </w:tc>
        <w:tc>
          <w:tcPr>
            <w:tcW w:w="4989" w:type="dxa"/>
          </w:tcPr>
          <w:p w14:paraId="739FDBEC" w14:textId="77777777" w:rsidR="009A0AC0" w:rsidRPr="00447437" w:rsidRDefault="009A0AC0" w:rsidP="005518A7">
            <w:pPr>
              <w:widowControl w:val="0"/>
              <w:autoSpaceDE w:val="0"/>
              <w:autoSpaceDN w:val="0"/>
              <w:adjustRightInd w:val="0"/>
              <w:spacing w:after="0" w:line="240" w:lineRule="auto"/>
              <w:ind w:left="720" w:hanging="720"/>
              <w:rPr>
                <w:rFonts w:ascii="GHEA Grapalat" w:hAnsi="GHEA Grapalat"/>
                <w:color w:val="000000" w:themeColor="text1"/>
              </w:rPr>
            </w:pPr>
            <w:r w:rsidRPr="00447437">
              <w:rPr>
                <w:rFonts w:ascii="GHEA Grapalat" w:hAnsi="GHEA Grapalat"/>
                <w:color w:val="000000" w:themeColor="text1"/>
              </w:rPr>
              <w:t>Հեռ.</w:t>
            </w:r>
          </w:p>
          <w:p w14:paraId="56C4E1B3" w14:textId="77777777" w:rsidR="009A0AC0" w:rsidRPr="00447437" w:rsidRDefault="009A0AC0" w:rsidP="005518A7">
            <w:pPr>
              <w:widowControl w:val="0"/>
              <w:autoSpaceDE w:val="0"/>
              <w:autoSpaceDN w:val="0"/>
              <w:adjustRightInd w:val="0"/>
              <w:spacing w:after="0" w:line="240" w:lineRule="auto"/>
              <w:ind w:left="720" w:hanging="720"/>
              <w:rPr>
                <w:rFonts w:ascii="GHEA Grapalat" w:hAnsi="GHEA Grapalat"/>
                <w:color w:val="000000" w:themeColor="text1"/>
              </w:rPr>
            </w:pPr>
          </w:p>
          <w:p w14:paraId="5A136F43" w14:textId="77777777" w:rsidR="009A0AC0" w:rsidRPr="00447437" w:rsidRDefault="009A0AC0" w:rsidP="005518A7">
            <w:pPr>
              <w:widowControl w:val="0"/>
              <w:autoSpaceDE w:val="0"/>
              <w:autoSpaceDN w:val="0"/>
              <w:adjustRightInd w:val="0"/>
              <w:spacing w:after="0" w:line="240" w:lineRule="auto"/>
              <w:ind w:left="720" w:hanging="720"/>
              <w:rPr>
                <w:rFonts w:ascii="GHEA Grapalat" w:hAnsi="GHEA Grapalat"/>
                <w:color w:val="000000" w:themeColor="text1"/>
              </w:rPr>
            </w:pPr>
            <w:r w:rsidRPr="00447437">
              <w:rPr>
                <w:rFonts w:ascii="GHEA Grapalat" w:hAnsi="GHEA Grapalat"/>
                <w:color w:val="000000" w:themeColor="text1"/>
              </w:rPr>
              <w:t>Էլ.փոստ</w:t>
            </w:r>
          </w:p>
        </w:tc>
      </w:tr>
      <w:tr w:rsidR="005518A7" w:rsidRPr="00447437" w14:paraId="32BAD0CB" w14:textId="77777777" w:rsidTr="00DC25AF">
        <w:tc>
          <w:tcPr>
            <w:tcW w:w="3631" w:type="dxa"/>
          </w:tcPr>
          <w:p w14:paraId="3AAB5A4F" w14:textId="77777777" w:rsidR="009A0AC0" w:rsidRPr="00447437" w:rsidRDefault="009A0AC0" w:rsidP="005518A7">
            <w:pPr>
              <w:tabs>
                <w:tab w:val="left" w:pos="10770"/>
              </w:tabs>
              <w:spacing w:after="0" w:line="240" w:lineRule="auto"/>
              <w:ind w:left="175"/>
              <w:rPr>
                <w:rFonts w:ascii="GHEA Grapalat" w:hAnsi="GHEA Grapalat"/>
                <w:b/>
                <w:bCs/>
                <w:color w:val="000000" w:themeColor="text1"/>
              </w:rPr>
            </w:pPr>
            <w:r w:rsidRPr="00447437">
              <w:rPr>
                <w:rFonts w:ascii="GHEA Grapalat" w:hAnsi="GHEA Grapalat"/>
                <w:b/>
                <w:bCs/>
                <w:color w:val="000000" w:themeColor="text1"/>
              </w:rPr>
              <w:t xml:space="preserve">Ուսանող </w:t>
            </w:r>
          </w:p>
          <w:p w14:paraId="5AB44B89" w14:textId="77777777" w:rsidR="009A0AC0" w:rsidRPr="00447437" w:rsidRDefault="009A0AC0" w:rsidP="005518A7">
            <w:pPr>
              <w:tabs>
                <w:tab w:val="left" w:pos="10770"/>
              </w:tabs>
              <w:spacing w:after="0" w:line="240" w:lineRule="auto"/>
              <w:ind w:left="175"/>
              <w:rPr>
                <w:rFonts w:ascii="GHEA Grapalat" w:hAnsi="GHEA Grapalat"/>
                <w:b/>
                <w:bCs/>
                <w:color w:val="000000" w:themeColor="text1"/>
              </w:rPr>
            </w:pPr>
            <w:r w:rsidRPr="00447437">
              <w:rPr>
                <w:rFonts w:ascii="GHEA Grapalat" w:hAnsi="GHEA Grapalat"/>
                <w:color w:val="000000" w:themeColor="text1"/>
              </w:rPr>
              <w:t>(ազգանուն, անուն, հայրանուն)</w:t>
            </w:r>
          </w:p>
        </w:tc>
        <w:tc>
          <w:tcPr>
            <w:tcW w:w="4989" w:type="dxa"/>
          </w:tcPr>
          <w:p w14:paraId="51C2A182" w14:textId="77777777" w:rsidR="009A0AC0" w:rsidRPr="00447437" w:rsidRDefault="009A0AC0" w:rsidP="005518A7">
            <w:pPr>
              <w:widowControl w:val="0"/>
              <w:autoSpaceDE w:val="0"/>
              <w:autoSpaceDN w:val="0"/>
              <w:adjustRightInd w:val="0"/>
              <w:spacing w:after="0" w:line="240" w:lineRule="auto"/>
              <w:ind w:left="720" w:hanging="720"/>
              <w:rPr>
                <w:rFonts w:ascii="GHEA Grapalat" w:hAnsi="GHEA Grapalat"/>
                <w:color w:val="000000" w:themeColor="text1"/>
              </w:rPr>
            </w:pPr>
          </w:p>
        </w:tc>
      </w:tr>
    </w:tbl>
    <w:p w14:paraId="43E8CA0C" w14:textId="6074F356" w:rsidR="005518A7" w:rsidRDefault="005518A7" w:rsidP="009A0AC0">
      <w:pPr>
        <w:ind w:left="720" w:hanging="720"/>
        <w:rPr>
          <w:rFonts w:ascii="GHEA Grapalat" w:hAnsi="GHEA Grapalat"/>
          <w:b/>
          <w:bCs/>
          <w:color w:val="000000" w:themeColor="text1"/>
        </w:rPr>
      </w:pPr>
    </w:p>
    <w:p w14:paraId="01A80AE7" w14:textId="77777777" w:rsidR="005518A7" w:rsidRDefault="005518A7">
      <w:pPr>
        <w:rPr>
          <w:rFonts w:ascii="GHEA Grapalat" w:hAnsi="GHEA Grapalat"/>
          <w:b/>
          <w:bCs/>
          <w:color w:val="000000" w:themeColor="text1"/>
        </w:rPr>
      </w:pPr>
      <w:r>
        <w:rPr>
          <w:rFonts w:ascii="GHEA Grapalat" w:hAnsi="GHEA Grapalat"/>
          <w:b/>
          <w:bCs/>
          <w:color w:val="000000" w:themeColor="text1"/>
        </w:rPr>
        <w:br w:type="page"/>
      </w:r>
    </w:p>
    <w:p w14:paraId="5906443E" w14:textId="77777777" w:rsidR="009A0AC0" w:rsidRPr="00447437" w:rsidRDefault="009A0AC0" w:rsidP="009A0AC0">
      <w:pPr>
        <w:ind w:left="720" w:hanging="720"/>
        <w:rPr>
          <w:rFonts w:ascii="GHEA Grapalat" w:hAnsi="GHEA Grapalat"/>
          <w:b/>
          <w:bCs/>
          <w:color w:val="000000" w:themeColor="text1"/>
        </w:rPr>
      </w:pPr>
    </w:p>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8610"/>
      </w:tblGrid>
      <w:tr w:rsidR="00447437" w:rsidRPr="00447437" w14:paraId="7FE24A7B" w14:textId="77777777" w:rsidTr="00DC25AF">
        <w:tc>
          <w:tcPr>
            <w:tcW w:w="8610" w:type="dxa"/>
            <w:shd w:val="clear" w:color="auto" w:fill="F2F2F2" w:themeFill="background1" w:themeFillShade="F2"/>
          </w:tcPr>
          <w:p w14:paraId="549C0114" w14:textId="77777777" w:rsidR="009A0AC0" w:rsidRPr="00447437" w:rsidRDefault="009A0AC0" w:rsidP="00DC25AF">
            <w:pPr>
              <w:spacing w:before="60" w:after="60"/>
              <w:ind w:left="720" w:hanging="720"/>
              <w:rPr>
                <w:rFonts w:ascii="GHEA Grapalat" w:hAnsi="GHEA Grapalat"/>
                <w:b/>
                <w:bCs/>
                <w:color w:val="000000" w:themeColor="text1"/>
              </w:rPr>
            </w:pPr>
            <w:r w:rsidRPr="00447437">
              <w:rPr>
                <w:rFonts w:ascii="GHEA Grapalat" w:hAnsi="GHEA Grapalat"/>
                <w:b/>
                <w:bCs/>
                <w:color w:val="000000" w:themeColor="text1"/>
              </w:rPr>
              <w:t>Գնահատման սանդղակ</w:t>
            </w:r>
          </w:p>
        </w:tc>
      </w:tr>
      <w:tr w:rsidR="00447437" w:rsidRPr="00447437" w14:paraId="5058797C" w14:textId="77777777" w:rsidTr="00DC25AF">
        <w:tc>
          <w:tcPr>
            <w:tcW w:w="8610" w:type="dxa"/>
            <w:shd w:val="clear" w:color="auto" w:fill="F2F2F2" w:themeFill="background1" w:themeFillShade="F2"/>
          </w:tcPr>
          <w:p w14:paraId="2750584E" w14:textId="77777777" w:rsidR="009A0AC0" w:rsidRPr="00447437" w:rsidRDefault="009A0AC0" w:rsidP="00DC25AF">
            <w:pPr>
              <w:spacing w:before="60" w:after="60"/>
              <w:ind w:left="720" w:hanging="720"/>
              <w:rPr>
                <w:rFonts w:ascii="GHEA Grapalat" w:hAnsi="GHEA Grapalat"/>
                <w:color w:val="000000" w:themeColor="text1"/>
                <w:lang w:val="en-GB"/>
              </w:rPr>
            </w:pPr>
            <w:r w:rsidRPr="00447437">
              <w:rPr>
                <w:rFonts w:ascii="GHEA Grapalat" w:hAnsi="GHEA Grapalat"/>
                <w:b/>
                <w:bCs/>
                <w:color w:val="000000" w:themeColor="text1"/>
                <w:lang w:val="en-GB"/>
              </w:rPr>
              <w:t xml:space="preserve">A </w:t>
            </w:r>
            <w:r w:rsidRPr="00447437">
              <w:rPr>
                <w:rFonts w:ascii="GHEA Grapalat" w:hAnsi="GHEA Grapalat"/>
                <w:color w:val="000000" w:themeColor="text1"/>
                <w:lang w:val="en-GB"/>
              </w:rPr>
              <w:t xml:space="preserve">– </w:t>
            </w:r>
            <w:r w:rsidRPr="00447437">
              <w:rPr>
                <w:rFonts w:ascii="GHEA Grapalat" w:hAnsi="GHEA Grapalat"/>
                <w:color w:val="000000" w:themeColor="text1"/>
              </w:rPr>
              <w:t>Գերազանց</w:t>
            </w:r>
            <w:r w:rsidRPr="00447437">
              <w:rPr>
                <w:rFonts w:ascii="GHEA Grapalat" w:hAnsi="GHEA Grapalat"/>
                <w:color w:val="000000" w:themeColor="text1"/>
                <w:lang w:val="en-GB"/>
              </w:rPr>
              <w:t xml:space="preserve"> (</w:t>
            </w:r>
            <w:r w:rsidRPr="00447437">
              <w:rPr>
                <w:rFonts w:ascii="GHEA Grapalat" w:hAnsi="GHEA Grapalat"/>
                <w:color w:val="000000" w:themeColor="text1"/>
              </w:rPr>
              <w:t>պահանջները</w:t>
            </w:r>
            <w:r w:rsidRPr="00447437">
              <w:rPr>
                <w:rFonts w:ascii="GHEA Grapalat" w:hAnsi="GHEA Grapalat"/>
                <w:color w:val="000000" w:themeColor="text1"/>
                <w:lang w:val="en-GB"/>
              </w:rPr>
              <w:t xml:space="preserve"> </w:t>
            </w:r>
            <w:r w:rsidRPr="00447437">
              <w:rPr>
                <w:rFonts w:ascii="GHEA Grapalat" w:hAnsi="GHEA Grapalat"/>
                <w:color w:val="000000" w:themeColor="text1"/>
              </w:rPr>
              <w:t>ամբողջությամբ</w:t>
            </w:r>
            <w:r w:rsidRPr="00447437">
              <w:rPr>
                <w:rFonts w:ascii="GHEA Grapalat" w:hAnsi="GHEA Grapalat"/>
                <w:color w:val="000000" w:themeColor="text1"/>
                <w:lang w:val="en-GB"/>
              </w:rPr>
              <w:t xml:space="preserve"> </w:t>
            </w:r>
            <w:r w:rsidRPr="00447437">
              <w:rPr>
                <w:rFonts w:ascii="GHEA Grapalat" w:hAnsi="GHEA Grapalat"/>
                <w:color w:val="000000" w:themeColor="text1"/>
              </w:rPr>
              <w:t>կատարված</w:t>
            </w:r>
            <w:r w:rsidRPr="00447437">
              <w:rPr>
                <w:rFonts w:ascii="GHEA Grapalat" w:hAnsi="GHEA Grapalat"/>
                <w:color w:val="000000" w:themeColor="text1"/>
                <w:lang w:val="en-GB"/>
              </w:rPr>
              <w:t xml:space="preserve"> </w:t>
            </w:r>
            <w:r w:rsidRPr="00447437">
              <w:rPr>
                <w:rFonts w:ascii="GHEA Grapalat" w:hAnsi="GHEA Grapalat"/>
                <w:color w:val="000000" w:themeColor="text1"/>
              </w:rPr>
              <w:t>են</w:t>
            </w:r>
            <w:r w:rsidRPr="00447437">
              <w:rPr>
                <w:rFonts w:ascii="GHEA Grapalat" w:hAnsi="GHEA Grapalat"/>
                <w:color w:val="000000" w:themeColor="text1"/>
                <w:lang w:val="en-GB"/>
              </w:rPr>
              <w:t xml:space="preserve">), </w:t>
            </w:r>
            <w:r w:rsidRPr="00447437">
              <w:rPr>
                <w:rFonts w:ascii="GHEA Grapalat" w:hAnsi="GHEA Grapalat"/>
                <w:color w:val="000000" w:themeColor="text1"/>
              </w:rPr>
              <w:t>մասնագիտական</w:t>
            </w:r>
            <w:r w:rsidRPr="00447437">
              <w:rPr>
                <w:rFonts w:ascii="GHEA Grapalat" w:hAnsi="GHEA Grapalat"/>
                <w:color w:val="000000" w:themeColor="text1"/>
                <w:lang w:val="en-GB"/>
              </w:rPr>
              <w:t xml:space="preserve"> (</w:t>
            </w:r>
            <w:r w:rsidRPr="00447437">
              <w:rPr>
                <w:rFonts w:ascii="GHEA Grapalat" w:hAnsi="GHEA Grapalat"/>
                <w:color w:val="000000" w:themeColor="text1"/>
              </w:rPr>
              <w:t>պրոֆեսիոնալ</w:t>
            </w:r>
            <w:r w:rsidRPr="00447437">
              <w:rPr>
                <w:rFonts w:ascii="GHEA Grapalat" w:hAnsi="GHEA Grapalat"/>
                <w:color w:val="000000" w:themeColor="text1"/>
                <w:lang w:val="en-GB"/>
              </w:rPr>
              <w:t xml:space="preserve">) </w:t>
            </w:r>
            <w:r w:rsidRPr="00447437">
              <w:rPr>
                <w:rFonts w:ascii="GHEA Grapalat" w:hAnsi="GHEA Grapalat"/>
                <w:color w:val="000000" w:themeColor="text1"/>
              </w:rPr>
              <w:t>հմտություններ</w:t>
            </w:r>
            <w:r w:rsidRPr="00447437">
              <w:rPr>
                <w:rFonts w:ascii="GHEA Grapalat" w:hAnsi="GHEA Grapalat"/>
                <w:color w:val="000000" w:themeColor="text1"/>
                <w:lang w:val="en-GB"/>
              </w:rPr>
              <w:t xml:space="preserve"> </w:t>
            </w:r>
            <w:r w:rsidRPr="00447437">
              <w:rPr>
                <w:rFonts w:ascii="GHEA Grapalat" w:hAnsi="GHEA Grapalat"/>
                <w:color w:val="000000" w:themeColor="text1"/>
              </w:rPr>
              <w:t>ինքնուրույն</w:t>
            </w:r>
            <w:r w:rsidRPr="00447437">
              <w:rPr>
                <w:rFonts w:ascii="GHEA Grapalat" w:hAnsi="GHEA Grapalat"/>
                <w:color w:val="000000" w:themeColor="text1"/>
                <w:lang w:val="en-GB"/>
              </w:rPr>
              <w:t xml:space="preserve"> </w:t>
            </w:r>
            <w:r w:rsidRPr="00447437">
              <w:rPr>
                <w:rFonts w:ascii="GHEA Grapalat" w:hAnsi="GHEA Grapalat"/>
                <w:color w:val="000000" w:themeColor="text1"/>
              </w:rPr>
              <w:t>աշխատելու</w:t>
            </w:r>
            <w:r w:rsidRPr="00447437">
              <w:rPr>
                <w:rFonts w:ascii="GHEA Grapalat" w:hAnsi="GHEA Grapalat"/>
                <w:color w:val="000000" w:themeColor="text1"/>
                <w:lang w:val="en-GB"/>
              </w:rPr>
              <w:t xml:space="preserve"> </w:t>
            </w:r>
            <w:r w:rsidRPr="00447437">
              <w:rPr>
                <w:rFonts w:ascii="GHEA Grapalat" w:hAnsi="GHEA Grapalat"/>
                <w:color w:val="000000" w:themeColor="text1"/>
              </w:rPr>
              <w:t>և</w:t>
            </w:r>
            <w:r w:rsidRPr="00447437">
              <w:rPr>
                <w:rFonts w:ascii="GHEA Grapalat" w:hAnsi="GHEA Grapalat"/>
                <w:color w:val="000000" w:themeColor="text1"/>
                <w:lang w:val="en-GB"/>
              </w:rPr>
              <w:t xml:space="preserve"> </w:t>
            </w:r>
            <w:r w:rsidRPr="00447437">
              <w:rPr>
                <w:rFonts w:ascii="GHEA Grapalat" w:hAnsi="GHEA Grapalat"/>
                <w:color w:val="000000" w:themeColor="text1"/>
              </w:rPr>
              <w:t>այլոց</w:t>
            </w:r>
            <w:r w:rsidRPr="00447437">
              <w:rPr>
                <w:rFonts w:ascii="GHEA Grapalat" w:hAnsi="GHEA Grapalat"/>
                <w:color w:val="000000" w:themeColor="text1"/>
                <w:lang w:val="en-GB"/>
              </w:rPr>
              <w:t xml:space="preserve"> </w:t>
            </w:r>
            <w:r w:rsidRPr="00447437">
              <w:rPr>
                <w:rFonts w:ascii="GHEA Grapalat" w:hAnsi="GHEA Grapalat"/>
                <w:color w:val="000000" w:themeColor="text1"/>
              </w:rPr>
              <w:t>աջակցելու</w:t>
            </w:r>
            <w:r w:rsidRPr="00447437">
              <w:rPr>
                <w:rFonts w:ascii="GHEA Grapalat" w:hAnsi="GHEA Grapalat"/>
                <w:color w:val="000000" w:themeColor="text1"/>
                <w:lang w:val="en-GB"/>
              </w:rPr>
              <w:t xml:space="preserve"> </w:t>
            </w:r>
            <w:r w:rsidRPr="00447437">
              <w:rPr>
                <w:rFonts w:ascii="GHEA Grapalat" w:hAnsi="GHEA Grapalat"/>
                <w:color w:val="000000" w:themeColor="text1"/>
              </w:rPr>
              <w:t>համար</w:t>
            </w:r>
            <w:r w:rsidRPr="00447437">
              <w:rPr>
                <w:rFonts w:ascii="GHEA Grapalat" w:hAnsi="GHEA Grapalat"/>
                <w:color w:val="000000" w:themeColor="text1"/>
                <w:lang w:val="en-GB"/>
              </w:rPr>
              <w:t xml:space="preserve">  </w:t>
            </w:r>
          </w:p>
        </w:tc>
      </w:tr>
      <w:tr w:rsidR="00447437" w:rsidRPr="00447437" w14:paraId="4C18FFE3" w14:textId="77777777" w:rsidTr="00DC25AF">
        <w:tc>
          <w:tcPr>
            <w:tcW w:w="8610" w:type="dxa"/>
            <w:shd w:val="clear" w:color="auto" w:fill="F2F2F2" w:themeFill="background1" w:themeFillShade="F2"/>
          </w:tcPr>
          <w:p w14:paraId="6D395905" w14:textId="77777777" w:rsidR="009A0AC0" w:rsidRPr="00447437" w:rsidRDefault="009A0AC0" w:rsidP="00DC25AF">
            <w:pPr>
              <w:spacing w:before="60" w:after="60"/>
              <w:ind w:left="720" w:hanging="720"/>
              <w:rPr>
                <w:rFonts w:ascii="GHEA Grapalat" w:hAnsi="GHEA Grapalat"/>
                <w:color w:val="000000" w:themeColor="text1"/>
                <w:lang w:val="en-GB"/>
              </w:rPr>
            </w:pPr>
            <w:r w:rsidRPr="00447437">
              <w:rPr>
                <w:rFonts w:ascii="GHEA Grapalat" w:hAnsi="GHEA Grapalat"/>
                <w:b/>
                <w:bCs/>
                <w:color w:val="000000" w:themeColor="text1"/>
                <w:lang w:val="en-GB"/>
              </w:rPr>
              <w:t>B</w:t>
            </w:r>
            <w:r w:rsidRPr="00447437">
              <w:rPr>
                <w:rFonts w:ascii="GHEA Grapalat" w:hAnsi="GHEA Grapalat"/>
                <w:color w:val="000000" w:themeColor="text1"/>
                <w:lang w:val="en-GB"/>
              </w:rPr>
              <w:t xml:space="preserve"> – </w:t>
            </w:r>
            <w:r w:rsidRPr="00447437">
              <w:rPr>
                <w:rFonts w:ascii="GHEA Grapalat" w:hAnsi="GHEA Grapalat"/>
                <w:color w:val="000000" w:themeColor="text1"/>
              </w:rPr>
              <w:t>Լավ</w:t>
            </w:r>
            <w:r w:rsidRPr="00447437">
              <w:rPr>
                <w:rFonts w:ascii="GHEA Grapalat" w:hAnsi="GHEA Grapalat"/>
                <w:color w:val="000000" w:themeColor="text1"/>
                <w:lang w:val="en-GB"/>
              </w:rPr>
              <w:t xml:space="preserve"> (</w:t>
            </w:r>
            <w:r w:rsidRPr="00447437">
              <w:rPr>
                <w:rFonts w:ascii="GHEA Grapalat" w:hAnsi="GHEA Grapalat"/>
                <w:color w:val="000000" w:themeColor="text1"/>
              </w:rPr>
              <w:t>պահանջները</w:t>
            </w:r>
            <w:r w:rsidRPr="00447437">
              <w:rPr>
                <w:rFonts w:ascii="GHEA Grapalat" w:hAnsi="GHEA Grapalat"/>
                <w:color w:val="000000" w:themeColor="text1"/>
                <w:lang w:val="en-GB"/>
              </w:rPr>
              <w:t xml:space="preserve"> </w:t>
            </w:r>
            <w:r w:rsidRPr="00447437">
              <w:rPr>
                <w:rFonts w:ascii="GHEA Grapalat" w:hAnsi="GHEA Grapalat"/>
                <w:color w:val="000000" w:themeColor="text1"/>
              </w:rPr>
              <w:t>կատարված</w:t>
            </w:r>
            <w:r w:rsidRPr="00447437">
              <w:rPr>
                <w:rFonts w:ascii="GHEA Grapalat" w:hAnsi="GHEA Grapalat"/>
                <w:color w:val="000000" w:themeColor="text1"/>
                <w:lang w:val="en-GB"/>
              </w:rPr>
              <w:t xml:space="preserve"> </w:t>
            </w:r>
            <w:r w:rsidRPr="00447437">
              <w:rPr>
                <w:rFonts w:ascii="GHEA Grapalat" w:hAnsi="GHEA Grapalat"/>
                <w:color w:val="000000" w:themeColor="text1"/>
              </w:rPr>
              <w:t>են</w:t>
            </w:r>
            <w:r w:rsidRPr="00447437">
              <w:rPr>
                <w:rFonts w:ascii="GHEA Grapalat" w:hAnsi="GHEA Grapalat"/>
                <w:color w:val="000000" w:themeColor="text1"/>
                <w:lang w:val="en-GB"/>
              </w:rPr>
              <w:t xml:space="preserve">), </w:t>
            </w:r>
            <w:r w:rsidRPr="00447437">
              <w:rPr>
                <w:rFonts w:ascii="GHEA Grapalat" w:hAnsi="GHEA Grapalat"/>
                <w:color w:val="000000" w:themeColor="text1"/>
              </w:rPr>
              <w:t>համապատասխան</w:t>
            </w:r>
            <w:r w:rsidRPr="00447437">
              <w:rPr>
                <w:rFonts w:ascii="GHEA Grapalat" w:hAnsi="GHEA Grapalat"/>
                <w:color w:val="000000" w:themeColor="text1"/>
                <w:lang w:val="en-GB"/>
              </w:rPr>
              <w:t xml:space="preserve"> </w:t>
            </w:r>
            <w:r w:rsidRPr="00447437">
              <w:rPr>
                <w:rFonts w:ascii="GHEA Grapalat" w:hAnsi="GHEA Grapalat"/>
                <w:color w:val="000000" w:themeColor="text1"/>
              </w:rPr>
              <w:t>հմտություններ՝</w:t>
            </w:r>
            <w:r w:rsidRPr="00447437">
              <w:rPr>
                <w:rFonts w:ascii="GHEA Grapalat" w:hAnsi="GHEA Grapalat"/>
                <w:color w:val="000000" w:themeColor="text1"/>
                <w:lang w:val="en-GB"/>
              </w:rPr>
              <w:t xml:space="preserve"> </w:t>
            </w:r>
            <w:r w:rsidRPr="00447437">
              <w:rPr>
                <w:rFonts w:ascii="GHEA Grapalat" w:hAnsi="GHEA Grapalat"/>
                <w:color w:val="000000" w:themeColor="text1"/>
              </w:rPr>
              <w:t>առանց</w:t>
            </w:r>
            <w:r w:rsidRPr="00447437">
              <w:rPr>
                <w:rFonts w:ascii="GHEA Grapalat" w:hAnsi="GHEA Grapalat"/>
                <w:color w:val="000000" w:themeColor="text1"/>
                <w:lang w:val="en-GB"/>
              </w:rPr>
              <w:t xml:space="preserve"> </w:t>
            </w:r>
            <w:r w:rsidRPr="00447437">
              <w:rPr>
                <w:rFonts w:ascii="GHEA Grapalat" w:hAnsi="GHEA Grapalat"/>
                <w:color w:val="000000" w:themeColor="text1"/>
              </w:rPr>
              <w:t>հսկողության</w:t>
            </w:r>
            <w:r w:rsidRPr="00447437">
              <w:rPr>
                <w:rFonts w:ascii="GHEA Grapalat" w:hAnsi="GHEA Grapalat"/>
                <w:color w:val="000000" w:themeColor="text1"/>
                <w:lang w:val="en-GB"/>
              </w:rPr>
              <w:t xml:space="preserve"> </w:t>
            </w:r>
            <w:r w:rsidRPr="00447437">
              <w:rPr>
                <w:rFonts w:ascii="GHEA Grapalat" w:hAnsi="GHEA Grapalat"/>
                <w:color w:val="000000" w:themeColor="text1"/>
              </w:rPr>
              <w:t>անհրաժետության</w:t>
            </w:r>
          </w:p>
        </w:tc>
      </w:tr>
      <w:tr w:rsidR="00447437" w:rsidRPr="00447437" w14:paraId="6837F980" w14:textId="77777777" w:rsidTr="00DC25AF">
        <w:tc>
          <w:tcPr>
            <w:tcW w:w="8610" w:type="dxa"/>
            <w:shd w:val="clear" w:color="auto" w:fill="F2F2F2" w:themeFill="background1" w:themeFillShade="F2"/>
          </w:tcPr>
          <w:p w14:paraId="761D9708" w14:textId="77777777" w:rsidR="009A0AC0" w:rsidRPr="00447437" w:rsidRDefault="009A0AC0" w:rsidP="00DC25AF">
            <w:pPr>
              <w:spacing w:before="60" w:after="60"/>
              <w:ind w:left="720" w:hanging="720"/>
              <w:rPr>
                <w:rFonts w:ascii="GHEA Grapalat" w:hAnsi="GHEA Grapalat"/>
                <w:color w:val="000000" w:themeColor="text1"/>
                <w:lang w:val="en-GB"/>
              </w:rPr>
            </w:pPr>
            <w:r w:rsidRPr="00447437">
              <w:rPr>
                <w:rFonts w:ascii="GHEA Grapalat" w:hAnsi="GHEA Grapalat"/>
                <w:b/>
                <w:bCs/>
                <w:color w:val="000000" w:themeColor="text1"/>
                <w:lang w:val="en-GB"/>
              </w:rPr>
              <w:t>C</w:t>
            </w:r>
            <w:r w:rsidRPr="00447437">
              <w:rPr>
                <w:rFonts w:ascii="GHEA Grapalat" w:hAnsi="GHEA Grapalat"/>
                <w:color w:val="000000" w:themeColor="text1"/>
                <w:lang w:val="en-GB"/>
              </w:rPr>
              <w:t xml:space="preserve"> – </w:t>
            </w:r>
            <w:r w:rsidRPr="00447437">
              <w:rPr>
                <w:rFonts w:ascii="GHEA Grapalat" w:hAnsi="GHEA Grapalat"/>
                <w:color w:val="000000" w:themeColor="text1"/>
              </w:rPr>
              <w:t>Բավարար</w:t>
            </w:r>
            <w:r w:rsidRPr="00447437">
              <w:rPr>
                <w:rFonts w:ascii="GHEA Grapalat" w:hAnsi="GHEA Grapalat"/>
                <w:color w:val="000000" w:themeColor="text1"/>
                <w:lang w:val="en-GB"/>
              </w:rPr>
              <w:t xml:space="preserve"> (</w:t>
            </w:r>
            <w:r w:rsidRPr="00447437">
              <w:rPr>
                <w:rFonts w:ascii="GHEA Grapalat" w:hAnsi="GHEA Grapalat"/>
                <w:color w:val="000000" w:themeColor="text1"/>
              </w:rPr>
              <w:t>պահանջները</w:t>
            </w:r>
            <w:r w:rsidRPr="00447437">
              <w:rPr>
                <w:rFonts w:ascii="GHEA Grapalat" w:hAnsi="GHEA Grapalat"/>
                <w:color w:val="000000" w:themeColor="text1"/>
                <w:lang w:val="en-GB"/>
              </w:rPr>
              <w:t xml:space="preserve"> </w:t>
            </w:r>
            <w:r w:rsidRPr="00447437">
              <w:rPr>
                <w:rFonts w:ascii="GHEA Grapalat" w:hAnsi="GHEA Grapalat"/>
                <w:color w:val="000000" w:themeColor="text1"/>
              </w:rPr>
              <w:t>մասնակի</w:t>
            </w:r>
            <w:r w:rsidRPr="00447437">
              <w:rPr>
                <w:rFonts w:ascii="GHEA Grapalat" w:hAnsi="GHEA Grapalat"/>
                <w:color w:val="000000" w:themeColor="text1"/>
                <w:lang w:val="en-GB"/>
              </w:rPr>
              <w:t xml:space="preserve"> </w:t>
            </w:r>
            <w:r w:rsidRPr="00447437">
              <w:rPr>
                <w:rFonts w:ascii="GHEA Grapalat" w:hAnsi="GHEA Grapalat"/>
                <w:color w:val="000000" w:themeColor="text1"/>
              </w:rPr>
              <w:t>կատարված</w:t>
            </w:r>
            <w:r w:rsidRPr="00447437">
              <w:rPr>
                <w:rFonts w:ascii="GHEA Grapalat" w:hAnsi="GHEA Grapalat"/>
                <w:color w:val="000000" w:themeColor="text1"/>
                <w:lang w:val="en-GB"/>
              </w:rPr>
              <w:t xml:space="preserve"> </w:t>
            </w:r>
            <w:r w:rsidRPr="00447437">
              <w:rPr>
                <w:rFonts w:ascii="GHEA Grapalat" w:hAnsi="GHEA Grapalat"/>
                <w:color w:val="000000" w:themeColor="text1"/>
              </w:rPr>
              <w:t>են</w:t>
            </w:r>
            <w:r w:rsidRPr="00447437">
              <w:rPr>
                <w:rFonts w:ascii="GHEA Grapalat" w:hAnsi="GHEA Grapalat"/>
                <w:color w:val="000000" w:themeColor="text1"/>
                <w:lang w:val="en-GB"/>
              </w:rPr>
              <w:t xml:space="preserve">, </w:t>
            </w:r>
            <w:r w:rsidRPr="00447437">
              <w:rPr>
                <w:rFonts w:ascii="GHEA Grapalat" w:hAnsi="GHEA Grapalat"/>
                <w:color w:val="000000" w:themeColor="text1"/>
              </w:rPr>
              <w:t>անհրաժեշտ</w:t>
            </w:r>
            <w:r w:rsidRPr="00447437">
              <w:rPr>
                <w:rFonts w:ascii="GHEA Grapalat" w:hAnsi="GHEA Grapalat"/>
                <w:color w:val="000000" w:themeColor="text1"/>
                <w:lang w:val="en-GB"/>
              </w:rPr>
              <w:t xml:space="preserve"> </w:t>
            </w:r>
            <w:r w:rsidRPr="00447437">
              <w:rPr>
                <w:rFonts w:ascii="GHEA Grapalat" w:hAnsi="GHEA Grapalat"/>
                <w:color w:val="000000" w:themeColor="text1"/>
              </w:rPr>
              <w:t>է</w:t>
            </w:r>
            <w:r w:rsidRPr="00447437">
              <w:rPr>
                <w:rFonts w:ascii="GHEA Grapalat" w:hAnsi="GHEA Grapalat"/>
                <w:color w:val="000000" w:themeColor="text1"/>
                <w:lang w:val="en-GB"/>
              </w:rPr>
              <w:t xml:space="preserve"> </w:t>
            </w:r>
            <w:r w:rsidRPr="00447437">
              <w:rPr>
                <w:rFonts w:ascii="GHEA Grapalat" w:hAnsi="GHEA Grapalat"/>
                <w:color w:val="000000" w:themeColor="text1"/>
              </w:rPr>
              <w:t>աջակցություն</w:t>
            </w:r>
            <w:r w:rsidRPr="00447437">
              <w:rPr>
                <w:rFonts w:ascii="GHEA Grapalat" w:hAnsi="GHEA Grapalat"/>
                <w:color w:val="000000" w:themeColor="text1"/>
                <w:lang w:val="en-GB"/>
              </w:rPr>
              <w:t xml:space="preserve">), </w:t>
            </w:r>
            <w:r w:rsidRPr="00447437">
              <w:rPr>
                <w:rFonts w:ascii="GHEA Grapalat" w:hAnsi="GHEA Grapalat"/>
                <w:color w:val="000000" w:themeColor="text1"/>
              </w:rPr>
              <w:t>բավարար</w:t>
            </w:r>
            <w:r w:rsidRPr="00447437">
              <w:rPr>
                <w:rFonts w:ascii="GHEA Grapalat" w:hAnsi="GHEA Grapalat"/>
                <w:color w:val="000000" w:themeColor="text1"/>
                <w:lang w:val="en-GB"/>
              </w:rPr>
              <w:t xml:space="preserve"> </w:t>
            </w:r>
            <w:r w:rsidRPr="00447437">
              <w:rPr>
                <w:rFonts w:ascii="GHEA Grapalat" w:hAnsi="GHEA Grapalat"/>
                <w:color w:val="000000" w:themeColor="text1"/>
              </w:rPr>
              <w:t>հմտություններ</w:t>
            </w:r>
            <w:r w:rsidRPr="00447437">
              <w:rPr>
                <w:rFonts w:ascii="GHEA Grapalat" w:hAnsi="GHEA Grapalat"/>
                <w:color w:val="000000" w:themeColor="text1"/>
                <w:lang w:val="en-GB"/>
              </w:rPr>
              <w:t xml:space="preserve"> </w:t>
            </w:r>
            <w:r w:rsidRPr="00447437">
              <w:rPr>
                <w:rFonts w:ascii="GHEA Grapalat" w:hAnsi="GHEA Grapalat"/>
                <w:color w:val="000000" w:themeColor="text1"/>
              </w:rPr>
              <w:t>հսկողության</w:t>
            </w:r>
            <w:r w:rsidRPr="00447437">
              <w:rPr>
                <w:rFonts w:ascii="GHEA Grapalat" w:hAnsi="GHEA Grapalat"/>
                <w:color w:val="000000" w:themeColor="text1"/>
                <w:lang w:val="en-GB"/>
              </w:rPr>
              <w:t xml:space="preserve"> </w:t>
            </w:r>
            <w:r w:rsidRPr="00447437">
              <w:rPr>
                <w:rFonts w:ascii="GHEA Grapalat" w:hAnsi="GHEA Grapalat"/>
                <w:color w:val="000000" w:themeColor="text1"/>
              </w:rPr>
              <w:t>ներքո</w:t>
            </w:r>
          </w:p>
        </w:tc>
      </w:tr>
      <w:tr w:rsidR="00447437" w:rsidRPr="00447437" w14:paraId="29828CED" w14:textId="77777777" w:rsidTr="00DC25AF">
        <w:trPr>
          <w:trHeight w:val="126"/>
        </w:trPr>
        <w:tc>
          <w:tcPr>
            <w:tcW w:w="8610" w:type="dxa"/>
            <w:shd w:val="clear" w:color="auto" w:fill="F2F2F2" w:themeFill="background1" w:themeFillShade="F2"/>
          </w:tcPr>
          <w:p w14:paraId="466B9D69" w14:textId="77777777" w:rsidR="009A0AC0" w:rsidRPr="00447437" w:rsidRDefault="009A0AC0" w:rsidP="00DC25AF">
            <w:pPr>
              <w:spacing w:before="60" w:after="60"/>
              <w:ind w:left="720" w:hanging="720"/>
              <w:rPr>
                <w:rFonts w:ascii="GHEA Grapalat" w:hAnsi="GHEA Grapalat"/>
                <w:color w:val="000000" w:themeColor="text1"/>
                <w:lang w:val="en-GB"/>
              </w:rPr>
            </w:pPr>
            <w:r w:rsidRPr="00447437">
              <w:rPr>
                <w:rFonts w:ascii="GHEA Grapalat" w:hAnsi="GHEA Grapalat"/>
                <w:b/>
                <w:bCs/>
                <w:color w:val="000000" w:themeColor="text1"/>
                <w:lang w:val="en-GB"/>
              </w:rPr>
              <w:t>D</w:t>
            </w:r>
            <w:r w:rsidRPr="00447437">
              <w:rPr>
                <w:rFonts w:ascii="GHEA Grapalat" w:hAnsi="GHEA Grapalat"/>
                <w:color w:val="000000" w:themeColor="text1"/>
                <w:lang w:val="en-GB"/>
              </w:rPr>
              <w:t xml:space="preserve"> – </w:t>
            </w:r>
            <w:r w:rsidRPr="00447437">
              <w:rPr>
                <w:rFonts w:ascii="GHEA Grapalat" w:hAnsi="GHEA Grapalat"/>
                <w:color w:val="000000" w:themeColor="text1"/>
              </w:rPr>
              <w:t>Անբավարար</w:t>
            </w:r>
            <w:r w:rsidRPr="00447437">
              <w:rPr>
                <w:rFonts w:ascii="GHEA Grapalat" w:hAnsi="GHEA Grapalat"/>
                <w:color w:val="000000" w:themeColor="text1"/>
                <w:lang w:val="en-GB"/>
              </w:rPr>
              <w:t xml:space="preserve"> (</w:t>
            </w:r>
            <w:r w:rsidRPr="00447437">
              <w:rPr>
                <w:rFonts w:ascii="GHEA Grapalat" w:hAnsi="GHEA Grapalat"/>
                <w:color w:val="000000" w:themeColor="text1"/>
              </w:rPr>
              <w:t>պահանջները</w:t>
            </w:r>
            <w:r w:rsidRPr="00447437">
              <w:rPr>
                <w:rFonts w:ascii="GHEA Grapalat" w:hAnsi="GHEA Grapalat"/>
                <w:color w:val="000000" w:themeColor="text1"/>
                <w:lang w:val="en-GB"/>
              </w:rPr>
              <w:t xml:space="preserve"> </w:t>
            </w:r>
            <w:r w:rsidRPr="00447437">
              <w:rPr>
                <w:rFonts w:ascii="GHEA Grapalat" w:hAnsi="GHEA Grapalat"/>
                <w:color w:val="000000" w:themeColor="text1"/>
              </w:rPr>
              <w:t>կատարված</w:t>
            </w:r>
            <w:r w:rsidRPr="00447437">
              <w:rPr>
                <w:rFonts w:ascii="GHEA Grapalat" w:hAnsi="GHEA Grapalat"/>
                <w:color w:val="000000" w:themeColor="text1"/>
                <w:lang w:val="en-GB"/>
              </w:rPr>
              <w:t xml:space="preserve"> </w:t>
            </w:r>
            <w:r w:rsidRPr="00447437">
              <w:rPr>
                <w:rFonts w:ascii="GHEA Grapalat" w:hAnsi="GHEA Grapalat"/>
                <w:color w:val="000000" w:themeColor="text1"/>
              </w:rPr>
              <w:t>չեն</w:t>
            </w:r>
            <w:r w:rsidRPr="00447437">
              <w:rPr>
                <w:rFonts w:ascii="GHEA Grapalat" w:hAnsi="GHEA Grapalat"/>
                <w:color w:val="000000" w:themeColor="text1"/>
                <w:lang w:val="en-GB"/>
              </w:rPr>
              <w:t xml:space="preserve">), </w:t>
            </w:r>
            <w:r w:rsidRPr="00447437">
              <w:rPr>
                <w:rFonts w:ascii="GHEA Grapalat" w:hAnsi="GHEA Grapalat"/>
                <w:color w:val="000000" w:themeColor="text1"/>
              </w:rPr>
              <w:t>նախնական</w:t>
            </w:r>
            <w:r w:rsidRPr="00447437">
              <w:rPr>
                <w:rFonts w:ascii="GHEA Grapalat" w:hAnsi="GHEA Grapalat"/>
                <w:color w:val="000000" w:themeColor="text1"/>
                <w:lang w:val="en-GB"/>
              </w:rPr>
              <w:t xml:space="preserve"> </w:t>
            </w:r>
            <w:r w:rsidRPr="00447437">
              <w:rPr>
                <w:rFonts w:ascii="GHEA Grapalat" w:hAnsi="GHEA Grapalat"/>
                <w:color w:val="000000" w:themeColor="text1"/>
              </w:rPr>
              <w:t>հմտություններ՝</w:t>
            </w:r>
            <w:r w:rsidRPr="00447437">
              <w:rPr>
                <w:rFonts w:ascii="GHEA Grapalat" w:hAnsi="GHEA Grapalat"/>
                <w:color w:val="000000" w:themeColor="text1"/>
                <w:lang w:val="en-GB"/>
              </w:rPr>
              <w:t xml:space="preserve"> </w:t>
            </w:r>
            <w:r w:rsidRPr="00447437">
              <w:rPr>
                <w:rFonts w:ascii="GHEA Grapalat" w:hAnsi="GHEA Grapalat"/>
                <w:color w:val="000000" w:themeColor="text1"/>
              </w:rPr>
              <w:t>անհրաժեշտ</w:t>
            </w:r>
            <w:r w:rsidRPr="00447437">
              <w:rPr>
                <w:rFonts w:ascii="GHEA Grapalat" w:hAnsi="GHEA Grapalat"/>
                <w:color w:val="000000" w:themeColor="text1"/>
                <w:lang w:val="en-GB"/>
              </w:rPr>
              <w:t xml:space="preserve"> </w:t>
            </w:r>
            <w:r w:rsidRPr="00447437">
              <w:rPr>
                <w:rFonts w:ascii="GHEA Grapalat" w:hAnsi="GHEA Grapalat"/>
                <w:color w:val="000000" w:themeColor="text1"/>
              </w:rPr>
              <w:t>են</w:t>
            </w:r>
            <w:r w:rsidRPr="00447437">
              <w:rPr>
                <w:rFonts w:ascii="GHEA Grapalat" w:hAnsi="GHEA Grapalat"/>
                <w:color w:val="000000" w:themeColor="text1"/>
                <w:lang w:val="en-GB"/>
              </w:rPr>
              <w:t xml:space="preserve"> </w:t>
            </w:r>
            <w:r w:rsidRPr="00447437">
              <w:rPr>
                <w:rFonts w:ascii="GHEA Grapalat" w:hAnsi="GHEA Grapalat"/>
                <w:color w:val="000000" w:themeColor="text1"/>
              </w:rPr>
              <w:t>լրացուցիչ</w:t>
            </w:r>
            <w:r w:rsidRPr="00447437">
              <w:rPr>
                <w:rFonts w:ascii="GHEA Grapalat" w:hAnsi="GHEA Grapalat"/>
                <w:color w:val="000000" w:themeColor="text1"/>
                <w:lang w:val="en-GB"/>
              </w:rPr>
              <w:t xml:space="preserve"> </w:t>
            </w:r>
            <w:r w:rsidRPr="00447437">
              <w:rPr>
                <w:rFonts w:ascii="GHEA Grapalat" w:hAnsi="GHEA Grapalat"/>
                <w:color w:val="000000" w:themeColor="text1"/>
              </w:rPr>
              <w:t>միջոցներ</w:t>
            </w:r>
          </w:p>
        </w:tc>
      </w:tr>
      <w:tr w:rsidR="00447437" w:rsidRPr="00447437" w14:paraId="167DBD16" w14:textId="77777777" w:rsidTr="00DC25AF">
        <w:tc>
          <w:tcPr>
            <w:tcW w:w="8610" w:type="dxa"/>
            <w:shd w:val="clear" w:color="auto" w:fill="F2F2F2" w:themeFill="background1" w:themeFillShade="F2"/>
          </w:tcPr>
          <w:p w14:paraId="10653A64" w14:textId="77777777" w:rsidR="009A0AC0" w:rsidRPr="00447437" w:rsidRDefault="009A0AC0" w:rsidP="00DC25AF">
            <w:pPr>
              <w:spacing w:before="60" w:after="60"/>
              <w:ind w:left="720" w:hanging="720"/>
              <w:rPr>
                <w:rFonts w:ascii="GHEA Grapalat" w:hAnsi="GHEA Grapalat"/>
                <w:color w:val="000000" w:themeColor="text1"/>
                <w:lang w:val="hy-AM"/>
              </w:rPr>
            </w:pPr>
            <w:r w:rsidRPr="00447437">
              <w:rPr>
                <w:rFonts w:ascii="GHEA Grapalat" w:hAnsi="GHEA Grapalat"/>
                <w:b/>
                <w:bCs/>
                <w:color w:val="000000" w:themeColor="text1"/>
                <w:lang w:val="en-GB"/>
              </w:rPr>
              <w:t>E</w:t>
            </w:r>
            <w:r w:rsidRPr="00447437">
              <w:rPr>
                <w:rFonts w:ascii="GHEA Grapalat" w:hAnsi="GHEA Grapalat"/>
                <w:color w:val="000000" w:themeColor="text1"/>
                <w:lang w:val="en-GB"/>
              </w:rPr>
              <w:t xml:space="preserve"> – </w:t>
            </w:r>
            <w:r w:rsidRPr="00447437">
              <w:rPr>
                <w:rFonts w:ascii="GHEA Grapalat" w:hAnsi="GHEA Grapalat"/>
                <w:color w:val="000000" w:themeColor="text1"/>
              </w:rPr>
              <w:t>Գնահատման</w:t>
            </w:r>
            <w:r w:rsidRPr="00447437">
              <w:rPr>
                <w:rFonts w:ascii="GHEA Grapalat" w:hAnsi="GHEA Grapalat"/>
                <w:color w:val="000000" w:themeColor="text1"/>
                <w:lang w:val="en-GB"/>
              </w:rPr>
              <w:t xml:space="preserve"> </w:t>
            </w:r>
            <w:r w:rsidRPr="00447437">
              <w:rPr>
                <w:rFonts w:ascii="GHEA Grapalat" w:hAnsi="GHEA Grapalat"/>
                <w:color w:val="000000" w:themeColor="text1"/>
              </w:rPr>
              <w:t>չափանիշը</w:t>
            </w:r>
            <w:r w:rsidRPr="00447437">
              <w:rPr>
                <w:rFonts w:ascii="GHEA Grapalat" w:hAnsi="GHEA Grapalat"/>
                <w:color w:val="000000" w:themeColor="text1"/>
                <w:lang w:val="en-GB"/>
              </w:rPr>
              <w:t xml:space="preserve"> </w:t>
            </w:r>
            <w:r w:rsidRPr="00447437">
              <w:rPr>
                <w:rFonts w:ascii="GHEA Grapalat" w:hAnsi="GHEA Grapalat"/>
                <w:color w:val="000000" w:themeColor="text1"/>
              </w:rPr>
              <w:t>կիրառելի</w:t>
            </w:r>
            <w:r w:rsidRPr="00447437">
              <w:rPr>
                <w:rFonts w:ascii="GHEA Grapalat" w:hAnsi="GHEA Grapalat"/>
                <w:color w:val="000000" w:themeColor="text1"/>
                <w:lang w:val="en-GB"/>
              </w:rPr>
              <w:t xml:space="preserve"> </w:t>
            </w:r>
            <w:r w:rsidRPr="00447437">
              <w:rPr>
                <w:rFonts w:ascii="GHEA Grapalat" w:hAnsi="GHEA Grapalat"/>
                <w:color w:val="000000" w:themeColor="text1"/>
              </w:rPr>
              <w:t>չէ</w:t>
            </w:r>
          </w:p>
        </w:tc>
      </w:tr>
    </w:tbl>
    <w:p w14:paraId="70CBB5A7" w14:textId="77777777" w:rsidR="009A0AC0" w:rsidRPr="00447437" w:rsidRDefault="009A0AC0" w:rsidP="009A0AC0">
      <w:pPr>
        <w:ind w:left="720" w:hanging="720"/>
        <w:rPr>
          <w:rFonts w:ascii="GHEA Grapalat" w:hAnsi="GHEA Grapalat"/>
          <w:b/>
          <w:bCs/>
          <w:color w:val="000000" w:themeColor="text1"/>
        </w:rPr>
      </w:pPr>
    </w:p>
    <w:tbl>
      <w:tblPr>
        <w:tblStyle w:val="TableGrid"/>
        <w:tblW w:w="9985" w:type="dxa"/>
        <w:shd w:val="clear" w:color="auto" w:fill="D9E2F3" w:themeFill="accent1" w:themeFillTint="33"/>
        <w:tblLook w:val="04A0" w:firstRow="1" w:lastRow="0" w:firstColumn="1" w:lastColumn="0" w:noHBand="0" w:noVBand="1"/>
      </w:tblPr>
      <w:tblGrid>
        <w:gridCol w:w="9985"/>
      </w:tblGrid>
      <w:tr w:rsidR="00447437" w:rsidRPr="00447437" w14:paraId="652A295F" w14:textId="77777777" w:rsidTr="00DC25AF">
        <w:tc>
          <w:tcPr>
            <w:tcW w:w="9985" w:type="dxa"/>
            <w:shd w:val="clear" w:color="auto" w:fill="D9E2F3" w:themeFill="accent1" w:themeFillTint="33"/>
          </w:tcPr>
          <w:p w14:paraId="5204BE81" w14:textId="77777777" w:rsidR="009A0AC0" w:rsidRPr="00447437" w:rsidRDefault="009A0AC0" w:rsidP="00DC25AF">
            <w:pPr>
              <w:pStyle w:val="Heading2"/>
              <w:ind w:left="720" w:hanging="720"/>
              <w:rPr>
                <w:rFonts w:ascii="GHEA Grapalat" w:hAnsi="GHEA Grapalat"/>
                <w:color w:val="000000" w:themeColor="text1"/>
              </w:rPr>
            </w:pPr>
            <w:r w:rsidRPr="00447437">
              <w:rPr>
                <w:rFonts w:ascii="GHEA Grapalat" w:hAnsi="GHEA Grapalat"/>
                <w:color w:val="000000" w:themeColor="text1"/>
              </w:rPr>
              <w:t>1. Մասնագիտական կարողություններ</w:t>
            </w:r>
          </w:p>
          <w:p w14:paraId="1B0D3800" w14:textId="77777777" w:rsidR="009A0AC0" w:rsidRPr="00447437" w:rsidRDefault="009A0AC0" w:rsidP="00DC25AF">
            <w:pPr>
              <w:ind w:left="720" w:hanging="720"/>
              <w:rPr>
                <w:rFonts w:ascii="GHEA Grapalat" w:hAnsi="GHEA Grapalat"/>
                <w:color w:val="000000" w:themeColor="text1"/>
              </w:rPr>
            </w:pPr>
          </w:p>
        </w:tc>
      </w:tr>
    </w:tbl>
    <w:p w14:paraId="1D820565" w14:textId="77777777" w:rsidR="009A0AC0" w:rsidRPr="00447437" w:rsidRDefault="009A0AC0" w:rsidP="009A0AC0">
      <w:pPr>
        <w:ind w:left="720" w:hanging="720"/>
        <w:rPr>
          <w:rFonts w:ascii="GHEA Grapalat" w:hAnsi="GHEA Grapalat"/>
          <w:b/>
          <w:bCs/>
          <w:color w:val="000000" w:themeColor="text1"/>
        </w:rPr>
      </w:pPr>
    </w:p>
    <w:p w14:paraId="2015AC0A" w14:textId="77777777" w:rsidR="009A0AC0" w:rsidRPr="00447437" w:rsidRDefault="009A0AC0" w:rsidP="009A0AC0">
      <w:pPr>
        <w:spacing w:before="120" w:after="120"/>
        <w:ind w:left="720" w:hanging="720"/>
        <w:rPr>
          <w:rFonts w:ascii="GHEA Grapalat" w:hAnsi="GHEA Grapalat"/>
          <w:b/>
          <w:bCs/>
          <w:color w:val="000000" w:themeColor="text1"/>
        </w:rPr>
      </w:pPr>
      <w:r w:rsidRPr="00447437">
        <w:rPr>
          <w:rFonts w:ascii="GHEA Grapalat" w:hAnsi="GHEA Grapalat" w:cs="Calibri"/>
          <w:b/>
          <w:bCs/>
          <w:noProof/>
          <w:color w:val="000000" w:themeColor="text1"/>
          <w:lang w:val="en-US"/>
        </w:rPr>
        <mc:AlternateContent>
          <mc:Choice Requires="wps">
            <w:drawing>
              <wp:anchor distT="45720" distB="45720" distL="114300" distR="114300" simplePos="0" relativeHeight="251661312" behindDoc="0" locked="0" layoutInCell="1" allowOverlap="1" wp14:anchorId="3D869C94" wp14:editId="7031AAB0">
                <wp:simplePos x="0" y="0"/>
                <wp:positionH relativeFrom="column">
                  <wp:posOffset>-768350</wp:posOffset>
                </wp:positionH>
                <wp:positionV relativeFrom="paragraph">
                  <wp:posOffset>-392430</wp:posOffset>
                </wp:positionV>
                <wp:extent cx="314325" cy="1404620"/>
                <wp:effectExtent l="0" t="0" r="28575" b="19685"/>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1404620"/>
                        </a:xfrm>
                        <a:prstGeom prst="rect">
                          <a:avLst/>
                        </a:prstGeom>
                        <a:solidFill>
                          <a:srgbClr val="FFFFFF"/>
                        </a:solidFill>
                        <a:ln w="9525">
                          <a:solidFill>
                            <a:srgbClr val="000000"/>
                          </a:solidFill>
                          <a:miter lim="800000"/>
                          <a:headEnd/>
                          <a:tailEnd/>
                        </a:ln>
                      </wps:spPr>
                      <wps:txbx>
                        <w:txbxContent>
                          <w:p w14:paraId="294394AA" w14:textId="77777777" w:rsidR="009A0AC0" w:rsidRPr="00130DEA" w:rsidRDefault="009A0AC0" w:rsidP="009A0AC0">
                            <w:pPr>
                              <w:rPr>
                                <w:b/>
                                <w:bCs/>
                                <w:sz w:val="40"/>
                                <w:szCs w:val="40"/>
                              </w:rPr>
                            </w:pPr>
                            <w:r w:rsidRPr="00130DEA">
                              <w:rPr>
                                <w:b/>
                                <w:bCs/>
                                <w:sz w:val="40"/>
                                <w:szCs w:val="40"/>
                              </w:rPr>
                              <w:t>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869C94" id="Textfeld 2" o:spid="_x0000_s1027" type="#_x0000_t202" style="position:absolute;left:0;text-align:left;margin-left:-60.5pt;margin-top:-30.9pt;width:24.7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">
                <v:textbox style="mso-fit-shape-to-text:t">
                  <w:txbxContent>
                    <w:p w14:paraId="294394AA" w14:textId="77777777" w:rsidR="009A0AC0" w:rsidRPr="00130DEA" w:rsidRDefault="009A0AC0" w:rsidP="009A0AC0">
                      <w:pPr>
                        <w:rPr>
                          <w:b/>
                          <w:bCs/>
                          <w:sz w:val="40"/>
                          <w:szCs w:val="40"/>
                        </w:rPr>
                      </w:pPr>
                      <w:r w:rsidRPr="00130DEA">
                        <w:rPr>
                          <w:b/>
                          <w:bCs/>
                          <w:sz w:val="40"/>
                          <w:szCs w:val="40"/>
                        </w:rPr>
                        <w:t>1</w:t>
                      </w:r>
                    </w:p>
                  </w:txbxContent>
                </v:textbox>
                <w10:wrap type="square"/>
              </v:shape>
            </w:pict>
          </mc:Fallback>
        </mc:AlternateContent>
      </w:r>
      <w:r w:rsidRPr="00447437">
        <w:rPr>
          <w:rFonts w:ascii="GHEA Grapalat" w:hAnsi="GHEA Grapalat"/>
          <w:b/>
          <w:bCs/>
          <w:color w:val="000000" w:themeColor="text1"/>
        </w:rPr>
        <w:t>1.1 Գործնական ուսուցման մակարդակ</w:t>
      </w:r>
    </w:p>
    <w:p w14:paraId="7A75C5E2" w14:textId="77777777" w:rsidR="009A0AC0" w:rsidRPr="00447437" w:rsidRDefault="009A0AC0" w:rsidP="009A0AC0">
      <w:pPr>
        <w:spacing w:before="120" w:after="120"/>
        <w:ind w:left="720" w:hanging="720"/>
        <w:rPr>
          <w:rFonts w:ascii="GHEA Grapalat" w:hAnsi="GHEA Grapalat"/>
          <w:i/>
          <w:iCs/>
          <w:color w:val="000000" w:themeColor="text1"/>
        </w:rPr>
      </w:pPr>
      <w:r w:rsidRPr="00447437">
        <w:rPr>
          <w:rFonts w:ascii="GHEA Grapalat" w:hAnsi="GHEA Grapalat"/>
          <w:i/>
          <w:iCs/>
          <w:color w:val="000000" w:themeColor="text1"/>
        </w:rPr>
        <w:t>(Մոդուլային ծրագրով սահմ</w:t>
      </w:r>
      <w:r w:rsidRPr="00447437">
        <w:rPr>
          <w:rFonts w:ascii="GHEA Grapalat" w:hAnsi="GHEA Grapalat"/>
          <w:i/>
          <w:iCs/>
          <w:color w:val="000000" w:themeColor="text1"/>
          <w:lang w:val="hy-AM"/>
        </w:rPr>
        <w:t>ա</w:t>
      </w:r>
      <w:r w:rsidRPr="00447437">
        <w:rPr>
          <w:rFonts w:ascii="GHEA Grapalat" w:hAnsi="GHEA Grapalat"/>
          <w:i/>
          <w:iCs/>
          <w:color w:val="000000" w:themeColor="text1"/>
        </w:rPr>
        <w:t>նված ուսումնական արդյունքների հիման վրա ընդհանուր գնահատում)</w:t>
      </w:r>
    </w:p>
    <w:p w14:paraId="13356F88"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A</w:t>
      </w:r>
      <w:r w:rsidRPr="00447437">
        <w:rPr>
          <w:rFonts w:ascii="GHEA Grapalat" w:hAnsi="GHEA Grapalat"/>
          <w:color w:val="000000" w:themeColor="text1"/>
        </w:rPr>
        <w:t xml:space="preserve">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B</w:t>
      </w:r>
      <w:r w:rsidRPr="00447437">
        <w:rPr>
          <w:rFonts w:ascii="GHEA Grapalat" w:hAnsi="GHEA Grapalat"/>
          <w:color w:val="000000" w:themeColor="text1"/>
        </w:rPr>
        <w:t xml:space="preserve">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C</w:t>
      </w:r>
      <w:r w:rsidRPr="00447437">
        <w:rPr>
          <w:rFonts w:ascii="GHEA Grapalat" w:hAnsi="GHEA Grapalat"/>
          <w:color w:val="000000" w:themeColor="text1"/>
        </w:rPr>
        <w:t xml:space="preserve">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D</w:t>
      </w:r>
      <w:r w:rsidRPr="00447437">
        <w:rPr>
          <w:rFonts w:ascii="GHEA Grapalat" w:hAnsi="GHEA Grapalat"/>
          <w:color w:val="000000" w:themeColor="text1"/>
        </w:rPr>
        <w:t xml:space="preserve">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E</w:t>
      </w:r>
      <w:r w:rsidRPr="00447437">
        <w:rPr>
          <w:rFonts w:ascii="GHEA Grapalat" w:hAnsi="GHEA Grapalat"/>
          <w:color w:val="000000" w:themeColor="text1"/>
        </w:rPr>
        <w:t xml:space="preserve">  </w:t>
      </w:r>
    </w:p>
    <w:p w14:paraId="040474C6"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GHEA Grapalat" w:hAnsi="GHEA Grapalat"/>
          <w:color w:val="000000" w:themeColor="text1"/>
        </w:rPr>
        <w:t>Մեկնաբանություն: ______________________________</w:t>
      </w:r>
    </w:p>
    <w:p w14:paraId="3A008488" w14:textId="77777777" w:rsidR="009A0AC0" w:rsidRPr="00447437" w:rsidRDefault="009A0AC0" w:rsidP="009A0AC0">
      <w:pPr>
        <w:spacing w:before="120" w:after="120"/>
        <w:ind w:left="720" w:hanging="720"/>
        <w:rPr>
          <w:rFonts w:ascii="GHEA Grapalat" w:hAnsi="GHEA Grapalat"/>
          <w:b/>
          <w:bCs/>
          <w:color w:val="000000" w:themeColor="text1"/>
        </w:rPr>
      </w:pPr>
      <w:r w:rsidRPr="00447437">
        <w:rPr>
          <w:rFonts w:ascii="GHEA Grapalat" w:hAnsi="GHEA Grapalat"/>
          <w:b/>
          <w:bCs/>
          <w:color w:val="000000" w:themeColor="text1"/>
        </w:rPr>
        <w:t>1.2 Աշխատանքի որակ</w:t>
      </w:r>
    </w:p>
    <w:p w14:paraId="40E91C83" w14:textId="77777777" w:rsidR="009A0AC0" w:rsidRPr="00447437" w:rsidRDefault="009A0AC0" w:rsidP="009A0AC0">
      <w:pPr>
        <w:spacing w:before="120" w:after="120"/>
        <w:ind w:left="720" w:hanging="720"/>
        <w:rPr>
          <w:rFonts w:ascii="GHEA Grapalat" w:hAnsi="GHEA Grapalat"/>
          <w:i/>
          <w:iCs/>
          <w:color w:val="000000" w:themeColor="text1"/>
        </w:rPr>
      </w:pPr>
      <w:r w:rsidRPr="00447437">
        <w:rPr>
          <w:rFonts w:ascii="GHEA Grapalat" w:hAnsi="GHEA Grapalat"/>
          <w:i/>
          <w:iCs/>
          <w:color w:val="000000" w:themeColor="text1"/>
        </w:rPr>
        <w:t xml:space="preserve">(Աշխատանքի կատարում՝ ճշգրտությամբ, </w:t>
      </w:r>
      <w:r w:rsidRPr="00447437">
        <w:rPr>
          <w:rFonts w:ascii="GHEA Grapalat" w:hAnsi="GHEA Grapalat"/>
          <w:i/>
          <w:iCs/>
          <w:color w:val="000000" w:themeColor="text1"/>
          <w:lang w:val="hy-AM"/>
        </w:rPr>
        <w:t>պատասխանատվությամբ</w:t>
      </w:r>
      <w:r w:rsidRPr="00447437">
        <w:rPr>
          <w:rFonts w:ascii="GHEA Grapalat" w:hAnsi="GHEA Grapalat"/>
          <w:i/>
          <w:iCs/>
          <w:color w:val="000000" w:themeColor="text1"/>
        </w:rPr>
        <w:t xml:space="preserve"> և խնամքով)</w:t>
      </w:r>
    </w:p>
    <w:p w14:paraId="49F7B5E4"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A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B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C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D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E  </w:t>
      </w:r>
      <w:r w:rsidRPr="00447437">
        <w:rPr>
          <w:rFonts w:ascii="GHEA Grapalat" w:hAnsi="GHEA Grapalat"/>
          <w:color w:val="000000" w:themeColor="text1"/>
        </w:rPr>
        <w:t xml:space="preserve">  </w:t>
      </w:r>
    </w:p>
    <w:p w14:paraId="3F09BFAC"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GHEA Grapalat" w:hAnsi="GHEA Grapalat"/>
          <w:color w:val="000000" w:themeColor="text1"/>
        </w:rPr>
        <w:t>Մեկնաբանություն: ______________________________</w:t>
      </w:r>
    </w:p>
    <w:p w14:paraId="740B0D23" w14:textId="77777777" w:rsidR="009A0AC0" w:rsidRPr="00447437" w:rsidRDefault="009A0AC0" w:rsidP="009A0AC0">
      <w:pPr>
        <w:spacing w:before="120" w:after="120"/>
        <w:ind w:left="720" w:hanging="720"/>
        <w:rPr>
          <w:rFonts w:ascii="GHEA Grapalat" w:hAnsi="GHEA Grapalat"/>
          <w:b/>
          <w:bCs/>
          <w:color w:val="000000" w:themeColor="text1"/>
        </w:rPr>
      </w:pPr>
      <w:r w:rsidRPr="00447437">
        <w:rPr>
          <w:rFonts w:ascii="GHEA Grapalat" w:hAnsi="GHEA Grapalat"/>
          <w:b/>
          <w:bCs/>
          <w:color w:val="000000" w:themeColor="text1"/>
        </w:rPr>
        <w:t xml:space="preserve">1.3 Աշխատանքի ծավալ և արագություն </w:t>
      </w:r>
    </w:p>
    <w:p w14:paraId="6703E7E1"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GHEA Grapalat" w:hAnsi="GHEA Grapalat"/>
          <w:color w:val="000000" w:themeColor="text1"/>
        </w:rPr>
        <w:t>(ժամանակի արդյունավետ օգտագործում, առաջադրանքների պատշաճ և ժամանակին կատարում)</w:t>
      </w:r>
    </w:p>
    <w:p w14:paraId="1BE39FCC"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A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B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C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D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E  </w:t>
      </w:r>
      <w:r w:rsidRPr="00447437">
        <w:rPr>
          <w:rFonts w:ascii="GHEA Grapalat" w:hAnsi="GHEA Grapalat"/>
          <w:color w:val="000000" w:themeColor="text1"/>
        </w:rPr>
        <w:t xml:space="preserve">  </w:t>
      </w:r>
    </w:p>
    <w:p w14:paraId="06760EA8"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GHEA Grapalat" w:hAnsi="GHEA Grapalat"/>
          <w:color w:val="000000" w:themeColor="text1"/>
        </w:rPr>
        <w:t>Մեկնաբանություն: ______________________________</w:t>
      </w:r>
    </w:p>
    <w:p w14:paraId="7A1D09AF" w14:textId="77777777" w:rsidR="009A0AC0" w:rsidRPr="00447437" w:rsidRDefault="009A0AC0" w:rsidP="009A0AC0">
      <w:pPr>
        <w:spacing w:before="120" w:after="120"/>
        <w:ind w:left="720" w:hanging="720"/>
        <w:rPr>
          <w:rFonts w:ascii="GHEA Grapalat" w:hAnsi="GHEA Grapalat"/>
          <w:b/>
          <w:bCs/>
          <w:color w:val="000000" w:themeColor="text1"/>
        </w:rPr>
      </w:pPr>
      <w:r w:rsidRPr="00447437">
        <w:rPr>
          <w:rFonts w:ascii="GHEA Grapalat" w:hAnsi="GHEA Grapalat"/>
          <w:b/>
          <w:bCs/>
          <w:color w:val="000000" w:themeColor="text1"/>
        </w:rPr>
        <w:t>1.4 Տեսական գիտելիքների կիրառություն</w:t>
      </w:r>
    </w:p>
    <w:p w14:paraId="470989CA"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GHEA Grapalat" w:hAnsi="GHEA Grapalat"/>
          <w:color w:val="000000" w:themeColor="text1"/>
        </w:rPr>
        <w:t>(Տեսության և գործնական աշխատանքի կապ)</w:t>
      </w:r>
    </w:p>
    <w:p w14:paraId="53F7F71A"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A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B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C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D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E  </w:t>
      </w:r>
      <w:r w:rsidRPr="00447437">
        <w:rPr>
          <w:rFonts w:ascii="GHEA Grapalat" w:hAnsi="GHEA Grapalat"/>
          <w:color w:val="000000" w:themeColor="text1"/>
        </w:rPr>
        <w:t xml:space="preserve">  </w:t>
      </w:r>
    </w:p>
    <w:p w14:paraId="6ACF8FC9"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GHEA Grapalat" w:hAnsi="GHEA Grapalat" w:cs="Calibri"/>
          <w:b/>
          <w:bCs/>
          <w:noProof/>
          <w:color w:val="000000" w:themeColor="text1"/>
          <w:lang w:val="en-US"/>
        </w:rPr>
        <mc:AlternateContent>
          <mc:Choice Requires="wps">
            <w:drawing>
              <wp:anchor distT="45720" distB="45720" distL="114300" distR="114300" simplePos="0" relativeHeight="251662336" behindDoc="0" locked="0" layoutInCell="1" allowOverlap="1" wp14:anchorId="3C6E025F" wp14:editId="635DC7A8">
                <wp:simplePos x="0" y="0"/>
                <wp:positionH relativeFrom="column">
                  <wp:posOffset>-763270</wp:posOffset>
                </wp:positionH>
                <wp:positionV relativeFrom="paragraph">
                  <wp:posOffset>336550</wp:posOffset>
                </wp:positionV>
                <wp:extent cx="314325" cy="1404620"/>
                <wp:effectExtent l="0" t="0" r="28575" b="19685"/>
                <wp:wrapSquare wrapText="bothSides"/>
                <wp:docPr id="52869503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1404620"/>
                        </a:xfrm>
                        <a:prstGeom prst="rect">
                          <a:avLst/>
                        </a:prstGeom>
                        <a:solidFill>
                          <a:srgbClr val="FFFFFF"/>
                        </a:solidFill>
                        <a:ln w="9525">
                          <a:solidFill>
                            <a:srgbClr val="000000"/>
                          </a:solidFill>
                          <a:miter lim="800000"/>
                          <a:headEnd/>
                          <a:tailEnd/>
                        </a:ln>
                      </wps:spPr>
                      <wps:txbx>
                        <w:txbxContent>
                          <w:p w14:paraId="5DCF2499" w14:textId="77777777" w:rsidR="009A0AC0" w:rsidRPr="00D3291E" w:rsidRDefault="009A0AC0" w:rsidP="009A0AC0">
                            <w:pPr>
                              <w:rPr>
                                <w:b/>
                                <w:bCs/>
                                <w:sz w:val="40"/>
                                <w:szCs w:val="40"/>
                                <w:lang w:val="hy-AM"/>
                              </w:rPr>
                            </w:pPr>
                            <w:r>
                              <w:rPr>
                                <w:b/>
                                <w:bCs/>
                                <w:sz w:val="40"/>
                                <w:szCs w:val="40"/>
                                <w:lang w:val="hy-AM"/>
                              </w:rPr>
                              <w:t>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6E025F" id="_x0000_s1028" type="#_x0000_t202" style="position:absolute;left:0;text-align:left;margin-left:-60.1pt;margin-top:26.5pt;width:24.7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">
                <v:textbox style="mso-fit-shape-to-text:t">
                  <w:txbxContent>
                    <w:p w14:paraId="5DCF2499" w14:textId="77777777" w:rsidR="009A0AC0" w:rsidRPr="00D3291E" w:rsidRDefault="009A0AC0" w:rsidP="009A0AC0">
                      <w:pPr>
                        <w:rPr>
                          <w:b/>
                          <w:bCs/>
                          <w:sz w:val="40"/>
                          <w:szCs w:val="40"/>
                          <w:lang w:val="hy-AM"/>
                        </w:rPr>
                      </w:pPr>
                      <w:r>
                        <w:rPr>
                          <w:b/>
                          <w:bCs/>
                          <w:sz w:val="40"/>
                          <w:szCs w:val="40"/>
                          <w:lang w:val="hy-AM"/>
                        </w:rPr>
                        <w:t>2</w:t>
                      </w:r>
                    </w:p>
                  </w:txbxContent>
                </v:textbox>
                <w10:wrap type="square"/>
              </v:shape>
            </w:pict>
          </mc:Fallback>
        </mc:AlternateContent>
      </w:r>
      <w:r w:rsidRPr="00447437">
        <w:rPr>
          <w:rFonts w:ascii="GHEA Grapalat" w:hAnsi="GHEA Grapalat"/>
          <w:color w:val="000000" w:themeColor="text1"/>
        </w:rPr>
        <w:t>Մեկնաբանություն: ______________________________</w:t>
      </w:r>
    </w:p>
    <w:tbl>
      <w:tblPr>
        <w:tblStyle w:val="TableGrid"/>
        <w:tblW w:w="9985" w:type="dxa"/>
        <w:shd w:val="clear" w:color="auto" w:fill="D9E2F3" w:themeFill="accent1" w:themeFillTint="33"/>
        <w:tblLook w:val="04A0" w:firstRow="1" w:lastRow="0" w:firstColumn="1" w:lastColumn="0" w:noHBand="0" w:noVBand="1"/>
      </w:tblPr>
      <w:tblGrid>
        <w:gridCol w:w="9985"/>
      </w:tblGrid>
      <w:tr w:rsidR="00447437" w:rsidRPr="00447437" w14:paraId="6C7F7117" w14:textId="77777777" w:rsidTr="00DC25AF">
        <w:tc>
          <w:tcPr>
            <w:tcW w:w="9985" w:type="dxa"/>
            <w:shd w:val="clear" w:color="auto" w:fill="D9E2F3" w:themeFill="accent1" w:themeFillTint="33"/>
          </w:tcPr>
          <w:p w14:paraId="37CC0F13" w14:textId="77777777" w:rsidR="009A0AC0" w:rsidRPr="00447437" w:rsidRDefault="009A0AC0" w:rsidP="00DC25AF">
            <w:pPr>
              <w:pStyle w:val="Heading2"/>
              <w:spacing w:before="120" w:after="120"/>
              <w:ind w:left="720" w:hanging="720"/>
              <w:rPr>
                <w:rFonts w:ascii="GHEA Grapalat" w:hAnsi="GHEA Grapalat"/>
                <w:color w:val="000000" w:themeColor="text1"/>
              </w:rPr>
            </w:pPr>
            <w:r w:rsidRPr="00447437">
              <w:rPr>
                <w:rFonts w:ascii="GHEA Grapalat" w:hAnsi="GHEA Grapalat"/>
                <w:color w:val="000000" w:themeColor="text1"/>
              </w:rPr>
              <w:t>2. Մեթոդաբանական կարողություններ</w:t>
            </w:r>
          </w:p>
          <w:p w14:paraId="2A6B2BE3" w14:textId="77777777" w:rsidR="009A0AC0" w:rsidRPr="00447437" w:rsidRDefault="009A0AC0" w:rsidP="00DC25AF">
            <w:pPr>
              <w:rPr>
                <w:color w:val="000000" w:themeColor="text1"/>
              </w:rPr>
            </w:pPr>
          </w:p>
        </w:tc>
      </w:tr>
    </w:tbl>
    <w:p w14:paraId="70226016" w14:textId="77777777" w:rsidR="009A0AC0" w:rsidRPr="00447437" w:rsidRDefault="009A0AC0" w:rsidP="009A0AC0">
      <w:pPr>
        <w:spacing w:before="120" w:after="120"/>
        <w:ind w:left="720" w:hanging="720"/>
        <w:rPr>
          <w:rFonts w:ascii="GHEA Grapalat" w:hAnsi="GHEA Grapalat"/>
          <w:b/>
          <w:bCs/>
          <w:color w:val="000000" w:themeColor="text1"/>
        </w:rPr>
      </w:pPr>
      <w:r w:rsidRPr="00447437">
        <w:rPr>
          <w:rFonts w:ascii="GHEA Grapalat" w:hAnsi="GHEA Grapalat"/>
          <w:b/>
          <w:bCs/>
          <w:color w:val="000000" w:themeColor="text1"/>
        </w:rPr>
        <w:t>2.1 Աշխատանքի տեխնիկա</w:t>
      </w:r>
    </w:p>
    <w:p w14:paraId="71CD1903" w14:textId="77777777" w:rsidR="009A0AC0" w:rsidRPr="00447437" w:rsidRDefault="009A0AC0" w:rsidP="009A0AC0">
      <w:pPr>
        <w:spacing w:before="120" w:after="120"/>
        <w:ind w:left="720" w:hanging="720"/>
        <w:rPr>
          <w:rFonts w:ascii="GHEA Grapalat" w:hAnsi="GHEA Grapalat"/>
          <w:i/>
          <w:iCs/>
          <w:color w:val="000000" w:themeColor="text1"/>
        </w:rPr>
      </w:pPr>
      <w:r w:rsidRPr="00447437">
        <w:rPr>
          <w:rFonts w:ascii="GHEA Grapalat" w:hAnsi="GHEA Grapalat"/>
          <w:i/>
          <w:iCs/>
          <w:color w:val="000000" w:themeColor="text1"/>
        </w:rPr>
        <w:lastRenderedPageBreak/>
        <w:t>(Աշխատատեղի կազմակերպում, ռեսուրսների օգտագործում, աշխատանքի պլանավորում)</w:t>
      </w:r>
    </w:p>
    <w:p w14:paraId="64456D04"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A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B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C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D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E  </w:t>
      </w:r>
      <w:r w:rsidRPr="00447437">
        <w:rPr>
          <w:rFonts w:ascii="GHEA Grapalat" w:hAnsi="GHEA Grapalat"/>
          <w:color w:val="000000" w:themeColor="text1"/>
        </w:rPr>
        <w:t xml:space="preserve">  </w:t>
      </w:r>
    </w:p>
    <w:p w14:paraId="56742611"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GHEA Grapalat" w:hAnsi="GHEA Grapalat"/>
          <w:color w:val="000000" w:themeColor="text1"/>
        </w:rPr>
        <w:t>Մեկնաբանություն: ______________________________</w:t>
      </w:r>
    </w:p>
    <w:p w14:paraId="40E53E6E" w14:textId="77777777" w:rsidR="009A0AC0" w:rsidRPr="00447437" w:rsidRDefault="009A0AC0" w:rsidP="009A0AC0">
      <w:pPr>
        <w:spacing w:before="120" w:after="120"/>
        <w:ind w:left="720" w:hanging="720"/>
        <w:rPr>
          <w:rFonts w:ascii="GHEA Grapalat" w:hAnsi="GHEA Grapalat"/>
          <w:b/>
          <w:bCs/>
          <w:color w:val="000000" w:themeColor="text1"/>
        </w:rPr>
      </w:pPr>
      <w:r w:rsidRPr="00447437">
        <w:rPr>
          <w:rFonts w:ascii="GHEA Grapalat" w:hAnsi="GHEA Grapalat"/>
          <w:b/>
          <w:bCs/>
          <w:color w:val="000000" w:themeColor="text1"/>
        </w:rPr>
        <w:t>2.2 Համակարգված մտածողություն</w:t>
      </w:r>
    </w:p>
    <w:p w14:paraId="3598DD26" w14:textId="77777777" w:rsidR="009A0AC0" w:rsidRPr="00447437" w:rsidRDefault="009A0AC0" w:rsidP="009A0AC0">
      <w:pPr>
        <w:spacing w:before="120" w:after="120"/>
        <w:ind w:left="720" w:hanging="720"/>
        <w:rPr>
          <w:rFonts w:ascii="GHEA Grapalat" w:hAnsi="GHEA Grapalat"/>
          <w:i/>
          <w:iCs/>
          <w:color w:val="000000" w:themeColor="text1"/>
        </w:rPr>
      </w:pPr>
      <w:r w:rsidRPr="00447437">
        <w:rPr>
          <w:rFonts w:ascii="GHEA Grapalat" w:hAnsi="GHEA Grapalat"/>
          <w:i/>
          <w:iCs/>
          <w:color w:val="000000" w:themeColor="text1"/>
        </w:rPr>
        <w:t>(Աշխատանքային գործընթացների ըմբռնում, սեփական ներդրում, բարելավման առաջարկներ)</w:t>
      </w:r>
    </w:p>
    <w:p w14:paraId="4468D6D1"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A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B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C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D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E  </w:t>
      </w:r>
      <w:r w:rsidRPr="00447437">
        <w:rPr>
          <w:rFonts w:ascii="GHEA Grapalat" w:hAnsi="GHEA Grapalat"/>
          <w:color w:val="000000" w:themeColor="text1"/>
        </w:rPr>
        <w:t xml:space="preserve">  </w:t>
      </w:r>
    </w:p>
    <w:p w14:paraId="0505EBDE"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GHEA Grapalat" w:hAnsi="GHEA Grapalat"/>
          <w:color w:val="000000" w:themeColor="text1"/>
        </w:rPr>
        <w:t>Մեկնաբանություն: ______________________________</w:t>
      </w:r>
    </w:p>
    <w:p w14:paraId="4F365241" w14:textId="77777777" w:rsidR="009A0AC0" w:rsidRPr="00447437" w:rsidRDefault="009A0AC0" w:rsidP="009A0AC0">
      <w:pPr>
        <w:spacing w:before="120" w:after="120"/>
        <w:ind w:left="720" w:hanging="720"/>
        <w:rPr>
          <w:rFonts w:ascii="GHEA Grapalat" w:hAnsi="GHEA Grapalat"/>
          <w:b/>
          <w:bCs/>
          <w:color w:val="000000" w:themeColor="text1"/>
        </w:rPr>
      </w:pPr>
      <w:r w:rsidRPr="00447437">
        <w:rPr>
          <w:rFonts w:ascii="GHEA Grapalat" w:hAnsi="GHEA Grapalat"/>
          <w:b/>
          <w:bCs/>
          <w:color w:val="000000" w:themeColor="text1"/>
        </w:rPr>
        <w:t>2.3 Կազմակերպության ռեսուրսների և սարքավորումների պատասխանատու օգտագործում</w:t>
      </w:r>
    </w:p>
    <w:p w14:paraId="71FE60B3" w14:textId="77777777" w:rsidR="009A0AC0" w:rsidRPr="00447437" w:rsidRDefault="009A0AC0" w:rsidP="009A0AC0">
      <w:pPr>
        <w:spacing w:before="120" w:after="120"/>
        <w:ind w:left="720" w:hanging="720"/>
        <w:rPr>
          <w:rFonts w:ascii="GHEA Grapalat" w:hAnsi="GHEA Grapalat"/>
          <w:i/>
          <w:iCs/>
          <w:color w:val="000000" w:themeColor="text1"/>
        </w:rPr>
      </w:pPr>
      <w:r w:rsidRPr="00447437">
        <w:rPr>
          <w:rFonts w:ascii="GHEA Grapalat" w:hAnsi="GHEA Grapalat"/>
          <w:i/>
          <w:iCs/>
          <w:color w:val="000000" w:themeColor="text1"/>
        </w:rPr>
        <w:t>(Շրջակա միջավայրի նկատմամբ պատասխանատու վարք, թափոնների ճիշտ կառավարում, նյութերի խնայողաբար օգտագործում, սարքավորումների խնամք և պահպանում)</w:t>
      </w:r>
    </w:p>
    <w:p w14:paraId="46D0B21B"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A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B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C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D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E  </w:t>
      </w:r>
      <w:r w:rsidRPr="00447437">
        <w:rPr>
          <w:rFonts w:ascii="GHEA Grapalat" w:hAnsi="GHEA Grapalat"/>
          <w:color w:val="000000" w:themeColor="text1"/>
        </w:rPr>
        <w:t xml:space="preserve">  </w:t>
      </w:r>
    </w:p>
    <w:p w14:paraId="4F4D920B"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GHEA Grapalat" w:hAnsi="GHEA Grapalat"/>
          <w:color w:val="000000" w:themeColor="text1"/>
        </w:rPr>
        <w:t>Մեկնաբանություն: ______________________________</w:t>
      </w:r>
    </w:p>
    <w:p w14:paraId="6DE8A0D6" w14:textId="77777777" w:rsidR="009A0AC0" w:rsidRPr="00447437" w:rsidRDefault="009A0AC0" w:rsidP="009A0AC0">
      <w:pPr>
        <w:spacing w:before="120" w:after="120"/>
        <w:ind w:left="720" w:hanging="720"/>
        <w:rPr>
          <w:rFonts w:ascii="GHEA Grapalat" w:hAnsi="GHEA Grapalat"/>
          <w:b/>
          <w:bCs/>
          <w:color w:val="000000" w:themeColor="text1"/>
        </w:rPr>
      </w:pPr>
      <w:r w:rsidRPr="00447437">
        <w:rPr>
          <w:rFonts w:ascii="GHEA Grapalat" w:hAnsi="GHEA Grapalat"/>
          <w:b/>
          <w:bCs/>
          <w:color w:val="000000" w:themeColor="text1"/>
        </w:rPr>
        <w:t>2.4 Սովորելու և աշխատելու ռազմավարություն</w:t>
      </w:r>
    </w:p>
    <w:p w14:paraId="106F20B7" w14:textId="77777777" w:rsidR="009A0AC0" w:rsidRPr="00447437" w:rsidRDefault="009A0AC0" w:rsidP="009A0AC0">
      <w:pPr>
        <w:spacing w:before="120" w:after="120"/>
        <w:ind w:left="720" w:hanging="720"/>
        <w:rPr>
          <w:rFonts w:ascii="GHEA Grapalat" w:hAnsi="GHEA Grapalat"/>
          <w:i/>
          <w:iCs/>
          <w:color w:val="000000" w:themeColor="text1"/>
        </w:rPr>
      </w:pPr>
      <w:r w:rsidRPr="00447437">
        <w:rPr>
          <w:rFonts w:ascii="GHEA Grapalat" w:hAnsi="GHEA Grapalat"/>
          <w:i/>
          <w:iCs/>
          <w:color w:val="000000" w:themeColor="text1"/>
        </w:rPr>
        <w:t>(Սեփական ուսուցման գործընթացի հետևողական վերահսկում և ինքնավերլուծություն)</w:t>
      </w:r>
    </w:p>
    <w:p w14:paraId="1246C069"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A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B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C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D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E  </w:t>
      </w:r>
      <w:r w:rsidRPr="00447437">
        <w:rPr>
          <w:rFonts w:ascii="GHEA Grapalat" w:hAnsi="GHEA Grapalat"/>
          <w:color w:val="000000" w:themeColor="text1"/>
        </w:rPr>
        <w:t xml:space="preserve">  </w:t>
      </w:r>
    </w:p>
    <w:p w14:paraId="3F502AE6"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GHEA Grapalat" w:hAnsi="GHEA Grapalat" w:cs="Calibri"/>
          <w:b/>
          <w:bCs/>
          <w:noProof/>
          <w:color w:val="000000" w:themeColor="text1"/>
          <w:lang w:val="en-US"/>
        </w:rPr>
        <mc:AlternateContent>
          <mc:Choice Requires="wps">
            <w:drawing>
              <wp:anchor distT="45720" distB="45720" distL="114300" distR="114300" simplePos="0" relativeHeight="251663360" behindDoc="0" locked="0" layoutInCell="1" allowOverlap="1" wp14:anchorId="1FC16D5F" wp14:editId="5A8D9A38">
                <wp:simplePos x="0" y="0"/>
                <wp:positionH relativeFrom="column">
                  <wp:posOffset>-784860</wp:posOffset>
                </wp:positionH>
                <wp:positionV relativeFrom="paragraph">
                  <wp:posOffset>316230</wp:posOffset>
                </wp:positionV>
                <wp:extent cx="314325" cy="1404620"/>
                <wp:effectExtent l="0" t="0" r="28575" b="19685"/>
                <wp:wrapSquare wrapText="bothSides"/>
                <wp:docPr id="5078808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1404620"/>
                        </a:xfrm>
                        <a:prstGeom prst="rect">
                          <a:avLst/>
                        </a:prstGeom>
                        <a:solidFill>
                          <a:srgbClr val="FFFFFF"/>
                        </a:solidFill>
                        <a:ln w="9525">
                          <a:solidFill>
                            <a:srgbClr val="000000"/>
                          </a:solidFill>
                          <a:miter lim="800000"/>
                          <a:headEnd/>
                          <a:tailEnd/>
                        </a:ln>
                      </wps:spPr>
                      <wps:txbx>
                        <w:txbxContent>
                          <w:p w14:paraId="3B36295E" w14:textId="77777777" w:rsidR="009A0AC0" w:rsidRPr="00D3291E" w:rsidRDefault="009A0AC0" w:rsidP="009A0AC0">
                            <w:pPr>
                              <w:rPr>
                                <w:b/>
                                <w:bCs/>
                                <w:sz w:val="40"/>
                                <w:szCs w:val="40"/>
                                <w:lang w:val="hy-AM"/>
                              </w:rPr>
                            </w:pPr>
                            <w:r>
                              <w:rPr>
                                <w:b/>
                                <w:bCs/>
                                <w:sz w:val="40"/>
                                <w:szCs w:val="40"/>
                                <w:lang w:val="hy-AM"/>
                              </w:rPr>
                              <w:t>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C16D5F" id="_x0000_s1029" type="#_x0000_t202" style="position:absolute;left:0;text-align:left;margin-left:-61.8pt;margin-top:24.9pt;width:24.7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">
                <v:textbox style="mso-fit-shape-to-text:t">
                  <w:txbxContent>
                    <w:p w14:paraId="3B36295E" w14:textId="77777777" w:rsidR="009A0AC0" w:rsidRPr="00D3291E" w:rsidRDefault="009A0AC0" w:rsidP="009A0AC0">
                      <w:pPr>
                        <w:rPr>
                          <w:b/>
                          <w:bCs/>
                          <w:sz w:val="40"/>
                          <w:szCs w:val="40"/>
                          <w:lang w:val="hy-AM"/>
                        </w:rPr>
                      </w:pPr>
                      <w:r>
                        <w:rPr>
                          <w:b/>
                          <w:bCs/>
                          <w:sz w:val="40"/>
                          <w:szCs w:val="40"/>
                          <w:lang w:val="hy-AM"/>
                        </w:rPr>
                        <w:t>3</w:t>
                      </w:r>
                    </w:p>
                  </w:txbxContent>
                </v:textbox>
                <w10:wrap type="square"/>
              </v:shape>
            </w:pict>
          </mc:Fallback>
        </mc:AlternateContent>
      </w:r>
      <w:r w:rsidRPr="00447437">
        <w:rPr>
          <w:rFonts w:ascii="GHEA Grapalat" w:hAnsi="GHEA Grapalat"/>
          <w:color w:val="000000" w:themeColor="text1"/>
        </w:rPr>
        <w:t>Մեկնաբանություն: ______________________________</w:t>
      </w:r>
    </w:p>
    <w:tbl>
      <w:tblPr>
        <w:tblStyle w:val="TableGrid"/>
        <w:tblW w:w="10165" w:type="dxa"/>
        <w:shd w:val="clear" w:color="auto" w:fill="D9E2F3" w:themeFill="accent1" w:themeFillTint="33"/>
        <w:tblLook w:val="04A0" w:firstRow="1" w:lastRow="0" w:firstColumn="1" w:lastColumn="0" w:noHBand="0" w:noVBand="1"/>
      </w:tblPr>
      <w:tblGrid>
        <w:gridCol w:w="10165"/>
      </w:tblGrid>
      <w:tr w:rsidR="00447437" w:rsidRPr="00447437" w14:paraId="3E3F449A" w14:textId="77777777" w:rsidTr="00DC25AF">
        <w:tc>
          <w:tcPr>
            <w:tcW w:w="10165" w:type="dxa"/>
            <w:shd w:val="clear" w:color="auto" w:fill="D9E2F3" w:themeFill="accent1" w:themeFillTint="33"/>
          </w:tcPr>
          <w:p w14:paraId="018AA096" w14:textId="77777777" w:rsidR="009A0AC0" w:rsidRPr="00447437" w:rsidRDefault="009A0AC0" w:rsidP="00DC25AF">
            <w:pPr>
              <w:pStyle w:val="Heading2"/>
              <w:spacing w:before="120" w:after="120"/>
              <w:ind w:left="720" w:hanging="720"/>
              <w:rPr>
                <w:rFonts w:ascii="GHEA Grapalat" w:hAnsi="GHEA Grapalat"/>
                <w:color w:val="000000" w:themeColor="text1"/>
              </w:rPr>
            </w:pPr>
            <w:r w:rsidRPr="00447437">
              <w:rPr>
                <w:rFonts w:ascii="GHEA Grapalat" w:hAnsi="GHEA Grapalat"/>
                <w:color w:val="000000" w:themeColor="text1"/>
              </w:rPr>
              <w:t>3. Սոցիալական կարողություններ</w:t>
            </w:r>
          </w:p>
        </w:tc>
      </w:tr>
    </w:tbl>
    <w:p w14:paraId="1C37A4EF" w14:textId="77777777" w:rsidR="009A0AC0" w:rsidRPr="00447437" w:rsidRDefault="009A0AC0" w:rsidP="009A0AC0">
      <w:pPr>
        <w:spacing w:before="120" w:after="120"/>
        <w:ind w:left="720" w:hanging="720"/>
        <w:rPr>
          <w:rFonts w:ascii="GHEA Grapalat" w:hAnsi="GHEA Grapalat"/>
          <w:b/>
          <w:bCs/>
          <w:color w:val="000000" w:themeColor="text1"/>
        </w:rPr>
      </w:pPr>
      <w:r w:rsidRPr="00447437">
        <w:rPr>
          <w:rFonts w:ascii="GHEA Grapalat" w:hAnsi="GHEA Grapalat"/>
          <w:b/>
          <w:bCs/>
          <w:color w:val="000000" w:themeColor="text1"/>
        </w:rPr>
        <w:t xml:space="preserve">3.1 Թիմում աշխատելու և կոնֆլիկտները հաղթահարելու կարողություն </w:t>
      </w:r>
    </w:p>
    <w:p w14:paraId="1DBF33BA" w14:textId="77777777" w:rsidR="009A0AC0" w:rsidRPr="00447437" w:rsidRDefault="009A0AC0" w:rsidP="009A0AC0">
      <w:pPr>
        <w:spacing w:before="120" w:after="120"/>
        <w:ind w:left="720" w:hanging="720"/>
        <w:rPr>
          <w:rFonts w:ascii="GHEA Grapalat" w:hAnsi="GHEA Grapalat"/>
          <w:i/>
          <w:iCs/>
          <w:color w:val="000000" w:themeColor="text1"/>
        </w:rPr>
      </w:pPr>
      <w:r w:rsidRPr="00447437">
        <w:rPr>
          <w:rFonts w:ascii="GHEA Grapalat" w:hAnsi="GHEA Grapalat"/>
          <w:i/>
          <w:iCs/>
          <w:color w:val="000000" w:themeColor="text1"/>
        </w:rPr>
        <w:t>(Ներդրում աշխատանքային մթնոլորտում, ազնվություն, վերաբերմունք քննադատության նկատմամբ)</w:t>
      </w:r>
    </w:p>
    <w:p w14:paraId="4B302450"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A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B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C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D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E  </w:t>
      </w:r>
      <w:r w:rsidRPr="00447437">
        <w:rPr>
          <w:rFonts w:ascii="GHEA Grapalat" w:hAnsi="GHEA Grapalat"/>
          <w:color w:val="000000" w:themeColor="text1"/>
        </w:rPr>
        <w:t xml:space="preserve">  </w:t>
      </w:r>
    </w:p>
    <w:p w14:paraId="10EDDE51"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GHEA Grapalat" w:hAnsi="GHEA Grapalat"/>
          <w:color w:val="000000" w:themeColor="text1"/>
        </w:rPr>
        <w:t>Մեկնաբանություն: ______________________________</w:t>
      </w:r>
    </w:p>
    <w:p w14:paraId="10768752" w14:textId="77777777" w:rsidR="009A0AC0" w:rsidRPr="00447437" w:rsidRDefault="009A0AC0" w:rsidP="009A0AC0">
      <w:pPr>
        <w:spacing w:before="120" w:after="120"/>
        <w:ind w:left="720" w:hanging="720"/>
        <w:rPr>
          <w:rFonts w:ascii="GHEA Grapalat" w:hAnsi="GHEA Grapalat"/>
          <w:b/>
          <w:bCs/>
          <w:color w:val="000000" w:themeColor="text1"/>
        </w:rPr>
      </w:pPr>
      <w:r w:rsidRPr="00447437">
        <w:rPr>
          <w:rFonts w:ascii="GHEA Grapalat" w:hAnsi="GHEA Grapalat"/>
          <w:b/>
          <w:bCs/>
          <w:color w:val="000000" w:themeColor="text1"/>
        </w:rPr>
        <w:t>3.2 Համագործակցություն</w:t>
      </w:r>
    </w:p>
    <w:p w14:paraId="2E32099D" w14:textId="77777777" w:rsidR="009A0AC0" w:rsidRPr="00447437" w:rsidRDefault="009A0AC0" w:rsidP="009A0AC0">
      <w:pPr>
        <w:spacing w:before="120" w:after="120"/>
        <w:ind w:left="720" w:hanging="720"/>
        <w:rPr>
          <w:rFonts w:ascii="GHEA Grapalat" w:hAnsi="GHEA Grapalat"/>
          <w:i/>
          <w:iCs/>
          <w:color w:val="000000" w:themeColor="text1"/>
        </w:rPr>
      </w:pPr>
      <w:r w:rsidRPr="00447437">
        <w:rPr>
          <w:rFonts w:ascii="GHEA Grapalat" w:hAnsi="GHEA Grapalat"/>
          <w:i/>
          <w:iCs/>
          <w:color w:val="000000" w:themeColor="text1"/>
        </w:rPr>
        <w:t>(այլոց հասկանալու կարողություն, էմպատիա)</w:t>
      </w:r>
    </w:p>
    <w:p w14:paraId="50A7A80C"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A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B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C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D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E  </w:t>
      </w:r>
      <w:r w:rsidRPr="00447437">
        <w:rPr>
          <w:rFonts w:ascii="GHEA Grapalat" w:hAnsi="GHEA Grapalat"/>
          <w:color w:val="000000" w:themeColor="text1"/>
        </w:rPr>
        <w:t xml:space="preserve">  </w:t>
      </w:r>
    </w:p>
    <w:p w14:paraId="4AE6B04C"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GHEA Grapalat" w:hAnsi="GHEA Grapalat"/>
          <w:color w:val="000000" w:themeColor="text1"/>
        </w:rPr>
        <w:t>Մեկնաբանություն: ______________________________</w:t>
      </w:r>
    </w:p>
    <w:p w14:paraId="0F062895" w14:textId="77777777" w:rsidR="009A0AC0" w:rsidRPr="00447437" w:rsidRDefault="009A0AC0" w:rsidP="009A0AC0">
      <w:pPr>
        <w:spacing w:before="120" w:after="120"/>
        <w:ind w:left="720" w:hanging="720"/>
        <w:rPr>
          <w:rFonts w:ascii="GHEA Grapalat" w:hAnsi="GHEA Grapalat"/>
          <w:b/>
          <w:bCs/>
          <w:color w:val="000000" w:themeColor="text1"/>
        </w:rPr>
      </w:pPr>
      <w:r w:rsidRPr="00447437">
        <w:rPr>
          <w:rFonts w:ascii="GHEA Grapalat" w:hAnsi="GHEA Grapalat"/>
          <w:b/>
          <w:bCs/>
          <w:color w:val="000000" w:themeColor="text1"/>
        </w:rPr>
        <w:t>3.3 Տեղեկատվություն և հաղորդակցություն</w:t>
      </w:r>
    </w:p>
    <w:p w14:paraId="7A4F8EDA" w14:textId="77777777" w:rsidR="009A0AC0" w:rsidRPr="00447437" w:rsidRDefault="009A0AC0" w:rsidP="009A0AC0">
      <w:pPr>
        <w:spacing w:before="120" w:after="120"/>
        <w:ind w:left="720" w:hanging="720"/>
        <w:rPr>
          <w:rFonts w:ascii="GHEA Grapalat" w:hAnsi="GHEA Grapalat"/>
          <w:i/>
          <w:iCs/>
          <w:color w:val="000000" w:themeColor="text1"/>
        </w:rPr>
      </w:pPr>
      <w:r w:rsidRPr="00447437">
        <w:rPr>
          <w:rFonts w:ascii="GHEA Grapalat" w:hAnsi="GHEA Grapalat"/>
          <w:i/>
          <w:iCs/>
          <w:color w:val="000000" w:themeColor="text1"/>
        </w:rPr>
        <w:t>(Մտքերը հստակ և հասկանալի ձևով արտահայտելու կարողություն, այլոց տեսակետը հարգելու կարողություն / տեղեկատվական գործընթացներին իրազեկություն և դրանց համապատասխան գործելու կարողություն)</w:t>
      </w:r>
    </w:p>
    <w:p w14:paraId="59284046"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A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B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C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D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E  </w:t>
      </w:r>
      <w:r w:rsidRPr="00447437">
        <w:rPr>
          <w:rFonts w:ascii="GHEA Grapalat" w:hAnsi="GHEA Grapalat"/>
          <w:color w:val="000000" w:themeColor="text1"/>
        </w:rPr>
        <w:t xml:space="preserve">  </w:t>
      </w:r>
    </w:p>
    <w:p w14:paraId="783699AA"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GHEA Grapalat" w:hAnsi="GHEA Grapalat"/>
          <w:color w:val="000000" w:themeColor="text1"/>
        </w:rPr>
        <w:t>Մեկնաբանություն: ______________________________</w:t>
      </w:r>
    </w:p>
    <w:p w14:paraId="61B1FF99" w14:textId="77777777" w:rsidR="009A0AC0" w:rsidRPr="00447437" w:rsidRDefault="009A0AC0" w:rsidP="009A0AC0">
      <w:pPr>
        <w:spacing w:before="120" w:after="120"/>
        <w:ind w:left="720" w:hanging="720"/>
        <w:rPr>
          <w:rFonts w:ascii="GHEA Grapalat" w:hAnsi="GHEA Grapalat"/>
          <w:b/>
          <w:bCs/>
          <w:color w:val="000000" w:themeColor="text1"/>
        </w:rPr>
      </w:pPr>
      <w:r w:rsidRPr="00447437">
        <w:rPr>
          <w:rFonts w:ascii="GHEA Grapalat" w:hAnsi="GHEA Grapalat"/>
          <w:b/>
          <w:bCs/>
          <w:color w:val="000000" w:themeColor="text1"/>
        </w:rPr>
        <w:t>3.4 Հաճախորդակենտրոն մոտեցում</w:t>
      </w:r>
    </w:p>
    <w:p w14:paraId="04A77FB4" w14:textId="77777777" w:rsidR="009A0AC0" w:rsidRPr="00447437" w:rsidRDefault="009A0AC0" w:rsidP="009A0AC0">
      <w:pPr>
        <w:spacing w:before="120" w:after="120"/>
        <w:ind w:left="720" w:hanging="720"/>
        <w:rPr>
          <w:rFonts w:ascii="GHEA Grapalat" w:hAnsi="GHEA Grapalat"/>
          <w:i/>
          <w:iCs/>
          <w:color w:val="000000" w:themeColor="text1"/>
        </w:rPr>
      </w:pPr>
      <w:r w:rsidRPr="00447437">
        <w:rPr>
          <w:rFonts w:ascii="GHEA Grapalat" w:hAnsi="GHEA Grapalat"/>
          <w:i/>
          <w:iCs/>
          <w:color w:val="000000" w:themeColor="text1"/>
        </w:rPr>
        <w:lastRenderedPageBreak/>
        <w:t>(Հաճախորդների հետ շփում / հաճախորդների կարիքների ըմբռնում / պատրաստակամություն աջակցելու / քաղաքավարություն)</w:t>
      </w:r>
    </w:p>
    <w:p w14:paraId="28DADE2E"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A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B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C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D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E  </w:t>
      </w:r>
      <w:r w:rsidRPr="00447437">
        <w:rPr>
          <w:rFonts w:ascii="GHEA Grapalat" w:hAnsi="GHEA Grapalat"/>
          <w:color w:val="000000" w:themeColor="text1"/>
        </w:rPr>
        <w:t xml:space="preserve">  </w:t>
      </w:r>
    </w:p>
    <w:p w14:paraId="6F8A509E"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GHEA Grapalat" w:hAnsi="GHEA Grapalat"/>
          <w:color w:val="000000" w:themeColor="text1"/>
        </w:rPr>
        <w:t>Մեկնաբանություն: ______________________________</w:t>
      </w:r>
    </w:p>
    <w:tbl>
      <w:tblPr>
        <w:tblStyle w:val="TableGrid"/>
        <w:tblW w:w="10165" w:type="dxa"/>
        <w:shd w:val="clear" w:color="auto" w:fill="D9E2F3" w:themeFill="accent1" w:themeFillTint="33"/>
        <w:tblLook w:val="04A0" w:firstRow="1" w:lastRow="0" w:firstColumn="1" w:lastColumn="0" w:noHBand="0" w:noVBand="1"/>
      </w:tblPr>
      <w:tblGrid>
        <w:gridCol w:w="10165"/>
      </w:tblGrid>
      <w:tr w:rsidR="00447437" w:rsidRPr="00447437" w14:paraId="46C291AA" w14:textId="77777777" w:rsidTr="00DC25AF">
        <w:tc>
          <w:tcPr>
            <w:tcW w:w="10165" w:type="dxa"/>
            <w:shd w:val="clear" w:color="auto" w:fill="D9E2F3" w:themeFill="accent1" w:themeFillTint="33"/>
          </w:tcPr>
          <w:p w14:paraId="2843A94C" w14:textId="77777777" w:rsidR="009A0AC0" w:rsidRPr="00447437" w:rsidRDefault="009A0AC0" w:rsidP="00DC25AF">
            <w:pPr>
              <w:pStyle w:val="Heading2"/>
              <w:spacing w:before="120" w:after="120"/>
              <w:ind w:left="720" w:hanging="720"/>
              <w:rPr>
                <w:rFonts w:ascii="GHEA Grapalat" w:hAnsi="GHEA Grapalat"/>
                <w:color w:val="000000" w:themeColor="text1"/>
              </w:rPr>
            </w:pPr>
            <w:r w:rsidRPr="00447437">
              <w:rPr>
                <w:rFonts w:ascii="GHEA Grapalat" w:hAnsi="GHEA Grapalat"/>
                <w:color w:val="000000" w:themeColor="text1"/>
              </w:rPr>
              <w:t>4. Անձնային կարողություններ</w:t>
            </w:r>
          </w:p>
        </w:tc>
      </w:tr>
    </w:tbl>
    <w:p w14:paraId="315B046B" w14:textId="77777777" w:rsidR="009A0AC0" w:rsidRPr="00447437" w:rsidRDefault="009A0AC0" w:rsidP="009A0AC0">
      <w:pPr>
        <w:spacing w:before="120" w:after="120"/>
        <w:ind w:left="720" w:hanging="720"/>
        <w:rPr>
          <w:rFonts w:ascii="GHEA Grapalat" w:hAnsi="GHEA Grapalat"/>
          <w:b/>
          <w:bCs/>
          <w:color w:val="000000" w:themeColor="text1"/>
        </w:rPr>
      </w:pPr>
      <w:r w:rsidRPr="00447437">
        <w:rPr>
          <w:rFonts w:ascii="GHEA Grapalat" w:hAnsi="GHEA Grapalat" w:cs="Calibri"/>
          <w:b/>
          <w:bCs/>
          <w:noProof/>
          <w:color w:val="000000" w:themeColor="text1"/>
          <w:lang w:val="en-US"/>
        </w:rPr>
        <mc:AlternateContent>
          <mc:Choice Requires="wps">
            <w:drawing>
              <wp:anchor distT="45720" distB="45720" distL="114300" distR="114300" simplePos="0" relativeHeight="251664384" behindDoc="0" locked="0" layoutInCell="1" allowOverlap="1" wp14:anchorId="056245D7" wp14:editId="261E075F">
                <wp:simplePos x="0" y="0"/>
                <wp:positionH relativeFrom="column">
                  <wp:posOffset>-749300</wp:posOffset>
                </wp:positionH>
                <wp:positionV relativeFrom="paragraph">
                  <wp:posOffset>-354330</wp:posOffset>
                </wp:positionV>
                <wp:extent cx="314325" cy="1404620"/>
                <wp:effectExtent l="0" t="0" r="28575" b="19685"/>
                <wp:wrapSquare wrapText="bothSides"/>
                <wp:docPr id="92903069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1404620"/>
                        </a:xfrm>
                        <a:prstGeom prst="rect">
                          <a:avLst/>
                        </a:prstGeom>
                        <a:solidFill>
                          <a:srgbClr val="FFFFFF"/>
                        </a:solidFill>
                        <a:ln w="9525">
                          <a:solidFill>
                            <a:srgbClr val="000000"/>
                          </a:solidFill>
                          <a:miter lim="800000"/>
                          <a:headEnd/>
                          <a:tailEnd/>
                        </a:ln>
                      </wps:spPr>
                      <wps:txbx>
                        <w:txbxContent>
                          <w:p w14:paraId="041E4123" w14:textId="77777777" w:rsidR="009A0AC0" w:rsidRPr="00D3291E" w:rsidRDefault="009A0AC0" w:rsidP="009A0AC0">
                            <w:pPr>
                              <w:rPr>
                                <w:b/>
                                <w:bCs/>
                                <w:sz w:val="40"/>
                                <w:szCs w:val="40"/>
                                <w:lang w:val="hy-AM"/>
                              </w:rPr>
                            </w:pPr>
                            <w:r>
                              <w:rPr>
                                <w:b/>
                                <w:bCs/>
                                <w:sz w:val="40"/>
                                <w:szCs w:val="40"/>
                                <w:lang w:val="hy-AM"/>
                              </w:rPr>
                              <w:t>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6245D7" id="_x0000_s1030" type="#_x0000_t202" style="position:absolute;left:0;text-align:left;margin-left:-59pt;margin-top:-27.9pt;width:24.75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">
                <v:textbox style="mso-fit-shape-to-text:t">
                  <w:txbxContent>
                    <w:p w14:paraId="041E4123" w14:textId="77777777" w:rsidR="009A0AC0" w:rsidRPr="00D3291E" w:rsidRDefault="009A0AC0" w:rsidP="009A0AC0">
                      <w:pPr>
                        <w:rPr>
                          <w:b/>
                          <w:bCs/>
                          <w:sz w:val="40"/>
                          <w:szCs w:val="40"/>
                          <w:lang w:val="hy-AM"/>
                        </w:rPr>
                      </w:pPr>
                      <w:r>
                        <w:rPr>
                          <w:b/>
                          <w:bCs/>
                          <w:sz w:val="40"/>
                          <w:szCs w:val="40"/>
                          <w:lang w:val="hy-AM"/>
                        </w:rPr>
                        <w:t>4</w:t>
                      </w:r>
                    </w:p>
                  </w:txbxContent>
                </v:textbox>
                <w10:wrap type="square"/>
              </v:shape>
            </w:pict>
          </mc:Fallback>
        </mc:AlternateContent>
      </w:r>
      <w:r w:rsidRPr="00447437">
        <w:rPr>
          <w:rFonts w:ascii="GHEA Grapalat" w:hAnsi="GHEA Grapalat"/>
          <w:b/>
          <w:bCs/>
          <w:color w:val="000000" w:themeColor="text1"/>
        </w:rPr>
        <w:t>4.1 Ինքնուրույնություն և պատասխանատվություն</w:t>
      </w:r>
    </w:p>
    <w:p w14:paraId="0BC558A9" w14:textId="77777777" w:rsidR="009A0AC0" w:rsidRPr="00447437" w:rsidRDefault="009A0AC0" w:rsidP="009A0AC0">
      <w:pPr>
        <w:spacing w:before="120" w:after="120"/>
        <w:ind w:left="720" w:hanging="720"/>
        <w:rPr>
          <w:rFonts w:ascii="GHEA Grapalat" w:hAnsi="GHEA Grapalat"/>
          <w:i/>
          <w:iCs/>
          <w:color w:val="000000" w:themeColor="text1"/>
        </w:rPr>
      </w:pPr>
      <w:r w:rsidRPr="00447437">
        <w:rPr>
          <w:rFonts w:ascii="GHEA Grapalat" w:hAnsi="GHEA Grapalat"/>
          <w:i/>
          <w:iCs/>
          <w:color w:val="000000" w:themeColor="text1"/>
        </w:rPr>
        <w:t>(Նախաձեռնողականություն, պատասխանատվության զգացում)</w:t>
      </w:r>
    </w:p>
    <w:p w14:paraId="2CE7126E"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A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B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C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D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E  </w:t>
      </w:r>
      <w:r w:rsidRPr="00447437">
        <w:rPr>
          <w:rFonts w:ascii="GHEA Grapalat" w:hAnsi="GHEA Grapalat"/>
          <w:color w:val="000000" w:themeColor="text1"/>
        </w:rPr>
        <w:t xml:space="preserve">  </w:t>
      </w:r>
    </w:p>
    <w:p w14:paraId="37BAC0EE"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GHEA Grapalat" w:hAnsi="GHEA Grapalat"/>
          <w:color w:val="000000" w:themeColor="text1"/>
        </w:rPr>
        <w:t>Մեկնաբանություն: ______________________________</w:t>
      </w:r>
    </w:p>
    <w:p w14:paraId="1288426E" w14:textId="77777777" w:rsidR="009A0AC0" w:rsidRPr="00447437" w:rsidRDefault="009A0AC0" w:rsidP="009A0AC0">
      <w:pPr>
        <w:spacing w:before="120" w:after="120"/>
        <w:ind w:left="720" w:hanging="720"/>
        <w:rPr>
          <w:rFonts w:ascii="GHEA Grapalat" w:hAnsi="GHEA Grapalat"/>
          <w:b/>
          <w:bCs/>
          <w:color w:val="000000" w:themeColor="text1"/>
        </w:rPr>
      </w:pPr>
      <w:r w:rsidRPr="00447437">
        <w:rPr>
          <w:rFonts w:ascii="GHEA Grapalat" w:hAnsi="GHEA Grapalat"/>
          <w:b/>
          <w:bCs/>
          <w:color w:val="000000" w:themeColor="text1"/>
        </w:rPr>
        <w:t xml:space="preserve">4.2 Հուսալիություն և սթրեսակայություն </w:t>
      </w:r>
    </w:p>
    <w:p w14:paraId="106932E2" w14:textId="77777777" w:rsidR="009A0AC0" w:rsidRPr="00447437" w:rsidRDefault="009A0AC0" w:rsidP="009A0AC0">
      <w:pPr>
        <w:spacing w:before="120" w:after="120"/>
        <w:ind w:left="720" w:hanging="720"/>
        <w:rPr>
          <w:rFonts w:ascii="GHEA Grapalat" w:hAnsi="GHEA Grapalat"/>
          <w:i/>
          <w:iCs/>
          <w:color w:val="000000" w:themeColor="text1"/>
        </w:rPr>
      </w:pPr>
      <w:r w:rsidRPr="00447437">
        <w:rPr>
          <w:rFonts w:ascii="GHEA Grapalat" w:hAnsi="GHEA Grapalat"/>
          <w:i/>
          <w:iCs/>
          <w:color w:val="000000" w:themeColor="text1"/>
        </w:rPr>
        <w:t xml:space="preserve">(Ժամանակին ներկայանալ, ժամկետների պահպանում, սթրեսային իրավիճակներում աշխատելու կարողություն) </w:t>
      </w:r>
    </w:p>
    <w:p w14:paraId="2ED1AF11"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A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B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C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D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E  </w:t>
      </w:r>
      <w:r w:rsidRPr="00447437">
        <w:rPr>
          <w:rFonts w:ascii="GHEA Grapalat" w:hAnsi="GHEA Grapalat"/>
          <w:color w:val="000000" w:themeColor="text1"/>
        </w:rPr>
        <w:t xml:space="preserve">  </w:t>
      </w:r>
    </w:p>
    <w:p w14:paraId="3D35E409"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GHEA Grapalat" w:hAnsi="GHEA Grapalat"/>
          <w:color w:val="000000" w:themeColor="text1"/>
        </w:rPr>
        <w:t>Մեկնաբանություն: ______________________________</w:t>
      </w:r>
    </w:p>
    <w:p w14:paraId="577A0456" w14:textId="77777777" w:rsidR="009A0AC0" w:rsidRPr="00447437" w:rsidRDefault="009A0AC0" w:rsidP="009A0AC0">
      <w:pPr>
        <w:spacing w:before="120" w:after="120"/>
        <w:ind w:left="720" w:hanging="720"/>
        <w:rPr>
          <w:rFonts w:ascii="GHEA Grapalat" w:hAnsi="GHEA Grapalat"/>
          <w:b/>
          <w:bCs/>
          <w:color w:val="000000" w:themeColor="text1"/>
        </w:rPr>
      </w:pPr>
      <w:r w:rsidRPr="00447437">
        <w:rPr>
          <w:rFonts w:ascii="GHEA Grapalat" w:hAnsi="GHEA Grapalat"/>
          <w:b/>
          <w:bCs/>
          <w:color w:val="000000" w:themeColor="text1"/>
        </w:rPr>
        <w:t xml:space="preserve">4.3  Բարեկրթություն </w:t>
      </w:r>
    </w:p>
    <w:p w14:paraId="7F0533A0" w14:textId="77777777" w:rsidR="009A0AC0" w:rsidRPr="00447437" w:rsidRDefault="009A0AC0" w:rsidP="009A0AC0">
      <w:pPr>
        <w:spacing w:before="120" w:after="120"/>
        <w:ind w:left="720" w:hanging="720"/>
        <w:rPr>
          <w:rFonts w:ascii="GHEA Grapalat" w:hAnsi="GHEA Grapalat"/>
          <w:i/>
          <w:iCs/>
          <w:color w:val="000000" w:themeColor="text1"/>
        </w:rPr>
      </w:pPr>
      <w:r w:rsidRPr="00447437">
        <w:rPr>
          <w:rFonts w:ascii="GHEA Grapalat" w:hAnsi="GHEA Grapalat"/>
          <w:i/>
          <w:iCs/>
          <w:color w:val="000000" w:themeColor="text1"/>
        </w:rPr>
        <w:t xml:space="preserve">(Իրավիճակին համապատասխան վարքագիծ, քաղաքավարություն, արտաքին տեսք) </w:t>
      </w:r>
    </w:p>
    <w:p w14:paraId="059A7FE8"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A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B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C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D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E  </w:t>
      </w:r>
      <w:r w:rsidRPr="00447437">
        <w:rPr>
          <w:rFonts w:ascii="GHEA Grapalat" w:hAnsi="GHEA Grapalat"/>
          <w:color w:val="000000" w:themeColor="text1"/>
        </w:rPr>
        <w:t xml:space="preserve">  </w:t>
      </w:r>
    </w:p>
    <w:p w14:paraId="1329A7A6"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GHEA Grapalat" w:hAnsi="GHEA Grapalat"/>
          <w:color w:val="000000" w:themeColor="text1"/>
        </w:rPr>
        <w:t>Մեկնաբանություն: ______________________________</w:t>
      </w:r>
    </w:p>
    <w:p w14:paraId="40113FE8" w14:textId="77777777" w:rsidR="009A0AC0" w:rsidRPr="00447437" w:rsidRDefault="009A0AC0" w:rsidP="009A0AC0">
      <w:pPr>
        <w:spacing w:before="120" w:after="120"/>
        <w:ind w:left="720" w:hanging="720"/>
        <w:rPr>
          <w:rFonts w:ascii="GHEA Grapalat" w:hAnsi="GHEA Grapalat"/>
          <w:b/>
          <w:bCs/>
          <w:color w:val="000000" w:themeColor="text1"/>
        </w:rPr>
      </w:pPr>
      <w:r w:rsidRPr="00447437">
        <w:rPr>
          <w:rFonts w:ascii="GHEA Grapalat" w:hAnsi="GHEA Grapalat"/>
          <w:b/>
          <w:bCs/>
          <w:color w:val="000000" w:themeColor="text1"/>
        </w:rPr>
        <w:t>4.4 Մոտիվացիա</w:t>
      </w:r>
    </w:p>
    <w:p w14:paraId="70CD6E63" w14:textId="77777777" w:rsidR="009A0AC0" w:rsidRPr="00447437" w:rsidRDefault="009A0AC0" w:rsidP="009A0AC0">
      <w:pPr>
        <w:spacing w:before="120" w:after="120"/>
        <w:ind w:left="720" w:hanging="720"/>
        <w:rPr>
          <w:rFonts w:ascii="GHEA Grapalat" w:hAnsi="GHEA Grapalat"/>
          <w:i/>
          <w:iCs/>
          <w:color w:val="000000" w:themeColor="text1"/>
        </w:rPr>
      </w:pPr>
      <w:r w:rsidRPr="00447437">
        <w:rPr>
          <w:rFonts w:ascii="GHEA Grapalat" w:hAnsi="GHEA Grapalat"/>
          <w:i/>
          <w:iCs/>
          <w:color w:val="000000" w:themeColor="text1"/>
        </w:rPr>
        <w:t>(Մասնագիտության նկատմամբ վերաբերմունք, սովորելու պատրաստակամություն)</w:t>
      </w:r>
    </w:p>
    <w:p w14:paraId="1410B445"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A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B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C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D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E  </w:t>
      </w:r>
      <w:r w:rsidRPr="00447437">
        <w:rPr>
          <w:rFonts w:ascii="GHEA Grapalat" w:hAnsi="GHEA Grapalat"/>
          <w:color w:val="000000" w:themeColor="text1"/>
        </w:rPr>
        <w:t xml:space="preserve">  </w:t>
      </w:r>
    </w:p>
    <w:p w14:paraId="5FE0688C"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GHEA Grapalat" w:hAnsi="GHEA Grapalat" w:cs="Calibri"/>
          <w:b/>
          <w:bCs/>
          <w:noProof/>
          <w:color w:val="000000" w:themeColor="text1"/>
          <w:lang w:val="en-US"/>
        </w:rPr>
        <mc:AlternateContent>
          <mc:Choice Requires="wps">
            <w:drawing>
              <wp:anchor distT="45720" distB="45720" distL="114300" distR="114300" simplePos="0" relativeHeight="251665408" behindDoc="0" locked="0" layoutInCell="1" allowOverlap="1" wp14:anchorId="690D9F2D" wp14:editId="4AA06F1E">
                <wp:simplePos x="0" y="0"/>
                <wp:positionH relativeFrom="column">
                  <wp:posOffset>-825500</wp:posOffset>
                </wp:positionH>
                <wp:positionV relativeFrom="paragraph">
                  <wp:posOffset>325120</wp:posOffset>
                </wp:positionV>
                <wp:extent cx="314325" cy="1404620"/>
                <wp:effectExtent l="0" t="0" r="28575" b="19685"/>
                <wp:wrapSquare wrapText="bothSides"/>
                <wp:docPr id="212307747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1404620"/>
                        </a:xfrm>
                        <a:prstGeom prst="rect">
                          <a:avLst/>
                        </a:prstGeom>
                        <a:solidFill>
                          <a:srgbClr val="FFFFFF"/>
                        </a:solidFill>
                        <a:ln w="9525">
                          <a:solidFill>
                            <a:srgbClr val="000000"/>
                          </a:solidFill>
                          <a:miter lim="800000"/>
                          <a:headEnd/>
                          <a:tailEnd/>
                        </a:ln>
                      </wps:spPr>
                      <wps:txbx>
                        <w:txbxContent>
                          <w:p w14:paraId="2CDB4A1C" w14:textId="77777777" w:rsidR="009A0AC0" w:rsidRPr="00D3291E" w:rsidRDefault="009A0AC0" w:rsidP="009A0AC0">
                            <w:pPr>
                              <w:rPr>
                                <w:b/>
                                <w:bCs/>
                                <w:sz w:val="40"/>
                                <w:szCs w:val="40"/>
                                <w:lang w:val="hy-AM"/>
                              </w:rPr>
                            </w:pPr>
                            <w:r>
                              <w:rPr>
                                <w:b/>
                                <w:bCs/>
                                <w:sz w:val="40"/>
                                <w:szCs w:val="40"/>
                                <w:lang w:val="hy-AM"/>
                              </w:rPr>
                              <w:t>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0D9F2D" id="_x0000_s1031" type="#_x0000_t202" style="position:absolute;left:0;text-align:left;margin-left:-65pt;margin-top:25.6pt;width:24.75pt;height:110.6pt;z-index:2516654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">
                <v:textbox style="mso-fit-shape-to-text:t">
                  <w:txbxContent>
                    <w:p w14:paraId="2CDB4A1C" w14:textId="77777777" w:rsidR="009A0AC0" w:rsidRPr="00D3291E" w:rsidRDefault="009A0AC0" w:rsidP="009A0AC0">
                      <w:pPr>
                        <w:rPr>
                          <w:b/>
                          <w:bCs/>
                          <w:sz w:val="40"/>
                          <w:szCs w:val="40"/>
                          <w:lang w:val="hy-AM"/>
                        </w:rPr>
                      </w:pPr>
                      <w:r>
                        <w:rPr>
                          <w:b/>
                          <w:bCs/>
                          <w:sz w:val="40"/>
                          <w:szCs w:val="40"/>
                          <w:lang w:val="hy-AM"/>
                        </w:rPr>
                        <w:t>5</w:t>
                      </w:r>
                    </w:p>
                  </w:txbxContent>
                </v:textbox>
                <w10:wrap type="square"/>
              </v:shape>
            </w:pict>
          </mc:Fallback>
        </mc:AlternateContent>
      </w:r>
      <w:r w:rsidRPr="00447437">
        <w:rPr>
          <w:rFonts w:ascii="GHEA Grapalat" w:hAnsi="GHEA Grapalat"/>
          <w:color w:val="000000" w:themeColor="text1"/>
        </w:rPr>
        <w:t>Մեկնաբանություն: ______________________________</w:t>
      </w:r>
    </w:p>
    <w:tbl>
      <w:tblPr>
        <w:tblStyle w:val="TableGrid"/>
        <w:tblW w:w="9895" w:type="dxa"/>
        <w:shd w:val="clear" w:color="auto" w:fill="D9E2F3" w:themeFill="accent1" w:themeFillTint="33"/>
        <w:tblLook w:val="04A0" w:firstRow="1" w:lastRow="0" w:firstColumn="1" w:lastColumn="0" w:noHBand="0" w:noVBand="1"/>
      </w:tblPr>
      <w:tblGrid>
        <w:gridCol w:w="9895"/>
      </w:tblGrid>
      <w:tr w:rsidR="00447437" w:rsidRPr="00447437" w14:paraId="095BDFC3" w14:textId="77777777" w:rsidTr="00DC25AF">
        <w:tc>
          <w:tcPr>
            <w:tcW w:w="9895" w:type="dxa"/>
            <w:shd w:val="clear" w:color="auto" w:fill="D9E2F3" w:themeFill="accent1" w:themeFillTint="33"/>
          </w:tcPr>
          <w:p w14:paraId="3F17A684" w14:textId="10661FED" w:rsidR="009A0AC0" w:rsidRPr="00447437" w:rsidRDefault="009A0AC0" w:rsidP="00DC25AF">
            <w:pPr>
              <w:pStyle w:val="Heading2"/>
              <w:spacing w:before="120" w:after="120"/>
              <w:ind w:left="720" w:hanging="720"/>
              <w:rPr>
                <w:rFonts w:ascii="GHEA Grapalat" w:hAnsi="GHEA Grapalat"/>
                <w:color w:val="000000" w:themeColor="text1"/>
                <w:lang w:val="en-GB"/>
              </w:rPr>
            </w:pPr>
            <w:r w:rsidRPr="00447437">
              <w:rPr>
                <w:rFonts w:ascii="GHEA Grapalat" w:hAnsi="GHEA Grapalat"/>
                <w:color w:val="000000" w:themeColor="text1"/>
                <w:lang w:val="en-GB"/>
              </w:rPr>
              <w:t xml:space="preserve">5. </w:t>
            </w:r>
            <w:r w:rsidRPr="00447437">
              <w:rPr>
                <w:rFonts w:ascii="GHEA Grapalat" w:hAnsi="GHEA Grapalat"/>
                <w:color w:val="000000" w:themeColor="text1"/>
              </w:rPr>
              <w:t>Ուսումնառության</w:t>
            </w:r>
            <w:r w:rsidRPr="00447437">
              <w:rPr>
                <w:rFonts w:ascii="GHEA Grapalat" w:hAnsi="GHEA Grapalat"/>
                <w:color w:val="000000" w:themeColor="text1"/>
                <w:lang w:val="en-GB"/>
              </w:rPr>
              <w:t xml:space="preserve"> </w:t>
            </w:r>
            <w:r w:rsidRPr="00447437">
              <w:rPr>
                <w:rFonts w:ascii="GHEA Grapalat" w:hAnsi="GHEA Grapalat"/>
                <w:color w:val="000000" w:themeColor="text1"/>
              </w:rPr>
              <w:t>գրանցամատյան</w:t>
            </w:r>
            <w:r w:rsidR="008E319A" w:rsidRPr="00447437">
              <w:rPr>
                <w:rFonts w:ascii="GHEA Grapalat" w:hAnsi="GHEA Grapalat"/>
                <w:color w:val="000000" w:themeColor="text1"/>
                <w:lang w:val="hy-AM"/>
              </w:rPr>
              <w:t>ի վարում</w:t>
            </w:r>
          </w:p>
        </w:tc>
      </w:tr>
    </w:tbl>
    <w:p w14:paraId="24A3EC18" w14:textId="77777777" w:rsidR="009A0AC0" w:rsidRPr="00447437" w:rsidRDefault="009A0AC0" w:rsidP="00E879BF">
      <w:pPr>
        <w:spacing w:before="120" w:after="120"/>
        <w:rPr>
          <w:rFonts w:ascii="GHEA Grapalat" w:hAnsi="GHEA Grapalat"/>
          <w:i/>
          <w:iCs/>
          <w:color w:val="000000" w:themeColor="text1"/>
        </w:rPr>
      </w:pPr>
      <w:r w:rsidRPr="00447437">
        <w:rPr>
          <w:rFonts w:ascii="GHEA Grapalat" w:hAnsi="GHEA Grapalat"/>
          <w:b/>
          <w:bCs/>
          <w:color w:val="000000" w:themeColor="text1"/>
        </w:rPr>
        <w:t>5.1 Բովանդակության համապատասխանություն և ամբողջականություն</w:t>
      </w:r>
      <w:r w:rsidRPr="00447437">
        <w:rPr>
          <w:rFonts w:ascii="GHEA Grapalat" w:hAnsi="GHEA Grapalat"/>
          <w:color w:val="000000" w:themeColor="text1"/>
        </w:rPr>
        <w:br/>
      </w:r>
      <w:r w:rsidRPr="00447437">
        <w:rPr>
          <w:rFonts w:ascii="GHEA Grapalat" w:hAnsi="GHEA Grapalat"/>
          <w:i/>
          <w:iCs/>
          <w:color w:val="000000" w:themeColor="text1"/>
        </w:rPr>
        <w:t>(Ուսուցման նպատակներին համապատասխան գրառումներ, ամբողջական և ժամանակին լրացում)</w:t>
      </w:r>
    </w:p>
    <w:p w14:paraId="3FA52DA9"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A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B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C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D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E  </w:t>
      </w:r>
      <w:r w:rsidRPr="00447437">
        <w:rPr>
          <w:rFonts w:ascii="GHEA Grapalat" w:hAnsi="GHEA Grapalat"/>
          <w:color w:val="000000" w:themeColor="text1"/>
        </w:rPr>
        <w:t xml:space="preserve">  </w:t>
      </w:r>
    </w:p>
    <w:p w14:paraId="3ED5772C"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GHEA Grapalat" w:hAnsi="GHEA Grapalat"/>
          <w:color w:val="000000" w:themeColor="text1"/>
        </w:rPr>
        <w:t>Մեկնաբանություն: ______________________________</w:t>
      </w:r>
    </w:p>
    <w:p w14:paraId="1E49B777" w14:textId="0B383BB0" w:rsidR="009A0AC0" w:rsidRPr="00447437" w:rsidRDefault="009A0AC0" w:rsidP="009A0AC0">
      <w:pPr>
        <w:spacing w:before="120" w:after="120"/>
        <w:ind w:left="720" w:hanging="720"/>
        <w:rPr>
          <w:rFonts w:ascii="GHEA Grapalat" w:hAnsi="GHEA Grapalat"/>
          <w:b/>
          <w:bCs/>
          <w:color w:val="000000" w:themeColor="text1"/>
        </w:rPr>
      </w:pPr>
      <w:r w:rsidRPr="00447437">
        <w:rPr>
          <w:rFonts w:ascii="GHEA Grapalat" w:hAnsi="GHEA Grapalat"/>
          <w:b/>
          <w:bCs/>
          <w:color w:val="000000" w:themeColor="text1"/>
        </w:rPr>
        <w:t xml:space="preserve">5.2 </w:t>
      </w:r>
      <w:r w:rsidR="00602C3F" w:rsidRPr="00447437">
        <w:rPr>
          <w:rFonts w:ascii="GHEA Grapalat" w:hAnsi="GHEA Grapalat"/>
          <w:b/>
          <w:bCs/>
          <w:color w:val="000000" w:themeColor="text1"/>
          <w:lang w:val="hy-AM"/>
        </w:rPr>
        <w:t xml:space="preserve">Գրառումների որակ </w:t>
      </w:r>
      <w:r w:rsidR="00A82FEE" w:rsidRPr="00447437">
        <w:rPr>
          <w:rFonts w:ascii="GHEA Grapalat" w:hAnsi="GHEA Grapalat"/>
          <w:b/>
          <w:bCs/>
          <w:color w:val="000000" w:themeColor="text1"/>
          <w:lang w:val="hy-AM"/>
        </w:rPr>
        <w:t>և</w:t>
      </w:r>
      <w:r w:rsidRPr="00447437">
        <w:rPr>
          <w:rFonts w:ascii="GHEA Grapalat" w:hAnsi="GHEA Grapalat"/>
          <w:b/>
          <w:bCs/>
          <w:color w:val="000000" w:themeColor="text1"/>
        </w:rPr>
        <w:t xml:space="preserve"> ներկայացման հստակություն </w:t>
      </w:r>
    </w:p>
    <w:p w14:paraId="0D1019F7" w14:textId="77777777" w:rsidR="009A0AC0" w:rsidRPr="00447437" w:rsidRDefault="009A0AC0" w:rsidP="00E879BF">
      <w:pPr>
        <w:spacing w:before="120" w:after="120"/>
        <w:rPr>
          <w:rFonts w:ascii="GHEA Grapalat" w:hAnsi="GHEA Grapalat"/>
          <w:i/>
          <w:iCs/>
          <w:color w:val="000000" w:themeColor="text1"/>
        </w:rPr>
      </w:pPr>
      <w:r w:rsidRPr="00447437">
        <w:rPr>
          <w:rFonts w:ascii="GHEA Grapalat" w:hAnsi="GHEA Grapalat"/>
          <w:i/>
          <w:iCs/>
          <w:color w:val="000000" w:themeColor="text1"/>
        </w:rPr>
        <w:t>(Գրառումների ընթեռնելիություն, ձևաչափի պահպանում, տեղեկատվության հստակ ներկայացում)</w:t>
      </w:r>
    </w:p>
    <w:p w14:paraId="3DC0C204"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A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B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C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D </w:t>
      </w:r>
      <w:r w:rsidRPr="00447437">
        <w:rPr>
          <w:rFonts w:ascii="Segoe UI Symbol" w:eastAsia="MS Mincho" w:hAnsi="Segoe UI Symbol" w:cs="Segoe UI Symbol"/>
          <w:color w:val="000000" w:themeColor="text1"/>
        </w:rPr>
        <w:t>☐</w:t>
      </w:r>
      <w:r w:rsidRPr="00447437">
        <w:rPr>
          <w:rFonts w:ascii="GHEA Grapalat" w:eastAsia="MS Mincho" w:hAnsi="GHEA Grapalat" w:cs="Segoe UI Symbol"/>
          <w:color w:val="000000" w:themeColor="text1"/>
        </w:rPr>
        <w:t xml:space="preserve">E  </w:t>
      </w:r>
      <w:r w:rsidRPr="00447437">
        <w:rPr>
          <w:rFonts w:ascii="GHEA Grapalat" w:hAnsi="GHEA Grapalat"/>
          <w:color w:val="000000" w:themeColor="text1"/>
        </w:rPr>
        <w:t xml:space="preserve">  </w:t>
      </w:r>
    </w:p>
    <w:p w14:paraId="26DFF084" w14:textId="77777777" w:rsidR="009A0AC0" w:rsidRPr="00447437" w:rsidRDefault="009A0AC0" w:rsidP="009A0AC0">
      <w:pPr>
        <w:spacing w:before="120" w:after="120"/>
        <w:ind w:left="720" w:hanging="720"/>
        <w:rPr>
          <w:rFonts w:ascii="GHEA Grapalat" w:hAnsi="GHEA Grapalat"/>
          <w:color w:val="000000" w:themeColor="text1"/>
        </w:rPr>
      </w:pPr>
      <w:r w:rsidRPr="00447437">
        <w:rPr>
          <w:rFonts w:ascii="GHEA Grapalat" w:hAnsi="GHEA Grapalat" w:cs="Calibri"/>
          <w:b/>
          <w:bCs/>
          <w:noProof/>
          <w:color w:val="000000" w:themeColor="text1"/>
          <w:lang w:val="en-US"/>
        </w:rPr>
        <w:lastRenderedPageBreak/>
        <mc:AlternateContent>
          <mc:Choice Requires="wps">
            <w:drawing>
              <wp:anchor distT="45720" distB="45720" distL="114300" distR="114300" simplePos="0" relativeHeight="251666432" behindDoc="0" locked="0" layoutInCell="1" allowOverlap="1" wp14:anchorId="07D3AFB6" wp14:editId="5F089C7A">
                <wp:simplePos x="0" y="0"/>
                <wp:positionH relativeFrom="column">
                  <wp:posOffset>-827405</wp:posOffset>
                </wp:positionH>
                <wp:positionV relativeFrom="paragraph">
                  <wp:posOffset>345440</wp:posOffset>
                </wp:positionV>
                <wp:extent cx="314325" cy="1404620"/>
                <wp:effectExtent l="0" t="0" r="28575" b="19685"/>
                <wp:wrapSquare wrapText="bothSides"/>
                <wp:docPr id="160076064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1404620"/>
                        </a:xfrm>
                        <a:prstGeom prst="rect">
                          <a:avLst/>
                        </a:prstGeom>
                        <a:solidFill>
                          <a:srgbClr val="FFFFFF"/>
                        </a:solidFill>
                        <a:ln w="9525">
                          <a:solidFill>
                            <a:srgbClr val="000000"/>
                          </a:solidFill>
                          <a:miter lim="800000"/>
                          <a:headEnd/>
                          <a:tailEnd/>
                        </a:ln>
                      </wps:spPr>
                      <wps:txbx>
                        <w:txbxContent>
                          <w:p w14:paraId="4A4ECC5A" w14:textId="77777777" w:rsidR="009A0AC0" w:rsidRPr="00D3291E" w:rsidRDefault="009A0AC0" w:rsidP="009A0AC0">
                            <w:pPr>
                              <w:rPr>
                                <w:b/>
                                <w:bCs/>
                                <w:sz w:val="40"/>
                                <w:szCs w:val="40"/>
                                <w:lang w:val="hy-AM"/>
                              </w:rPr>
                            </w:pPr>
                            <w:r>
                              <w:rPr>
                                <w:b/>
                                <w:bCs/>
                                <w:sz w:val="40"/>
                                <w:szCs w:val="40"/>
                                <w:lang w:val="hy-AM"/>
                              </w:rPr>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D3AFB6" id="_x0000_s1032" type="#_x0000_t202" style="position:absolute;left:0;text-align:left;margin-left:-65.15pt;margin-top:27.2pt;width:24.75pt;height:110.6pt;z-index:2516664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">
                <v:textbox style="mso-fit-shape-to-text:t">
                  <w:txbxContent>
                    <w:p w14:paraId="4A4ECC5A" w14:textId="77777777" w:rsidR="009A0AC0" w:rsidRPr="00D3291E" w:rsidRDefault="009A0AC0" w:rsidP="009A0AC0">
                      <w:pPr>
                        <w:rPr>
                          <w:b/>
                          <w:bCs/>
                          <w:sz w:val="40"/>
                          <w:szCs w:val="40"/>
                          <w:lang w:val="hy-AM"/>
                        </w:rPr>
                      </w:pPr>
                      <w:r>
                        <w:rPr>
                          <w:b/>
                          <w:bCs/>
                          <w:sz w:val="40"/>
                          <w:szCs w:val="40"/>
                          <w:lang w:val="hy-AM"/>
                        </w:rPr>
                        <w:t>6</w:t>
                      </w:r>
                    </w:p>
                  </w:txbxContent>
                </v:textbox>
                <w10:wrap type="square"/>
              </v:shape>
            </w:pict>
          </mc:Fallback>
        </mc:AlternateContent>
      </w:r>
      <w:r w:rsidRPr="00447437">
        <w:rPr>
          <w:rFonts w:ascii="GHEA Grapalat" w:hAnsi="GHEA Grapalat"/>
          <w:color w:val="000000" w:themeColor="text1"/>
        </w:rPr>
        <w:t>Մեկնաբանություն: ______________________________</w:t>
      </w:r>
    </w:p>
    <w:tbl>
      <w:tblPr>
        <w:tblStyle w:val="TableGrid"/>
        <w:tblW w:w="9895" w:type="dxa"/>
        <w:shd w:val="clear" w:color="auto" w:fill="D9E2F3" w:themeFill="accent1" w:themeFillTint="33"/>
        <w:tblLook w:val="04A0" w:firstRow="1" w:lastRow="0" w:firstColumn="1" w:lastColumn="0" w:noHBand="0" w:noVBand="1"/>
      </w:tblPr>
      <w:tblGrid>
        <w:gridCol w:w="9895"/>
      </w:tblGrid>
      <w:tr w:rsidR="00447437" w:rsidRPr="00447437" w14:paraId="3091EEC9" w14:textId="77777777" w:rsidTr="00DC25AF">
        <w:tc>
          <w:tcPr>
            <w:tcW w:w="9895" w:type="dxa"/>
            <w:shd w:val="clear" w:color="auto" w:fill="D9E2F3" w:themeFill="accent1" w:themeFillTint="33"/>
          </w:tcPr>
          <w:p w14:paraId="781AC25B" w14:textId="77777777" w:rsidR="009A0AC0" w:rsidRPr="00447437" w:rsidRDefault="009A0AC0" w:rsidP="00DC25AF">
            <w:pPr>
              <w:rPr>
                <w:color w:val="000000" w:themeColor="text1"/>
                <w:lang w:val="en-GB"/>
              </w:rPr>
            </w:pPr>
            <w:r w:rsidRPr="00447437">
              <w:rPr>
                <w:rFonts w:ascii="GHEA Grapalat" w:hAnsi="GHEA Grapalat"/>
                <w:b/>
                <w:bCs/>
                <w:color w:val="000000" w:themeColor="text1"/>
                <w:lang w:val="en-GB"/>
              </w:rPr>
              <w:t>6</w:t>
            </w:r>
            <w:r w:rsidRPr="00447437">
              <w:rPr>
                <w:rFonts w:ascii="MS Mincho" w:eastAsia="MS Mincho" w:hAnsi="MS Mincho" w:cs="MS Mincho"/>
                <w:b/>
                <w:bCs/>
                <w:color w:val="000000" w:themeColor="text1"/>
                <w:lang w:val="en-GB"/>
              </w:rPr>
              <w:t>․</w:t>
            </w:r>
            <w:r w:rsidRPr="00447437">
              <w:rPr>
                <w:rFonts w:ascii="GHEA Grapalat" w:hAnsi="GHEA Grapalat"/>
                <w:b/>
                <w:bCs/>
                <w:color w:val="000000" w:themeColor="text1"/>
                <w:lang w:val="en-GB"/>
              </w:rPr>
              <w:t xml:space="preserve"> </w:t>
            </w:r>
            <w:r w:rsidRPr="00447437">
              <w:rPr>
                <w:rFonts w:ascii="GHEA Grapalat" w:hAnsi="GHEA Grapalat"/>
                <w:b/>
                <w:bCs/>
                <w:color w:val="000000" w:themeColor="text1"/>
              </w:rPr>
              <w:t>ԳԱՈՒ</w:t>
            </w:r>
            <w:r w:rsidRPr="00447437">
              <w:rPr>
                <w:rFonts w:ascii="GHEA Grapalat" w:hAnsi="GHEA Grapalat"/>
                <w:b/>
                <w:bCs/>
                <w:color w:val="000000" w:themeColor="text1"/>
                <w:lang w:val="en-GB"/>
              </w:rPr>
              <w:t xml:space="preserve"> </w:t>
            </w:r>
            <w:r w:rsidRPr="00447437">
              <w:rPr>
                <w:rFonts w:ascii="GHEA Grapalat" w:hAnsi="GHEA Grapalat"/>
                <w:b/>
                <w:bCs/>
                <w:color w:val="000000" w:themeColor="text1"/>
              </w:rPr>
              <w:t>մոդուլային</w:t>
            </w:r>
            <w:r w:rsidRPr="00447437">
              <w:rPr>
                <w:rFonts w:ascii="GHEA Grapalat" w:hAnsi="GHEA Grapalat"/>
                <w:b/>
                <w:bCs/>
                <w:color w:val="000000" w:themeColor="text1"/>
                <w:lang w:val="en-GB"/>
              </w:rPr>
              <w:t xml:space="preserve"> </w:t>
            </w:r>
            <w:r w:rsidRPr="00447437">
              <w:rPr>
                <w:rFonts w:ascii="GHEA Grapalat" w:hAnsi="GHEA Grapalat"/>
                <w:b/>
                <w:bCs/>
                <w:color w:val="000000" w:themeColor="text1"/>
              </w:rPr>
              <w:t>ծրագրով</w:t>
            </w:r>
            <w:r w:rsidRPr="00447437">
              <w:rPr>
                <w:rFonts w:ascii="GHEA Grapalat" w:hAnsi="GHEA Grapalat"/>
                <w:b/>
                <w:bCs/>
                <w:color w:val="000000" w:themeColor="text1"/>
                <w:lang w:val="en-GB"/>
              </w:rPr>
              <w:t xml:space="preserve"> </w:t>
            </w:r>
            <w:r w:rsidRPr="00447437">
              <w:rPr>
                <w:rFonts w:ascii="GHEA Grapalat" w:hAnsi="GHEA Grapalat"/>
                <w:b/>
                <w:bCs/>
                <w:color w:val="000000" w:themeColor="text1"/>
              </w:rPr>
              <w:t>սահմանված</w:t>
            </w:r>
            <w:r w:rsidRPr="00447437">
              <w:rPr>
                <w:rFonts w:ascii="GHEA Grapalat" w:hAnsi="GHEA Grapalat"/>
                <w:b/>
                <w:bCs/>
                <w:color w:val="000000" w:themeColor="text1"/>
                <w:lang w:val="en-GB"/>
              </w:rPr>
              <w:t xml:space="preserve"> </w:t>
            </w:r>
            <w:r w:rsidRPr="00447437">
              <w:rPr>
                <w:rFonts w:ascii="GHEA Grapalat" w:hAnsi="GHEA Grapalat"/>
                <w:b/>
                <w:bCs/>
                <w:color w:val="000000" w:themeColor="text1"/>
              </w:rPr>
              <w:t>ուսումնառության</w:t>
            </w:r>
            <w:r w:rsidRPr="00447437">
              <w:rPr>
                <w:rFonts w:ascii="GHEA Grapalat" w:hAnsi="GHEA Grapalat"/>
                <w:b/>
                <w:bCs/>
                <w:color w:val="000000" w:themeColor="text1"/>
                <w:lang w:val="en-GB"/>
              </w:rPr>
              <w:t xml:space="preserve"> </w:t>
            </w:r>
            <w:r w:rsidRPr="00447437">
              <w:rPr>
                <w:rFonts w:ascii="GHEA Grapalat" w:hAnsi="GHEA Grapalat"/>
                <w:b/>
                <w:bCs/>
                <w:color w:val="000000" w:themeColor="text1"/>
              </w:rPr>
              <w:t>արդյունքների</w:t>
            </w:r>
            <w:r w:rsidRPr="00447437">
              <w:rPr>
                <w:rFonts w:ascii="GHEA Grapalat" w:hAnsi="GHEA Grapalat"/>
                <w:b/>
                <w:bCs/>
                <w:color w:val="000000" w:themeColor="text1"/>
                <w:lang w:val="en-GB"/>
              </w:rPr>
              <w:t xml:space="preserve"> </w:t>
            </w:r>
            <w:r w:rsidRPr="00447437">
              <w:rPr>
                <w:rFonts w:ascii="GHEA Grapalat" w:hAnsi="GHEA Grapalat"/>
                <w:b/>
                <w:bCs/>
                <w:color w:val="000000" w:themeColor="text1"/>
              </w:rPr>
              <w:t>գնահատում</w:t>
            </w:r>
          </w:p>
          <w:p w14:paraId="359F050F" w14:textId="77777777" w:rsidR="009A0AC0" w:rsidRPr="00447437" w:rsidRDefault="009A0AC0" w:rsidP="00DC25AF">
            <w:pPr>
              <w:pStyle w:val="Heading2"/>
              <w:ind w:left="720" w:hanging="720"/>
              <w:rPr>
                <w:rFonts w:ascii="GHEA Grapalat" w:hAnsi="GHEA Grapalat"/>
                <w:color w:val="000000" w:themeColor="text1"/>
                <w:lang w:val="en-GB"/>
              </w:rPr>
            </w:pPr>
          </w:p>
        </w:tc>
      </w:tr>
    </w:tbl>
    <w:p w14:paraId="698262CB" w14:textId="77777777" w:rsidR="009A0AC0" w:rsidRPr="00447437" w:rsidRDefault="009A0AC0" w:rsidP="00E879BF">
      <w:pPr>
        <w:rPr>
          <w:rFonts w:ascii="GHEA Grapalat" w:hAnsi="GHEA Grapalat"/>
          <w:i/>
          <w:iCs/>
          <w:color w:val="000000" w:themeColor="text1"/>
        </w:rPr>
      </w:pPr>
      <w:r w:rsidRPr="00447437">
        <w:rPr>
          <w:rFonts w:ascii="GHEA Grapalat" w:hAnsi="GHEA Grapalat"/>
          <w:i/>
          <w:iCs/>
          <w:color w:val="000000" w:themeColor="text1"/>
        </w:rPr>
        <w:t xml:space="preserve">(Զբաղմունքի նկարագրով կամ համապատասխան կազմակերպությունում սահմանված աշխատանքային խնդիրների գնահատում) </w:t>
      </w:r>
    </w:p>
    <w:p w14:paraId="4A14F46A" w14:textId="77777777" w:rsidR="009A0AC0" w:rsidRPr="00447437" w:rsidRDefault="009A0AC0" w:rsidP="009A0AC0">
      <w:pPr>
        <w:ind w:left="720" w:hanging="720"/>
        <w:rPr>
          <w:rFonts w:ascii="GHEA Grapalat" w:hAnsi="GHEA Grapalat"/>
          <w:i/>
          <w:iCs/>
          <w:color w:val="000000" w:themeColor="text1"/>
        </w:rPr>
      </w:pPr>
    </w:p>
    <w:tbl>
      <w:tblPr>
        <w:tblStyle w:val="TableGrid"/>
        <w:tblW w:w="0" w:type="auto"/>
        <w:tblLook w:val="04A0" w:firstRow="1" w:lastRow="0" w:firstColumn="1" w:lastColumn="0" w:noHBand="0" w:noVBand="1"/>
      </w:tblPr>
      <w:tblGrid>
        <w:gridCol w:w="2454"/>
        <w:gridCol w:w="1923"/>
        <w:gridCol w:w="338"/>
        <w:gridCol w:w="354"/>
        <w:gridCol w:w="356"/>
        <w:gridCol w:w="367"/>
        <w:gridCol w:w="4100"/>
      </w:tblGrid>
      <w:tr w:rsidR="00447437" w:rsidRPr="00027471" w14:paraId="73E1C2EF" w14:textId="77777777" w:rsidTr="00DC25AF">
        <w:trPr>
          <w:trHeight w:val="435"/>
        </w:trPr>
        <w:tc>
          <w:tcPr>
            <w:tcW w:w="0" w:type="auto"/>
            <w:vMerge w:val="restart"/>
          </w:tcPr>
          <w:p w14:paraId="20F16B37" w14:textId="77777777" w:rsidR="009A0AC0" w:rsidRPr="00447437" w:rsidRDefault="009A0AC0" w:rsidP="00DC25AF">
            <w:pPr>
              <w:spacing w:after="200" w:line="276" w:lineRule="auto"/>
              <w:ind w:left="720" w:hanging="720"/>
              <w:rPr>
                <w:rFonts w:ascii="GHEA Grapalat" w:hAnsi="GHEA Grapalat"/>
                <w:b/>
                <w:bCs/>
                <w:color w:val="000000" w:themeColor="text1"/>
              </w:rPr>
            </w:pPr>
            <w:r w:rsidRPr="00447437">
              <w:rPr>
                <w:rFonts w:ascii="GHEA Grapalat" w:hAnsi="GHEA Grapalat"/>
                <w:b/>
                <w:bCs/>
                <w:color w:val="000000" w:themeColor="text1"/>
              </w:rPr>
              <w:t xml:space="preserve">Ուսումնառության արդյունք </w:t>
            </w:r>
          </w:p>
        </w:tc>
        <w:tc>
          <w:tcPr>
            <w:tcW w:w="0" w:type="auto"/>
            <w:vMerge w:val="restart"/>
          </w:tcPr>
          <w:p w14:paraId="68AAD540" w14:textId="77777777" w:rsidR="009A0AC0" w:rsidRPr="00447437" w:rsidRDefault="009A0AC0" w:rsidP="00DC25AF">
            <w:pPr>
              <w:ind w:left="720" w:hanging="720"/>
              <w:rPr>
                <w:rFonts w:ascii="GHEA Grapalat" w:hAnsi="GHEA Grapalat"/>
                <w:b/>
                <w:bCs/>
                <w:color w:val="000000" w:themeColor="text1"/>
              </w:rPr>
            </w:pPr>
            <w:r w:rsidRPr="00447437">
              <w:rPr>
                <w:rFonts w:ascii="GHEA Grapalat" w:hAnsi="GHEA Grapalat" w:cs="Sylfaen"/>
                <w:b/>
                <w:bCs/>
                <w:color w:val="000000" w:themeColor="text1"/>
              </w:rPr>
              <w:t>Առաջադրանքներ</w:t>
            </w:r>
          </w:p>
        </w:tc>
        <w:tc>
          <w:tcPr>
            <w:tcW w:w="0" w:type="auto"/>
            <w:gridSpan w:val="4"/>
          </w:tcPr>
          <w:p w14:paraId="7CC3E1E5" w14:textId="77777777" w:rsidR="009A0AC0" w:rsidRPr="00447437" w:rsidRDefault="009A0AC0" w:rsidP="00DC25AF">
            <w:pPr>
              <w:spacing w:after="200" w:line="276" w:lineRule="auto"/>
              <w:ind w:left="720" w:hanging="720"/>
              <w:rPr>
                <w:rFonts w:ascii="GHEA Grapalat" w:hAnsi="GHEA Grapalat"/>
                <w:b/>
                <w:bCs/>
                <w:color w:val="000000" w:themeColor="text1"/>
              </w:rPr>
            </w:pPr>
            <w:r w:rsidRPr="00447437">
              <w:rPr>
                <w:rFonts w:ascii="GHEA Grapalat" w:hAnsi="GHEA Grapalat"/>
                <w:b/>
                <w:bCs/>
                <w:color w:val="000000" w:themeColor="text1"/>
              </w:rPr>
              <w:t>Գնահատում</w:t>
            </w:r>
          </w:p>
        </w:tc>
        <w:tc>
          <w:tcPr>
            <w:tcW w:w="0" w:type="auto"/>
            <w:vMerge w:val="restart"/>
          </w:tcPr>
          <w:p w14:paraId="01BE12BE" w14:textId="77777777" w:rsidR="009A0AC0" w:rsidRPr="00447437" w:rsidRDefault="009A0AC0" w:rsidP="00DC25AF">
            <w:pPr>
              <w:ind w:left="720" w:right="113" w:hanging="720"/>
              <w:rPr>
                <w:rFonts w:ascii="GHEA Grapalat" w:hAnsi="GHEA Grapalat"/>
                <w:b/>
                <w:bCs/>
                <w:color w:val="000000" w:themeColor="text1"/>
              </w:rPr>
            </w:pPr>
            <w:r w:rsidRPr="00447437">
              <w:rPr>
                <w:rFonts w:ascii="GHEA Grapalat" w:hAnsi="GHEA Grapalat"/>
                <w:b/>
                <w:bCs/>
                <w:color w:val="000000" w:themeColor="text1"/>
              </w:rPr>
              <w:t>ԳԱՈՒ հրահանգչի կողմից հաստատում /հավաստում</w:t>
            </w:r>
          </w:p>
        </w:tc>
      </w:tr>
      <w:tr w:rsidR="00447437" w:rsidRPr="00447437" w14:paraId="531FB972" w14:textId="77777777" w:rsidTr="00DC25AF">
        <w:trPr>
          <w:cantSplit/>
          <w:trHeight w:val="701"/>
        </w:trPr>
        <w:tc>
          <w:tcPr>
            <w:tcW w:w="0" w:type="auto"/>
            <w:vMerge/>
          </w:tcPr>
          <w:p w14:paraId="370048B5" w14:textId="77777777" w:rsidR="009A0AC0" w:rsidRPr="00447437" w:rsidDel="0087400B" w:rsidRDefault="009A0AC0" w:rsidP="00DC25AF">
            <w:pPr>
              <w:spacing w:after="200" w:line="276" w:lineRule="auto"/>
              <w:ind w:left="720" w:hanging="720"/>
              <w:rPr>
                <w:rFonts w:ascii="GHEA Grapalat" w:hAnsi="GHEA Grapalat" w:cs="Sylfaen"/>
                <w:b/>
                <w:bCs/>
                <w:color w:val="000000" w:themeColor="text1"/>
              </w:rPr>
            </w:pPr>
          </w:p>
        </w:tc>
        <w:tc>
          <w:tcPr>
            <w:tcW w:w="0" w:type="auto"/>
            <w:vMerge/>
          </w:tcPr>
          <w:p w14:paraId="20F2184E" w14:textId="77777777" w:rsidR="009A0AC0" w:rsidRPr="00447437" w:rsidRDefault="009A0AC0" w:rsidP="00DC25AF">
            <w:pPr>
              <w:ind w:left="720" w:hanging="720"/>
              <w:rPr>
                <w:rFonts w:ascii="GHEA Grapalat" w:hAnsi="GHEA Grapalat"/>
                <w:b/>
                <w:bCs/>
                <w:color w:val="000000" w:themeColor="text1"/>
              </w:rPr>
            </w:pPr>
          </w:p>
        </w:tc>
        <w:tc>
          <w:tcPr>
            <w:tcW w:w="0" w:type="auto"/>
          </w:tcPr>
          <w:p w14:paraId="029B25EE" w14:textId="77777777" w:rsidR="009A0AC0" w:rsidRPr="00447437" w:rsidRDefault="009A0AC0" w:rsidP="00DC25AF">
            <w:pPr>
              <w:ind w:left="720" w:hanging="720"/>
              <w:rPr>
                <w:rFonts w:ascii="GHEA Grapalat" w:hAnsi="GHEA Grapalat"/>
                <w:b/>
                <w:bCs/>
                <w:color w:val="000000" w:themeColor="text1"/>
              </w:rPr>
            </w:pPr>
            <w:r w:rsidRPr="00447437">
              <w:rPr>
                <w:rFonts w:ascii="GHEA Grapalat" w:hAnsi="GHEA Grapalat"/>
                <w:b/>
                <w:bCs/>
                <w:color w:val="000000" w:themeColor="text1"/>
              </w:rPr>
              <w:t>A</w:t>
            </w:r>
          </w:p>
        </w:tc>
        <w:tc>
          <w:tcPr>
            <w:tcW w:w="0" w:type="auto"/>
          </w:tcPr>
          <w:p w14:paraId="150ADAC7" w14:textId="77777777" w:rsidR="009A0AC0" w:rsidRPr="00447437" w:rsidRDefault="009A0AC0" w:rsidP="00DC25AF">
            <w:pPr>
              <w:ind w:left="720" w:hanging="720"/>
              <w:rPr>
                <w:rFonts w:ascii="GHEA Grapalat" w:hAnsi="GHEA Grapalat"/>
                <w:b/>
                <w:bCs/>
                <w:color w:val="000000" w:themeColor="text1"/>
              </w:rPr>
            </w:pPr>
            <w:r w:rsidRPr="00447437">
              <w:rPr>
                <w:rFonts w:ascii="GHEA Grapalat" w:hAnsi="GHEA Grapalat"/>
                <w:b/>
                <w:bCs/>
                <w:color w:val="000000" w:themeColor="text1"/>
              </w:rPr>
              <w:t>B</w:t>
            </w:r>
          </w:p>
        </w:tc>
        <w:tc>
          <w:tcPr>
            <w:tcW w:w="0" w:type="auto"/>
          </w:tcPr>
          <w:p w14:paraId="5C77CA6D" w14:textId="77777777" w:rsidR="009A0AC0" w:rsidRPr="00447437" w:rsidRDefault="009A0AC0" w:rsidP="00DC25AF">
            <w:pPr>
              <w:ind w:left="720" w:hanging="720"/>
              <w:rPr>
                <w:rFonts w:ascii="GHEA Grapalat" w:hAnsi="GHEA Grapalat"/>
                <w:b/>
                <w:bCs/>
                <w:color w:val="000000" w:themeColor="text1"/>
              </w:rPr>
            </w:pPr>
            <w:r w:rsidRPr="00447437">
              <w:rPr>
                <w:rFonts w:ascii="GHEA Grapalat" w:hAnsi="GHEA Grapalat"/>
                <w:b/>
                <w:bCs/>
                <w:color w:val="000000" w:themeColor="text1"/>
              </w:rPr>
              <w:t>C</w:t>
            </w:r>
          </w:p>
        </w:tc>
        <w:tc>
          <w:tcPr>
            <w:tcW w:w="0" w:type="auto"/>
          </w:tcPr>
          <w:p w14:paraId="7A9DA909" w14:textId="77777777" w:rsidR="009A0AC0" w:rsidRPr="00447437" w:rsidRDefault="009A0AC0" w:rsidP="00DC25AF">
            <w:pPr>
              <w:ind w:left="720" w:hanging="720"/>
              <w:rPr>
                <w:rFonts w:ascii="GHEA Grapalat" w:hAnsi="GHEA Grapalat"/>
                <w:b/>
                <w:bCs/>
                <w:color w:val="000000" w:themeColor="text1"/>
              </w:rPr>
            </w:pPr>
            <w:r w:rsidRPr="00447437">
              <w:rPr>
                <w:rFonts w:ascii="GHEA Grapalat" w:hAnsi="GHEA Grapalat"/>
                <w:b/>
                <w:bCs/>
                <w:color w:val="000000" w:themeColor="text1"/>
              </w:rPr>
              <w:t>D</w:t>
            </w:r>
          </w:p>
        </w:tc>
        <w:tc>
          <w:tcPr>
            <w:tcW w:w="0" w:type="auto"/>
            <w:vMerge/>
          </w:tcPr>
          <w:p w14:paraId="0D6ABEA0" w14:textId="77777777" w:rsidR="009A0AC0" w:rsidRPr="00447437" w:rsidRDefault="009A0AC0" w:rsidP="00DC25AF">
            <w:pPr>
              <w:ind w:left="720" w:right="113" w:hanging="720"/>
              <w:rPr>
                <w:rFonts w:ascii="GHEA Grapalat" w:hAnsi="GHEA Grapalat"/>
                <w:b/>
                <w:bCs/>
                <w:color w:val="000000" w:themeColor="text1"/>
              </w:rPr>
            </w:pPr>
          </w:p>
        </w:tc>
      </w:tr>
      <w:tr w:rsidR="00447437" w:rsidRPr="00447437" w14:paraId="58855CAD" w14:textId="77777777" w:rsidTr="00DC25AF">
        <w:tc>
          <w:tcPr>
            <w:tcW w:w="0" w:type="auto"/>
            <w:vMerge w:val="restart"/>
          </w:tcPr>
          <w:p w14:paraId="031A2289" w14:textId="77777777" w:rsidR="009A0AC0" w:rsidRPr="00447437" w:rsidRDefault="009A0AC0" w:rsidP="00DC25AF">
            <w:pPr>
              <w:spacing w:after="200" w:line="276" w:lineRule="auto"/>
              <w:ind w:left="720" w:hanging="720"/>
              <w:rPr>
                <w:rFonts w:ascii="GHEA Grapalat" w:hAnsi="GHEA Grapalat"/>
                <w:b/>
                <w:bCs/>
                <w:color w:val="000000" w:themeColor="text1"/>
              </w:rPr>
            </w:pPr>
            <w:r w:rsidRPr="00447437">
              <w:rPr>
                <w:rFonts w:ascii="GHEA Grapalat" w:hAnsi="GHEA Grapalat"/>
                <w:b/>
                <w:bCs/>
                <w:color w:val="000000" w:themeColor="text1"/>
              </w:rPr>
              <w:t xml:space="preserve">1. </w:t>
            </w:r>
          </w:p>
        </w:tc>
        <w:tc>
          <w:tcPr>
            <w:tcW w:w="0" w:type="auto"/>
          </w:tcPr>
          <w:p w14:paraId="1CAB8643" w14:textId="77777777" w:rsidR="009A0AC0" w:rsidRPr="00447437" w:rsidRDefault="009A0AC0" w:rsidP="00DC25AF">
            <w:pPr>
              <w:ind w:left="720" w:hanging="720"/>
              <w:rPr>
                <w:rFonts w:ascii="GHEA Grapalat" w:hAnsi="GHEA Grapalat"/>
                <w:color w:val="000000" w:themeColor="text1"/>
              </w:rPr>
            </w:pPr>
            <w:r w:rsidRPr="00447437">
              <w:rPr>
                <w:rFonts w:ascii="GHEA Grapalat" w:hAnsi="GHEA Grapalat"/>
                <w:color w:val="000000" w:themeColor="text1"/>
              </w:rPr>
              <w:t>1.1</w:t>
            </w:r>
          </w:p>
        </w:tc>
        <w:tc>
          <w:tcPr>
            <w:tcW w:w="0" w:type="auto"/>
          </w:tcPr>
          <w:p w14:paraId="7B4A7D6C" w14:textId="77777777" w:rsidR="009A0AC0" w:rsidRPr="00447437" w:rsidRDefault="009A0AC0" w:rsidP="00DC25AF">
            <w:pPr>
              <w:spacing w:after="200" w:line="276" w:lineRule="auto"/>
              <w:ind w:left="720" w:hanging="720"/>
              <w:rPr>
                <w:rFonts w:ascii="GHEA Grapalat" w:hAnsi="GHEA Grapalat"/>
                <w:color w:val="000000" w:themeColor="text1"/>
              </w:rPr>
            </w:pPr>
          </w:p>
        </w:tc>
        <w:tc>
          <w:tcPr>
            <w:tcW w:w="0" w:type="auto"/>
          </w:tcPr>
          <w:p w14:paraId="73BA9B35" w14:textId="77777777" w:rsidR="009A0AC0" w:rsidRPr="00447437" w:rsidRDefault="009A0AC0" w:rsidP="00DC25AF">
            <w:pPr>
              <w:spacing w:after="200" w:line="276" w:lineRule="auto"/>
              <w:ind w:left="720" w:hanging="720"/>
              <w:rPr>
                <w:rFonts w:ascii="GHEA Grapalat" w:hAnsi="GHEA Grapalat"/>
                <w:color w:val="000000" w:themeColor="text1"/>
              </w:rPr>
            </w:pPr>
          </w:p>
        </w:tc>
        <w:tc>
          <w:tcPr>
            <w:tcW w:w="0" w:type="auto"/>
          </w:tcPr>
          <w:p w14:paraId="58E12D93" w14:textId="77777777" w:rsidR="009A0AC0" w:rsidRPr="00447437" w:rsidRDefault="009A0AC0" w:rsidP="00DC25AF">
            <w:pPr>
              <w:spacing w:after="200" w:line="276" w:lineRule="auto"/>
              <w:ind w:left="720" w:hanging="720"/>
              <w:rPr>
                <w:rFonts w:ascii="GHEA Grapalat" w:hAnsi="GHEA Grapalat"/>
                <w:color w:val="000000" w:themeColor="text1"/>
              </w:rPr>
            </w:pPr>
          </w:p>
        </w:tc>
        <w:tc>
          <w:tcPr>
            <w:tcW w:w="0" w:type="auto"/>
          </w:tcPr>
          <w:p w14:paraId="519E3AD7" w14:textId="77777777" w:rsidR="009A0AC0" w:rsidRPr="00447437" w:rsidRDefault="009A0AC0" w:rsidP="00DC25AF">
            <w:pPr>
              <w:spacing w:after="200" w:line="276" w:lineRule="auto"/>
              <w:ind w:left="720" w:hanging="720"/>
              <w:rPr>
                <w:rFonts w:ascii="GHEA Grapalat" w:hAnsi="GHEA Grapalat"/>
                <w:color w:val="000000" w:themeColor="text1"/>
              </w:rPr>
            </w:pPr>
          </w:p>
        </w:tc>
        <w:tc>
          <w:tcPr>
            <w:tcW w:w="0" w:type="auto"/>
          </w:tcPr>
          <w:p w14:paraId="3E442D29" w14:textId="77777777" w:rsidR="009A0AC0" w:rsidRPr="00447437" w:rsidRDefault="009A0AC0" w:rsidP="00DC25AF">
            <w:pPr>
              <w:ind w:left="720" w:hanging="720"/>
              <w:rPr>
                <w:rFonts w:ascii="GHEA Grapalat" w:hAnsi="GHEA Grapalat"/>
                <w:color w:val="000000" w:themeColor="text1"/>
              </w:rPr>
            </w:pPr>
          </w:p>
        </w:tc>
      </w:tr>
      <w:tr w:rsidR="00447437" w:rsidRPr="00447437" w14:paraId="283CD051" w14:textId="77777777" w:rsidTr="00DC25AF">
        <w:tc>
          <w:tcPr>
            <w:tcW w:w="0" w:type="auto"/>
            <w:vMerge/>
          </w:tcPr>
          <w:p w14:paraId="0F415070" w14:textId="77777777" w:rsidR="009A0AC0" w:rsidRPr="00447437" w:rsidRDefault="009A0AC0" w:rsidP="00DC25AF">
            <w:pPr>
              <w:spacing w:after="200" w:line="276" w:lineRule="auto"/>
              <w:ind w:left="720" w:hanging="720"/>
              <w:rPr>
                <w:rFonts w:ascii="GHEA Grapalat" w:hAnsi="GHEA Grapalat"/>
                <w:color w:val="000000" w:themeColor="text1"/>
              </w:rPr>
            </w:pPr>
          </w:p>
        </w:tc>
        <w:tc>
          <w:tcPr>
            <w:tcW w:w="0" w:type="auto"/>
          </w:tcPr>
          <w:p w14:paraId="57B78844" w14:textId="77777777" w:rsidR="009A0AC0" w:rsidRPr="00447437" w:rsidRDefault="009A0AC0" w:rsidP="00DC25AF">
            <w:pPr>
              <w:ind w:left="720" w:hanging="720"/>
              <w:rPr>
                <w:rFonts w:ascii="GHEA Grapalat" w:hAnsi="GHEA Grapalat"/>
                <w:color w:val="000000" w:themeColor="text1"/>
              </w:rPr>
            </w:pPr>
            <w:r w:rsidRPr="00447437">
              <w:rPr>
                <w:rFonts w:ascii="GHEA Grapalat" w:hAnsi="GHEA Grapalat"/>
                <w:color w:val="000000" w:themeColor="text1"/>
              </w:rPr>
              <w:t>1.2</w:t>
            </w:r>
          </w:p>
        </w:tc>
        <w:tc>
          <w:tcPr>
            <w:tcW w:w="0" w:type="auto"/>
          </w:tcPr>
          <w:p w14:paraId="36F37FA8" w14:textId="77777777" w:rsidR="009A0AC0" w:rsidRPr="00447437" w:rsidRDefault="009A0AC0" w:rsidP="00DC25AF">
            <w:pPr>
              <w:spacing w:after="200" w:line="276" w:lineRule="auto"/>
              <w:ind w:left="720" w:hanging="720"/>
              <w:rPr>
                <w:rFonts w:ascii="GHEA Grapalat" w:hAnsi="GHEA Grapalat"/>
                <w:color w:val="000000" w:themeColor="text1"/>
              </w:rPr>
            </w:pPr>
          </w:p>
        </w:tc>
        <w:tc>
          <w:tcPr>
            <w:tcW w:w="0" w:type="auto"/>
          </w:tcPr>
          <w:p w14:paraId="36751989" w14:textId="77777777" w:rsidR="009A0AC0" w:rsidRPr="00447437" w:rsidRDefault="009A0AC0" w:rsidP="00DC25AF">
            <w:pPr>
              <w:spacing w:after="200" w:line="276" w:lineRule="auto"/>
              <w:ind w:left="720" w:hanging="720"/>
              <w:rPr>
                <w:rFonts w:ascii="GHEA Grapalat" w:hAnsi="GHEA Grapalat"/>
                <w:color w:val="000000" w:themeColor="text1"/>
              </w:rPr>
            </w:pPr>
          </w:p>
        </w:tc>
        <w:tc>
          <w:tcPr>
            <w:tcW w:w="0" w:type="auto"/>
          </w:tcPr>
          <w:p w14:paraId="45617DE0" w14:textId="77777777" w:rsidR="009A0AC0" w:rsidRPr="00447437" w:rsidRDefault="009A0AC0" w:rsidP="00DC25AF">
            <w:pPr>
              <w:spacing w:after="200" w:line="276" w:lineRule="auto"/>
              <w:ind w:left="720" w:hanging="720"/>
              <w:rPr>
                <w:rFonts w:ascii="GHEA Grapalat" w:hAnsi="GHEA Grapalat"/>
                <w:color w:val="000000" w:themeColor="text1"/>
              </w:rPr>
            </w:pPr>
          </w:p>
        </w:tc>
        <w:tc>
          <w:tcPr>
            <w:tcW w:w="0" w:type="auto"/>
          </w:tcPr>
          <w:p w14:paraId="4826E3CD" w14:textId="77777777" w:rsidR="009A0AC0" w:rsidRPr="00447437" w:rsidRDefault="009A0AC0" w:rsidP="00DC25AF">
            <w:pPr>
              <w:spacing w:after="200" w:line="276" w:lineRule="auto"/>
              <w:ind w:left="720" w:hanging="720"/>
              <w:rPr>
                <w:rFonts w:ascii="GHEA Grapalat" w:hAnsi="GHEA Grapalat"/>
                <w:color w:val="000000" w:themeColor="text1"/>
              </w:rPr>
            </w:pPr>
          </w:p>
        </w:tc>
        <w:tc>
          <w:tcPr>
            <w:tcW w:w="0" w:type="auto"/>
          </w:tcPr>
          <w:p w14:paraId="16FDF8C1" w14:textId="77777777" w:rsidR="009A0AC0" w:rsidRPr="00447437" w:rsidRDefault="009A0AC0" w:rsidP="00DC25AF">
            <w:pPr>
              <w:ind w:left="720" w:hanging="720"/>
              <w:rPr>
                <w:rFonts w:ascii="GHEA Grapalat" w:hAnsi="GHEA Grapalat"/>
                <w:color w:val="000000" w:themeColor="text1"/>
              </w:rPr>
            </w:pPr>
          </w:p>
        </w:tc>
      </w:tr>
      <w:tr w:rsidR="00447437" w:rsidRPr="00447437" w14:paraId="7B60DBAB" w14:textId="77777777" w:rsidTr="00DC25AF">
        <w:tc>
          <w:tcPr>
            <w:tcW w:w="0" w:type="auto"/>
            <w:vMerge/>
          </w:tcPr>
          <w:p w14:paraId="401082DA" w14:textId="77777777" w:rsidR="009A0AC0" w:rsidRPr="00447437" w:rsidRDefault="009A0AC0" w:rsidP="00DC25AF">
            <w:pPr>
              <w:spacing w:after="200" w:line="276" w:lineRule="auto"/>
              <w:ind w:left="720" w:hanging="720"/>
              <w:rPr>
                <w:rFonts w:ascii="GHEA Grapalat" w:hAnsi="GHEA Grapalat"/>
                <w:color w:val="000000" w:themeColor="text1"/>
              </w:rPr>
            </w:pPr>
          </w:p>
        </w:tc>
        <w:tc>
          <w:tcPr>
            <w:tcW w:w="0" w:type="auto"/>
          </w:tcPr>
          <w:p w14:paraId="5478AD5A" w14:textId="77777777" w:rsidR="009A0AC0" w:rsidRPr="00447437" w:rsidRDefault="009A0AC0" w:rsidP="00DC25AF">
            <w:pPr>
              <w:ind w:left="720" w:hanging="720"/>
              <w:rPr>
                <w:rFonts w:ascii="GHEA Grapalat" w:hAnsi="GHEA Grapalat"/>
                <w:color w:val="000000" w:themeColor="text1"/>
              </w:rPr>
            </w:pPr>
            <w:r w:rsidRPr="00447437">
              <w:rPr>
                <w:rFonts w:ascii="GHEA Grapalat" w:hAnsi="GHEA Grapalat"/>
                <w:color w:val="000000" w:themeColor="text1"/>
              </w:rPr>
              <w:t>1.3. …</w:t>
            </w:r>
          </w:p>
        </w:tc>
        <w:tc>
          <w:tcPr>
            <w:tcW w:w="0" w:type="auto"/>
          </w:tcPr>
          <w:p w14:paraId="349F2C77" w14:textId="77777777" w:rsidR="009A0AC0" w:rsidRPr="00447437" w:rsidRDefault="009A0AC0" w:rsidP="00DC25AF">
            <w:pPr>
              <w:spacing w:after="200" w:line="276" w:lineRule="auto"/>
              <w:ind w:left="720" w:hanging="720"/>
              <w:rPr>
                <w:rFonts w:ascii="GHEA Grapalat" w:hAnsi="GHEA Grapalat"/>
                <w:color w:val="000000" w:themeColor="text1"/>
              </w:rPr>
            </w:pPr>
          </w:p>
        </w:tc>
        <w:tc>
          <w:tcPr>
            <w:tcW w:w="0" w:type="auto"/>
          </w:tcPr>
          <w:p w14:paraId="597991BE" w14:textId="77777777" w:rsidR="009A0AC0" w:rsidRPr="00447437" w:rsidRDefault="009A0AC0" w:rsidP="00DC25AF">
            <w:pPr>
              <w:spacing w:after="200" w:line="276" w:lineRule="auto"/>
              <w:ind w:left="720" w:hanging="720"/>
              <w:rPr>
                <w:rFonts w:ascii="GHEA Grapalat" w:hAnsi="GHEA Grapalat"/>
                <w:color w:val="000000" w:themeColor="text1"/>
              </w:rPr>
            </w:pPr>
          </w:p>
        </w:tc>
        <w:tc>
          <w:tcPr>
            <w:tcW w:w="0" w:type="auto"/>
          </w:tcPr>
          <w:p w14:paraId="27D90EED" w14:textId="77777777" w:rsidR="009A0AC0" w:rsidRPr="00447437" w:rsidRDefault="009A0AC0" w:rsidP="00DC25AF">
            <w:pPr>
              <w:spacing w:after="200" w:line="276" w:lineRule="auto"/>
              <w:ind w:left="720" w:hanging="720"/>
              <w:rPr>
                <w:rFonts w:ascii="GHEA Grapalat" w:hAnsi="GHEA Grapalat"/>
                <w:color w:val="000000" w:themeColor="text1"/>
              </w:rPr>
            </w:pPr>
          </w:p>
        </w:tc>
        <w:tc>
          <w:tcPr>
            <w:tcW w:w="0" w:type="auto"/>
          </w:tcPr>
          <w:p w14:paraId="4D1E58F6" w14:textId="77777777" w:rsidR="009A0AC0" w:rsidRPr="00447437" w:rsidRDefault="009A0AC0" w:rsidP="00DC25AF">
            <w:pPr>
              <w:spacing w:after="200" w:line="276" w:lineRule="auto"/>
              <w:ind w:left="720" w:hanging="720"/>
              <w:rPr>
                <w:rFonts w:ascii="GHEA Grapalat" w:hAnsi="GHEA Grapalat"/>
                <w:color w:val="000000" w:themeColor="text1"/>
              </w:rPr>
            </w:pPr>
          </w:p>
        </w:tc>
        <w:tc>
          <w:tcPr>
            <w:tcW w:w="0" w:type="auto"/>
          </w:tcPr>
          <w:p w14:paraId="2047BE6B" w14:textId="77777777" w:rsidR="009A0AC0" w:rsidRPr="00447437" w:rsidRDefault="009A0AC0" w:rsidP="00DC25AF">
            <w:pPr>
              <w:ind w:left="720" w:hanging="720"/>
              <w:rPr>
                <w:rFonts w:ascii="GHEA Grapalat" w:hAnsi="GHEA Grapalat"/>
                <w:color w:val="000000" w:themeColor="text1"/>
              </w:rPr>
            </w:pPr>
          </w:p>
        </w:tc>
      </w:tr>
      <w:tr w:rsidR="00447437" w:rsidRPr="00447437" w14:paraId="39BD0CAC" w14:textId="77777777" w:rsidTr="00DC25AF">
        <w:tc>
          <w:tcPr>
            <w:tcW w:w="0" w:type="auto"/>
          </w:tcPr>
          <w:p w14:paraId="4DD8364B" w14:textId="77777777" w:rsidR="009A0AC0" w:rsidRPr="00447437" w:rsidRDefault="009A0AC0" w:rsidP="00DC25AF">
            <w:pPr>
              <w:spacing w:after="200" w:line="276" w:lineRule="auto"/>
              <w:ind w:left="720" w:hanging="720"/>
              <w:rPr>
                <w:rFonts w:ascii="GHEA Grapalat" w:hAnsi="GHEA Grapalat"/>
                <w:b/>
                <w:bCs/>
                <w:color w:val="000000" w:themeColor="text1"/>
              </w:rPr>
            </w:pPr>
            <w:r w:rsidRPr="00447437">
              <w:rPr>
                <w:rFonts w:ascii="GHEA Grapalat" w:hAnsi="GHEA Grapalat"/>
                <w:b/>
                <w:bCs/>
                <w:color w:val="000000" w:themeColor="text1"/>
              </w:rPr>
              <w:t>2.</w:t>
            </w:r>
          </w:p>
        </w:tc>
        <w:tc>
          <w:tcPr>
            <w:tcW w:w="0" w:type="auto"/>
          </w:tcPr>
          <w:p w14:paraId="7AA7A8CB" w14:textId="77777777" w:rsidR="009A0AC0" w:rsidRPr="00447437" w:rsidRDefault="009A0AC0" w:rsidP="00DC25AF">
            <w:pPr>
              <w:ind w:left="720" w:hanging="720"/>
              <w:rPr>
                <w:rFonts w:ascii="GHEA Grapalat" w:hAnsi="GHEA Grapalat"/>
                <w:color w:val="000000" w:themeColor="text1"/>
              </w:rPr>
            </w:pPr>
            <w:r w:rsidRPr="00447437">
              <w:rPr>
                <w:rFonts w:ascii="GHEA Grapalat" w:hAnsi="GHEA Grapalat"/>
                <w:color w:val="000000" w:themeColor="text1"/>
              </w:rPr>
              <w:t>2.1</w:t>
            </w:r>
          </w:p>
        </w:tc>
        <w:tc>
          <w:tcPr>
            <w:tcW w:w="0" w:type="auto"/>
          </w:tcPr>
          <w:p w14:paraId="0D0373E0" w14:textId="77777777" w:rsidR="009A0AC0" w:rsidRPr="00447437" w:rsidRDefault="009A0AC0" w:rsidP="00DC25AF">
            <w:pPr>
              <w:spacing w:after="200" w:line="276" w:lineRule="auto"/>
              <w:ind w:left="720" w:hanging="720"/>
              <w:rPr>
                <w:rFonts w:ascii="GHEA Grapalat" w:hAnsi="GHEA Grapalat"/>
                <w:color w:val="000000" w:themeColor="text1"/>
              </w:rPr>
            </w:pPr>
          </w:p>
        </w:tc>
        <w:tc>
          <w:tcPr>
            <w:tcW w:w="0" w:type="auto"/>
          </w:tcPr>
          <w:p w14:paraId="5881233A" w14:textId="77777777" w:rsidR="009A0AC0" w:rsidRPr="00447437" w:rsidRDefault="009A0AC0" w:rsidP="00DC25AF">
            <w:pPr>
              <w:spacing w:after="200" w:line="276" w:lineRule="auto"/>
              <w:ind w:left="720" w:hanging="720"/>
              <w:rPr>
                <w:rFonts w:ascii="GHEA Grapalat" w:hAnsi="GHEA Grapalat"/>
                <w:color w:val="000000" w:themeColor="text1"/>
              </w:rPr>
            </w:pPr>
          </w:p>
        </w:tc>
        <w:tc>
          <w:tcPr>
            <w:tcW w:w="0" w:type="auto"/>
          </w:tcPr>
          <w:p w14:paraId="6D315384" w14:textId="77777777" w:rsidR="009A0AC0" w:rsidRPr="00447437" w:rsidRDefault="009A0AC0" w:rsidP="00DC25AF">
            <w:pPr>
              <w:spacing w:after="200" w:line="276" w:lineRule="auto"/>
              <w:ind w:left="720" w:hanging="720"/>
              <w:rPr>
                <w:rFonts w:ascii="GHEA Grapalat" w:hAnsi="GHEA Grapalat"/>
                <w:color w:val="000000" w:themeColor="text1"/>
              </w:rPr>
            </w:pPr>
          </w:p>
        </w:tc>
        <w:tc>
          <w:tcPr>
            <w:tcW w:w="0" w:type="auto"/>
          </w:tcPr>
          <w:p w14:paraId="185DDAED" w14:textId="77777777" w:rsidR="009A0AC0" w:rsidRPr="00447437" w:rsidRDefault="009A0AC0" w:rsidP="00DC25AF">
            <w:pPr>
              <w:spacing w:after="200" w:line="276" w:lineRule="auto"/>
              <w:ind w:left="720" w:hanging="720"/>
              <w:rPr>
                <w:rFonts w:ascii="GHEA Grapalat" w:hAnsi="GHEA Grapalat"/>
                <w:color w:val="000000" w:themeColor="text1"/>
              </w:rPr>
            </w:pPr>
          </w:p>
        </w:tc>
        <w:tc>
          <w:tcPr>
            <w:tcW w:w="0" w:type="auto"/>
          </w:tcPr>
          <w:p w14:paraId="63A48632" w14:textId="77777777" w:rsidR="009A0AC0" w:rsidRPr="00447437" w:rsidRDefault="009A0AC0" w:rsidP="00DC25AF">
            <w:pPr>
              <w:ind w:left="720" w:hanging="720"/>
              <w:rPr>
                <w:rFonts w:ascii="GHEA Grapalat" w:hAnsi="GHEA Grapalat"/>
                <w:color w:val="000000" w:themeColor="text1"/>
              </w:rPr>
            </w:pPr>
          </w:p>
        </w:tc>
      </w:tr>
      <w:tr w:rsidR="00447437" w:rsidRPr="00447437" w14:paraId="56E7B0F3" w14:textId="77777777" w:rsidTr="00DC25AF">
        <w:tc>
          <w:tcPr>
            <w:tcW w:w="0" w:type="auto"/>
          </w:tcPr>
          <w:p w14:paraId="249BFA87" w14:textId="77777777" w:rsidR="009A0AC0" w:rsidRPr="00447437" w:rsidRDefault="009A0AC0" w:rsidP="00DC25AF">
            <w:pPr>
              <w:spacing w:after="200" w:line="276" w:lineRule="auto"/>
              <w:ind w:left="720" w:hanging="720"/>
              <w:rPr>
                <w:rFonts w:ascii="GHEA Grapalat" w:hAnsi="GHEA Grapalat"/>
                <w:color w:val="000000" w:themeColor="text1"/>
              </w:rPr>
            </w:pPr>
          </w:p>
        </w:tc>
        <w:tc>
          <w:tcPr>
            <w:tcW w:w="0" w:type="auto"/>
          </w:tcPr>
          <w:p w14:paraId="0EE6D0EE" w14:textId="77777777" w:rsidR="009A0AC0" w:rsidRPr="00447437" w:rsidRDefault="009A0AC0" w:rsidP="00DC25AF">
            <w:pPr>
              <w:ind w:left="720" w:hanging="720"/>
              <w:rPr>
                <w:rFonts w:ascii="GHEA Grapalat" w:hAnsi="GHEA Grapalat"/>
                <w:color w:val="000000" w:themeColor="text1"/>
              </w:rPr>
            </w:pPr>
            <w:r w:rsidRPr="00447437">
              <w:rPr>
                <w:rFonts w:ascii="GHEA Grapalat" w:hAnsi="GHEA Grapalat"/>
                <w:color w:val="000000" w:themeColor="text1"/>
              </w:rPr>
              <w:t>2.2…</w:t>
            </w:r>
          </w:p>
        </w:tc>
        <w:tc>
          <w:tcPr>
            <w:tcW w:w="0" w:type="auto"/>
          </w:tcPr>
          <w:p w14:paraId="47EA03AA" w14:textId="77777777" w:rsidR="009A0AC0" w:rsidRPr="00447437" w:rsidRDefault="009A0AC0" w:rsidP="00DC25AF">
            <w:pPr>
              <w:spacing w:after="200" w:line="276" w:lineRule="auto"/>
              <w:ind w:left="720" w:hanging="720"/>
              <w:rPr>
                <w:rFonts w:ascii="GHEA Grapalat" w:hAnsi="GHEA Grapalat"/>
                <w:color w:val="000000" w:themeColor="text1"/>
              </w:rPr>
            </w:pPr>
          </w:p>
        </w:tc>
        <w:tc>
          <w:tcPr>
            <w:tcW w:w="0" w:type="auto"/>
          </w:tcPr>
          <w:p w14:paraId="779B7C5A" w14:textId="77777777" w:rsidR="009A0AC0" w:rsidRPr="00447437" w:rsidRDefault="009A0AC0" w:rsidP="00DC25AF">
            <w:pPr>
              <w:spacing w:after="200" w:line="276" w:lineRule="auto"/>
              <w:ind w:left="720" w:hanging="720"/>
              <w:rPr>
                <w:rFonts w:ascii="GHEA Grapalat" w:hAnsi="GHEA Grapalat"/>
                <w:color w:val="000000" w:themeColor="text1"/>
              </w:rPr>
            </w:pPr>
          </w:p>
        </w:tc>
        <w:tc>
          <w:tcPr>
            <w:tcW w:w="0" w:type="auto"/>
          </w:tcPr>
          <w:p w14:paraId="22FE829B" w14:textId="77777777" w:rsidR="009A0AC0" w:rsidRPr="00447437" w:rsidRDefault="009A0AC0" w:rsidP="00DC25AF">
            <w:pPr>
              <w:spacing w:after="200" w:line="276" w:lineRule="auto"/>
              <w:ind w:left="720" w:hanging="720"/>
              <w:rPr>
                <w:rFonts w:ascii="GHEA Grapalat" w:hAnsi="GHEA Grapalat"/>
                <w:color w:val="000000" w:themeColor="text1"/>
              </w:rPr>
            </w:pPr>
          </w:p>
        </w:tc>
        <w:tc>
          <w:tcPr>
            <w:tcW w:w="0" w:type="auto"/>
          </w:tcPr>
          <w:p w14:paraId="18E53C2B" w14:textId="77777777" w:rsidR="009A0AC0" w:rsidRPr="00447437" w:rsidRDefault="009A0AC0" w:rsidP="00DC25AF">
            <w:pPr>
              <w:spacing w:after="200" w:line="276" w:lineRule="auto"/>
              <w:ind w:left="720" w:hanging="720"/>
              <w:rPr>
                <w:rFonts w:ascii="GHEA Grapalat" w:hAnsi="GHEA Grapalat"/>
                <w:color w:val="000000" w:themeColor="text1"/>
              </w:rPr>
            </w:pPr>
          </w:p>
        </w:tc>
        <w:tc>
          <w:tcPr>
            <w:tcW w:w="0" w:type="auto"/>
          </w:tcPr>
          <w:p w14:paraId="2D41F884" w14:textId="77777777" w:rsidR="009A0AC0" w:rsidRPr="00447437" w:rsidRDefault="009A0AC0" w:rsidP="00DC25AF">
            <w:pPr>
              <w:ind w:left="720" w:hanging="720"/>
              <w:rPr>
                <w:rFonts w:ascii="GHEA Grapalat" w:hAnsi="GHEA Grapalat"/>
                <w:color w:val="000000" w:themeColor="text1"/>
              </w:rPr>
            </w:pPr>
          </w:p>
        </w:tc>
      </w:tr>
    </w:tbl>
    <w:p w14:paraId="117C41AE" w14:textId="77777777" w:rsidR="009A0AC0" w:rsidRPr="00447437" w:rsidRDefault="009A0AC0" w:rsidP="009A0AC0">
      <w:pPr>
        <w:ind w:left="720" w:hanging="720"/>
        <w:rPr>
          <w:rFonts w:ascii="GHEA Grapalat" w:hAnsi="GHEA Grapalat"/>
          <w:color w:val="000000" w:themeColor="text1"/>
        </w:rPr>
      </w:pPr>
      <w:r w:rsidRPr="00447437">
        <w:rPr>
          <w:rFonts w:ascii="GHEA Grapalat" w:hAnsi="GHEA Grapalat" w:cs="Calibri"/>
          <w:b/>
          <w:bCs/>
          <w:noProof/>
          <w:color w:val="000000" w:themeColor="text1"/>
          <w:lang w:val="en-US"/>
        </w:rPr>
        <mc:AlternateContent>
          <mc:Choice Requires="wps">
            <w:drawing>
              <wp:anchor distT="45720" distB="45720" distL="114300" distR="114300" simplePos="0" relativeHeight="251667456" behindDoc="0" locked="0" layoutInCell="1" allowOverlap="1" wp14:anchorId="6867D979" wp14:editId="730ED909">
                <wp:simplePos x="0" y="0"/>
                <wp:positionH relativeFrom="column">
                  <wp:posOffset>-800100</wp:posOffset>
                </wp:positionH>
                <wp:positionV relativeFrom="paragraph">
                  <wp:posOffset>309245</wp:posOffset>
                </wp:positionV>
                <wp:extent cx="314325" cy="1404620"/>
                <wp:effectExtent l="0" t="0" r="28575" b="19685"/>
                <wp:wrapSquare wrapText="bothSides"/>
                <wp:docPr id="93074274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1404620"/>
                        </a:xfrm>
                        <a:prstGeom prst="rect">
                          <a:avLst/>
                        </a:prstGeom>
                        <a:solidFill>
                          <a:srgbClr val="FFFFFF"/>
                        </a:solidFill>
                        <a:ln w="9525">
                          <a:solidFill>
                            <a:srgbClr val="000000"/>
                          </a:solidFill>
                          <a:miter lim="800000"/>
                          <a:headEnd/>
                          <a:tailEnd/>
                        </a:ln>
                      </wps:spPr>
                      <wps:txbx>
                        <w:txbxContent>
                          <w:p w14:paraId="12A65DD4" w14:textId="77777777" w:rsidR="009A0AC0" w:rsidRPr="00D3291E" w:rsidRDefault="009A0AC0" w:rsidP="009A0AC0">
                            <w:pPr>
                              <w:rPr>
                                <w:b/>
                                <w:bCs/>
                                <w:sz w:val="40"/>
                                <w:szCs w:val="40"/>
                                <w:lang w:val="hy-AM"/>
                              </w:rPr>
                            </w:pPr>
                            <w:r>
                              <w:rPr>
                                <w:b/>
                                <w:bCs/>
                                <w:sz w:val="40"/>
                                <w:szCs w:val="40"/>
                                <w:lang w:val="hy-AM"/>
                              </w:rPr>
                              <w:t>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867D979" id="_x0000_s1033" type="#_x0000_t202" style="position:absolute;left:0;text-align:left;margin-left:-63pt;margin-top:24.35pt;width:24.75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">
                <v:textbox style="mso-fit-shape-to-text:t">
                  <w:txbxContent>
                    <w:p w14:paraId="12A65DD4" w14:textId="77777777" w:rsidR="009A0AC0" w:rsidRPr="00D3291E" w:rsidRDefault="009A0AC0" w:rsidP="009A0AC0">
                      <w:pPr>
                        <w:rPr>
                          <w:b/>
                          <w:bCs/>
                          <w:sz w:val="40"/>
                          <w:szCs w:val="40"/>
                          <w:lang w:val="hy-AM"/>
                        </w:rPr>
                      </w:pPr>
                      <w:r>
                        <w:rPr>
                          <w:b/>
                          <w:bCs/>
                          <w:sz w:val="40"/>
                          <w:szCs w:val="40"/>
                          <w:lang w:val="hy-AM"/>
                        </w:rPr>
                        <w:t>7</w:t>
                      </w:r>
                    </w:p>
                  </w:txbxContent>
                </v:textbox>
                <w10:wrap type="square"/>
              </v:shape>
            </w:pict>
          </mc:Fallback>
        </mc:AlternateContent>
      </w:r>
    </w:p>
    <w:tbl>
      <w:tblPr>
        <w:tblStyle w:val="TableGrid"/>
        <w:tblW w:w="9895" w:type="dxa"/>
        <w:shd w:val="clear" w:color="auto" w:fill="D9E2F3" w:themeFill="accent1" w:themeFillTint="33"/>
        <w:tblLook w:val="04A0" w:firstRow="1" w:lastRow="0" w:firstColumn="1" w:lastColumn="0" w:noHBand="0" w:noVBand="1"/>
      </w:tblPr>
      <w:tblGrid>
        <w:gridCol w:w="9895"/>
      </w:tblGrid>
      <w:tr w:rsidR="00447437" w:rsidRPr="00447437" w14:paraId="680064E2" w14:textId="77777777" w:rsidTr="00DC25AF">
        <w:tc>
          <w:tcPr>
            <w:tcW w:w="9895" w:type="dxa"/>
            <w:shd w:val="clear" w:color="auto" w:fill="D9E2F3" w:themeFill="accent1" w:themeFillTint="33"/>
          </w:tcPr>
          <w:p w14:paraId="66F07D29" w14:textId="77777777" w:rsidR="009A0AC0" w:rsidRPr="00447437" w:rsidRDefault="009A0AC0" w:rsidP="00DC25AF">
            <w:pPr>
              <w:pStyle w:val="Heading2"/>
              <w:ind w:left="720" w:hanging="720"/>
              <w:rPr>
                <w:color w:val="000000" w:themeColor="text1"/>
              </w:rPr>
            </w:pPr>
            <w:r w:rsidRPr="00447437">
              <w:rPr>
                <w:rFonts w:ascii="GHEA Grapalat" w:hAnsi="GHEA Grapalat"/>
                <w:color w:val="000000" w:themeColor="text1"/>
              </w:rPr>
              <w:t>7</w:t>
            </w:r>
            <w:r w:rsidRPr="00447437">
              <w:rPr>
                <w:rFonts w:ascii="MS Mincho" w:eastAsia="MS Mincho" w:hAnsi="MS Mincho" w:cs="MS Mincho" w:hint="eastAsia"/>
                <w:color w:val="000000" w:themeColor="text1"/>
              </w:rPr>
              <w:t>․</w:t>
            </w:r>
            <w:r w:rsidRPr="00447437">
              <w:rPr>
                <w:rFonts w:ascii="GHEA Grapalat" w:hAnsi="GHEA Grapalat"/>
                <w:color w:val="000000" w:themeColor="text1"/>
              </w:rPr>
              <w:t xml:space="preserve"> Կողմերի ստորագրություններ</w:t>
            </w:r>
          </w:p>
          <w:p w14:paraId="32FE7CA4" w14:textId="77777777" w:rsidR="009A0AC0" w:rsidRPr="00447437" w:rsidRDefault="009A0AC0" w:rsidP="00DC25AF">
            <w:pPr>
              <w:ind w:left="720" w:hanging="720"/>
              <w:rPr>
                <w:rFonts w:ascii="GHEA Grapalat" w:hAnsi="GHEA Grapalat"/>
                <w:color w:val="000000" w:themeColor="text1"/>
              </w:rPr>
            </w:pPr>
          </w:p>
        </w:tc>
      </w:tr>
    </w:tbl>
    <w:p w14:paraId="722B32FA" w14:textId="77777777" w:rsidR="009A0AC0" w:rsidRPr="00447437" w:rsidRDefault="009A0AC0" w:rsidP="009A0AC0">
      <w:pPr>
        <w:ind w:left="720" w:hanging="720"/>
        <w:rPr>
          <w:rFonts w:ascii="GHEA Grapalat" w:hAnsi="GHEA Grapalat"/>
          <w:strike/>
          <w:color w:val="000000" w:themeColor="text1"/>
        </w:rPr>
      </w:pPr>
    </w:p>
    <w:tbl>
      <w:tblPr>
        <w:tblStyle w:val="TableGrid"/>
        <w:tblW w:w="872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212"/>
        <w:gridCol w:w="3513"/>
      </w:tblGrid>
      <w:tr w:rsidR="00447437" w:rsidRPr="00447437" w14:paraId="0F8ED0C2" w14:textId="77777777" w:rsidTr="00DC25AF">
        <w:tc>
          <w:tcPr>
            <w:tcW w:w="5212" w:type="dxa"/>
          </w:tcPr>
          <w:p w14:paraId="7E4F8AD7" w14:textId="77777777" w:rsidR="009A0AC0" w:rsidRPr="00447437" w:rsidRDefault="009A0AC0" w:rsidP="00DC25AF">
            <w:pPr>
              <w:tabs>
                <w:tab w:val="left" w:pos="7485"/>
              </w:tabs>
              <w:ind w:left="720" w:hanging="720"/>
              <w:rPr>
                <w:rFonts w:ascii="GHEA Grapalat" w:hAnsi="GHEA Grapalat"/>
                <w:b/>
                <w:bCs/>
                <w:color w:val="000000" w:themeColor="text1"/>
                <w:lang w:val="en-GB"/>
              </w:rPr>
            </w:pPr>
            <w:r w:rsidRPr="00447437">
              <w:rPr>
                <w:rFonts w:ascii="GHEA Grapalat" w:hAnsi="GHEA Grapalat"/>
                <w:b/>
                <w:bCs/>
                <w:color w:val="000000" w:themeColor="text1"/>
              </w:rPr>
              <w:t>ԳԱՈւ</w:t>
            </w:r>
            <w:r w:rsidRPr="00447437">
              <w:rPr>
                <w:rFonts w:ascii="GHEA Grapalat" w:hAnsi="GHEA Grapalat"/>
                <w:b/>
                <w:bCs/>
                <w:color w:val="000000" w:themeColor="text1"/>
                <w:lang w:val="en-GB"/>
              </w:rPr>
              <w:t xml:space="preserve"> </w:t>
            </w:r>
            <w:r w:rsidRPr="00447437">
              <w:rPr>
                <w:rFonts w:ascii="GHEA Grapalat" w:hAnsi="GHEA Grapalat"/>
                <w:b/>
                <w:bCs/>
                <w:color w:val="000000" w:themeColor="text1"/>
              </w:rPr>
              <w:t>հրահանգիչ՝</w:t>
            </w:r>
          </w:p>
          <w:p w14:paraId="4C8E5B35" w14:textId="77777777" w:rsidR="009A0AC0" w:rsidRPr="00447437" w:rsidRDefault="009A0AC0" w:rsidP="00DC25AF">
            <w:pPr>
              <w:tabs>
                <w:tab w:val="left" w:pos="7485"/>
              </w:tabs>
              <w:ind w:left="720" w:hanging="720"/>
              <w:rPr>
                <w:rFonts w:ascii="GHEA Grapalat" w:hAnsi="GHEA Grapalat"/>
                <w:color w:val="000000" w:themeColor="text1"/>
                <w:lang w:val="en-GB"/>
              </w:rPr>
            </w:pPr>
          </w:p>
          <w:p w14:paraId="0C4DD8E6" w14:textId="77777777" w:rsidR="009A0AC0" w:rsidRPr="00447437" w:rsidRDefault="009A0AC0" w:rsidP="00DC25AF">
            <w:pPr>
              <w:tabs>
                <w:tab w:val="left" w:pos="7485"/>
              </w:tabs>
              <w:ind w:left="720" w:hanging="720"/>
              <w:rPr>
                <w:rFonts w:ascii="GHEA Grapalat" w:hAnsi="GHEA Grapalat"/>
                <w:color w:val="000000" w:themeColor="text1"/>
                <w:lang w:val="en-GB"/>
              </w:rPr>
            </w:pPr>
            <w:r w:rsidRPr="00447437">
              <w:rPr>
                <w:rFonts w:ascii="GHEA Grapalat" w:hAnsi="GHEA Grapalat"/>
                <w:color w:val="000000" w:themeColor="text1"/>
                <w:lang w:val="en-GB"/>
              </w:rPr>
              <w:t>———————————————————————</w:t>
            </w:r>
          </w:p>
          <w:p w14:paraId="21869E76" w14:textId="77777777" w:rsidR="009A0AC0" w:rsidRPr="00447437" w:rsidRDefault="009A0AC0" w:rsidP="00DC25AF">
            <w:pPr>
              <w:tabs>
                <w:tab w:val="left" w:pos="7485"/>
              </w:tabs>
              <w:ind w:left="720" w:hanging="720"/>
              <w:rPr>
                <w:rFonts w:ascii="GHEA Grapalat" w:hAnsi="GHEA Grapalat"/>
                <w:color w:val="000000" w:themeColor="text1"/>
                <w:lang w:val="en-GB"/>
              </w:rPr>
            </w:pPr>
            <w:r w:rsidRPr="00447437">
              <w:rPr>
                <w:rFonts w:ascii="GHEA Grapalat" w:hAnsi="GHEA Grapalat"/>
                <w:color w:val="000000" w:themeColor="text1"/>
                <w:lang w:val="en-GB"/>
              </w:rPr>
              <w:t>(</w:t>
            </w:r>
            <w:r w:rsidRPr="00447437">
              <w:rPr>
                <w:rFonts w:ascii="GHEA Grapalat" w:hAnsi="GHEA Grapalat"/>
                <w:color w:val="000000" w:themeColor="text1"/>
              </w:rPr>
              <w:t>ազգանուն</w:t>
            </w:r>
            <w:r w:rsidRPr="00447437">
              <w:rPr>
                <w:rFonts w:ascii="GHEA Grapalat" w:hAnsi="GHEA Grapalat"/>
                <w:color w:val="000000" w:themeColor="text1"/>
                <w:lang w:val="en-GB"/>
              </w:rPr>
              <w:t xml:space="preserve">, </w:t>
            </w:r>
            <w:r w:rsidRPr="00447437">
              <w:rPr>
                <w:rFonts w:ascii="GHEA Grapalat" w:hAnsi="GHEA Grapalat"/>
                <w:color w:val="000000" w:themeColor="text1"/>
              </w:rPr>
              <w:t>անուն</w:t>
            </w:r>
            <w:r w:rsidRPr="00447437">
              <w:rPr>
                <w:rFonts w:ascii="GHEA Grapalat" w:hAnsi="GHEA Grapalat"/>
                <w:color w:val="000000" w:themeColor="text1"/>
                <w:lang w:val="en-GB"/>
              </w:rPr>
              <w:t xml:space="preserve">, </w:t>
            </w:r>
            <w:r w:rsidRPr="00447437">
              <w:rPr>
                <w:rFonts w:ascii="GHEA Grapalat" w:hAnsi="GHEA Grapalat"/>
                <w:color w:val="000000" w:themeColor="text1"/>
              </w:rPr>
              <w:t>հայրանուն</w:t>
            </w:r>
            <w:r w:rsidRPr="00447437">
              <w:rPr>
                <w:rFonts w:ascii="GHEA Grapalat" w:hAnsi="GHEA Grapalat"/>
                <w:color w:val="000000" w:themeColor="text1"/>
                <w:lang w:val="en-GB"/>
              </w:rPr>
              <w:t>)</w:t>
            </w:r>
          </w:p>
          <w:p w14:paraId="4479E378" w14:textId="77777777" w:rsidR="009A0AC0" w:rsidRPr="00447437" w:rsidRDefault="009A0AC0" w:rsidP="00DC25AF">
            <w:pPr>
              <w:tabs>
                <w:tab w:val="left" w:pos="7485"/>
              </w:tabs>
              <w:ind w:left="720" w:hanging="720"/>
              <w:rPr>
                <w:rFonts w:ascii="GHEA Grapalat" w:hAnsi="GHEA Grapalat"/>
                <w:color w:val="000000" w:themeColor="text1"/>
                <w:lang w:val="en-GB"/>
              </w:rPr>
            </w:pPr>
          </w:p>
        </w:tc>
        <w:tc>
          <w:tcPr>
            <w:tcW w:w="3513" w:type="dxa"/>
          </w:tcPr>
          <w:p w14:paraId="13183AD4" w14:textId="77777777" w:rsidR="009A0AC0" w:rsidRPr="00447437" w:rsidRDefault="009A0AC0" w:rsidP="00DC25AF">
            <w:pPr>
              <w:tabs>
                <w:tab w:val="left" w:pos="7485"/>
              </w:tabs>
              <w:ind w:left="720" w:hanging="720"/>
              <w:rPr>
                <w:rFonts w:ascii="GHEA Grapalat" w:hAnsi="GHEA Grapalat"/>
                <w:color w:val="000000" w:themeColor="text1"/>
                <w:lang w:val="en-GB"/>
              </w:rPr>
            </w:pPr>
          </w:p>
          <w:p w14:paraId="23958E64" w14:textId="77777777" w:rsidR="009A0AC0" w:rsidRPr="00447437" w:rsidRDefault="009A0AC0" w:rsidP="00DC25AF">
            <w:pPr>
              <w:tabs>
                <w:tab w:val="left" w:pos="7485"/>
              </w:tabs>
              <w:ind w:left="720" w:hanging="720"/>
              <w:rPr>
                <w:rFonts w:ascii="GHEA Grapalat" w:hAnsi="GHEA Grapalat"/>
                <w:color w:val="000000" w:themeColor="text1"/>
                <w:lang w:val="en-GB"/>
              </w:rPr>
            </w:pPr>
          </w:p>
          <w:p w14:paraId="3B844EB9" w14:textId="77777777" w:rsidR="009A0AC0" w:rsidRPr="00447437" w:rsidRDefault="009A0AC0" w:rsidP="00DC25AF">
            <w:pPr>
              <w:tabs>
                <w:tab w:val="left" w:pos="7485"/>
              </w:tabs>
              <w:ind w:left="720" w:hanging="720"/>
              <w:rPr>
                <w:rFonts w:ascii="GHEA Grapalat" w:hAnsi="GHEA Grapalat"/>
                <w:color w:val="000000" w:themeColor="text1"/>
              </w:rPr>
            </w:pPr>
            <w:r w:rsidRPr="00447437">
              <w:rPr>
                <w:rFonts w:ascii="GHEA Grapalat" w:hAnsi="GHEA Grapalat"/>
                <w:color w:val="000000" w:themeColor="text1"/>
              </w:rPr>
              <w:t>———————————</w:t>
            </w:r>
          </w:p>
          <w:p w14:paraId="5DCCD21E" w14:textId="77777777" w:rsidR="009A0AC0" w:rsidRPr="00447437" w:rsidRDefault="009A0AC0" w:rsidP="00DC25AF">
            <w:pPr>
              <w:tabs>
                <w:tab w:val="left" w:pos="7485"/>
              </w:tabs>
              <w:ind w:left="720" w:hanging="720"/>
              <w:rPr>
                <w:rFonts w:ascii="GHEA Grapalat" w:hAnsi="GHEA Grapalat"/>
                <w:color w:val="000000" w:themeColor="text1"/>
              </w:rPr>
            </w:pPr>
            <w:r w:rsidRPr="00447437">
              <w:rPr>
                <w:rFonts w:ascii="GHEA Grapalat" w:hAnsi="GHEA Grapalat"/>
                <w:color w:val="000000" w:themeColor="text1"/>
              </w:rPr>
              <w:t>(ստորագրություն)</w:t>
            </w:r>
          </w:p>
          <w:p w14:paraId="15A5AA9C" w14:textId="77777777" w:rsidR="009A0AC0" w:rsidRPr="00447437" w:rsidRDefault="009A0AC0" w:rsidP="00DC25AF">
            <w:pPr>
              <w:tabs>
                <w:tab w:val="left" w:pos="7485"/>
              </w:tabs>
              <w:ind w:left="720" w:hanging="720"/>
              <w:rPr>
                <w:rFonts w:ascii="GHEA Grapalat" w:hAnsi="GHEA Grapalat"/>
                <w:color w:val="000000" w:themeColor="text1"/>
              </w:rPr>
            </w:pPr>
          </w:p>
        </w:tc>
      </w:tr>
      <w:tr w:rsidR="00447437" w:rsidRPr="00447437" w14:paraId="6E8047B2" w14:textId="77777777" w:rsidTr="00DC25AF">
        <w:tc>
          <w:tcPr>
            <w:tcW w:w="5212" w:type="dxa"/>
          </w:tcPr>
          <w:p w14:paraId="74EB4AC9" w14:textId="77777777" w:rsidR="009A0AC0" w:rsidRPr="00447437" w:rsidRDefault="009A0AC0" w:rsidP="00DC25AF">
            <w:pPr>
              <w:tabs>
                <w:tab w:val="left" w:pos="7485"/>
              </w:tabs>
              <w:ind w:left="720" w:hanging="720"/>
              <w:rPr>
                <w:rFonts w:ascii="GHEA Grapalat" w:hAnsi="GHEA Grapalat"/>
                <w:b/>
                <w:bCs/>
                <w:color w:val="000000" w:themeColor="text1"/>
                <w:lang w:val="en-GB"/>
              </w:rPr>
            </w:pPr>
            <w:r w:rsidRPr="00447437">
              <w:rPr>
                <w:rFonts w:ascii="GHEA Grapalat" w:hAnsi="GHEA Grapalat"/>
                <w:b/>
                <w:bCs/>
                <w:color w:val="000000" w:themeColor="text1"/>
              </w:rPr>
              <w:t>Կազմակերպության</w:t>
            </w:r>
            <w:r w:rsidRPr="00447437">
              <w:rPr>
                <w:rFonts w:ascii="GHEA Grapalat" w:hAnsi="GHEA Grapalat"/>
                <w:b/>
                <w:bCs/>
                <w:color w:val="000000" w:themeColor="text1"/>
                <w:lang w:val="en-GB"/>
              </w:rPr>
              <w:t xml:space="preserve"> </w:t>
            </w:r>
            <w:r w:rsidRPr="00447437">
              <w:rPr>
                <w:rFonts w:ascii="GHEA Grapalat" w:hAnsi="GHEA Grapalat"/>
                <w:b/>
                <w:bCs/>
                <w:color w:val="000000" w:themeColor="text1"/>
              </w:rPr>
              <w:t>ղեկավար՝</w:t>
            </w:r>
          </w:p>
          <w:p w14:paraId="01A0F696" w14:textId="77777777" w:rsidR="009A0AC0" w:rsidRPr="00447437" w:rsidRDefault="009A0AC0" w:rsidP="00DC25AF">
            <w:pPr>
              <w:tabs>
                <w:tab w:val="left" w:pos="7485"/>
              </w:tabs>
              <w:ind w:left="720" w:hanging="720"/>
              <w:rPr>
                <w:rFonts w:ascii="GHEA Grapalat" w:hAnsi="GHEA Grapalat"/>
                <w:color w:val="000000" w:themeColor="text1"/>
                <w:lang w:val="en-GB"/>
              </w:rPr>
            </w:pPr>
          </w:p>
          <w:p w14:paraId="17208BD2" w14:textId="77777777" w:rsidR="009A0AC0" w:rsidRPr="00447437" w:rsidRDefault="009A0AC0" w:rsidP="00DC25AF">
            <w:pPr>
              <w:tabs>
                <w:tab w:val="left" w:pos="7485"/>
              </w:tabs>
              <w:ind w:left="720" w:hanging="720"/>
              <w:rPr>
                <w:rFonts w:ascii="GHEA Grapalat" w:hAnsi="GHEA Grapalat"/>
                <w:color w:val="000000" w:themeColor="text1"/>
                <w:lang w:val="en-GB"/>
              </w:rPr>
            </w:pPr>
            <w:r w:rsidRPr="00447437">
              <w:rPr>
                <w:rFonts w:ascii="GHEA Grapalat" w:hAnsi="GHEA Grapalat"/>
                <w:color w:val="000000" w:themeColor="text1"/>
                <w:lang w:val="en-GB"/>
              </w:rPr>
              <w:t>———————————————————————</w:t>
            </w:r>
          </w:p>
          <w:p w14:paraId="56A0BB06" w14:textId="77777777" w:rsidR="009A0AC0" w:rsidRPr="00447437" w:rsidRDefault="009A0AC0" w:rsidP="00DC25AF">
            <w:pPr>
              <w:tabs>
                <w:tab w:val="left" w:pos="7485"/>
              </w:tabs>
              <w:ind w:left="720" w:hanging="720"/>
              <w:rPr>
                <w:rFonts w:ascii="GHEA Grapalat" w:hAnsi="GHEA Grapalat"/>
                <w:color w:val="000000" w:themeColor="text1"/>
                <w:lang w:val="en-GB"/>
              </w:rPr>
            </w:pPr>
            <w:r w:rsidRPr="00447437">
              <w:rPr>
                <w:rFonts w:ascii="GHEA Grapalat" w:hAnsi="GHEA Grapalat"/>
                <w:color w:val="000000" w:themeColor="text1"/>
                <w:lang w:val="en-GB"/>
              </w:rPr>
              <w:t>(</w:t>
            </w:r>
            <w:r w:rsidRPr="00447437">
              <w:rPr>
                <w:rFonts w:ascii="GHEA Grapalat" w:hAnsi="GHEA Grapalat"/>
                <w:color w:val="000000" w:themeColor="text1"/>
              </w:rPr>
              <w:t>ազգանուն</w:t>
            </w:r>
            <w:r w:rsidRPr="00447437">
              <w:rPr>
                <w:rFonts w:ascii="GHEA Grapalat" w:hAnsi="GHEA Grapalat"/>
                <w:color w:val="000000" w:themeColor="text1"/>
                <w:lang w:val="en-GB"/>
              </w:rPr>
              <w:t xml:space="preserve">, </w:t>
            </w:r>
            <w:r w:rsidRPr="00447437">
              <w:rPr>
                <w:rFonts w:ascii="GHEA Grapalat" w:hAnsi="GHEA Grapalat"/>
                <w:color w:val="000000" w:themeColor="text1"/>
              </w:rPr>
              <w:t>անուն</w:t>
            </w:r>
            <w:r w:rsidRPr="00447437">
              <w:rPr>
                <w:rFonts w:ascii="GHEA Grapalat" w:hAnsi="GHEA Grapalat"/>
                <w:color w:val="000000" w:themeColor="text1"/>
                <w:lang w:val="en-GB"/>
              </w:rPr>
              <w:t xml:space="preserve">, </w:t>
            </w:r>
            <w:r w:rsidRPr="00447437">
              <w:rPr>
                <w:rFonts w:ascii="GHEA Grapalat" w:hAnsi="GHEA Grapalat"/>
                <w:color w:val="000000" w:themeColor="text1"/>
              </w:rPr>
              <w:t>հայրանուն</w:t>
            </w:r>
            <w:r w:rsidRPr="00447437">
              <w:rPr>
                <w:rFonts w:ascii="GHEA Grapalat" w:hAnsi="GHEA Grapalat"/>
                <w:color w:val="000000" w:themeColor="text1"/>
                <w:lang w:val="en-GB"/>
              </w:rPr>
              <w:t>)</w:t>
            </w:r>
          </w:p>
          <w:p w14:paraId="6F33C24F" w14:textId="77777777" w:rsidR="009A0AC0" w:rsidRPr="00447437" w:rsidRDefault="009A0AC0" w:rsidP="00DC25AF">
            <w:pPr>
              <w:tabs>
                <w:tab w:val="left" w:pos="7485"/>
              </w:tabs>
              <w:ind w:left="720" w:hanging="720"/>
              <w:rPr>
                <w:rFonts w:ascii="GHEA Grapalat" w:hAnsi="GHEA Grapalat"/>
                <w:color w:val="000000" w:themeColor="text1"/>
                <w:lang w:val="en-GB"/>
              </w:rPr>
            </w:pPr>
          </w:p>
        </w:tc>
        <w:tc>
          <w:tcPr>
            <w:tcW w:w="3513" w:type="dxa"/>
          </w:tcPr>
          <w:p w14:paraId="2FB2533A" w14:textId="77777777" w:rsidR="009A0AC0" w:rsidRPr="00447437" w:rsidRDefault="009A0AC0" w:rsidP="00DC25AF">
            <w:pPr>
              <w:tabs>
                <w:tab w:val="left" w:pos="7485"/>
              </w:tabs>
              <w:ind w:left="720" w:hanging="720"/>
              <w:rPr>
                <w:rFonts w:ascii="GHEA Grapalat" w:hAnsi="GHEA Grapalat"/>
                <w:color w:val="000000" w:themeColor="text1"/>
                <w:lang w:val="en-GB"/>
              </w:rPr>
            </w:pPr>
          </w:p>
          <w:p w14:paraId="672F9BBA" w14:textId="77777777" w:rsidR="009A0AC0" w:rsidRPr="00447437" w:rsidRDefault="009A0AC0" w:rsidP="00DC25AF">
            <w:pPr>
              <w:tabs>
                <w:tab w:val="left" w:pos="7485"/>
              </w:tabs>
              <w:ind w:left="720" w:hanging="720"/>
              <w:rPr>
                <w:rFonts w:ascii="GHEA Grapalat" w:hAnsi="GHEA Grapalat"/>
                <w:color w:val="000000" w:themeColor="text1"/>
                <w:lang w:val="en-GB"/>
              </w:rPr>
            </w:pPr>
          </w:p>
          <w:p w14:paraId="28762F99" w14:textId="77777777" w:rsidR="009A0AC0" w:rsidRPr="00447437" w:rsidRDefault="009A0AC0" w:rsidP="00DC25AF">
            <w:pPr>
              <w:tabs>
                <w:tab w:val="left" w:pos="7485"/>
              </w:tabs>
              <w:ind w:left="720" w:hanging="720"/>
              <w:rPr>
                <w:rFonts w:ascii="GHEA Grapalat" w:hAnsi="GHEA Grapalat"/>
                <w:color w:val="000000" w:themeColor="text1"/>
              </w:rPr>
            </w:pPr>
            <w:r w:rsidRPr="00447437">
              <w:rPr>
                <w:rFonts w:ascii="GHEA Grapalat" w:hAnsi="GHEA Grapalat"/>
                <w:color w:val="000000" w:themeColor="text1"/>
              </w:rPr>
              <w:t>———————————</w:t>
            </w:r>
          </w:p>
          <w:p w14:paraId="590CD22E" w14:textId="77777777" w:rsidR="009A0AC0" w:rsidRPr="00447437" w:rsidRDefault="009A0AC0" w:rsidP="00DC25AF">
            <w:pPr>
              <w:tabs>
                <w:tab w:val="left" w:pos="7485"/>
              </w:tabs>
              <w:ind w:left="720" w:hanging="720"/>
              <w:rPr>
                <w:rFonts w:ascii="GHEA Grapalat" w:hAnsi="GHEA Grapalat"/>
                <w:color w:val="000000" w:themeColor="text1"/>
              </w:rPr>
            </w:pPr>
            <w:r w:rsidRPr="00447437">
              <w:rPr>
                <w:rFonts w:ascii="GHEA Grapalat" w:hAnsi="GHEA Grapalat"/>
                <w:color w:val="000000" w:themeColor="text1"/>
              </w:rPr>
              <w:t>(ստորագրություն)</w:t>
            </w:r>
          </w:p>
          <w:p w14:paraId="5BE80121" w14:textId="77777777" w:rsidR="009A0AC0" w:rsidRPr="00447437" w:rsidRDefault="009A0AC0" w:rsidP="00DC25AF">
            <w:pPr>
              <w:tabs>
                <w:tab w:val="left" w:pos="7485"/>
              </w:tabs>
              <w:ind w:left="720" w:hanging="720"/>
              <w:rPr>
                <w:rFonts w:ascii="GHEA Grapalat" w:hAnsi="GHEA Grapalat"/>
                <w:color w:val="000000" w:themeColor="text1"/>
              </w:rPr>
            </w:pPr>
          </w:p>
        </w:tc>
      </w:tr>
      <w:tr w:rsidR="00447437" w:rsidRPr="00447437" w14:paraId="1030ADA9" w14:textId="77777777" w:rsidTr="00DC25AF">
        <w:tc>
          <w:tcPr>
            <w:tcW w:w="5212" w:type="dxa"/>
          </w:tcPr>
          <w:p w14:paraId="4A4B6968" w14:textId="77777777" w:rsidR="009A0AC0" w:rsidRPr="00447437" w:rsidRDefault="009A0AC0" w:rsidP="00DC25AF">
            <w:pPr>
              <w:tabs>
                <w:tab w:val="left" w:pos="7485"/>
              </w:tabs>
              <w:ind w:left="720" w:hanging="720"/>
              <w:rPr>
                <w:rFonts w:ascii="GHEA Grapalat" w:hAnsi="GHEA Grapalat"/>
                <w:b/>
                <w:bCs/>
                <w:color w:val="000000" w:themeColor="text1"/>
              </w:rPr>
            </w:pPr>
            <w:r w:rsidRPr="00447437">
              <w:rPr>
                <w:rFonts w:ascii="GHEA Grapalat" w:hAnsi="GHEA Grapalat"/>
                <w:b/>
                <w:bCs/>
                <w:color w:val="000000" w:themeColor="text1"/>
              </w:rPr>
              <w:t>Ուսանող՝</w:t>
            </w:r>
          </w:p>
          <w:p w14:paraId="4A178A6E" w14:textId="77777777" w:rsidR="009A0AC0" w:rsidRPr="00447437" w:rsidRDefault="009A0AC0" w:rsidP="00DC25AF">
            <w:pPr>
              <w:tabs>
                <w:tab w:val="left" w:pos="7485"/>
              </w:tabs>
              <w:ind w:left="720" w:hanging="720"/>
              <w:rPr>
                <w:rFonts w:ascii="GHEA Grapalat" w:hAnsi="GHEA Grapalat"/>
                <w:color w:val="000000" w:themeColor="text1"/>
              </w:rPr>
            </w:pPr>
          </w:p>
          <w:p w14:paraId="04267B07" w14:textId="77777777" w:rsidR="009A0AC0" w:rsidRPr="00447437" w:rsidRDefault="009A0AC0" w:rsidP="00DC25AF">
            <w:pPr>
              <w:tabs>
                <w:tab w:val="left" w:pos="7485"/>
              </w:tabs>
              <w:ind w:left="720" w:hanging="720"/>
              <w:rPr>
                <w:rFonts w:ascii="GHEA Grapalat" w:hAnsi="GHEA Grapalat"/>
                <w:color w:val="000000" w:themeColor="text1"/>
              </w:rPr>
            </w:pPr>
            <w:r w:rsidRPr="00447437">
              <w:rPr>
                <w:rFonts w:ascii="GHEA Grapalat" w:hAnsi="GHEA Grapalat"/>
                <w:color w:val="000000" w:themeColor="text1"/>
              </w:rPr>
              <w:t>———————————————————————</w:t>
            </w:r>
          </w:p>
          <w:p w14:paraId="534A5F95" w14:textId="77777777" w:rsidR="009A0AC0" w:rsidRPr="00447437" w:rsidRDefault="009A0AC0" w:rsidP="00DC25AF">
            <w:pPr>
              <w:tabs>
                <w:tab w:val="left" w:pos="7485"/>
              </w:tabs>
              <w:ind w:left="720" w:hanging="720"/>
              <w:rPr>
                <w:rFonts w:ascii="GHEA Grapalat" w:hAnsi="GHEA Grapalat"/>
                <w:color w:val="000000" w:themeColor="text1"/>
              </w:rPr>
            </w:pPr>
            <w:r w:rsidRPr="00447437">
              <w:rPr>
                <w:rFonts w:ascii="GHEA Grapalat" w:hAnsi="GHEA Grapalat"/>
                <w:color w:val="000000" w:themeColor="text1"/>
              </w:rPr>
              <w:t>(ազգանուն, անուն, հայրանուն)</w:t>
            </w:r>
          </w:p>
          <w:p w14:paraId="6741BF21" w14:textId="77777777" w:rsidR="009A0AC0" w:rsidRPr="00447437" w:rsidRDefault="009A0AC0" w:rsidP="00DC25AF">
            <w:pPr>
              <w:tabs>
                <w:tab w:val="left" w:pos="7485"/>
              </w:tabs>
              <w:ind w:left="720" w:hanging="720"/>
              <w:rPr>
                <w:rFonts w:ascii="GHEA Grapalat" w:hAnsi="GHEA Grapalat"/>
                <w:color w:val="000000" w:themeColor="text1"/>
              </w:rPr>
            </w:pPr>
          </w:p>
        </w:tc>
        <w:tc>
          <w:tcPr>
            <w:tcW w:w="3513" w:type="dxa"/>
          </w:tcPr>
          <w:p w14:paraId="604E3352" w14:textId="77777777" w:rsidR="009A0AC0" w:rsidRPr="00447437" w:rsidRDefault="009A0AC0" w:rsidP="00DC25AF">
            <w:pPr>
              <w:tabs>
                <w:tab w:val="left" w:pos="7485"/>
              </w:tabs>
              <w:ind w:left="720" w:hanging="720"/>
              <w:rPr>
                <w:rFonts w:ascii="GHEA Grapalat" w:hAnsi="GHEA Grapalat"/>
                <w:color w:val="000000" w:themeColor="text1"/>
              </w:rPr>
            </w:pPr>
          </w:p>
          <w:p w14:paraId="3313C4EE" w14:textId="77777777" w:rsidR="009A0AC0" w:rsidRPr="00447437" w:rsidRDefault="009A0AC0" w:rsidP="00DC25AF">
            <w:pPr>
              <w:tabs>
                <w:tab w:val="left" w:pos="7485"/>
              </w:tabs>
              <w:ind w:left="720" w:hanging="720"/>
              <w:rPr>
                <w:rFonts w:ascii="GHEA Grapalat" w:hAnsi="GHEA Grapalat"/>
                <w:color w:val="000000" w:themeColor="text1"/>
              </w:rPr>
            </w:pPr>
          </w:p>
          <w:p w14:paraId="1876A6C5" w14:textId="77777777" w:rsidR="009A0AC0" w:rsidRPr="00447437" w:rsidRDefault="009A0AC0" w:rsidP="00DC25AF">
            <w:pPr>
              <w:tabs>
                <w:tab w:val="left" w:pos="7485"/>
              </w:tabs>
              <w:ind w:left="720" w:hanging="720"/>
              <w:rPr>
                <w:rFonts w:ascii="GHEA Grapalat" w:hAnsi="GHEA Grapalat"/>
                <w:color w:val="000000" w:themeColor="text1"/>
              </w:rPr>
            </w:pPr>
            <w:r w:rsidRPr="00447437">
              <w:rPr>
                <w:rFonts w:ascii="GHEA Grapalat" w:hAnsi="GHEA Grapalat"/>
                <w:color w:val="000000" w:themeColor="text1"/>
              </w:rPr>
              <w:t>———————————</w:t>
            </w:r>
          </w:p>
          <w:p w14:paraId="1AE891E9" w14:textId="77777777" w:rsidR="009A0AC0" w:rsidRPr="00447437" w:rsidRDefault="009A0AC0" w:rsidP="00DC25AF">
            <w:pPr>
              <w:tabs>
                <w:tab w:val="left" w:pos="7485"/>
              </w:tabs>
              <w:ind w:left="720" w:hanging="720"/>
              <w:rPr>
                <w:rFonts w:ascii="GHEA Grapalat" w:hAnsi="GHEA Grapalat"/>
                <w:color w:val="000000" w:themeColor="text1"/>
              </w:rPr>
            </w:pPr>
            <w:r w:rsidRPr="00447437">
              <w:rPr>
                <w:rFonts w:ascii="GHEA Grapalat" w:hAnsi="GHEA Grapalat"/>
                <w:color w:val="000000" w:themeColor="text1"/>
              </w:rPr>
              <w:t>(ստորագրություն)</w:t>
            </w:r>
          </w:p>
          <w:p w14:paraId="67324FEA" w14:textId="77777777" w:rsidR="009A0AC0" w:rsidRPr="00447437" w:rsidRDefault="009A0AC0" w:rsidP="00DC25AF">
            <w:pPr>
              <w:tabs>
                <w:tab w:val="left" w:pos="7485"/>
              </w:tabs>
              <w:ind w:left="720" w:hanging="720"/>
              <w:rPr>
                <w:rFonts w:ascii="GHEA Grapalat" w:hAnsi="GHEA Grapalat"/>
                <w:color w:val="000000" w:themeColor="text1"/>
              </w:rPr>
            </w:pPr>
          </w:p>
        </w:tc>
      </w:tr>
      <w:tr w:rsidR="00447437" w:rsidRPr="00447437" w14:paraId="29DBF4A9" w14:textId="77777777" w:rsidTr="00DC25AF">
        <w:tc>
          <w:tcPr>
            <w:tcW w:w="5212" w:type="dxa"/>
          </w:tcPr>
          <w:p w14:paraId="3682E438" w14:textId="77777777" w:rsidR="009A0AC0" w:rsidRPr="00447437" w:rsidRDefault="009A0AC0" w:rsidP="00DC25AF">
            <w:pPr>
              <w:tabs>
                <w:tab w:val="left" w:pos="7485"/>
              </w:tabs>
              <w:ind w:left="720" w:hanging="720"/>
              <w:rPr>
                <w:rFonts w:ascii="GHEA Grapalat" w:hAnsi="GHEA Grapalat"/>
                <w:b/>
                <w:bCs/>
                <w:color w:val="000000" w:themeColor="text1"/>
                <w:lang w:val="en-GB"/>
              </w:rPr>
            </w:pPr>
            <w:r w:rsidRPr="00447437">
              <w:rPr>
                <w:rFonts w:ascii="GHEA Grapalat" w:hAnsi="GHEA Grapalat"/>
                <w:b/>
                <w:bCs/>
                <w:color w:val="000000" w:themeColor="text1"/>
              </w:rPr>
              <w:t>Ծնող</w:t>
            </w:r>
            <w:r w:rsidRPr="00447437">
              <w:rPr>
                <w:rFonts w:ascii="GHEA Grapalat" w:hAnsi="GHEA Grapalat"/>
                <w:b/>
                <w:bCs/>
                <w:color w:val="000000" w:themeColor="text1"/>
                <w:lang w:val="en-GB"/>
              </w:rPr>
              <w:t xml:space="preserve">, </w:t>
            </w:r>
            <w:r w:rsidRPr="00447437">
              <w:rPr>
                <w:rFonts w:ascii="GHEA Grapalat" w:hAnsi="GHEA Grapalat"/>
                <w:b/>
                <w:bCs/>
                <w:color w:val="000000" w:themeColor="text1"/>
              </w:rPr>
              <w:t>օրինական</w:t>
            </w:r>
            <w:r w:rsidRPr="00447437">
              <w:rPr>
                <w:rFonts w:ascii="GHEA Grapalat" w:hAnsi="GHEA Grapalat"/>
                <w:b/>
                <w:bCs/>
                <w:color w:val="000000" w:themeColor="text1"/>
                <w:lang w:val="en-GB"/>
              </w:rPr>
              <w:t xml:space="preserve"> </w:t>
            </w:r>
            <w:r w:rsidRPr="00447437">
              <w:rPr>
                <w:rFonts w:ascii="GHEA Grapalat" w:hAnsi="GHEA Grapalat"/>
                <w:b/>
                <w:bCs/>
                <w:color w:val="000000" w:themeColor="text1"/>
              </w:rPr>
              <w:t>ներկայացուցիչ</w:t>
            </w:r>
            <w:r w:rsidRPr="00447437">
              <w:rPr>
                <w:rFonts w:ascii="GHEA Grapalat" w:hAnsi="GHEA Grapalat"/>
                <w:b/>
                <w:bCs/>
                <w:color w:val="000000" w:themeColor="text1"/>
                <w:lang w:val="en-GB"/>
              </w:rPr>
              <w:t>**</w:t>
            </w:r>
            <w:r w:rsidRPr="00447437">
              <w:rPr>
                <w:rFonts w:ascii="GHEA Grapalat" w:hAnsi="GHEA Grapalat"/>
                <w:b/>
                <w:bCs/>
                <w:color w:val="000000" w:themeColor="text1"/>
              </w:rPr>
              <w:t>՝</w:t>
            </w:r>
            <w:r w:rsidRPr="00447437">
              <w:rPr>
                <w:rFonts w:ascii="GHEA Grapalat" w:hAnsi="GHEA Grapalat"/>
                <w:b/>
                <w:bCs/>
                <w:color w:val="000000" w:themeColor="text1"/>
                <w:lang w:val="en-GB"/>
              </w:rPr>
              <w:tab/>
            </w:r>
          </w:p>
          <w:p w14:paraId="5679F82E" w14:textId="77777777" w:rsidR="009A0AC0" w:rsidRPr="00447437" w:rsidRDefault="009A0AC0" w:rsidP="00DC25AF">
            <w:pPr>
              <w:tabs>
                <w:tab w:val="left" w:pos="7485"/>
              </w:tabs>
              <w:ind w:left="720" w:hanging="720"/>
              <w:rPr>
                <w:rFonts w:ascii="GHEA Grapalat" w:hAnsi="GHEA Grapalat"/>
                <w:color w:val="000000" w:themeColor="text1"/>
                <w:lang w:val="en-GB"/>
              </w:rPr>
            </w:pPr>
          </w:p>
          <w:p w14:paraId="2032F3A0" w14:textId="77777777" w:rsidR="009A0AC0" w:rsidRPr="00447437" w:rsidRDefault="009A0AC0" w:rsidP="00DC25AF">
            <w:pPr>
              <w:tabs>
                <w:tab w:val="left" w:pos="7485"/>
              </w:tabs>
              <w:ind w:left="720" w:hanging="720"/>
              <w:rPr>
                <w:rFonts w:ascii="GHEA Grapalat" w:hAnsi="GHEA Grapalat"/>
                <w:color w:val="000000" w:themeColor="text1"/>
                <w:lang w:val="en-GB"/>
              </w:rPr>
            </w:pPr>
            <w:r w:rsidRPr="00447437">
              <w:rPr>
                <w:rFonts w:ascii="GHEA Grapalat" w:hAnsi="GHEA Grapalat"/>
                <w:color w:val="000000" w:themeColor="text1"/>
                <w:lang w:val="en-GB"/>
              </w:rPr>
              <w:t>———————————————————————</w:t>
            </w:r>
          </w:p>
          <w:p w14:paraId="5DB8FEB7" w14:textId="77777777" w:rsidR="009A0AC0" w:rsidRPr="00447437" w:rsidRDefault="009A0AC0" w:rsidP="00DC25AF">
            <w:pPr>
              <w:tabs>
                <w:tab w:val="left" w:pos="7485"/>
              </w:tabs>
              <w:ind w:left="720" w:hanging="720"/>
              <w:rPr>
                <w:rFonts w:ascii="GHEA Grapalat" w:hAnsi="GHEA Grapalat"/>
                <w:color w:val="000000" w:themeColor="text1"/>
                <w:lang w:val="en-GB"/>
              </w:rPr>
            </w:pPr>
            <w:r w:rsidRPr="00447437">
              <w:rPr>
                <w:rFonts w:ascii="GHEA Grapalat" w:hAnsi="GHEA Grapalat"/>
                <w:color w:val="000000" w:themeColor="text1"/>
                <w:lang w:val="en-GB"/>
              </w:rPr>
              <w:t>(</w:t>
            </w:r>
            <w:r w:rsidRPr="00447437">
              <w:rPr>
                <w:rFonts w:ascii="GHEA Grapalat" w:hAnsi="GHEA Grapalat"/>
                <w:color w:val="000000" w:themeColor="text1"/>
              </w:rPr>
              <w:t>ազգանուն</w:t>
            </w:r>
            <w:r w:rsidRPr="00447437">
              <w:rPr>
                <w:rFonts w:ascii="GHEA Grapalat" w:hAnsi="GHEA Grapalat"/>
                <w:color w:val="000000" w:themeColor="text1"/>
                <w:lang w:val="en-GB"/>
              </w:rPr>
              <w:t xml:space="preserve">, </w:t>
            </w:r>
            <w:r w:rsidRPr="00447437">
              <w:rPr>
                <w:rFonts w:ascii="GHEA Grapalat" w:hAnsi="GHEA Grapalat"/>
                <w:color w:val="000000" w:themeColor="text1"/>
              </w:rPr>
              <w:t>անուն</w:t>
            </w:r>
            <w:r w:rsidRPr="00447437">
              <w:rPr>
                <w:rFonts w:ascii="GHEA Grapalat" w:hAnsi="GHEA Grapalat"/>
                <w:color w:val="000000" w:themeColor="text1"/>
                <w:lang w:val="en-GB"/>
              </w:rPr>
              <w:t xml:space="preserve">, </w:t>
            </w:r>
            <w:r w:rsidRPr="00447437">
              <w:rPr>
                <w:rFonts w:ascii="GHEA Grapalat" w:hAnsi="GHEA Grapalat"/>
                <w:color w:val="000000" w:themeColor="text1"/>
              </w:rPr>
              <w:t>հայրանուն</w:t>
            </w:r>
            <w:r w:rsidRPr="00447437">
              <w:rPr>
                <w:rFonts w:ascii="GHEA Grapalat" w:hAnsi="GHEA Grapalat"/>
                <w:color w:val="000000" w:themeColor="text1"/>
                <w:lang w:val="en-GB"/>
              </w:rPr>
              <w:t>)</w:t>
            </w:r>
          </w:p>
        </w:tc>
        <w:tc>
          <w:tcPr>
            <w:tcW w:w="3513" w:type="dxa"/>
          </w:tcPr>
          <w:p w14:paraId="1D109829" w14:textId="77777777" w:rsidR="009A0AC0" w:rsidRPr="00447437" w:rsidRDefault="009A0AC0" w:rsidP="00DC25AF">
            <w:pPr>
              <w:tabs>
                <w:tab w:val="left" w:pos="7485"/>
              </w:tabs>
              <w:ind w:left="720" w:hanging="720"/>
              <w:rPr>
                <w:rFonts w:ascii="GHEA Grapalat" w:hAnsi="GHEA Grapalat"/>
                <w:color w:val="000000" w:themeColor="text1"/>
                <w:lang w:val="en-GB"/>
              </w:rPr>
            </w:pPr>
          </w:p>
          <w:p w14:paraId="20AA2308" w14:textId="77777777" w:rsidR="009A0AC0" w:rsidRPr="00447437" w:rsidRDefault="009A0AC0" w:rsidP="00DC25AF">
            <w:pPr>
              <w:tabs>
                <w:tab w:val="left" w:pos="7485"/>
              </w:tabs>
              <w:ind w:left="720" w:hanging="720"/>
              <w:rPr>
                <w:rFonts w:ascii="GHEA Grapalat" w:hAnsi="GHEA Grapalat"/>
                <w:color w:val="000000" w:themeColor="text1"/>
                <w:lang w:val="en-GB"/>
              </w:rPr>
            </w:pPr>
          </w:p>
          <w:p w14:paraId="3A0E9DFB" w14:textId="77777777" w:rsidR="009A0AC0" w:rsidRPr="00447437" w:rsidRDefault="009A0AC0" w:rsidP="00DC25AF">
            <w:pPr>
              <w:tabs>
                <w:tab w:val="left" w:pos="7485"/>
              </w:tabs>
              <w:ind w:left="720" w:hanging="720"/>
              <w:rPr>
                <w:rFonts w:ascii="GHEA Grapalat" w:hAnsi="GHEA Grapalat"/>
                <w:color w:val="000000" w:themeColor="text1"/>
                <w:lang w:val="en-GB"/>
              </w:rPr>
            </w:pPr>
          </w:p>
          <w:p w14:paraId="5DCF893D" w14:textId="77777777" w:rsidR="009A0AC0" w:rsidRPr="00447437" w:rsidRDefault="009A0AC0" w:rsidP="00DC25AF">
            <w:pPr>
              <w:tabs>
                <w:tab w:val="left" w:pos="7485"/>
              </w:tabs>
              <w:ind w:left="720" w:hanging="720"/>
              <w:rPr>
                <w:rFonts w:ascii="GHEA Grapalat" w:hAnsi="GHEA Grapalat"/>
                <w:color w:val="000000" w:themeColor="text1"/>
              </w:rPr>
            </w:pPr>
            <w:r w:rsidRPr="00447437">
              <w:rPr>
                <w:rFonts w:ascii="GHEA Grapalat" w:hAnsi="GHEA Grapalat"/>
                <w:color w:val="000000" w:themeColor="text1"/>
              </w:rPr>
              <w:t>———————————</w:t>
            </w:r>
          </w:p>
          <w:p w14:paraId="7DD0C7F1" w14:textId="77777777" w:rsidR="009A0AC0" w:rsidRPr="00447437" w:rsidRDefault="009A0AC0" w:rsidP="00DC25AF">
            <w:pPr>
              <w:tabs>
                <w:tab w:val="left" w:pos="7485"/>
              </w:tabs>
              <w:ind w:left="720" w:hanging="720"/>
              <w:rPr>
                <w:rFonts w:ascii="GHEA Grapalat" w:hAnsi="GHEA Grapalat"/>
                <w:color w:val="000000" w:themeColor="text1"/>
              </w:rPr>
            </w:pPr>
            <w:r w:rsidRPr="00447437">
              <w:rPr>
                <w:rFonts w:ascii="GHEA Grapalat" w:hAnsi="GHEA Grapalat"/>
                <w:color w:val="000000" w:themeColor="text1"/>
              </w:rPr>
              <w:t>(ստորագրություն)</w:t>
            </w:r>
          </w:p>
          <w:p w14:paraId="4D936023" w14:textId="77777777" w:rsidR="009A0AC0" w:rsidRPr="00447437" w:rsidRDefault="009A0AC0" w:rsidP="00DC25AF">
            <w:pPr>
              <w:tabs>
                <w:tab w:val="left" w:pos="7485"/>
              </w:tabs>
              <w:ind w:left="720" w:hanging="720"/>
              <w:rPr>
                <w:rFonts w:ascii="GHEA Grapalat" w:hAnsi="GHEA Grapalat"/>
                <w:color w:val="000000" w:themeColor="text1"/>
              </w:rPr>
            </w:pPr>
          </w:p>
        </w:tc>
      </w:tr>
      <w:tr w:rsidR="00447437" w:rsidRPr="00447437" w14:paraId="6A3F3F64" w14:textId="77777777" w:rsidTr="00DC25AF">
        <w:tc>
          <w:tcPr>
            <w:tcW w:w="5212" w:type="dxa"/>
          </w:tcPr>
          <w:p w14:paraId="7645B7FB" w14:textId="77777777" w:rsidR="009A0AC0" w:rsidRPr="00447437" w:rsidRDefault="009A0AC0" w:rsidP="00DC25AF">
            <w:pPr>
              <w:tabs>
                <w:tab w:val="left" w:pos="7485"/>
              </w:tabs>
              <w:ind w:left="720" w:hanging="720"/>
              <w:rPr>
                <w:rFonts w:ascii="GHEA Grapalat" w:hAnsi="GHEA Grapalat"/>
                <w:b/>
                <w:bCs/>
                <w:color w:val="000000" w:themeColor="text1"/>
                <w:lang w:val="en-GB"/>
              </w:rPr>
            </w:pPr>
            <w:r w:rsidRPr="00447437">
              <w:rPr>
                <w:rFonts w:ascii="GHEA Grapalat" w:hAnsi="GHEA Grapalat"/>
                <w:b/>
                <w:bCs/>
                <w:color w:val="000000" w:themeColor="text1"/>
              </w:rPr>
              <w:t>ՄՈՒՀ</w:t>
            </w:r>
            <w:r w:rsidRPr="00447437">
              <w:rPr>
                <w:rFonts w:ascii="GHEA Grapalat" w:hAnsi="GHEA Grapalat"/>
                <w:b/>
                <w:bCs/>
                <w:color w:val="000000" w:themeColor="text1"/>
                <w:lang w:val="en-GB"/>
              </w:rPr>
              <w:t>-</w:t>
            </w:r>
            <w:r w:rsidRPr="00447437">
              <w:rPr>
                <w:rFonts w:ascii="GHEA Grapalat" w:hAnsi="GHEA Grapalat"/>
                <w:b/>
                <w:bCs/>
                <w:color w:val="000000" w:themeColor="text1"/>
              </w:rPr>
              <w:t>ի</w:t>
            </w:r>
            <w:r w:rsidRPr="00447437">
              <w:rPr>
                <w:rFonts w:ascii="GHEA Grapalat" w:hAnsi="GHEA Grapalat"/>
                <w:b/>
                <w:bCs/>
                <w:color w:val="000000" w:themeColor="text1"/>
                <w:lang w:val="en-GB"/>
              </w:rPr>
              <w:t xml:space="preserve"> </w:t>
            </w:r>
            <w:r w:rsidRPr="00447437">
              <w:rPr>
                <w:rFonts w:ascii="GHEA Grapalat" w:hAnsi="GHEA Grapalat"/>
                <w:b/>
                <w:bCs/>
                <w:color w:val="000000" w:themeColor="text1"/>
              </w:rPr>
              <w:t>ներկայացուցիչ՝</w:t>
            </w:r>
          </w:p>
          <w:p w14:paraId="6BB0080D" w14:textId="77777777" w:rsidR="009A0AC0" w:rsidRPr="00447437" w:rsidRDefault="009A0AC0" w:rsidP="00DC25AF">
            <w:pPr>
              <w:tabs>
                <w:tab w:val="left" w:pos="7485"/>
              </w:tabs>
              <w:ind w:left="720" w:hanging="720"/>
              <w:rPr>
                <w:rFonts w:ascii="GHEA Grapalat" w:hAnsi="GHEA Grapalat"/>
                <w:color w:val="000000" w:themeColor="text1"/>
                <w:lang w:val="en-GB"/>
              </w:rPr>
            </w:pPr>
          </w:p>
          <w:p w14:paraId="5B31BBE7" w14:textId="77777777" w:rsidR="009A0AC0" w:rsidRPr="00447437" w:rsidRDefault="009A0AC0" w:rsidP="00DC25AF">
            <w:pPr>
              <w:tabs>
                <w:tab w:val="left" w:pos="7485"/>
              </w:tabs>
              <w:ind w:left="720" w:hanging="720"/>
              <w:rPr>
                <w:rFonts w:ascii="GHEA Grapalat" w:hAnsi="GHEA Grapalat"/>
                <w:color w:val="000000" w:themeColor="text1"/>
                <w:lang w:val="en-GB"/>
              </w:rPr>
            </w:pPr>
          </w:p>
          <w:p w14:paraId="1E027D63" w14:textId="77777777" w:rsidR="009A0AC0" w:rsidRPr="00447437" w:rsidRDefault="009A0AC0" w:rsidP="00DC25AF">
            <w:pPr>
              <w:tabs>
                <w:tab w:val="left" w:pos="7485"/>
              </w:tabs>
              <w:ind w:left="720" w:hanging="720"/>
              <w:rPr>
                <w:rFonts w:ascii="GHEA Grapalat" w:hAnsi="GHEA Grapalat"/>
                <w:color w:val="000000" w:themeColor="text1"/>
                <w:lang w:val="en-GB"/>
              </w:rPr>
            </w:pPr>
            <w:r w:rsidRPr="00447437">
              <w:rPr>
                <w:rFonts w:ascii="GHEA Grapalat" w:hAnsi="GHEA Grapalat"/>
                <w:color w:val="000000" w:themeColor="text1"/>
                <w:lang w:val="en-GB"/>
              </w:rPr>
              <w:t>———————————————————————</w:t>
            </w:r>
          </w:p>
          <w:p w14:paraId="60910B17" w14:textId="77777777" w:rsidR="009A0AC0" w:rsidRPr="00447437" w:rsidRDefault="009A0AC0" w:rsidP="00DC25AF">
            <w:pPr>
              <w:tabs>
                <w:tab w:val="left" w:pos="7485"/>
              </w:tabs>
              <w:ind w:left="720" w:hanging="720"/>
              <w:rPr>
                <w:rFonts w:ascii="GHEA Grapalat" w:hAnsi="GHEA Grapalat"/>
                <w:color w:val="000000" w:themeColor="text1"/>
                <w:lang w:val="en-GB"/>
              </w:rPr>
            </w:pPr>
            <w:r w:rsidRPr="00447437">
              <w:rPr>
                <w:rFonts w:ascii="GHEA Grapalat" w:hAnsi="GHEA Grapalat"/>
                <w:color w:val="000000" w:themeColor="text1"/>
                <w:lang w:val="en-GB"/>
              </w:rPr>
              <w:lastRenderedPageBreak/>
              <w:t>(</w:t>
            </w:r>
            <w:r w:rsidRPr="00447437">
              <w:rPr>
                <w:rFonts w:ascii="GHEA Grapalat" w:hAnsi="GHEA Grapalat"/>
                <w:color w:val="000000" w:themeColor="text1"/>
              </w:rPr>
              <w:t>ազգանուն</w:t>
            </w:r>
            <w:r w:rsidRPr="00447437">
              <w:rPr>
                <w:rFonts w:ascii="GHEA Grapalat" w:hAnsi="GHEA Grapalat"/>
                <w:color w:val="000000" w:themeColor="text1"/>
                <w:lang w:val="en-GB"/>
              </w:rPr>
              <w:t xml:space="preserve">, </w:t>
            </w:r>
            <w:r w:rsidRPr="00447437">
              <w:rPr>
                <w:rFonts w:ascii="GHEA Grapalat" w:hAnsi="GHEA Grapalat"/>
                <w:color w:val="000000" w:themeColor="text1"/>
              </w:rPr>
              <w:t>անուն</w:t>
            </w:r>
            <w:r w:rsidRPr="00447437">
              <w:rPr>
                <w:rFonts w:ascii="GHEA Grapalat" w:hAnsi="GHEA Grapalat"/>
                <w:color w:val="000000" w:themeColor="text1"/>
                <w:lang w:val="en-GB"/>
              </w:rPr>
              <w:t xml:space="preserve">, </w:t>
            </w:r>
            <w:r w:rsidRPr="00447437">
              <w:rPr>
                <w:rFonts w:ascii="GHEA Grapalat" w:hAnsi="GHEA Grapalat"/>
                <w:color w:val="000000" w:themeColor="text1"/>
              </w:rPr>
              <w:t>հայրանուն</w:t>
            </w:r>
            <w:r w:rsidRPr="00447437">
              <w:rPr>
                <w:rFonts w:ascii="GHEA Grapalat" w:hAnsi="GHEA Grapalat"/>
                <w:color w:val="000000" w:themeColor="text1"/>
                <w:lang w:val="en-GB"/>
              </w:rPr>
              <w:t>)</w:t>
            </w:r>
          </w:p>
          <w:p w14:paraId="3763602D" w14:textId="77777777" w:rsidR="009A0AC0" w:rsidRPr="00447437" w:rsidRDefault="009A0AC0" w:rsidP="00DC25AF">
            <w:pPr>
              <w:tabs>
                <w:tab w:val="left" w:pos="7485"/>
              </w:tabs>
              <w:ind w:left="720" w:hanging="720"/>
              <w:rPr>
                <w:rFonts w:ascii="GHEA Grapalat" w:hAnsi="GHEA Grapalat"/>
                <w:color w:val="000000" w:themeColor="text1"/>
                <w:lang w:val="en-GB"/>
              </w:rPr>
            </w:pPr>
          </w:p>
          <w:p w14:paraId="7A6D6A9F" w14:textId="77777777" w:rsidR="009A0AC0" w:rsidRPr="00447437" w:rsidRDefault="009A0AC0" w:rsidP="00DC25AF">
            <w:pPr>
              <w:tabs>
                <w:tab w:val="left" w:pos="7485"/>
              </w:tabs>
              <w:ind w:left="720" w:hanging="720"/>
              <w:rPr>
                <w:rFonts w:ascii="GHEA Grapalat" w:hAnsi="GHEA Grapalat"/>
                <w:color w:val="000000" w:themeColor="text1"/>
              </w:rPr>
            </w:pPr>
            <w:r w:rsidRPr="00447437">
              <w:rPr>
                <w:rFonts w:ascii="GHEA Grapalat" w:hAnsi="GHEA Grapalat"/>
                <w:color w:val="000000" w:themeColor="text1"/>
              </w:rPr>
              <w:t>———————————————————————</w:t>
            </w:r>
          </w:p>
          <w:p w14:paraId="52A05284" w14:textId="77777777" w:rsidR="009A0AC0" w:rsidRPr="00447437" w:rsidRDefault="009A0AC0" w:rsidP="00DC25AF">
            <w:pPr>
              <w:tabs>
                <w:tab w:val="left" w:pos="7485"/>
              </w:tabs>
              <w:ind w:left="720" w:hanging="720"/>
              <w:rPr>
                <w:rFonts w:ascii="GHEA Grapalat" w:hAnsi="GHEA Grapalat"/>
                <w:color w:val="000000" w:themeColor="text1"/>
              </w:rPr>
            </w:pPr>
            <w:r w:rsidRPr="00447437">
              <w:rPr>
                <w:rFonts w:ascii="GHEA Grapalat" w:hAnsi="GHEA Grapalat"/>
                <w:color w:val="000000" w:themeColor="text1"/>
              </w:rPr>
              <w:t>(պաշտոն)</w:t>
            </w:r>
          </w:p>
          <w:p w14:paraId="6B8A7C6D" w14:textId="77777777" w:rsidR="009A0AC0" w:rsidRPr="00447437" w:rsidRDefault="009A0AC0" w:rsidP="00DC25AF">
            <w:pPr>
              <w:tabs>
                <w:tab w:val="left" w:pos="7485"/>
              </w:tabs>
              <w:ind w:left="720" w:hanging="720"/>
              <w:rPr>
                <w:rFonts w:ascii="GHEA Grapalat" w:hAnsi="GHEA Grapalat"/>
                <w:color w:val="000000" w:themeColor="text1"/>
              </w:rPr>
            </w:pPr>
          </w:p>
        </w:tc>
        <w:tc>
          <w:tcPr>
            <w:tcW w:w="3513" w:type="dxa"/>
          </w:tcPr>
          <w:p w14:paraId="3AD43FB5" w14:textId="77777777" w:rsidR="009A0AC0" w:rsidRPr="00447437" w:rsidRDefault="009A0AC0" w:rsidP="00DC25AF">
            <w:pPr>
              <w:tabs>
                <w:tab w:val="left" w:pos="7485"/>
              </w:tabs>
              <w:ind w:left="720" w:hanging="720"/>
              <w:rPr>
                <w:rFonts w:ascii="GHEA Grapalat" w:hAnsi="GHEA Grapalat"/>
                <w:color w:val="000000" w:themeColor="text1"/>
              </w:rPr>
            </w:pPr>
          </w:p>
          <w:p w14:paraId="7B9CE1FC" w14:textId="77777777" w:rsidR="009A0AC0" w:rsidRPr="00447437" w:rsidRDefault="009A0AC0" w:rsidP="00DC25AF">
            <w:pPr>
              <w:tabs>
                <w:tab w:val="left" w:pos="7485"/>
              </w:tabs>
              <w:ind w:left="720" w:hanging="720"/>
              <w:rPr>
                <w:rFonts w:ascii="GHEA Grapalat" w:hAnsi="GHEA Grapalat"/>
                <w:color w:val="000000" w:themeColor="text1"/>
              </w:rPr>
            </w:pPr>
          </w:p>
          <w:p w14:paraId="4C967B94" w14:textId="77777777" w:rsidR="009A0AC0" w:rsidRPr="00447437" w:rsidRDefault="009A0AC0" w:rsidP="00DC25AF">
            <w:pPr>
              <w:tabs>
                <w:tab w:val="left" w:pos="7485"/>
              </w:tabs>
              <w:ind w:left="720" w:hanging="720"/>
              <w:rPr>
                <w:rFonts w:ascii="GHEA Grapalat" w:hAnsi="GHEA Grapalat"/>
                <w:color w:val="000000" w:themeColor="text1"/>
              </w:rPr>
            </w:pPr>
          </w:p>
          <w:p w14:paraId="440FC07F" w14:textId="77777777" w:rsidR="009A0AC0" w:rsidRPr="00447437" w:rsidRDefault="009A0AC0" w:rsidP="00DC25AF">
            <w:pPr>
              <w:tabs>
                <w:tab w:val="left" w:pos="7485"/>
              </w:tabs>
              <w:ind w:left="720" w:hanging="720"/>
              <w:rPr>
                <w:rFonts w:ascii="GHEA Grapalat" w:hAnsi="GHEA Grapalat"/>
                <w:color w:val="000000" w:themeColor="text1"/>
              </w:rPr>
            </w:pPr>
            <w:r w:rsidRPr="00447437">
              <w:rPr>
                <w:rFonts w:ascii="GHEA Grapalat" w:hAnsi="GHEA Grapalat"/>
                <w:color w:val="000000" w:themeColor="text1"/>
              </w:rPr>
              <w:t>———————————</w:t>
            </w:r>
          </w:p>
          <w:p w14:paraId="2B5898E9" w14:textId="77777777" w:rsidR="009A0AC0" w:rsidRPr="00447437" w:rsidRDefault="009A0AC0" w:rsidP="00DC25AF">
            <w:pPr>
              <w:tabs>
                <w:tab w:val="left" w:pos="7485"/>
              </w:tabs>
              <w:ind w:left="720" w:hanging="720"/>
              <w:rPr>
                <w:rFonts w:ascii="GHEA Grapalat" w:hAnsi="GHEA Grapalat"/>
                <w:color w:val="000000" w:themeColor="text1"/>
              </w:rPr>
            </w:pPr>
            <w:r w:rsidRPr="00447437">
              <w:rPr>
                <w:rFonts w:ascii="GHEA Grapalat" w:hAnsi="GHEA Grapalat"/>
                <w:color w:val="000000" w:themeColor="text1"/>
              </w:rPr>
              <w:lastRenderedPageBreak/>
              <w:t>(ստորագրություն)</w:t>
            </w:r>
          </w:p>
          <w:p w14:paraId="00EEF525" w14:textId="77777777" w:rsidR="009A0AC0" w:rsidRPr="00447437" w:rsidRDefault="009A0AC0" w:rsidP="00DC25AF">
            <w:pPr>
              <w:tabs>
                <w:tab w:val="left" w:pos="7485"/>
              </w:tabs>
              <w:ind w:left="720" w:hanging="720"/>
              <w:rPr>
                <w:rFonts w:ascii="GHEA Grapalat" w:hAnsi="GHEA Grapalat"/>
                <w:color w:val="000000" w:themeColor="text1"/>
              </w:rPr>
            </w:pPr>
          </w:p>
        </w:tc>
      </w:tr>
      <w:tr w:rsidR="009A0AC0" w:rsidRPr="00447437" w14:paraId="01988C72" w14:textId="77777777" w:rsidTr="00DC25AF">
        <w:tc>
          <w:tcPr>
            <w:tcW w:w="5212" w:type="dxa"/>
          </w:tcPr>
          <w:p w14:paraId="176FCCF4" w14:textId="77777777" w:rsidR="009A0AC0" w:rsidRPr="00447437" w:rsidRDefault="009A0AC0" w:rsidP="00DC25AF">
            <w:pPr>
              <w:tabs>
                <w:tab w:val="left" w:pos="7485"/>
              </w:tabs>
              <w:ind w:left="720" w:hanging="720"/>
              <w:rPr>
                <w:rFonts w:ascii="GHEA Grapalat" w:hAnsi="GHEA Grapalat"/>
                <w:b/>
                <w:bCs/>
                <w:color w:val="000000" w:themeColor="text1"/>
              </w:rPr>
            </w:pPr>
          </w:p>
          <w:p w14:paraId="3716619E" w14:textId="77777777" w:rsidR="009A0AC0" w:rsidRPr="00447437" w:rsidRDefault="009A0AC0" w:rsidP="00DC25AF">
            <w:pPr>
              <w:tabs>
                <w:tab w:val="left" w:pos="7485"/>
              </w:tabs>
              <w:ind w:left="720" w:hanging="720"/>
              <w:rPr>
                <w:rFonts w:ascii="GHEA Grapalat" w:hAnsi="GHEA Grapalat"/>
                <w:b/>
                <w:bCs/>
                <w:color w:val="000000" w:themeColor="text1"/>
              </w:rPr>
            </w:pPr>
            <w:r w:rsidRPr="00447437">
              <w:rPr>
                <w:rFonts w:ascii="GHEA Grapalat" w:hAnsi="GHEA Grapalat"/>
                <w:b/>
                <w:bCs/>
                <w:color w:val="000000" w:themeColor="text1"/>
                <w:lang w:val="hy-AM"/>
              </w:rPr>
              <w:t>«       »</w:t>
            </w:r>
            <w:r w:rsidRPr="00447437">
              <w:rPr>
                <w:rFonts w:ascii="GHEA Grapalat" w:hAnsi="GHEA Grapalat"/>
                <w:b/>
                <w:bCs/>
                <w:color w:val="000000" w:themeColor="text1"/>
              </w:rPr>
              <w:t xml:space="preserve">____________________________ 202___ </w:t>
            </w:r>
            <w:r w:rsidRPr="00447437">
              <w:rPr>
                <w:rFonts w:ascii="GHEA Grapalat" w:hAnsi="GHEA Grapalat"/>
                <w:b/>
                <w:bCs/>
                <w:color w:val="000000" w:themeColor="text1"/>
                <w:lang w:val="hy-AM"/>
              </w:rPr>
              <w:t>թ</w:t>
            </w:r>
            <w:r w:rsidRPr="00447437">
              <w:rPr>
                <w:rFonts w:ascii="MS Mincho" w:eastAsia="MS Mincho" w:hAnsi="MS Mincho" w:cs="MS Mincho" w:hint="eastAsia"/>
                <w:b/>
                <w:bCs/>
                <w:color w:val="000000" w:themeColor="text1"/>
                <w:lang w:val="hy-AM"/>
              </w:rPr>
              <w:t>․</w:t>
            </w:r>
            <w:r w:rsidRPr="00447437">
              <w:rPr>
                <w:rFonts w:ascii="GHEA Grapalat" w:hAnsi="GHEA Grapalat"/>
                <w:b/>
                <w:bCs/>
                <w:color w:val="000000" w:themeColor="text1"/>
              </w:rPr>
              <w:t xml:space="preserve"> </w:t>
            </w:r>
          </w:p>
          <w:p w14:paraId="70ABADFB" w14:textId="77777777" w:rsidR="009A0AC0" w:rsidRPr="00447437" w:rsidRDefault="009A0AC0" w:rsidP="00DC25AF">
            <w:pPr>
              <w:tabs>
                <w:tab w:val="left" w:pos="7485"/>
              </w:tabs>
              <w:ind w:left="720" w:hanging="720"/>
              <w:rPr>
                <w:rFonts w:ascii="GHEA Grapalat" w:hAnsi="GHEA Grapalat"/>
                <w:color w:val="000000" w:themeColor="text1"/>
              </w:rPr>
            </w:pPr>
            <w:r w:rsidRPr="00447437">
              <w:rPr>
                <w:rFonts w:ascii="GHEA Grapalat" w:hAnsi="GHEA Grapalat"/>
                <w:b/>
                <w:bCs/>
                <w:color w:val="000000" w:themeColor="text1"/>
              </w:rPr>
              <w:t>(ամիս, ամսաթիվ, տարեթիվ)</w:t>
            </w:r>
          </w:p>
          <w:p w14:paraId="053E703F" w14:textId="77777777" w:rsidR="009A0AC0" w:rsidRPr="00447437" w:rsidRDefault="009A0AC0" w:rsidP="00DC25AF">
            <w:pPr>
              <w:tabs>
                <w:tab w:val="left" w:pos="7485"/>
              </w:tabs>
              <w:ind w:left="720" w:hanging="720"/>
              <w:rPr>
                <w:rFonts w:ascii="GHEA Grapalat" w:hAnsi="GHEA Grapalat"/>
                <w:b/>
                <w:bCs/>
                <w:color w:val="000000" w:themeColor="text1"/>
              </w:rPr>
            </w:pPr>
          </w:p>
        </w:tc>
        <w:tc>
          <w:tcPr>
            <w:tcW w:w="3513" w:type="dxa"/>
          </w:tcPr>
          <w:p w14:paraId="4764D051" w14:textId="77777777" w:rsidR="009A0AC0" w:rsidRPr="00447437" w:rsidRDefault="009A0AC0" w:rsidP="00DC25AF">
            <w:pPr>
              <w:tabs>
                <w:tab w:val="left" w:pos="7485"/>
              </w:tabs>
              <w:ind w:left="720" w:hanging="720"/>
              <w:rPr>
                <w:rFonts w:ascii="GHEA Grapalat" w:hAnsi="GHEA Grapalat"/>
                <w:b/>
                <w:bCs/>
                <w:color w:val="000000" w:themeColor="text1"/>
              </w:rPr>
            </w:pPr>
          </w:p>
        </w:tc>
      </w:tr>
    </w:tbl>
    <w:p w14:paraId="54509CCC" w14:textId="77777777" w:rsidR="009A0AC0" w:rsidRPr="00447437" w:rsidRDefault="009A0AC0" w:rsidP="009A0AC0">
      <w:pPr>
        <w:ind w:left="720" w:hanging="720"/>
        <w:rPr>
          <w:rFonts w:ascii="GHEA Grapalat" w:hAnsi="GHEA Grapalat"/>
          <w:strike/>
          <w:color w:val="000000" w:themeColor="text1"/>
        </w:rPr>
      </w:pPr>
    </w:p>
    <w:p w14:paraId="339C1E78" w14:textId="77777777" w:rsidR="009A0AC0" w:rsidRPr="00447437" w:rsidRDefault="009A0AC0" w:rsidP="009A0AC0">
      <w:pPr>
        <w:ind w:left="720" w:hanging="720"/>
        <w:rPr>
          <w:rFonts w:ascii="GHEA Grapalat" w:hAnsi="GHEA Grapalat"/>
          <w:color w:val="000000" w:themeColor="text1"/>
        </w:rPr>
      </w:pPr>
      <w:r w:rsidRPr="00447437">
        <w:rPr>
          <w:rFonts w:ascii="GHEA Grapalat" w:hAnsi="GHEA Grapalat"/>
          <w:b/>
          <w:bCs/>
          <w:i/>
          <w:iCs/>
          <w:color w:val="000000" w:themeColor="text1"/>
        </w:rPr>
        <w:t>* Ծանոթագրություն</w:t>
      </w:r>
      <w:r w:rsidRPr="00447437">
        <w:rPr>
          <w:rFonts w:ascii="MS Mincho" w:eastAsia="MS Mincho" w:hAnsi="MS Mincho" w:cs="MS Mincho" w:hint="eastAsia"/>
          <w:b/>
          <w:bCs/>
          <w:i/>
          <w:iCs/>
          <w:color w:val="000000" w:themeColor="text1"/>
        </w:rPr>
        <w:t>․</w:t>
      </w:r>
      <w:r w:rsidRPr="00447437">
        <w:rPr>
          <w:rFonts w:ascii="GHEA Grapalat" w:hAnsi="GHEA Grapalat"/>
          <w:color w:val="000000" w:themeColor="text1"/>
        </w:rPr>
        <w:t>14-18 տարեկան ուսանողի պարագայում ստորագրում են ինչպես ուսանողը, այնպես էլ՝ նրա օրինական ներկայացուցիչը (ծնող, հոգաբարձու, խնամակալ)</w:t>
      </w:r>
      <w:r w:rsidRPr="00447437">
        <w:rPr>
          <w:rFonts w:ascii="GHEA Grapalat" w:hAnsi="GHEA Grapalat"/>
          <w:color w:val="000000" w:themeColor="text1"/>
        </w:rPr>
        <w:br w:type="page"/>
      </w:r>
    </w:p>
    <w:p w14:paraId="0749B72A" w14:textId="77777777" w:rsidR="009A0AC0" w:rsidRPr="00447437" w:rsidRDefault="009A0AC0" w:rsidP="009A0AC0">
      <w:pPr>
        <w:pStyle w:val="Heading1"/>
        <w:keepLines/>
        <w:numPr>
          <w:ilvl w:val="0"/>
          <w:numId w:val="27"/>
        </w:numPr>
        <w:spacing w:before="480" w:line="276" w:lineRule="auto"/>
        <w:ind w:hanging="720"/>
        <w:rPr>
          <w:rStyle w:val="Heading1Char"/>
          <w:rFonts w:ascii="GHEA Grapalat" w:hAnsi="GHEA Grapalat"/>
          <w:b/>
          <w:color w:val="000000" w:themeColor="text1"/>
        </w:rPr>
      </w:pPr>
      <w:bookmarkStart w:id="42" w:name="_Ref223358239"/>
      <w:r w:rsidRPr="00447437">
        <w:rPr>
          <w:rStyle w:val="Heading1Char"/>
          <w:rFonts w:ascii="GHEA Grapalat" w:hAnsi="GHEA Grapalat"/>
          <w:b/>
          <w:color w:val="000000" w:themeColor="text1"/>
        </w:rPr>
        <w:lastRenderedPageBreak/>
        <w:t>ՈՒՍՈՒՄՆԱՌՈՒԹՅԱՆ ԳՐԱՆՑԱՄԱՏՅԱՆ</w:t>
      </w:r>
      <w:bookmarkEnd w:id="42"/>
    </w:p>
    <w:p w14:paraId="32048A5E" w14:textId="77777777" w:rsidR="009A0AC0" w:rsidRPr="00447437" w:rsidRDefault="009A0AC0" w:rsidP="009A0AC0">
      <w:pPr>
        <w:ind w:left="720" w:hanging="720"/>
        <w:jc w:val="center"/>
        <w:rPr>
          <w:rFonts w:ascii="GHEA Grapalat" w:hAnsi="GHEA Grapalat"/>
          <w:b/>
          <w:bCs/>
          <w:i/>
          <w:iCs/>
          <w:color w:val="000000" w:themeColor="text1"/>
          <w:lang w:val="hy-AM"/>
        </w:rPr>
      </w:pPr>
      <w:r w:rsidRPr="00447437">
        <w:rPr>
          <w:rFonts w:ascii="GHEA Grapalat" w:hAnsi="GHEA Grapalat"/>
          <w:b/>
          <w:bCs/>
          <w:i/>
          <w:iCs/>
          <w:color w:val="000000" w:themeColor="text1"/>
          <w:lang w:val="hy-AM"/>
        </w:rPr>
        <w:t>(Լրացվում է ուսանողի կողմից)</w:t>
      </w:r>
    </w:p>
    <w:p w14:paraId="733D1641" w14:textId="77777777" w:rsidR="009A0AC0" w:rsidRPr="00447437" w:rsidRDefault="009A0AC0" w:rsidP="009A0AC0">
      <w:pPr>
        <w:ind w:left="720" w:hanging="720"/>
        <w:jc w:val="center"/>
        <w:rPr>
          <w:rFonts w:ascii="GHEA Grapalat" w:hAnsi="GHEA Grapalat"/>
          <w:i/>
          <w:iCs/>
          <w:color w:val="000000" w:themeColor="text1"/>
          <w:lang w:val="hy-AM"/>
        </w:rPr>
      </w:pPr>
    </w:p>
    <w:tbl>
      <w:tblPr>
        <w:tblStyle w:val="TableGrid"/>
        <w:tblpPr w:leftFromText="180" w:rightFromText="180" w:vertAnchor="text" w:horzAnchor="margin" w:tblpY="224"/>
        <w:tblW w:w="0" w:type="auto"/>
        <w:shd w:val="clear" w:color="auto" w:fill="D9E2F3" w:themeFill="accent1" w:themeFillTint="33"/>
        <w:tblLook w:val="04A0" w:firstRow="1" w:lastRow="0" w:firstColumn="1" w:lastColumn="0" w:noHBand="0" w:noVBand="1"/>
      </w:tblPr>
      <w:tblGrid>
        <w:gridCol w:w="3256"/>
      </w:tblGrid>
      <w:tr w:rsidR="00447437" w:rsidRPr="00447437" w14:paraId="25A3272D" w14:textId="77777777" w:rsidTr="00DC25AF">
        <w:trPr>
          <w:trHeight w:val="1409"/>
        </w:trPr>
        <w:tc>
          <w:tcPr>
            <w:tcW w:w="3256" w:type="dxa"/>
            <w:shd w:val="clear" w:color="auto" w:fill="D9E2F3" w:themeFill="accent1" w:themeFillTint="33"/>
          </w:tcPr>
          <w:p w14:paraId="098BC137" w14:textId="77777777" w:rsidR="009A0AC0" w:rsidRPr="00447437" w:rsidRDefault="009A0AC0" w:rsidP="00DC25AF">
            <w:pPr>
              <w:ind w:left="720" w:hanging="720"/>
              <w:rPr>
                <w:rFonts w:ascii="GHEA Grapalat" w:hAnsi="GHEA Grapalat"/>
                <w:color w:val="000000" w:themeColor="text1"/>
                <w:lang w:val="hy-AM"/>
              </w:rPr>
            </w:pPr>
            <w:r w:rsidRPr="00447437">
              <w:rPr>
                <w:rFonts w:ascii="GHEA Grapalat" w:hAnsi="GHEA Grapalat"/>
                <w:color w:val="000000" w:themeColor="text1"/>
                <w:lang w:val="hy-AM"/>
              </w:rPr>
              <w:t xml:space="preserve">Գործնական ուսուցման ամսաթիվ </w:t>
            </w:r>
          </w:p>
          <w:p w14:paraId="5180095C" w14:textId="77777777" w:rsidR="009A0AC0" w:rsidRPr="00447437" w:rsidRDefault="009A0AC0" w:rsidP="00DC25AF">
            <w:pPr>
              <w:ind w:left="720" w:hanging="720"/>
              <w:rPr>
                <w:rFonts w:ascii="GHEA Grapalat" w:hAnsi="GHEA Grapalat"/>
                <w:color w:val="000000" w:themeColor="text1"/>
                <w:lang w:val="hy-AM"/>
              </w:rPr>
            </w:pPr>
          </w:p>
          <w:p w14:paraId="37F3F8F9" w14:textId="77777777" w:rsidR="009A0AC0" w:rsidRPr="00447437" w:rsidRDefault="009A0AC0" w:rsidP="00DC25AF">
            <w:pPr>
              <w:ind w:left="720" w:hanging="720"/>
              <w:rPr>
                <w:rFonts w:ascii="GHEA Grapalat" w:hAnsi="GHEA Grapalat"/>
                <w:b/>
                <w:bCs/>
                <w:i/>
                <w:iCs/>
                <w:color w:val="000000" w:themeColor="text1"/>
                <w:lang w:val="hy-AM"/>
              </w:rPr>
            </w:pPr>
            <w:r w:rsidRPr="00447437">
              <w:rPr>
                <w:rFonts w:ascii="GHEA Grapalat" w:hAnsi="GHEA Grapalat"/>
                <w:b/>
                <w:bCs/>
                <w:noProof/>
                <w:color w:val="000000" w:themeColor="text1"/>
                <w:lang w:val="en-US"/>
              </w:rPr>
              <mc:AlternateContent>
                <mc:Choice Requires="wps">
                  <w:drawing>
                    <wp:anchor distT="0" distB="0" distL="114300" distR="114300" simplePos="0" relativeHeight="251670528" behindDoc="0" locked="0" layoutInCell="1" allowOverlap="1" wp14:anchorId="1BA9258F" wp14:editId="43129905">
                      <wp:simplePos x="0" y="0"/>
                      <wp:positionH relativeFrom="column">
                        <wp:posOffset>1042352</wp:posOffset>
                      </wp:positionH>
                      <wp:positionV relativeFrom="paragraph">
                        <wp:posOffset>139700</wp:posOffset>
                      </wp:positionV>
                      <wp:extent cx="785812" cy="0"/>
                      <wp:effectExtent l="38100" t="38100" r="71755" b="95250"/>
                      <wp:wrapNone/>
                      <wp:docPr id="1358854626" name="Straight Connector 1"/>
                      <wp:cNvGraphicFramePr/>
                      <a:graphic xmlns:a="http://schemas.openxmlformats.org/drawingml/2006/main">
                        <a:graphicData uri="http://schemas.microsoft.com/office/word/2010/wordprocessingShape">
                          <wps:wsp>
                            <wps:cNvCnPr/>
                            <wps:spPr>
                              <a:xfrm flipV="1">
                                <a:off x="0" y="0"/>
                                <a:ext cx="785812" cy="0"/>
                              </a:xfrm>
                              <a:prstGeom prst="line">
                                <a:avLst/>
                              </a:prstGeom>
                              <a:ln w="6350">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3977D5" id="Straight Connector 1"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05pt,11pt" to="143.9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" strokecolor="black [3213]" strokeweight=".5pt">
                      <v:stroke joinstyle="miter"/>
                    </v:line>
                  </w:pict>
                </mc:Fallback>
              </mc:AlternateContent>
            </w:r>
            <w:r w:rsidRPr="00447437">
              <w:rPr>
                <w:rFonts w:ascii="GHEA Grapalat" w:hAnsi="GHEA Grapalat"/>
                <w:b/>
                <w:bCs/>
                <w:color w:val="000000" w:themeColor="text1"/>
                <w:lang w:val="hy-AM"/>
              </w:rPr>
              <w:t>( Շաբաթ 1</w:t>
            </w:r>
            <w:r w:rsidRPr="00447437">
              <w:rPr>
                <w:rFonts w:ascii="MS Mincho" w:eastAsia="MS Mincho" w:hAnsi="MS Mincho" w:cs="MS Mincho" w:hint="eastAsia"/>
                <w:b/>
                <w:bCs/>
                <w:color w:val="000000" w:themeColor="text1"/>
                <w:lang w:val="hy-AM"/>
              </w:rPr>
              <w:t>․․․</w:t>
            </w:r>
            <w:r w:rsidRPr="00447437">
              <w:rPr>
                <w:rFonts w:ascii="GHEA Grapalat" w:hAnsi="GHEA Grapalat"/>
                <w:b/>
                <w:bCs/>
                <w:color w:val="000000" w:themeColor="text1"/>
                <w:lang w:val="hy-AM"/>
              </w:rPr>
              <w:t xml:space="preserve">) </w:t>
            </w:r>
          </w:p>
        </w:tc>
      </w:tr>
    </w:tbl>
    <w:p w14:paraId="7F229E18" w14:textId="77777777" w:rsidR="009A0AC0" w:rsidRPr="00447437" w:rsidRDefault="009A0AC0" w:rsidP="009A0AC0">
      <w:pPr>
        <w:ind w:left="720" w:hanging="720"/>
        <w:rPr>
          <w:rFonts w:ascii="GHEA Grapalat" w:hAnsi="GHEA Grapalat"/>
          <w:i/>
          <w:iCs/>
          <w:color w:val="000000" w:themeColor="text1"/>
          <w:lang w:val="hy-AM"/>
        </w:rPr>
      </w:pPr>
    </w:p>
    <w:p w14:paraId="6E17FA20" w14:textId="77777777" w:rsidR="009A0AC0" w:rsidRPr="00447437" w:rsidRDefault="009A0AC0" w:rsidP="009A0AC0">
      <w:pPr>
        <w:ind w:left="720" w:hanging="720"/>
        <w:rPr>
          <w:rFonts w:ascii="GHEA Grapalat" w:hAnsi="GHEA Grapalat"/>
          <w:i/>
          <w:iCs/>
          <w:color w:val="000000" w:themeColor="text1"/>
          <w:lang w:val="hy-AM"/>
        </w:rPr>
      </w:pPr>
    </w:p>
    <w:p w14:paraId="28E37DC2" w14:textId="77777777" w:rsidR="009A0AC0" w:rsidRPr="00447437" w:rsidRDefault="009A0AC0" w:rsidP="009A0AC0">
      <w:pPr>
        <w:ind w:left="720" w:hanging="720"/>
        <w:rPr>
          <w:rFonts w:ascii="GHEA Grapalat" w:hAnsi="GHEA Grapalat"/>
          <w:i/>
          <w:iCs/>
          <w:color w:val="000000" w:themeColor="text1"/>
          <w:lang w:val="hy-AM"/>
        </w:rPr>
      </w:pPr>
    </w:p>
    <w:p w14:paraId="3A5C571D" w14:textId="77777777" w:rsidR="009A0AC0" w:rsidRPr="00447437" w:rsidRDefault="009A0AC0" w:rsidP="009A0AC0">
      <w:pPr>
        <w:ind w:left="720" w:hanging="720"/>
        <w:rPr>
          <w:rFonts w:ascii="GHEA Grapalat" w:hAnsi="GHEA Grapalat"/>
          <w:i/>
          <w:iCs/>
          <w:color w:val="000000" w:themeColor="text1"/>
          <w:sz w:val="18"/>
          <w:szCs w:val="18"/>
          <w:lang w:val="hy-AM"/>
        </w:rPr>
      </w:pPr>
    </w:p>
    <w:p w14:paraId="75BDBDAE" w14:textId="77777777" w:rsidR="009A0AC0" w:rsidRPr="00447437" w:rsidRDefault="009A0AC0" w:rsidP="009A0AC0">
      <w:pPr>
        <w:ind w:left="720" w:hanging="720"/>
        <w:rPr>
          <w:rFonts w:ascii="GHEA Grapalat" w:hAnsi="GHEA Grapalat"/>
          <w:i/>
          <w:iCs/>
          <w:color w:val="000000" w:themeColor="text1"/>
          <w:sz w:val="18"/>
          <w:szCs w:val="18"/>
        </w:rPr>
      </w:pPr>
      <w:r w:rsidRPr="00447437">
        <w:rPr>
          <w:rFonts w:ascii="GHEA Grapalat" w:hAnsi="GHEA Grapalat"/>
          <w:i/>
          <w:iCs/>
          <w:color w:val="000000" w:themeColor="text1"/>
          <w:sz w:val="18"/>
          <w:szCs w:val="18"/>
          <w:lang w:val="hy-AM"/>
        </w:rPr>
        <w:t xml:space="preserve">Ընտրի՛ր ստորև վերնագրերից ցանկացած երեքը՝ քո օրագրային գրառումը լրացնելու նպատակով։ </w:t>
      </w:r>
      <w:r w:rsidRPr="00447437">
        <w:rPr>
          <w:rFonts w:ascii="GHEA Grapalat" w:hAnsi="GHEA Grapalat"/>
          <w:i/>
          <w:iCs/>
          <w:color w:val="000000" w:themeColor="text1"/>
          <w:sz w:val="18"/>
          <w:szCs w:val="18"/>
        </w:rPr>
        <w:t xml:space="preserve">Փորձի՛ր փոխել օգտագործվող թեմաները: </w:t>
      </w:r>
    </w:p>
    <w:p w14:paraId="0B22B2C0" w14:textId="77777777" w:rsidR="009A0AC0" w:rsidRPr="00447437" w:rsidRDefault="009A0AC0" w:rsidP="009A0AC0">
      <w:pPr>
        <w:pStyle w:val="ListParagraph"/>
        <w:numPr>
          <w:ilvl w:val="0"/>
          <w:numId w:val="25"/>
        </w:numPr>
        <w:ind w:hanging="720"/>
        <w:contextualSpacing w:val="0"/>
        <w:rPr>
          <w:rFonts w:ascii="GHEA Grapalat" w:hAnsi="GHEA Grapalat"/>
          <w:b/>
          <w:bCs/>
          <w:color w:val="000000" w:themeColor="text1"/>
          <w:sz w:val="18"/>
          <w:szCs w:val="18"/>
        </w:rPr>
      </w:pPr>
      <w:r w:rsidRPr="00447437">
        <w:rPr>
          <w:rFonts w:ascii="GHEA Grapalat" w:hAnsi="GHEA Grapalat"/>
          <w:b/>
          <w:bCs/>
          <w:color w:val="000000" w:themeColor="text1"/>
          <w:sz w:val="18"/>
          <w:szCs w:val="18"/>
        </w:rPr>
        <w:t>Կատարած գործողություններ/պարտականություններ</w:t>
      </w:r>
    </w:p>
    <w:p w14:paraId="4D303103" w14:textId="77777777" w:rsidR="009A0AC0" w:rsidRPr="00447437" w:rsidRDefault="009A0AC0" w:rsidP="009A0AC0">
      <w:pPr>
        <w:pStyle w:val="ListParagraph"/>
        <w:numPr>
          <w:ilvl w:val="0"/>
          <w:numId w:val="25"/>
        </w:numPr>
        <w:ind w:hanging="720"/>
        <w:contextualSpacing w:val="0"/>
        <w:rPr>
          <w:rFonts w:ascii="GHEA Grapalat" w:hAnsi="GHEA Grapalat"/>
          <w:b/>
          <w:bCs/>
          <w:color w:val="000000" w:themeColor="text1"/>
          <w:sz w:val="18"/>
          <w:szCs w:val="18"/>
        </w:rPr>
      </w:pPr>
      <w:r w:rsidRPr="00447437">
        <w:rPr>
          <w:rFonts w:ascii="GHEA Grapalat" w:hAnsi="GHEA Grapalat"/>
          <w:b/>
          <w:bCs/>
          <w:color w:val="000000" w:themeColor="text1"/>
          <w:sz w:val="18"/>
          <w:szCs w:val="18"/>
        </w:rPr>
        <w:t>Ստացած գործնական գիտելիքներ/հմտություններ</w:t>
      </w:r>
    </w:p>
    <w:p w14:paraId="4CD521F2" w14:textId="77777777" w:rsidR="009A0AC0" w:rsidRPr="00447437" w:rsidRDefault="009A0AC0" w:rsidP="009A0AC0">
      <w:pPr>
        <w:pStyle w:val="ListParagraph"/>
        <w:numPr>
          <w:ilvl w:val="0"/>
          <w:numId w:val="25"/>
        </w:numPr>
        <w:ind w:hanging="720"/>
        <w:contextualSpacing w:val="0"/>
        <w:rPr>
          <w:rFonts w:ascii="GHEA Grapalat" w:hAnsi="GHEA Grapalat"/>
          <w:b/>
          <w:bCs/>
          <w:color w:val="000000" w:themeColor="text1"/>
          <w:sz w:val="18"/>
          <w:szCs w:val="18"/>
        </w:rPr>
      </w:pPr>
      <w:r w:rsidRPr="00447437">
        <w:rPr>
          <w:rFonts w:ascii="GHEA Grapalat" w:hAnsi="GHEA Grapalat"/>
          <w:b/>
          <w:bCs/>
          <w:color w:val="000000" w:themeColor="text1"/>
          <w:sz w:val="18"/>
          <w:szCs w:val="18"/>
        </w:rPr>
        <w:t>Աշխատողների/հաճախորդների հետ շփումներ</w:t>
      </w:r>
    </w:p>
    <w:p w14:paraId="2784234C" w14:textId="77777777" w:rsidR="009A0AC0" w:rsidRPr="00447437" w:rsidRDefault="009A0AC0" w:rsidP="009A0AC0">
      <w:pPr>
        <w:pStyle w:val="ListParagraph"/>
        <w:numPr>
          <w:ilvl w:val="0"/>
          <w:numId w:val="25"/>
        </w:numPr>
        <w:ind w:hanging="720"/>
        <w:contextualSpacing w:val="0"/>
        <w:rPr>
          <w:rFonts w:ascii="GHEA Grapalat" w:hAnsi="GHEA Grapalat"/>
          <w:b/>
          <w:bCs/>
          <w:color w:val="000000" w:themeColor="text1"/>
          <w:sz w:val="18"/>
          <w:szCs w:val="18"/>
        </w:rPr>
      </w:pPr>
      <w:r w:rsidRPr="00447437">
        <w:rPr>
          <w:rFonts w:ascii="GHEA Grapalat" w:hAnsi="GHEA Grapalat"/>
          <w:b/>
          <w:bCs/>
          <w:color w:val="000000" w:themeColor="text1"/>
          <w:sz w:val="18"/>
          <w:szCs w:val="18"/>
        </w:rPr>
        <w:t>Դժվարություններ կամ մարտահրավերներ, որոնց բախվել եմ</w:t>
      </w:r>
    </w:p>
    <w:p w14:paraId="134AE10C" w14:textId="77777777" w:rsidR="009A0AC0" w:rsidRPr="00447437" w:rsidRDefault="009A0AC0" w:rsidP="009A0AC0">
      <w:pPr>
        <w:pStyle w:val="ListParagraph"/>
        <w:numPr>
          <w:ilvl w:val="0"/>
          <w:numId w:val="25"/>
        </w:numPr>
        <w:ind w:hanging="720"/>
        <w:contextualSpacing w:val="0"/>
        <w:rPr>
          <w:rFonts w:ascii="GHEA Grapalat" w:hAnsi="GHEA Grapalat"/>
          <w:b/>
          <w:bCs/>
          <w:color w:val="000000" w:themeColor="text1"/>
          <w:sz w:val="18"/>
          <w:szCs w:val="18"/>
        </w:rPr>
      </w:pPr>
      <w:r w:rsidRPr="00447437">
        <w:rPr>
          <w:rFonts w:ascii="GHEA Grapalat" w:hAnsi="GHEA Grapalat"/>
          <w:b/>
          <w:bCs/>
          <w:color w:val="000000" w:themeColor="text1"/>
          <w:sz w:val="18"/>
          <w:szCs w:val="18"/>
        </w:rPr>
        <w:t>Օրվա դիտարկումներ / կարևոր դրվագներ</w:t>
      </w:r>
    </w:p>
    <w:p w14:paraId="3AA832F2" w14:textId="77777777" w:rsidR="009A0AC0" w:rsidRPr="00447437" w:rsidRDefault="009A0AC0" w:rsidP="009A0AC0">
      <w:pPr>
        <w:pStyle w:val="ListParagraph"/>
        <w:numPr>
          <w:ilvl w:val="0"/>
          <w:numId w:val="25"/>
        </w:numPr>
        <w:ind w:hanging="720"/>
        <w:contextualSpacing w:val="0"/>
        <w:rPr>
          <w:rFonts w:ascii="GHEA Grapalat" w:hAnsi="GHEA Grapalat"/>
          <w:b/>
          <w:bCs/>
          <w:color w:val="000000" w:themeColor="text1"/>
          <w:sz w:val="18"/>
          <w:szCs w:val="18"/>
        </w:rPr>
      </w:pPr>
      <w:r w:rsidRPr="00447437">
        <w:rPr>
          <w:rFonts w:ascii="GHEA Grapalat" w:hAnsi="GHEA Grapalat"/>
          <w:b/>
          <w:bCs/>
          <w:color w:val="000000" w:themeColor="text1"/>
          <w:sz w:val="18"/>
          <w:szCs w:val="18"/>
        </w:rPr>
        <w:t xml:space="preserve">Ի՞նչպես եմ ինքնադրսևորվել </w:t>
      </w:r>
    </w:p>
    <w:p w14:paraId="61B7407C" w14:textId="77777777" w:rsidR="009A0AC0" w:rsidRPr="00447437" w:rsidRDefault="009A0AC0" w:rsidP="009A0AC0">
      <w:pPr>
        <w:pStyle w:val="ListParagraph"/>
        <w:numPr>
          <w:ilvl w:val="0"/>
          <w:numId w:val="25"/>
        </w:numPr>
        <w:ind w:hanging="720"/>
        <w:contextualSpacing w:val="0"/>
        <w:rPr>
          <w:rFonts w:ascii="GHEA Grapalat" w:hAnsi="GHEA Grapalat"/>
          <w:b/>
          <w:bCs/>
          <w:color w:val="000000" w:themeColor="text1"/>
          <w:sz w:val="18"/>
          <w:szCs w:val="18"/>
        </w:rPr>
      </w:pPr>
      <w:r w:rsidRPr="00447437">
        <w:rPr>
          <w:rFonts w:ascii="GHEA Grapalat" w:hAnsi="GHEA Grapalat"/>
          <w:b/>
          <w:bCs/>
          <w:color w:val="000000" w:themeColor="text1"/>
          <w:sz w:val="18"/>
          <w:szCs w:val="18"/>
        </w:rPr>
        <w:t>Ի՞նչ նոր տեղեկություն եմ ստացել կազմակերպության մասին</w:t>
      </w:r>
    </w:p>
    <w:p w14:paraId="4E31B554" w14:textId="77777777" w:rsidR="009A0AC0" w:rsidRPr="00447437" w:rsidRDefault="009A0AC0" w:rsidP="009A0AC0">
      <w:pPr>
        <w:pStyle w:val="ListParagraph"/>
        <w:numPr>
          <w:ilvl w:val="0"/>
          <w:numId w:val="25"/>
        </w:numPr>
        <w:ind w:hanging="720"/>
        <w:contextualSpacing w:val="0"/>
        <w:rPr>
          <w:rFonts w:ascii="GHEA Grapalat" w:hAnsi="GHEA Grapalat"/>
          <w:b/>
          <w:bCs/>
          <w:color w:val="000000" w:themeColor="text1"/>
          <w:sz w:val="18"/>
          <w:szCs w:val="18"/>
        </w:rPr>
      </w:pPr>
      <w:r w:rsidRPr="00447437">
        <w:rPr>
          <w:rFonts w:ascii="GHEA Grapalat" w:hAnsi="GHEA Grapalat"/>
          <w:b/>
          <w:bCs/>
          <w:color w:val="000000" w:themeColor="text1"/>
          <w:sz w:val="18"/>
          <w:szCs w:val="18"/>
        </w:rPr>
        <w:t>Ինչպե՞ս եմ գնահատում ինձ հետ աշխատանքի կազմակերպման արդյունավետությունը</w:t>
      </w:r>
    </w:p>
    <w:p w14:paraId="64064103" w14:textId="77777777" w:rsidR="009A0AC0" w:rsidRPr="00447437" w:rsidRDefault="009A0AC0" w:rsidP="009A0AC0">
      <w:pPr>
        <w:pStyle w:val="ListParagraph"/>
        <w:ind w:hanging="720"/>
        <w:rPr>
          <w:rFonts w:ascii="GHEA Grapalat" w:hAnsi="GHEA Grapalat"/>
          <w:b/>
          <w:bCs/>
          <w:color w:val="000000" w:themeColor="text1"/>
          <w:sz w:val="18"/>
          <w:szCs w:val="18"/>
        </w:rPr>
      </w:pPr>
    </w:p>
    <w:tbl>
      <w:tblPr>
        <w:tblStyle w:val="TableGrid"/>
        <w:tblW w:w="9355" w:type="dxa"/>
        <w:tblLayout w:type="fixed"/>
        <w:tblLook w:val="04A0" w:firstRow="1" w:lastRow="0" w:firstColumn="1" w:lastColumn="0" w:noHBand="0" w:noVBand="1"/>
      </w:tblPr>
      <w:tblGrid>
        <w:gridCol w:w="9355"/>
      </w:tblGrid>
      <w:tr w:rsidR="00447437" w:rsidRPr="00447437" w14:paraId="1282EF7A" w14:textId="77777777" w:rsidTr="00DC25AF">
        <w:tc>
          <w:tcPr>
            <w:tcW w:w="9355" w:type="dxa"/>
          </w:tcPr>
          <w:p w14:paraId="5EF906B3" w14:textId="77777777" w:rsidR="009A0AC0" w:rsidRPr="00447437" w:rsidRDefault="009A0AC0" w:rsidP="00DC25AF">
            <w:pPr>
              <w:spacing w:before="120" w:after="120"/>
              <w:ind w:left="720" w:hanging="720"/>
              <w:rPr>
                <w:rFonts w:ascii="GHEA Grapalat" w:eastAsia="MS Gothic" w:hAnsi="GHEA Grapalat" w:cs="MS Gothic"/>
                <w:b/>
                <w:bCs/>
                <w:color w:val="000000" w:themeColor="text1"/>
                <w:lang w:val="hy-AM"/>
              </w:rPr>
            </w:pPr>
            <w:r w:rsidRPr="00447437">
              <w:rPr>
                <w:rFonts w:ascii="GHEA Grapalat" w:hAnsi="GHEA Grapalat"/>
                <w:b/>
                <w:bCs/>
                <w:color w:val="000000" w:themeColor="text1"/>
                <w:lang w:val="hy-AM"/>
              </w:rPr>
              <w:t>1</w:t>
            </w:r>
            <w:r w:rsidRPr="00447437">
              <w:rPr>
                <w:rFonts w:ascii="MS Mincho" w:eastAsia="MS Mincho" w:hAnsi="MS Mincho" w:cs="MS Mincho" w:hint="eastAsia"/>
                <w:b/>
                <w:bCs/>
                <w:color w:val="000000" w:themeColor="text1"/>
                <w:lang w:val="hy-AM"/>
              </w:rPr>
              <w:t>․</w:t>
            </w:r>
            <w:r w:rsidRPr="00447437">
              <w:rPr>
                <w:rFonts w:ascii="GHEA Grapalat" w:eastAsia="MS Gothic" w:hAnsi="GHEA Grapalat" w:cs="MS Gothic"/>
                <w:b/>
                <w:bCs/>
                <w:color w:val="000000" w:themeColor="text1"/>
                <w:lang w:val="hy-AM"/>
              </w:rPr>
              <w:t xml:space="preserve"> </w:t>
            </w:r>
          </w:p>
        </w:tc>
      </w:tr>
      <w:tr w:rsidR="00447437" w:rsidRPr="00447437" w14:paraId="116E0B1D" w14:textId="77777777" w:rsidTr="00DC25AF">
        <w:tc>
          <w:tcPr>
            <w:tcW w:w="9355" w:type="dxa"/>
          </w:tcPr>
          <w:p w14:paraId="4429C4C1" w14:textId="77777777" w:rsidR="009A0AC0" w:rsidRPr="00447437" w:rsidRDefault="009A0AC0" w:rsidP="00DC25AF">
            <w:pPr>
              <w:spacing w:before="120" w:after="120"/>
              <w:ind w:left="720" w:hanging="720"/>
              <w:rPr>
                <w:rFonts w:ascii="GHEA Grapalat" w:hAnsi="GHEA Grapalat"/>
                <w:color w:val="000000" w:themeColor="text1"/>
                <w:lang w:val="hy-AM"/>
              </w:rPr>
            </w:pPr>
          </w:p>
        </w:tc>
      </w:tr>
      <w:tr w:rsidR="00447437" w:rsidRPr="00447437" w14:paraId="1CBFAA6B" w14:textId="77777777" w:rsidTr="00DC25AF">
        <w:tc>
          <w:tcPr>
            <w:tcW w:w="9355" w:type="dxa"/>
          </w:tcPr>
          <w:p w14:paraId="45AD19B2" w14:textId="77777777" w:rsidR="009A0AC0" w:rsidRPr="00447437" w:rsidRDefault="009A0AC0" w:rsidP="00DC25AF">
            <w:pPr>
              <w:spacing w:before="120" w:after="120"/>
              <w:ind w:left="720" w:hanging="720"/>
              <w:rPr>
                <w:rFonts w:ascii="GHEA Grapalat" w:hAnsi="GHEA Grapalat"/>
                <w:color w:val="000000" w:themeColor="text1"/>
                <w:lang w:val="hy-AM"/>
              </w:rPr>
            </w:pPr>
          </w:p>
        </w:tc>
      </w:tr>
      <w:tr w:rsidR="00447437" w:rsidRPr="00447437" w14:paraId="210F3267" w14:textId="77777777" w:rsidTr="00DC25AF">
        <w:tc>
          <w:tcPr>
            <w:tcW w:w="9355" w:type="dxa"/>
          </w:tcPr>
          <w:p w14:paraId="7FF97BCC" w14:textId="77777777" w:rsidR="009A0AC0" w:rsidRPr="00447437" w:rsidRDefault="009A0AC0" w:rsidP="00DC25AF">
            <w:pPr>
              <w:spacing w:before="120" w:after="120"/>
              <w:ind w:left="720" w:hanging="720"/>
              <w:rPr>
                <w:rFonts w:ascii="GHEA Grapalat" w:hAnsi="GHEA Grapalat"/>
                <w:color w:val="000000" w:themeColor="text1"/>
                <w:lang w:val="hy-AM"/>
              </w:rPr>
            </w:pPr>
          </w:p>
        </w:tc>
      </w:tr>
      <w:tr w:rsidR="00447437" w:rsidRPr="00447437" w14:paraId="1FFA9472" w14:textId="77777777" w:rsidTr="00DC25AF">
        <w:tc>
          <w:tcPr>
            <w:tcW w:w="9355" w:type="dxa"/>
          </w:tcPr>
          <w:p w14:paraId="5F0D6578" w14:textId="77777777" w:rsidR="009A0AC0" w:rsidRPr="00447437" w:rsidRDefault="009A0AC0" w:rsidP="00DC25AF">
            <w:pPr>
              <w:spacing w:before="120" w:after="120"/>
              <w:ind w:left="720" w:hanging="720"/>
              <w:rPr>
                <w:rFonts w:ascii="GHEA Grapalat" w:hAnsi="GHEA Grapalat"/>
                <w:color w:val="000000" w:themeColor="text1"/>
                <w:lang w:val="hy-AM"/>
              </w:rPr>
            </w:pPr>
          </w:p>
        </w:tc>
      </w:tr>
      <w:tr w:rsidR="00447437" w:rsidRPr="00447437" w14:paraId="6C086694" w14:textId="77777777" w:rsidTr="00DC25AF">
        <w:tc>
          <w:tcPr>
            <w:tcW w:w="9355" w:type="dxa"/>
            <w:tcBorders>
              <w:bottom w:val="single" w:sz="4" w:space="0" w:color="auto"/>
            </w:tcBorders>
          </w:tcPr>
          <w:p w14:paraId="6B1DA9CF" w14:textId="77777777" w:rsidR="009A0AC0" w:rsidRPr="00447437" w:rsidRDefault="009A0AC0" w:rsidP="00DC25AF">
            <w:pPr>
              <w:spacing w:before="120" w:after="120"/>
              <w:ind w:left="720" w:hanging="720"/>
              <w:rPr>
                <w:rFonts w:ascii="GHEA Grapalat" w:hAnsi="GHEA Grapalat"/>
                <w:color w:val="000000" w:themeColor="text1"/>
                <w:lang w:val="hy-AM"/>
              </w:rPr>
            </w:pPr>
            <w:r w:rsidRPr="00447437">
              <w:rPr>
                <w:rFonts w:ascii="GHEA Grapalat" w:hAnsi="GHEA Grapalat"/>
                <w:b/>
                <w:bCs/>
                <w:color w:val="000000" w:themeColor="text1"/>
                <w:lang w:val="hy-AM"/>
              </w:rPr>
              <w:t>2</w:t>
            </w:r>
            <w:r w:rsidRPr="00447437">
              <w:rPr>
                <w:rFonts w:ascii="MS Mincho" w:eastAsia="MS Mincho" w:hAnsi="MS Mincho" w:cs="MS Mincho" w:hint="eastAsia"/>
                <w:b/>
                <w:bCs/>
                <w:color w:val="000000" w:themeColor="text1"/>
                <w:lang w:val="hy-AM"/>
              </w:rPr>
              <w:t>․</w:t>
            </w:r>
          </w:p>
        </w:tc>
      </w:tr>
      <w:tr w:rsidR="00447437" w:rsidRPr="00447437" w14:paraId="4CD00A65" w14:textId="77777777" w:rsidTr="00DC25AF">
        <w:tc>
          <w:tcPr>
            <w:tcW w:w="9355" w:type="dxa"/>
            <w:tcBorders>
              <w:top w:val="single" w:sz="4" w:space="0" w:color="auto"/>
              <w:left w:val="single" w:sz="4" w:space="0" w:color="auto"/>
              <w:bottom w:val="single" w:sz="4" w:space="0" w:color="auto"/>
              <w:right w:val="single" w:sz="4" w:space="0" w:color="auto"/>
            </w:tcBorders>
          </w:tcPr>
          <w:p w14:paraId="195429B0" w14:textId="77777777" w:rsidR="009A0AC0" w:rsidRPr="00447437" w:rsidRDefault="009A0AC0" w:rsidP="00DC25AF">
            <w:pPr>
              <w:spacing w:before="120" w:after="120"/>
              <w:ind w:left="720" w:hanging="720"/>
              <w:rPr>
                <w:rFonts w:ascii="GHEA Grapalat" w:hAnsi="GHEA Grapalat"/>
                <w:color w:val="000000" w:themeColor="text1"/>
                <w:lang w:val="hy-AM"/>
              </w:rPr>
            </w:pPr>
          </w:p>
        </w:tc>
      </w:tr>
      <w:tr w:rsidR="00447437" w:rsidRPr="00447437" w14:paraId="7A9E1FDB" w14:textId="77777777" w:rsidTr="00DC25AF">
        <w:tc>
          <w:tcPr>
            <w:tcW w:w="9355" w:type="dxa"/>
            <w:tcBorders>
              <w:top w:val="single" w:sz="4" w:space="0" w:color="auto"/>
            </w:tcBorders>
          </w:tcPr>
          <w:p w14:paraId="642BAD24" w14:textId="77777777" w:rsidR="009A0AC0" w:rsidRPr="00447437" w:rsidRDefault="009A0AC0" w:rsidP="00DC25AF">
            <w:pPr>
              <w:spacing w:before="120" w:after="120"/>
              <w:ind w:left="720" w:hanging="720"/>
              <w:rPr>
                <w:rFonts w:ascii="GHEA Grapalat" w:eastAsia="MS Gothic" w:hAnsi="GHEA Grapalat" w:cs="MS Gothic"/>
                <w:b/>
                <w:bCs/>
                <w:color w:val="000000" w:themeColor="text1"/>
                <w:lang w:val="hy-AM"/>
              </w:rPr>
            </w:pPr>
          </w:p>
        </w:tc>
      </w:tr>
      <w:tr w:rsidR="00447437" w:rsidRPr="00447437" w14:paraId="6C1AABCB" w14:textId="77777777" w:rsidTr="00DC25AF">
        <w:tc>
          <w:tcPr>
            <w:tcW w:w="9355" w:type="dxa"/>
          </w:tcPr>
          <w:p w14:paraId="1F391656" w14:textId="77777777" w:rsidR="009A0AC0" w:rsidRPr="00447437" w:rsidRDefault="009A0AC0" w:rsidP="00DC25AF">
            <w:pPr>
              <w:spacing w:before="120" w:after="120"/>
              <w:ind w:left="720" w:hanging="720"/>
              <w:rPr>
                <w:rFonts w:ascii="GHEA Grapalat" w:hAnsi="GHEA Grapalat"/>
                <w:color w:val="000000" w:themeColor="text1"/>
                <w:lang w:val="hy-AM"/>
              </w:rPr>
            </w:pPr>
          </w:p>
        </w:tc>
      </w:tr>
      <w:tr w:rsidR="00447437" w:rsidRPr="00447437" w14:paraId="107E8FD2" w14:textId="77777777" w:rsidTr="00DC25AF">
        <w:tc>
          <w:tcPr>
            <w:tcW w:w="9355" w:type="dxa"/>
          </w:tcPr>
          <w:p w14:paraId="563D80AF" w14:textId="77777777" w:rsidR="009A0AC0" w:rsidRPr="00447437" w:rsidRDefault="009A0AC0" w:rsidP="00DC25AF">
            <w:pPr>
              <w:spacing w:before="120" w:after="120"/>
              <w:ind w:left="720" w:hanging="720"/>
              <w:rPr>
                <w:rFonts w:ascii="GHEA Grapalat" w:hAnsi="GHEA Grapalat"/>
                <w:color w:val="000000" w:themeColor="text1"/>
                <w:lang w:val="hy-AM"/>
              </w:rPr>
            </w:pPr>
          </w:p>
        </w:tc>
      </w:tr>
      <w:tr w:rsidR="00447437" w:rsidRPr="00447437" w14:paraId="1CEDB25A" w14:textId="77777777" w:rsidTr="00DC25AF">
        <w:tc>
          <w:tcPr>
            <w:tcW w:w="9355" w:type="dxa"/>
          </w:tcPr>
          <w:p w14:paraId="62602163" w14:textId="77777777" w:rsidR="009A0AC0" w:rsidRPr="00447437" w:rsidRDefault="009A0AC0" w:rsidP="00DC25AF">
            <w:pPr>
              <w:spacing w:before="120" w:after="120"/>
              <w:ind w:left="720" w:hanging="720"/>
              <w:rPr>
                <w:rFonts w:ascii="GHEA Grapalat" w:hAnsi="GHEA Grapalat"/>
                <w:color w:val="000000" w:themeColor="text1"/>
                <w:lang w:val="hy-AM"/>
              </w:rPr>
            </w:pPr>
            <w:r w:rsidRPr="00447437">
              <w:rPr>
                <w:rFonts w:ascii="GHEA Grapalat" w:hAnsi="GHEA Grapalat"/>
                <w:b/>
                <w:bCs/>
                <w:color w:val="000000" w:themeColor="text1"/>
                <w:lang w:val="hy-AM"/>
              </w:rPr>
              <w:t>3</w:t>
            </w:r>
            <w:r w:rsidRPr="00447437">
              <w:rPr>
                <w:rFonts w:ascii="MS Mincho" w:eastAsia="MS Mincho" w:hAnsi="MS Mincho" w:cs="MS Mincho" w:hint="eastAsia"/>
                <w:b/>
                <w:bCs/>
                <w:color w:val="000000" w:themeColor="text1"/>
                <w:lang w:val="hy-AM"/>
              </w:rPr>
              <w:t>․</w:t>
            </w:r>
          </w:p>
        </w:tc>
      </w:tr>
      <w:tr w:rsidR="00447437" w:rsidRPr="00447437" w14:paraId="5911EC86" w14:textId="77777777" w:rsidTr="00DC25AF">
        <w:tc>
          <w:tcPr>
            <w:tcW w:w="9355" w:type="dxa"/>
          </w:tcPr>
          <w:p w14:paraId="65DFE2F0" w14:textId="77777777" w:rsidR="009A0AC0" w:rsidRPr="00447437" w:rsidRDefault="009A0AC0" w:rsidP="00DC25AF">
            <w:pPr>
              <w:spacing w:before="120" w:after="120"/>
              <w:ind w:left="720" w:hanging="720"/>
              <w:rPr>
                <w:rFonts w:ascii="GHEA Grapalat" w:hAnsi="GHEA Grapalat"/>
                <w:color w:val="000000" w:themeColor="text1"/>
                <w:lang w:val="hy-AM"/>
              </w:rPr>
            </w:pPr>
          </w:p>
        </w:tc>
      </w:tr>
      <w:tr w:rsidR="00447437" w:rsidRPr="00447437" w14:paraId="1A238630" w14:textId="77777777" w:rsidTr="00DC25AF">
        <w:tc>
          <w:tcPr>
            <w:tcW w:w="9355" w:type="dxa"/>
          </w:tcPr>
          <w:p w14:paraId="1FABBAA1" w14:textId="77777777" w:rsidR="009A0AC0" w:rsidRPr="00447437" w:rsidRDefault="009A0AC0" w:rsidP="00DC25AF">
            <w:pPr>
              <w:spacing w:before="120" w:after="120"/>
              <w:ind w:left="720" w:hanging="720"/>
              <w:rPr>
                <w:rFonts w:ascii="GHEA Grapalat" w:hAnsi="GHEA Grapalat"/>
                <w:color w:val="000000" w:themeColor="text1"/>
                <w:lang w:val="hy-AM"/>
              </w:rPr>
            </w:pPr>
          </w:p>
        </w:tc>
      </w:tr>
      <w:tr w:rsidR="00447437" w:rsidRPr="00447437" w14:paraId="1E75D3CC" w14:textId="77777777" w:rsidTr="00DC25AF">
        <w:tc>
          <w:tcPr>
            <w:tcW w:w="9355" w:type="dxa"/>
          </w:tcPr>
          <w:p w14:paraId="5FDF8ECA" w14:textId="77777777" w:rsidR="009A0AC0" w:rsidRPr="00447437" w:rsidRDefault="009A0AC0" w:rsidP="00DC25AF">
            <w:pPr>
              <w:spacing w:before="120" w:after="120"/>
              <w:ind w:left="720" w:hanging="720"/>
              <w:rPr>
                <w:rFonts w:ascii="GHEA Grapalat" w:hAnsi="GHEA Grapalat"/>
                <w:b/>
                <w:bCs/>
                <w:color w:val="000000" w:themeColor="text1"/>
                <w:lang w:val="hy-AM"/>
              </w:rPr>
            </w:pPr>
          </w:p>
        </w:tc>
      </w:tr>
      <w:tr w:rsidR="00447437" w:rsidRPr="00447437" w14:paraId="39CAAF05" w14:textId="77777777" w:rsidTr="00DC25AF">
        <w:tc>
          <w:tcPr>
            <w:tcW w:w="9355" w:type="dxa"/>
          </w:tcPr>
          <w:p w14:paraId="294AE89E" w14:textId="77777777" w:rsidR="009A0AC0" w:rsidRPr="00447437" w:rsidRDefault="009A0AC0" w:rsidP="00DC25AF">
            <w:pPr>
              <w:spacing w:before="120" w:after="120"/>
              <w:ind w:left="720" w:hanging="720"/>
              <w:rPr>
                <w:rFonts w:ascii="GHEA Grapalat" w:eastAsia="MS Gothic" w:hAnsi="GHEA Grapalat" w:cs="MS Gothic"/>
                <w:b/>
                <w:bCs/>
                <w:color w:val="000000" w:themeColor="text1"/>
                <w:lang w:val="hy-AM"/>
              </w:rPr>
            </w:pPr>
          </w:p>
        </w:tc>
      </w:tr>
    </w:tbl>
    <w:p w14:paraId="064E6FC9" w14:textId="77777777" w:rsidR="009A0AC0" w:rsidRPr="00447437" w:rsidRDefault="009A0AC0" w:rsidP="009A0AC0">
      <w:pPr>
        <w:rPr>
          <w:rFonts w:ascii="GHEA Grapalat" w:hAnsi="GHEA Grapalat"/>
          <w:b/>
          <w:color w:val="000000" w:themeColor="text1"/>
        </w:rPr>
      </w:pPr>
      <w:r w:rsidRPr="00447437">
        <w:rPr>
          <w:rFonts w:ascii="GHEA Grapalat" w:hAnsi="GHEA Grapalat"/>
          <w:color w:val="000000" w:themeColor="text1"/>
        </w:rPr>
        <w:br w:type="page"/>
      </w:r>
    </w:p>
    <w:p w14:paraId="0A23389B" w14:textId="77777777" w:rsidR="009A0AC0" w:rsidRPr="00447437" w:rsidRDefault="009A0AC0" w:rsidP="009A0AC0">
      <w:pPr>
        <w:pStyle w:val="Heading1"/>
        <w:keepLines/>
        <w:numPr>
          <w:ilvl w:val="0"/>
          <w:numId w:val="27"/>
        </w:numPr>
        <w:spacing w:before="480" w:line="276" w:lineRule="auto"/>
        <w:ind w:hanging="720"/>
        <w:rPr>
          <w:rFonts w:ascii="GHEA Grapalat" w:hAnsi="GHEA Grapalat"/>
          <w:color w:val="000000" w:themeColor="text1"/>
        </w:rPr>
      </w:pPr>
      <w:r w:rsidRPr="00447437">
        <w:rPr>
          <w:rFonts w:ascii="GHEA Grapalat" w:hAnsi="GHEA Grapalat"/>
          <w:color w:val="000000" w:themeColor="text1"/>
        </w:rPr>
        <w:lastRenderedPageBreak/>
        <w:t>ԿԱԶՄԱԿԵՐՊՈՒԹՅԱՆ ԿՈՂՄԻՑ ՈՒՍԱՆՈՂԻ ՀՐԱՀԱՆԳԱՎՈՐՄԱՆ ՍՏՈՒԳԱԹԵՐԹ</w:t>
      </w:r>
    </w:p>
    <w:p w14:paraId="043F49D6" w14:textId="77777777" w:rsidR="009A0AC0" w:rsidRPr="00447437" w:rsidRDefault="009A0AC0" w:rsidP="009A0AC0">
      <w:pPr>
        <w:ind w:left="720" w:hanging="720"/>
        <w:rPr>
          <w:rFonts w:ascii="GHEA Grapalat" w:hAnsi="GHEA Grapalat"/>
          <w:color w:val="000000" w:themeColor="text1"/>
        </w:rPr>
      </w:pPr>
    </w:p>
    <w:p w14:paraId="0B003AB6" w14:textId="2C544317" w:rsidR="009A0AC0" w:rsidRPr="00447437" w:rsidRDefault="009A0AC0" w:rsidP="00E879BF">
      <w:pPr>
        <w:rPr>
          <w:rFonts w:ascii="GHEA Grapalat" w:hAnsi="GHEA Grapalat"/>
          <w:i/>
          <w:iCs/>
          <w:color w:val="000000" w:themeColor="text1"/>
        </w:rPr>
      </w:pPr>
      <w:r w:rsidRPr="00447437">
        <w:rPr>
          <w:rFonts w:ascii="GHEA Grapalat" w:hAnsi="GHEA Grapalat"/>
          <w:i/>
          <w:iCs/>
          <w:color w:val="000000" w:themeColor="text1"/>
        </w:rPr>
        <w:t xml:space="preserve">Լրացվում և ստորագրվում է </w:t>
      </w:r>
      <w:r w:rsidRPr="00447437">
        <w:rPr>
          <w:rFonts w:ascii="GHEA Grapalat" w:hAnsi="GHEA Grapalat"/>
          <w:i/>
          <w:iCs/>
          <w:color w:val="000000" w:themeColor="text1"/>
          <w:lang w:val="hy-AM"/>
        </w:rPr>
        <w:t>ԳԱՈՒ իրականացնող կազմակերպության</w:t>
      </w:r>
      <w:r w:rsidRPr="00447437">
        <w:rPr>
          <w:rFonts w:ascii="GHEA Grapalat" w:hAnsi="GHEA Grapalat"/>
          <w:i/>
          <w:iCs/>
          <w:color w:val="000000" w:themeColor="text1"/>
        </w:rPr>
        <w:t xml:space="preserve"> և ուսանողի կողմից՝ ԳԱՈՒ առաջին օրը կամ դրա սկզբնական փուլում։</w:t>
      </w:r>
    </w:p>
    <w:p w14:paraId="22D912CA" w14:textId="77777777" w:rsidR="009A0AC0" w:rsidRPr="00447437" w:rsidRDefault="009A0AC0" w:rsidP="009A0AC0">
      <w:pPr>
        <w:ind w:left="720" w:hanging="720"/>
        <w:rPr>
          <w:rFonts w:ascii="GHEA Grapalat" w:hAnsi="GHEA Grapalat"/>
          <w:color w:val="000000" w:themeColor="text1"/>
        </w:rPr>
      </w:pPr>
    </w:p>
    <w:tbl>
      <w:tblPr>
        <w:tblStyle w:val="TableGrid"/>
        <w:tblW w:w="8743" w:type="dxa"/>
        <w:tblLook w:val="04A0" w:firstRow="1" w:lastRow="0" w:firstColumn="1" w:lastColumn="0" w:noHBand="0" w:noVBand="1"/>
      </w:tblPr>
      <w:tblGrid>
        <w:gridCol w:w="471"/>
        <w:gridCol w:w="4621"/>
        <w:gridCol w:w="540"/>
        <w:gridCol w:w="545"/>
        <w:gridCol w:w="2566"/>
      </w:tblGrid>
      <w:tr w:rsidR="00447437" w:rsidRPr="00447437" w14:paraId="3D7D1782" w14:textId="77777777" w:rsidTr="00DC25AF">
        <w:tc>
          <w:tcPr>
            <w:tcW w:w="517" w:type="dxa"/>
          </w:tcPr>
          <w:p w14:paraId="7CB28B79" w14:textId="77777777" w:rsidR="009A0AC0" w:rsidRPr="00447437" w:rsidRDefault="009A0AC0" w:rsidP="00DC25AF">
            <w:pPr>
              <w:pStyle w:val="ListParagraph"/>
              <w:ind w:hanging="720"/>
              <w:rPr>
                <w:rFonts w:ascii="GHEA Grapalat" w:hAnsi="GHEA Grapalat"/>
                <w:color w:val="000000" w:themeColor="text1"/>
                <w:lang w:val="en-GB"/>
              </w:rPr>
            </w:pPr>
          </w:p>
        </w:tc>
        <w:tc>
          <w:tcPr>
            <w:tcW w:w="4995" w:type="dxa"/>
          </w:tcPr>
          <w:p w14:paraId="689D94B8" w14:textId="77777777" w:rsidR="009A0AC0" w:rsidRPr="00447437" w:rsidRDefault="009A0AC0" w:rsidP="00DC25AF">
            <w:pPr>
              <w:ind w:left="720" w:hanging="720"/>
              <w:rPr>
                <w:rFonts w:ascii="GHEA Grapalat" w:hAnsi="GHEA Grapalat"/>
                <w:color w:val="000000" w:themeColor="text1"/>
                <w:lang w:val="en-GB"/>
              </w:rPr>
            </w:pPr>
          </w:p>
        </w:tc>
        <w:tc>
          <w:tcPr>
            <w:tcW w:w="0" w:type="auto"/>
          </w:tcPr>
          <w:p w14:paraId="005F491D" w14:textId="77777777" w:rsidR="009A0AC0" w:rsidRPr="00447437" w:rsidRDefault="009A0AC0" w:rsidP="00DC25AF">
            <w:pPr>
              <w:ind w:left="720" w:hanging="720"/>
              <w:rPr>
                <w:rFonts w:ascii="GHEA Grapalat" w:hAnsi="GHEA Grapalat"/>
                <w:b/>
                <w:bCs/>
                <w:color w:val="000000" w:themeColor="text1"/>
              </w:rPr>
            </w:pPr>
            <w:r w:rsidRPr="00447437">
              <w:rPr>
                <w:rFonts w:ascii="GHEA Grapalat" w:hAnsi="GHEA Grapalat"/>
                <w:b/>
                <w:bCs/>
                <w:color w:val="000000" w:themeColor="text1"/>
              </w:rPr>
              <w:t xml:space="preserve">Այո </w:t>
            </w:r>
          </w:p>
        </w:tc>
        <w:tc>
          <w:tcPr>
            <w:tcW w:w="566" w:type="dxa"/>
          </w:tcPr>
          <w:p w14:paraId="62849116" w14:textId="77777777" w:rsidR="009A0AC0" w:rsidRPr="00447437" w:rsidRDefault="009A0AC0" w:rsidP="00DC25AF">
            <w:pPr>
              <w:ind w:left="720" w:hanging="720"/>
              <w:rPr>
                <w:rFonts w:ascii="GHEA Grapalat" w:hAnsi="GHEA Grapalat"/>
                <w:b/>
                <w:bCs/>
                <w:color w:val="000000" w:themeColor="text1"/>
              </w:rPr>
            </w:pPr>
            <w:r w:rsidRPr="00447437">
              <w:rPr>
                <w:rFonts w:ascii="GHEA Grapalat" w:hAnsi="GHEA Grapalat"/>
                <w:b/>
                <w:bCs/>
                <w:color w:val="000000" w:themeColor="text1"/>
              </w:rPr>
              <w:t>Ոչ</w:t>
            </w:r>
          </w:p>
        </w:tc>
        <w:tc>
          <w:tcPr>
            <w:tcW w:w="0" w:type="auto"/>
          </w:tcPr>
          <w:p w14:paraId="12BED1A3" w14:textId="77777777" w:rsidR="009A0AC0" w:rsidRPr="00447437" w:rsidRDefault="009A0AC0" w:rsidP="00DC25AF">
            <w:pPr>
              <w:ind w:left="720" w:hanging="720"/>
              <w:rPr>
                <w:rFonts w:ascii="GHEA Grapalat" w:hAnsi="GHEA Grapalat"/>
                <w:b/>
                <w:bCs/>
                <w:color w:val="000000" w:themeColor="text1"/>
              </w:rPr>
            </w:pPr>
            <w:r w:rsidRPr="00447437">
              <w:rPr>
                <w:rFonts w:ascii="GHEA Grapalat" w:hAnsi="GHEA Grapalat"/>
                <w:b/>
                <w:bCs/>
                <w:color w:val="000000" w:themeColor="text1"/>
              </w:rPr>
              <w:t xml:space="preserve">Ուսանողի ստորագրություն </w:t>
            </w:r>
          </w:p>
        </w:tc>
      </w:tr>
      <w:tr w:rsidR="00447437" w:rsidRPr="00447437" w14:paraId="3CC5A53F" w14:textId="77777777" w:rsidTr="00DC25AF">
        <w:tc>
          <w:tcPr>
            <w:tcW w:w="517" w:type="dxa"/>
          </w:tcPr>
          <w:p w14:paraId="02FBA009" w14:textId="77777777" w:rsidR="009A0AC0" w:rsidRPr="00447437" w:rsidRDefault="009A0AC0" w:rsidP="00DC25AF">
            <w:pPr>
              <w:pStyle w:val="ListParagraph"/>
              <w:numPr>
                <w:ilvl w:val="0"/>
                <w:numId w:val="26"/>
              </w:numPr>
              <w:ind w:left="720" w:hanging="720"/>
              <w:rPr>
                <w:rFonts w:ascii="GHEA Grapalat" w:hAnsi="GHEA Grapalat"/>
                <w:color w:val="000000" w:themeColor="text1"/>
              </w:rPr>
            </w:pPr>
          </w:p>
        </w:tc>
        <w:tc>
          <w:tcPr>
            <w:tcW w:w="4995" w:type="dxa"/>
          </w:tcPr>
          <w:p w14:paraId="0A372987" w14:textId="77777777" w:rsidR="009A0AC0" w:rsidRPr="00447437" w:rsidRDefault="009A0AC0" w:rsidP="00DC25AF">
            <w:pPr>
              <w:rPr>
                <w:rFonts w:ascii="GHEA Grapalat" w:hAnsi="GHEA Grapalat"/>
                <w:color w:val="000000" w:themeColor="text1"/>
              </w:rPr>
            </w:pPr>
            <w:r w:rsidRPr="00447437">
              <w:rPr>
                <w:rFonts w:ascii="GHEA Grapalat" w:hAnsi="GHEA Grapalat"/>
                <w:color w:val="000000" w:themeColor="text1"/>
              </w:rPr>
              <w:t>Ուսանողին դիմավորել են և ներկայացրել աշխատավայրը</w:t>
            </w:r>
          </w:p>
          <w:p w14:paraId="0140D2A0" w14:textId="77777777" w:rsidR="009A0AC0" w:rsidRPr="00447437" w:rsidRDefault="009A0AC0" w:rsidP="00DC25AF">
            <w:pPr>
              <w:rPr>
                <w:rFonts w:ascii="GHEA Grapalat" w:hAnsi="GHEA Grapalat"/>
                <w:color w:val="000000" w:themeColor="text1"/>
              </w:rPr>
            </w:pPr>
          </w:p>
        </w:tc>
        <w:sdt>
          <w:sdtPr>
            <w:rPr>
              <w:rFonts w:ascii="GHEA Grapalat" w:hAnsi="GHEA Grapalat"/>
              <w:color w:val="000000" w:themeColor="text1"/>
            </w:rPr>
            <w:id w:val="252706016"/>
            <w14:checkbox>
              <w14:checked w14:val="0"/>
              <w14:checkedState w14:val="2612" w14:font="MS Gothic"/>
              <w14:uncheckedState w14:val="2610" w14:font="MS Gothic"/>
            </w14:checkbox>
          </w:sdtPr>
          <w:sdtContent>
            <w:tc>
              <w:tcPr>
                <w:tcW w:w="0" w:type="auto"/>
                <w:vAlign w:val="center"/>
              </w:tcPr>
              <w:p w14:paraId="2EDCFF89" w14:textId="77777777" w:rsidR="009A0AC0" w:rsidRPr="00447437" w:rsidRDefault="009A0AC0" w:rsidP="00DC25AF">
                <w:pPr>
                  <w:ind w:left="720" w:hanging="720"/>
                  <w:rPr>
                    <w:rFonts w:ascii="GHEA Grapalat" w:hAnsi="GHEA Grapalat"/>
                    <w:color w:val="000000" w:themeColor="text1"/>
                  </w:rPr>
                </w:pPr>
                <w:r w:rsidRPr="00447437">
                  <w:rPr>
                    <w:rFonts w:ascii="Segoe UI Symbol" w:eastAsia="MS Gothic" w:hAnsi="Segoe UI Symbol" w:cs="Segoe UI Symbol"/>
                    <w:color w:val="000000" w:themeColor="text1"/>
                  </w:rPr>
                  <w:t>☐</w:t>
                </w:r>
              </w:p>
            </w:tc>
          </w:sdtContent>
        </w:sdt>
        <w:sdt>
          <w:sdtPr>
            <w:rPr>
              <w:rFonts w:ascii="GHEA Grapalat" w:hAnsi="GHEA Grapalat"/>
              <w:color w:val="000000" w:themeColor="text1"/>
            </w:rPr>
            <w:id w:val="1439024574"/>
            <w14:checkbox>
              <w14:checked w14:val="0"/>
              <w14:checkedState w14:val="2612" w14:font="MS Gothic"/>
              <w14:uncheckedState w14:val="2610" w14:font="MS Gothic"/>
            </w14:checkbox>
          </w:sdtPr>
          <w:sdtContent>
            <w:tc>
              <w:tcPr>
                <w:tcW w:w="566" w:type="dxa"/>
                <w:vAlign w:val="center"/>
              </w:tcPr>
              <w:p w14:paraId="6F43F6EC" w14:textId="77777777" w:rsidR="009A0AC0" w:rsidRPr="00447437" w:rsidRDefault="009A0AC0" w:rsidP="00DC25AF">
                <w:pPr>
                  <w:ind w:left="720" w:hanging="720"/>
                  <w:rPr>
                    <w:rFonts w:ascii="GHEA Grapalat" w:hAnsi="GHEA Grapalat"/>
                    <w:color w:val="000000" w:themeColor="text1"/>
                  </w:rPr>
                </w:pPr>
                <w:r w:rsidRPr="00447437">
                  <w:rPr>
                    <w:rFonts w:ascii="Segoe UI Symbol" w:eastAsia="MS Gothic" w:hAnsi="Segoe UI Symbol" w:cs="Segoe UI Symbol"/>
                    <w:color w:val="000000" w:themeColor="text1"/>
                  </w:rPr>
                  <w:t>☐</w:t>
                </w:r>
              </w:p>
            </w:tc>
          </w:sdtContent>
        </w:sdt>
        <w:tc>
          <w:tcPr>
            <w:tcW w:w="0" w:type="auto"/>
          </w:tcPr>
          <w:p w14:paraId="1D64BD7A" w14:textId="77777777" w:rsidR="009A0AC0" w:rsidRPr="00447437" w:rsidRDefault="009A0AC0" w:rsidP="00DC25AF">
            <w:pPr>
              <w:ind w:left="720" w:hanging="720"/>
              <w:rPr>
                <w:rFonts w:ascii="GHEA Grapalat" w:hAnsi="GHEA Grapalat"/>
                <w:color w:val="000000" w:themeColor="text1"/>
              </w:rPr>
            </w:pPr>
          </w:p>
        </w:tc>
      </w:tr>
      <w:tr w:rsidR="00447437" w:rsidRPr="00447437" w14:paraId="1E0B34E1" w14:textId="77777777" w:rsidTr="00DC25AF">
        <w:tc>
          <w:tcPr>
            <w:tcW w:w="517" w:type="dxa"/>
          </w:tcPr>
          <w:p w14:paraId="05613702" w14:textId="77777777" w:rsidR="009A0AC0" w:rsidRPr="00447437" w:rsidRDefault="009A0AC0" w:rsidP="00DC25AF">
            <w:pPr>
              <w:pStyle w:val="ListParagraph"/>
              <w:numPr>
                <w:ilvl w:val="0"/>
                <w:numId w:val="26"/>
              </w:numPr>
              <w:ind w:left="720" w:hanging="720"/>
              <w:rPr>
                <w:rFonts w:ascii="GHEA Grapalat" w:hAnsi="GHEA Grapalat"/>
                <w:color w:val="000000" w:themeColor="text1"/>
              </w:rPr>
            </w:pPr>
          </w:p>
        </w:tc>
        <w:tc>
          <w:tcPr>
            <w:tcW w:w="4995" w:type="dxa"/>
          </w:tcPr>
          <w:p w14:paraId="7D880863" w14:textId="77777777" w:rsidR="009A0AC0" w:rsidRPr="00447437" w:rsidRDefault="009A0AC0" w:rsidP="00DC25AF">
            <w:pPr>
              <w:rPr>
                <w:rFonts w:ascii="GHEA Grapalat" w:hAnsi="GHEA Grapalat"/>
                <w:color w:val="000000" w:themeColor="text1"/>
              </w:rPr>
            </w:pPr>
            <w:r w:rsidRPr="00447437">
              <w:rPr>
                <w:rFonts w:ascii="GHEA Grapalat" w:hAnsi="GHEA Grapalat"/>
                <w:color w:val="000000" w:themeColor="text1"/>
              </w:rPr>
              <w:t xml:space="preserve">Ներկայացվել է Կազմակերպության գործունեության բնույթը և ուսանողի աշխատանքային պարտականությունները </w:t>
            </w:r>
          </w:p>
        </w:tc>
        <w:sdt>
          <w:sdtPr>
            <w:rPr>
              <w:rFonts w:ascii="GHEA Grapalat" w:hAnsi="GHEA Grapalat"/>
              <w:color w:val="000000" w:themeColor="text1"/>
            </w:rPr>
            <w:id w:val="603616891"/>
            <w14:checkbox>
              <w14:checked w14:val="0"/>
              <w14:checkedState w14:val="2612" w14:font="MS Gothic"/>
              <w14:uncheckedState w14:val="2610" w14:font="MS Gothic"/>
            </w14:checkbox>
          </w:sdtPr>
          <w:sdtContent>
            <w:tc>
              <w:tcPr>
                <w:tcW w:w="0" w:type="auto"/>
                <w:vAlign w:val="center"/>
              </w:tcPr>
              <w:p w14:paraId="66B6B4CD" w14:textId="77777777" w:rsidR="009A0AC0" w:rsidRPr="00447437" w:rsidRDefault="009A0AC0" w:rsidP="00DC25AF">
                <w:pPr>
                  <w:ind w:left="720" w:hanging="720"/>
                  <w:rPr>
                    <w:rFonts w:ascii="GHEA Grapalat" w:hAnsi="GHEA Grapalat"/>
                    <w:color w:val="000000" w:themeColor="text1"/>
                  </w:rPr>
                </w:pPr>
                <w:r w:rsidRPr="00447437">
                  <w:rPr>
                    <w:rFonts w:ascii="Segoe UI Symbol" w:eastAsia="MS Gothic" w:hAnsi="Segoe UI Symbol" w:cs="Segoe UI Symbol"/>
                    <w:color w:val="000000" w:themeColor="text1"/>
                  </w:rPr>
                  <w:t>☐</w:t>
                </w:r>
              </w:p>
            </w:tc>
          </w:sdtContent>
        </w:sdt>
        <w:sdt>
          <w:sdtPr>
            <w:rPr>
              <w:rFonts w:ascii="GHEA Grapalat" w:hAnsi="GHEA Grapalat"/>
              <w:color w:val="000000" w:themeColor="text1"/>
            </w:rPr>
            <w:id w:val="-1683360137"/>
            <w14:checkbox>
              <w14:checked w14:val="0"/>
              <w14:checkedState w14:val="2612" w14:font="MS Gothic"/>
              <w14:uncheckedState w14:val="2610" w14:font="MS Gothic"/>
            </w14:checkbox>
          </w:sdtPr>
          <w:sdtContent>
            <w:tc>
              <w:tcPr>
                <w:tcW w:w="566" w:type="dxa"/>
                <w:vAlign w:val="center"/>
              </w:tcPr>
              <w:p w14:paraId="0A42F99D" w14:textId="77777777" w:rsidR="009A0AC0" w:rsidRPr="00447437" w:rsidRDefault="009A0AC0" w:rsidP="00DC25AF">
                <w:pPr>
                  <w:ind w:left="720" w:hanging="720"/>
                  <w:rPr>
                    <w:rFonts w:ascii="GHEA Grapalat" w:hAnsi="GHEA Grapalat"/>
                    <w:color w:val="000000" w:themeColor="text1"/>
                  </w:rPr>
                </w:pPr>
                <w:r w:rsidRPr="00447437">
                  <w:rPr>
                    <w:rFonts w:ascii="Segoe UI Symbol" w:eastAsia="MS Gothic" w:hAnsi="Segoe UI Symbol" w:cs="Segoe UI Symbol"/>
                    <w:color w:val="000000" w:themeColor="text1"/>
                  </w:rPr>
                  <w:t>☐</w:t>
                </w:r>
              </w:p>
            </w:tc>
          </w:sdtContent>
        </w:sdt>
        <w:tc>
          <w:tcPr>
            <w:tcW w:w="0" w:type="auto"/>
          </w:tcPr>
          <w:p w14:paraId="466EA70B" w14:textId="77777777" w:rsidR="009A0AC0" w:rsidRPr="00447437" w:rsidRDefault="009A0AC0" w:rsidP="00DC25AF">
            <w:pPr>
              <w:ind w:left="720" w:hanging="720"/>
              <w:rPr>
                <w:rFonts w:ascii="GHEA Grapalat" w:hAnsi="GHEA Grapalat"/>
                <w:color w:val="000000" w:themeColor="text1"/>
              </w:rPr>
            </w:pPr>
          </w:p>
        </w:tc>
      </w:tr>
      <w:tr w:rsidR="00447437" w:rsidRPr="00447437" w14:paraId="63C2ABD7" w14:textId="77777777" w:rsidTr="00DC25AF">
        <w:tc>
          <w:tcPr>
            <w:tcW w:w="517" w:type="dxa"/>
          </w:tcPr>
          <w:p w14:paraId="2EF85416" w14:textId="77777777" w:rsidR="009A0AC0" w:rsidRPr="00447437" w:rsidRDefault="009A0AC0" w:rsidP="00DC25AF">
            <w:pPr>
              <w:pStyle w:val="ListParagraph"/>
              <w:numPr>
                <w:ilvl w:val="0"/>
                <w:numId w:val="26"/>
              </w:numPr>
              <w:ind w:left="720" w:hanging="720"/>
              <w:rPr>
                <w:rFonts w:ascii="GHEA Grapalat" w:hAnsi="GHEA Grapalat"/>
                <w:color w:val="000000" w:themeColor="text1"/>
              </w:rPr>
            </w:pPr>
          </w:p>
        </w:tc>
        <w:tc>
          <w:tcPr>
            <w:tcW w:w="4995" w:type="dxa"/>
          </w:tcPr>
          <w:p w14:paraId="07BE9A40" w14:textId="77777777" w:rsidR="009A0AC0" w:rsidRPr="00447437" w:rsidRDefault="009A0AC0" w:rsidP="00DC25AF">
            <w:pPr>
              <w:rPr>
                <w:rFonts w:ascii="GHEA Grapalat" w:hAnsi="GHEA Grapalat"/>
                <w:color w:val="000000" w:themeColor="text1"/>
              </w:rPr>
            </w:pPr>
            <w:r w:rsidRPr="00447437">
              <w:rPr>
                <w:rFonts w:ascii="GHEA Grapalat" w:hAnsi="GHEA Grapalat"/>
                <w:color w:val="000000" w:themeColor="text1"/>
              </w:rPr>
              <w:t>Ներկայացվել են նշանակված մասնագիտական ուսուցման հրահանգիչը  և համապատասխան աշխատողները</w:t>
            </w:r>
          </w:p>
        </w:tc>
        <w:sdt>
          <w:sdtPr>
            <w:rPr>
              <w:rFonts w:ascii="GHEA Grapalat" w:hAnsi="GHEA Grapalat"/>
              <w:color w:val="000000" w:themeColor="text1"/>
            </w:rPr>
            <w:id w:val="1883136068"/>
            <w14:checkbox>
              <w14:checked w14:val="0"/>
              <w14:checkedState w14:val="2612" w14:font="MS Gothic"/>
              <w14:uncheckedState w14:val="2610" w14:font="MS Gothic"/>
            </w14:checkbox>
          </w:sdtPr>
          <w:sdtContent>
            <w:tc>
              <w:tcPr>
                <w:tcW w:w="0" w:type="auto"/>
                <w:vAlign w:val="center"/>
              </w:tcPr>
              <w:p w14:paraId="36303CF4" w14:textId="77777777" w:rsidR="009A0AC0" w:rsidRPr="00447437" w:rsidRDefault="009A0AC0" w:rsidP="00DC25AF">
                <w:pPr>
                  <w:ind w:left="720" w:hanging="720"/>
                  <w:rPr>
                    <w:rFonts w:ascii="GHEA Grapalat" w:hAnsi="GHEA Grapalat"/>
                    <w:color w:val="000000" w:themeColor="text1"/>
                  </w:rPr>
                </w:pPr>
                <w:r w:rsidRPr="00447437">
                  <w:rPr>
                    <w:rFonts w:ascii="Segoe UI Symbol" w:eastAsia="MS Gothic" w:hAnsi="Segoe UI Symbol" w:cs="Segoe UI Symbol"/>
                    <w:color w:val="000000" w:themeColor="text1"/>
                  </w:rPr>
                  <w:t>☐</w:t>
                </w:r>
              </w:p>
            </w:tc>
          </w:sdtContent>
        </w:sdt>
        <w:sdt>
          <w:sdtPr>
            <w:rPr>
              <w:rFonts w:ascii="GHEA Grapalat" w:hAnsi="GHEA Grapalat"/>
              <w:color w:val="000000" w:themeColor="text1"/>
            </w:rPr>
            <w:id w:val="-31809610"/>
            <w14:checkbox>
              <w14:checked w14:val="0"/>
              <w14:checkedState w14:val="2612" w14:font="MS Gothic"/>
              <w14:uncheckedState w14:val="2610" w14:font="MS Gothic"/>
            </w14:checkbox>
          </w:sdtPr>
          <w:sdtContent>
            <w:tc>
              <w:tcPr>
                <w:tcW w:w="566" w:type="dxa"/>
                <w:vAlign w:val="center"/>
              </w:tcPr>
              <w:p w14:paraId="739F1CDA" w14:textId="77777777" w:rsidR="009A0AC0" w:rsidRPr="00447437" w:rsidRDefault="009A0AC0" w:rsidP="00DC25AF">
                <w:pPr>
                  <w:ind w:left="720" w:hanging="720"/>
                  <w:rPr>
                    <w:rFonts w:ascii="GHEA Grapalat" w:hAnsi="GHEA Grapalat"/>
                    <w:color w:val="000000" w:themeColor="text1"/>
                  </w:rPr>
                </w:pPr>
                <w:r w:rsidRPr="00447437">
                  <w:rPr>
                    <w:rFonts w:ascii="Segoe UI Symbol" w:eastAsia="MS Gothic" w:hAnsi="Segoe UI Symbol" w:cs="Segoe UI Symbol"/>
                    <w:color w:val="000000" w:themeColor="text1"/>
                  </w:rPr>
                  <w:t>☐</w:t>
                </w:r>
              </w:p>
            </w:tc>
          </w:sdtContent>
        </w:sdt>
        <w:tc>
          <w:tcPr>
            <w:tcW w:w="0" w:type="auto"/>
          </w:tcPr>
          <w:p w14:paraId="3A22CA96" w14:textId="77777777" w:rsidR="009A0AC0" w:rsidRPr="00447437" w:rsidRDefault="009A0AC0" w:rsidP="00DC25AF">
            <w:pPr>
              <w:ind w:left="720" w:hanging="720"/>
              <w:rPr>
                <w:rFonts w:ascii="GHEA Grapalat" w:hAnsi="GHEA Grapalat"/>
                <w:color w:val="000000" w:themeColor="text1"/>
              </w:rPr>
            </w:pPr>
          </w:p>
        </w:tc>
      </w:tr>
      <w:tr w:rsidR="00447437" w:rsidRPr="00447437" w14:paraId="44CBD0EC" w14:textId="77777777" w:rsidTr="00DC25AF">
        <w:tc>
          <w:tcPr>
            <w:tcW w:w="517" w:type="dxa"/>
          </w:tcPr>
          <w:p w14:paraId="3E473EA8" w14:textId="77777777" w:rsidR="009A0AC0" w:rsidRPr="00447437" w:rsidRDefault="009A0AC0" w:rsidP="00DC25AF">
            <w:pPr>
              <w:pStyle w:val="ListParagraph"/>
              <w:numPr>
                <w:ilvl w:val="0"/>
                <w:numId w:val="26"/>
              </w:numPr>
              <w:ind w:left="720" w:hanging="720"/>
              <w:rPr>
                <w:rFonts w:ascii="GHEA Grapalat" w:hAnsi="GHEA Grapalat"/>
                <w:color w:val="000000" w:themeColor="text1"/>
              </w:rPr>
            </w:pPr>
          </w:p>
        </w:tc>
        <w:tc>
          <w:tcPr>
            <w:tcW w:w="4995" w:type="dxa"/>
          </w:tcPr>
          <w:p w14:paraId="4E3B8DEB" w14:textId="77777777" w:rsidR="009A0AC0" w:rsidRPr="00447437" w:rsidRDefault="009A0AC0" w:rsidP="00DC25AF">
            <w:pPr>
              <w:rPr>
                <w:rFonts w:ascii="GHEA Grapalat" w:hAnsi="GHEA Grapalat"/>
                <w:color w:val="000000" w:themeColor="text1"/>
              </w:rPr>
            </w:pPr>
            <w:r w:rsidRPr="00447437">
              <w:rPr>
                <w:rFonts w:ascii="GHEA Grapalat" w:hAnsi="GHEA Grapalat"/>
                <w:color w:val="000000" w:themeColor="text1"/>
              </w:rPr>
              <w:t>Ներկայացվել են ուսանողի գործառույթներին վերաբերող անհրաժեշտ իրավական ակտերը և այլ փաստաթղթեր, այդ թվում՝ կարգապահական և վարքագծի կանոնները</w:t>
            </w:r>
          </w:p>
        </w:tc>
        <w:sdt>
          <w:sdtPr>
            <w:rPr>
              <w:rFonts w:ascii="GHEA Grapalat" w:hAnsi="GHEA Grapalat"/>
              <w:color w:val="000000" w:themeColor="text1"/>
            </w:rPr>
            <w:id w:val="2019342302"/>
            <w14:checkbox>
              <w14:checked w14:val="0"/>
              <w14:checkedState w14:val="2612" w14:font="MS Gothic"/>
              <w14:uncheckedState w14:val="2610" w14:font="MS Gothic"/>
            </w14:checkbox>
          </w:sdtPr>
          <w:sdtContent>
            <w:tc>
              <w:tcPr>
                <w:tcW w:w="0" w:type="auto"/>
                <w:vAlign w:val="center"/>
              </w:tcPr>
              <w:p w14:paraId="5DC056DF" w14:textId="77777777" w:rsidR="009A0AC0" w:rsidRPr="00447437" w:rsidRDefault="009A0AC0" w:rsidP="00DC25AF">
                <w:pPr>
                  <w:ind w:left="720" w:hanging="720"/>
                  <w:rPr>
                    <w:rFonts w:ascii="GHEA Grapalat" w:hAnsi="GHEA Grapalat"/>
                    <w:color w:val="000000" w:themeColor="text1"/>
                  </w:rPr>
                </w:pPr>
                <w:r w:rsidRPr="00447437">
                  <w:rPr>
                    <w:rFonts w:ascii="Segoe UI Symbol" w:eastAsia="MS Gothic" w:hAnsi="Segoe UI Symbol" w:cs="Segoe UI Symbol"/>
                    <w:color w:val="000000" w:themeColor="text1"/>
                  </w:rPr>
                  <w:t>☐</w:t>
                </w:r>
              </w:p>
            </w:tc>
          </w:sdtContent>
        </w:sdt>
        <w:sdt>
          <w:sdtPr>
            <w:rPr>
              <w:rFonts w:ascii="GHEA Grapalat" w:hAnsi="GHEA Grapalat"/>
              <w:color w:val="000000" w:themeColor="text1"/>
            </w:rPr>
            <w:id w:val="-454569511"/>
            <w14:checkbox>
              <w14:checked w14:val="0"/>
              <w14:checkedState w14:val="2612" w14:font="MS Gothic"/>
              <w14:uncheckedState w14:val="2610" w14:font="MS Gothic"/>
            </w14:checkbox>
          </w:sdtPr>
          <w:sdtContent>
            <w:tc>
              <w:tcPr>
                <w:tcW w:w="566" w:type="dxa"/>
                <w:vAlign w:val="center"/>
              </w:tcPr>
              <w:p w14:paraId="36D1956F" w14:textId="77777777" w:rsidR="009A0AC0" w:rsidRPr="00447437" w:rsidRDefault="009A0AC0" w:rsidP="00DC25AF">
                <w:pPr>
                  <w:ind w:left="720" w:hanging="720"/>
                  <w:rPr>
                    <w:rFonts w:ascii="GHEA Grapalat" w:hAnsi="GHEA Grapalat"/>
                    <w:color w:val="000000" w:themeColor="text1"/>
                  </w:rPr>
                </w:pPr>
                <w:r w:rsidRPr="00447437">
                  <w:rPr>
                    <w:rFonts w:ascii="Segoe UI Symbol" w:eastAsia="MS Gothic" w:hAnsi="Segoe UI Symbol" w:cs="Segoe UI Symbol"/>
                    <w:color w:val="000000" w:themeColor="text1"/>
                  </w:rPr>
                  <w:t>☐</w:t>
                </w:r>
              </w:p>
            </w:tc>
          </w:sdtContent>
        </w:sdt>
        <w:tc>
          <w:tcPr>
            <w:tcW w:w="0" w:type="auto"/>
          </w:tcPr>
          <w:p w14:paraId="215E96CC" w14:textId="77777777" w:rsidR="009A0AC0" w:rsidRPr="00447437" w:rsidRDefault="009A0AC0" w:rsidP="00DC25AF">
            <w:pPr>
              <w:ind w:left="720" w:hanging="720"/>
              <w:rPr>
                <w:rFonts w:ascii="GHEA Grapalat" w:hAnsi="GHEA Grapalat"/>
                <w:color w:val="000000" w:themeColor="text1"/>
              </w:rPr>
            </w:pPr>
          </w:p>
        </w:tc>
      </w:tr>
      <w:tr w:rsidR="00447437" w:rsidRPr="00447437" w14:paraId="2BFE9D64" w14:textId="77777777" w:rsidTr="00DC25AF">
        <w:tc>
          <w:tcPr>
            <w:tcW w:w="517" w:type="dxa"/>
          </w:tcPr>
          <w:p w14:paraId="5A1ACC25" w14:textId="77777777" w:rsidR="009A0AC0" w:rsidRPr="00447437" w:rsidRDefault="009A0AC0" w:rsidP="00DC25AF">
            <w:pPr>
              <w:pStyle w:val="ListParagraph"/>
              <w:numPr>
                <w:ilvl w:val="0"/>
                <w:numId w:val="26"/>
              </w:numPr>
              <w:ind w:left="720" w:hanging="720"/>
              <w:rPr>
                <w:rFonts w:ascii="GHEA Grapalat" w:hAnsi="GHEA Grapalat"/>
                <w:color w:val="000000" w:themeColor="text1"/>
              </w:rPr>
            </w:pPr>
          </w:p>
        </w:tc>
        <w:tc>
          <w:tcPr>
            <w:tcW w:w="4995" w:type="dxa"/>
          </w:tcPr>
          <w:p w14:paraId="51167C2F" w14:textId="77777777" w:rsidR="009A0AC0" w:rsidRPr="00447437" w:rsidRDefault="009A0AC0" w:rsidP="00DC25AF">
            <w:pPr>
              <w:rPr>
                <w:rFonts w:ascii="GHEA Grapalat" w:hAnsi="GHEA Grapalat"/>
                <w:color w:val="000000" w:themeColor="text1"/>
              </w:rPr>
            </w:pPr>
            <w:r w:rsidRPr="00447437">
              <w:rPr>
                <w:rFonts w:ascii="GHEA Grapalat" w:hAnsi="GHEA Grapalat"/>
                <w:color w:val="000000" w:themeColor="text1"/>
              </w:rPr>
              <w:t>Ներկայացվել են աշխատավայրում զգեստափոխվելու, հագուստը, կոշիկները, անհատական պաշտպանության միջոցները պահպանելու համար սանիտարական և անձնական հիգիենայի սենյակները կամ համապատասխան առանձնացված տարածքները</w:t>
            </w:r>
          </w:p>
        </w:tc>
        <w:sdt>
          <w:sdtPr>
            <w:rPr>
              <w:rFonts w:ascii="GHEA Grapalat" w:hAnsi="GHEA Grapalat"/>
              <w:color w:val="000000" w:themeColor="text1"/>
            </w:rPr>
            <w:id w:val="1230346446"/>
            <w14:checkbox>
              <w14:checked w14:val="0"/>
              <w14:checkedState w14:val="2612" w14:font="MS Gothic"/>
              <w14:uncheckedState w14:val="2610" w14:font="MS Gothic"/>
            </w14:checkbox>
          </w:sdtPr>
          <w:sdtContent>
            <w:tc>
              <w:tcPr>
                <w:tcW w:w="0" w:type="auto"/>
                <w:vAlign w:val="center"/>
              </w:tcPr>
              <w:p w14:paraId="66A7019F" w14:textId="77777777" w:rsidR="009A0AC0" w:rsidRPr="00447437" w:rsidRDefault="009A0AC0" w:rsidP="00DC25AF">
                <w:pPr>
                  <w:ind w:left="720" w:hanging="720"/>
                  <w:rPr>
                    <w:rFonts w:ascii="GHEA Grapalat" w:hAnsi="GHEA Grapalat"/>
                    <w:color w:val="000000" w:themeColor="text1"/>
                  </w:rPr>
                </w:pPr>
                <w:r w:rsidRPr="00447437">
                  <w:rPr>
                    <w:rFonts w:ascii="Segoe UI Symbol" w:eastAsia="MS Gothic" w:hAnsi="Segoe UI Symbol" w:cs="Segoe UI Symbol"/>
                    <w:color w:val="000000" w:themeColor="text1"/>
                  </w:rPr>
                  <w:t>☐</w:t>
                </w:r>
              </w:p>
            </w:tc>
          </w:sdtContent>
        </w:sdt>
        <w:sdt>
          <w:sdtPr>
            <w:rPr>
              <w:rFonts w:ascii="GHEA Grapalat" w:hAnsi="GHEA Grapalat"/>
              <w:color w:val="000000" w:themeColor="text1"/>
            </w:rPr>
            <w:id w:val="1025673784"/>
            <w14:checkbox>
              <w14:checked w14:val="0"/>
              <w14:checkedState w14:val="2612" w14:font="MS Gothic"/>
              <w14:uncheckedState w14:val="2610" w14:font="MS Gothic"/>
            </w14:checkbox>
          </w:sdtPr>
          <w:sdtContent>
            <w:tc>
              <w:tcPr>
                <w:tcW w:w="566" w:type="dxa"/>
                <w:vAlign w:val="center"/>
              </w:tcPr>
              <w:p w14:paraId="2FF615D7" w14:textId="77777777" w:rsidR="009A0AC0" w:rsidRPr="00447437" w:rsidRDefault="009A0AC0" w:rsidP="00DC25AF">
                <w:pPr>
                  <w:ind w:left="720" w:hanging="720"/>
                  <w:rPr>
                    <w:rFonts w:ascii="GHEA Grapalat" w:hAnsi="GHEA Grapalat"/>
                    <w:color w:val="000000" w:themeColor="text1"/>
                  </w:rPr>
                </w:pPr>
                <w:r w:rsidRPr="00447437">
                  <w:rPr>
                    <w:rFonts w:ascii="Segoe UI Symbol" w:eastAsia="MS Gothic" w:hAnsi="Segoe UI Symbol" w:cs="Segoe UI Symbol"/>
                    <w:color w:val="000000" w:themeColor="text1"/>
                  </w:rPr>
                  <w:t>☐</w:t>
                </w:r>
              </w:p>
            </w:tc>
          </w:sdtContent>
        </w:sdt>
        <w:tc>
          <w:tcPr>
            <w:tcW w:w="0" w:type="auto"/>
          </w:tcPr>
          <w:p w14:paraId="0EB0B439" w14:textId="77777777" w:rsidR="009A0AC0" w:rsidRPr="00447437" w:rsidRDefault="009A0AC0" w:rsidP="00DC25AF">
            <w:pPr>
              <w:ind w:left="720" w:hanging="720"/>
              <w:rPr>
                <w:rFonts w:ascii="GHEA Grapalat" w:hAnsi="GHEA Grapalat"/>
                <w:color w:val="000000" w:themeColor="text1"/>
              </w:rPr>
            </w:pPr>
          </w:p>
        </w:tc>
      </w:tr>
      <w:tr w:rsidR="00447437" w:rsidRPr="00447437" w14:paraId="4CB204F3" w14:textId="77777777" w:rsidTr="00DC25AF">
        <w:tc>
          <w:tcPr>
            <w:tcW w:w="517" w:type="dxa"/>
          </w:tcPr>
          <w:p w14:paraId="61E8BF05" w14:textId="77777777" w:rsidR="009A0AC0" w:rsidRPr="00447437" w:rsidRDefault="009A0AC0" w:rsidP="00DC25AF">
            <w:pPr>
              <w:pStyle w:val="ListParagraph"/>
              <w:numPr>
                <w:ilvl w:val="0"/>
                <w:numId w:val="26"/>
              </w:numPr>
              <w:ind w:left="720" w:hanging="720"/>
              <w:rPr>
                <w:rFonts w:ascii="GHEA Grapalat" w:hAnsi="GHEA Grapalat"/>
                <w:color w:val="000000" w:themeColor="text1"/>
              </w:rPr>
            </w:pPr>
          </w:p>
        </w:tc>
        <w:tc>
          <w:tcPr>
            <w:tcW w:w="4995" w:type="dxa"/>
          </w:tcPr>
          <w:p w14:paraId="38F51DC6" w14:textId="77777777" w:rsidR="009A0AC0" w:rsidRPr="00447437" w:rsidRDefault="009A0AC0" w:rsidP="00DC25AF">
            <w:pPr>
              <w:rPr>
                <w:rFonts w:ascii="GHEA Grapalat" w:hAnsi="GHEA Grapalat"/>
                <w:color w:val="000000" w:themeColor="text1"/>
              </w:rPr>
            </w:pPr>
            <w:r w:rsidRPr="00447437">
              <w:rPr>
                <w:rFonts w:ascii="GHEA Grapalat" w:hAnsi="GHEA Grapalat"/>
                <w:color w:val="000000" w:themeColor="text1"/>
              </w:rPr>
              <w:t xml:space="preserve">Տրամադրվել է առողջության պահպանման և  անվտանգ աշխատանքային գործունեության վերաբերյալ անհրաժեշտ տեղեկատվություն, իրականացվել է նախնական հրահանգավորում   </w:t>
            </w:r>
          </w:p>
        </w:tc>
        <w:sdt>
          <w:sdtPr>
            <w:rPr>
              <w:rFonts w:ascii="GHEA Grapalat" w:hAnsi="GHEA Grapalat"/>
              <w:color w:val="000000" w:themeColor="text1"/>
            </w:rPr>
            <w:id w:val="-2025310520"/>
            <w14:checkbox>
              <w14:checked w14:val="0"/>
              <w14:checkedState w14:val="2612" w14:font="MS Gothic"/>
              <w14:uncheckedState w14:val="2610" w14:font="MS Gothic"/>
            </w14:checkbox>
          </w:sdtPr>
          <w:sdtContent>
            <w:tc>
              <w:tcPr>
                <w:tcW w:w="0" w:type="auto"/>
                <w:vAlign w:val="center"/>
              </w:tcPr>
              <w:p w14:paraId="2E84118B" w14:textId="77777777" w:rsidR="009A0AC0" w:rsidRPr="00447437" w:rsidRDefault="009A0AC0" w:rsidP="00DC25AF">
                <w:pPr>
                  <w:ind w:left="720" w:hanging="720"/>
                  <w:rPr>
                    <w:rFonts w:ascii="GHEA Grapalat" w:hAnsi="GHEA Grapalat"/>
                    <w:color w:val="000000" w:themeColor="text1"/>
                  </w:rPr>
                </w:pPr>
                <w:r w:rsidRPr="00447437">
                  <w:rPr>
                    <w:rFonts w:ascii="Segoe UI Symbol" w:eastAsia="MS Gothic" w:hAnsi="Segoe UI Symbol" w:cs="Segoe UI Symbol"/>
                    <w:color w:val="000000" w:themeColor="text1"/>
                  </w:rPr>
                  <w:t>☐</w:t>
                </w:r>
              </w:p>
            </w:tc>
          </w:sdtContent>
        </w:sdt>
        <w:sdt>
          <w:sdtPr>
            <w:rPr>
              <w:rFonts w:ascii="GHEA Grapalat" w:hAnsi="GHEA Grapalat"/>
              <w:color w:val="000000" w:themeColor="text1"/>
            </w:rPr>
            <w:id w:val="-999963223"/>
            <w14:checkbox>
              <w14:checked w14:val="0"/>
              <w14:checkedState w14:val="2612" w14:font="MS Gothic"/>
              <w14:uncheckedState w14:val="2610" w14:font="MS Gothic"/>
            </w14:checkbox>
          </w:sdtPr>
          <w:sdtContent>
            <w:tc>
              <w:tcPr>
                <w:tcW w:w="566" w:type="dxa"/>
                <w:vAlign w:val="center"/>
              </w:tcPr>
              <w:p w14:paraId="1BA1C875" w14:textId="77777777" w:rsidR="009A0AC0" w:rsidRPr="00447437" w:rsidRDefault="009A0AC0" w:rsidP="00DC25AF">
                <w:pPr>
                  <w:ind w:left="720" w:hanging="720"/>
                  <w:rPr>
                    <w:rFonts w:ascii="GHEA Grapalat" w:hAnsi="GHEA Grapalat"/>
                    <w:color w:val="000000" w:themeColor="text1"/>
                  </w:rPr>
                </w:pPr>
                <w:r w:rsidRPr="00447437">
                  <w:rPr>
                    <w:rFonts w:ascii="Segoe UI Symbol" w:eastAsia="MS Gothic" w:hAnsi="Segoe UI Symbol" w:cs="Segoe UI Symbol"/>
                    <w:color w:val="000000" w:themeColor="text1"/>
                  </w:rPr>
                  <w:t>☐</w:t>
                </w:r>
              </w:p>
            </w:tc>
          </w:sdtContent>
        </w:sdt>
        <w:tc>
          <w:tcPr>
            <w:tcW w:w="0" w:type="auto"/>
          </w:tcPr>
          <w:p w14:paraId="2893E482" w14:textId="77777777" w:rsidR="009A0AC0" w:rsidRPr="00447437" w:rsidRDefault="009A0AC0" w:rsidP="00DC25AF">
            <w:pPr>
              <w:ind w:left="720" w:hanging="720"/>
              <w:rPr>
                <w:rFonts w:ascii="GHEA Grapalat" w:hAnsi="GHEA Grapalat"/>
                <w:color w:val="000000" w:themeColor="text1"/>
              </w:rPr>
            </w:pPr>
          </w:p>
        </w:tc>
      </w:tr>
      <w:tr w:rsidR="00447437" w:rsidRPr="00447437" w14:paraId="6BE9C41B" w14:textId="77777777" w:rsidTr="00DC25AF">
        <w:tc>
          <w:tcPr>
            <w:tcW w:w="517" w:type="dxa"/>
          </w:tcPr>
          <w:p w14:paraId="6474C12E" w14:textId="77777777" w:rsidR="009A0AC0" w:rsidRPr="00447437" w:rsidRDefault="009A0AC0" w:rsidP="00DC25AF">
            <w:pPr>
              <w:pStyle w:val="ListParagraph"/>
              <w:numPr>
                <w:ilvl w:val="0"/>
                <w:numId w:val="26"/>
              </w:numPr>
              <w:ind w:left="720" w:hanging="720"/>
              <w:rPr>
                <w:rFonts w:ascii="GHEA Grapalat" w:hAnsi="GHEA Grapalat"/>
                <w:color w:val="000000" w:themeColor="text1"/>
              </w:rPr>
            </w:pPr>
          </w:p>
        </w:tc>
        <w:tc>
          <w:tcPr>
            <w:tcW w:w="4995" w:type="dxa"/>
          </w:tcPr>
          <w:p w14:paraId="6E23F8EB" w14:textId="77777777" w:rsidR="009A0AC0" w:rsidRPr="00447437" w:rsidRDefault="009A0AC0" w:rsidP="00DC25AF">
            <w:pPr>
              <w:rPr>
                <w:rFonts w:ascii="GHEA Grapalat" w:hAnsi="GHEA Grapalat"/>
                <w:color w:val="000000" w:themeColor="text1"/>
              </w:rPr>
            </w:pPr>
            <w:r w:rsidRPr="00447437">
              <w:rPr>
                <w:rFonts w:ascii="GHEA Grapalat" w:hAnsi="GHEA Grapalat"/>
                <w:color w:val="000000" w:themeColor="text1"/>
              </w:rPr>
              <w:t>Տրամադրվել է տեղեկատվություն աշխատանքային պարտականություններով պայմանավորված արտադրական և սպասարկման ոլորտի օբյեկտներում տեխնածին վթարների, արտադրական պատահարների և դրանց հետևանքների, դրանցից պաշտպանվածության համար ձեռնարկվելիք միջոցառումների մասին</w:t>
            </w:r>
          </w:p>
        </w:tc>
        <w:sdt>
          <w:sdtPr>
            <w:rPr>
              <w:rFonts w:ascii="GHEA Grapalat" w:hAnsi="GHEA Grapalat"/>
              <w:color w:val="000000" w:themeColor="text1"/>
            </w:rPr>
            <w:id w:val="1886988570"/>
            <w14:checkbox>
              <w14:checked w14:val="0"/>
              <w14:checkedState w14:val="2612" w14:font="MS Gothic"/>
              <w14:uncheckedState w14:val="2610" w14:font="MS Gothic"/>
            </w14:checkbox>
          </w:sdtPr>
          <w:sdtContent>
            <w:tc>
              <w:tcPr>
                <w:tcW w:w="0" w:type="auto"/>
                <w:vAlign w:val="center"/>
              </w:tcPr>
              <w:p w14:paraId="75114F32" w14:textId="77777777" w:rsidR="009A0AC0" w:rsidRPr="00447437" w:rsidRDefault="009A0AC0" w:rsidP="00DC25AF">
                <w:pPr>
                  <w:ind w:left="720" w:hanging="720"/>
                  <w:rPr>
                    <w:rFonts w:ascii="GHEA Grapalat" w:hAnsi="GHEA Grapalat"/>
                    <w:color w:val="000000" w:themeColor="text1"/>
                  </w:rPr>
                </w:pPr>
                <w:r w:rsidRPr="00447437">
                  <w:rPr>
                    <w:rFonts w:ascii="Segoe UI Symbol" w:eastAsia="MS Gothic" w:hAnsi="Segoe UI Symbol" w:cs="Segoe UI Symbol"/>
                    <w:color w:val="000000" w:themeColor="text1"/>
                  </w:rPr>
                  <w:t>☐</w:t>
                </w:r>
              </w:p>
            </w:tc>
          </w:sdtContent>
        </w:sdt>
        <w:sdt>
          <w:sdtPr>
            <w:rPr>
              <w:rFonts w:ascii="GHEA Grapalat" w:hAnsi="GHEA Grapalat"/>
              <w:color w:val="000000" w:themeColor="text1"/>
            </w:rPr>
            <w:id w:val="-977447361"/>
            <w14:checkbox>
              <w14:checked w14:val="0"/>
              <w14:checkedState w14:val="2612" w14:font="MS Gothic"/>
              <w14:uncheckedState w14:val="2610" w14:font="MS Gothic"/>
            </w14:checkbox>
          </w:sdtPr>
          <w:sdtContent>
            <w:tc>
              <w:tcPr>
                <w:tcW w:w="566" w:type="dxa"/>
                <w:vAlign w:val="center"/>
              </w:tcPr>
              <w:p w14:paraId="34182CDF" w14:textId="77777777" w:rsidR="009A0AC0" w:rsidRPr="00447437" w:rsidRDefault="009A0AC0" w:rsidP="00DC25AF">
                <w:pPr>
                  <w:ind w:left="720" w:hanging="720"/>
                  <w:rPr>
                    <w:rFonts w:ascii="GHEA Grapalat" w:hAnsi="GHEA Grapalat"/>
                    <w:color w:val="000000" w:themeColor="text1"/>
                  </w:rPr>
                </w:pPr>
                <w:r w:rsidRPr="00447437">
                  <w:rPr>
                    <w:rFonts w:ascii="Segoe UI Symbol" w:eastAsia="MS Gothic" w:hAnsi="Segoe UI Symbol" w:cs="Segoe UI Symbol"/>
                    <w:color w:val="000000" w:themeColor="text1"/>
                  </w:rPr>
                  <w:t>☐</w:t>
                </w:r>
              </w:p>
            </w:tc>
          </w:sdtContent>
        </w:sdt>
        <w:tc>
          <w:tcPr>
            <w:tcW w:w="0" w:type="auto"/>
          </w:tcPr>
          <w:p w14:paraId="1E7E3CA8" w14:textId="77777777" w:rsidR="009A0AC0" w:rsidRPr="00447437" w:rsidRDefault="009A0AC0" w:rsidP="00DC25AF">
            <w:pPr>
              <w:ind w:left="720" w:hanging="720"/>
              <w:rPr>
                <w:rFonts w:ascii="GHEA Grapalat" w:hAnsi="GHEA Grapalat"/>
                <w:color w:val="000000" w:themeColor="text1"/>
              </w:rPr>
            </w:pPr>
          </w:p>
        </w:tc>
      </w:tr>
      <w:tr w:rsidR="00447437" w:rsidRPr="00447437" w14:paraId="7328E435" w14:textId="77777777" w:rsidTr="00DC25AF">
        <w:tc>
          <w:tcPr>
            <w:tcW w:w="517" w:type="dxa"/>
          </w:tcPr>
          <w:p w14:paraId="0215402A" w14:textId="77777777" w:rsidR="009A0AC0" w:rsidRPr="00447437" w:rsidRDefault="009A0AC0" w:rsidP="00DC25AF">
            <w:pPr>
              <w:pStyle w:val="ListParagraph"/>
              <w:numPr>
                <w:ilvl w:val="0"/>
                <w:numId w:val="26"/>
              </w:numPr>
              <w:ind w:left="720" w:hanging="720"/>
              <w:rPr>
                <w:rFonts w:ascii="GHEA Grapalat" w:hAnsi="GHEA Grapalat"/>
                <w:color w:val="000000" w:themeColor="text1"/>
              </w:rPr>
            </w:pPr>
          </w:p>
        </w:tc>
        <w:tc>
          <w:tcPr>
            <w:tcW w:w="4995" w:type="dxa"/>
          </w:tcPr>
          <w:p w14:paraId="044B4495" w14:textId="77777777" w:rsidR="009A0AC0" w:rsidRPr="00447437" w:rsidRDefault="009A0AC0" w:rsidP="00DC25AF">
            <w:pPr>
              <w:rPr>
                <w:rFonts w:ascii="GHEA Grapalat" w:hAnsi="GHEA Grapalat"/>
                <w:color w:val="000000" w:themeColor="text1"/>
              </w:rPr>
            </w:pPr>
            <w:r w:rsidRPr="00447437">
              <w:rPr>
                <w:rFonts w:ascii="GHEA Grapalat" w:hAnsi="GHEA Grapalat"/>
                <w:color w:val="000000" w:themeColor="text1"/>
              </w:rPr>
              <w:t xml:space="preserve">Համաձայնեցվել է բջջային հեռախոսի, համակարգչի և այլ էլեկտրոնային սարքավորումների օգտագործման կարգը </w:t>
            </w:r>
          </w:p>
        </w:tc>
        <w:sdt>
          <w:sdtPr>
            <w:rPr>
              <w:rFonts w:ascii="GHEA Grapalat" w:hAnsi="GHEA Grapalat"/>
              <w:color w:val="000000" w:themeColor="text1"/>
            </w:rPr>
            <w:id w:val="-1808694987"/>
            <w14:checkbox>
              <w14:checked w14:val="0"/>
              <w14:checkedState w14:val="2612" w14:font="MS Gothic"/>
              <w14:uncheckedState w14:val="2610" w14:font="MS Gothic"/>
            </w14:checkbox>
          </w:sdtPr>
          <w:sdtContent>
            <w:tc>
              <w:tcPr>
                <w:tcW w:w="0" w:type="auto"/>
                <w:vAlign w:val="center"/>
              </w:tcPr>
              <w:p w14:paraId="5692B9E2" w14:textId="77777777" w:rsidR="009A0AC0" w:rsidRPr="00447437" w:rsidRDefault="009A0AC0" w:rsidP="00DC25AF">
                <w:pPr>
                  <w:ind w:left="720" w:hanging="720"/>
                  <w:rPr>
                    <w:rFonts w:ascii="GHEA Grapalat" w:hAnsi="GHEA Grapalat"/>
                    <w:color w:val="000000" w:themeColor="text1"/>
                  </w:rPr>
                </w:pPr>
                <w:r w:rsidRPr="00447437">
                  <w:rPr>
                    <w:rFonts w:ascii="Segoe UI Symbol" w:eastAsia="MS Gothic" w:hAnsi="Segoe UI Symbol" w:cs="Segoe UI Symbol"/>
                    <w:color w:val="000000" w:themeColor="text1"/>
                  </w:rPr>
                  <w:t>☐</w:t>
                </w:r>
              </w:p>
            </w:tc>
          </w:sdtContent>
        </w:sdt>
        <w:sdt>
          <w:sdtPr>
            <w:rPr>
              <w:rFonts w:ascii="GHEA Grapalat" w:hAnsi="GHEA Grapalat"/>
              <w:color w:val="000000" w:themeColor="text1"/>
            </w:rPr>
            <w:id w:val="1619644980"/>
            <w14:checkbox>
              <w14:checked w14:val="0"/>
              <w14:checkedState w14:val="2612" w14:font="MS Gothic"/>
              <w14:uncheckedState w14:val="2610" w14:font="MS Gothic"/>
            </w14:checkbox>
          </w:sdtPr>
          <w:sdtContent>
            <w:tc>
              <w:tcPr>
                <w:tcW w:w="566" w:type="dxa"/>
                <w:vAlign w:val="center"/>
              </w:tcPr>
              <w:p w14:paraId="55F1F4F3" w14:textId="77777777" w:rsidR="009A0AC0" w:rsidRPr="00447437" w:rsidRDefault="009A0AC0" w:rsidP="00DC25AF">
                <w:pPr>
                  <w:ind w:left="720" w:hanging="720"/>
                  <w:rPr>
                    <w:rFonts w:ascii="GHEA Grapalat" w:hAnsi="GHEA Grapalat"/>
                    <w:color w:val="000000" w:themeColor="text1"/>
                  </w:rPr>
                </w:pPr>
                <w:r w:rsidRPr="00447437">
                  <w:rPr>
                    <w:rFonts w:ascii="Segoe UI Symbol" w:eastAsia="MS Gothic" w:hAnsi="Segoe UI Symbol" w:cs="Segoe UI Symbol"/>
                    <w:color w:val="000000" w:themeColor="text1"/>
                  </w:rPr>
                  <w:t>☐</w:t>
                </w:r>
              </w:p>
            </w:tc>
          </w:sdtContent>
        </w:sdt>
        <w:tc>
          <w:tcPr>
            <w:tcW w:w="0" w:type="auto"/>
          </w:tcPr>
          <w:p w14:paraId="3E4EE160" w14:textId="77777777" w:rsidR="009A0AC0" w:rsidRPr="00447437" w:rsidRDefault="009A0AC0" w:rsidP="00DC25AF">
            <w:pPr>
              <w:ind w:left="720" w:hanging="720"/>
              <w:rPr>
                <w:rFonts w:ascii="GHEA Grapalat" w:hAnsi="GHEA Grapalat"/>
                <w:color w:val="000000" w:themeColor="text1"/>
              </w:rPr>
            </w:pPr>
          </w:p>
        </w:tc>
      </w:tr>
      <w:tr w:rsidR="00447437" w:rsidRPr="00447437" w14:paraId="0E998298" w14:textId="77777777" w:rsidTr="00DC25AF">
        <w:tc>
          <w:tcPr>
            <w:tcW w:w="517" w:type="dxa"/>
          </w:tcPr>
          <w:p w14:paraId="02C7B846" w14:textId="77777777" w:rsidR="009A0AC0" w:rsidRPr="00447437" w:rsidRDefault="009A0AC0" w:rsidP="00DC25AF">
            <w:pPr>
              <w:pStyle w:val="ListParagraph"/>
              <w:numPr>
                <w:ilvl w:val="0"/>
                <w:numId w:val="26"/>
              </w:numPr>
              <w:ind w:left="720" w:hanging="720"/>
              <w:rPr>
                <w:rFonts w:ascii="GHEA Grapalat" w:hAnsi="GHEA Grapalat"/>
                <w:color w:val="000000" w:themeColor="text1"/>
              </w:rPr>
            </w:pPr>
          </w:p>
        </w:tc>
        <w:tc>
          <w:tcPr>
            <w:tcW w:w="4995" w:type="dxa"/>
          </w:tcPr>
          <w:p w14:paraId="42F50203" w14:textId="77777777" w:rsidR="009A0AC0" w:rsidRPr="00447437" w:rsidRDefault="009A0AC0" w:rsidP="00DC25AF">
            <w:pPr>
              <w:rPr>
                <w:rFonts w:ascii="GHEA Grapalat" w:hAnsi="GHEA Grapalat"/>
                <w:color w:val="000000" w:themeColor="text1"/>
              </w:rPr>
            </w:pPr>
            <w:r w:rsidRPr="00447437">
              <w:rPr>
                <w:rFonts w:ascii="GHEA Grapalat" w:hAnsi="GHEA Grapalat"/>
                <w:color w:val="000000" w:themeColor="text1"/>
              </w:rPr>
              <w:t>Բացատրվել է դժբախտ պատահարների մասին զեկուցման կարգը</w:t>
            </w:r>
          </w:p>
        </w:tc>
        <w:sdt>
          <w:sdtPr>
            <w:rPr>
              <w:rFonts w:ascii="GHEA Grapalat" w:hAnsi="GHEA Grapalat"/>
              <w:color w:val="000000" w:themeColor="text1"/>
            </w:rPr>
            <w:id w:val="75642571"/>
            <w14:checkbox>
              <w14:checked w14:val="0"/>
              <w14:checkedState w14:val="2612" w14:font="MS Gothic"/>
              <w14:uncheckedState w14:val="2610" w14:font="MS Gothic"/>
            </w14:checkbox>
          </w:sdtPr>
          <w:sdtContent>
            <w:tc>
              <w:tcPr>
                <w:tcW w:w="0" w:type="auto"/>
                <w:vAlign w:val="center"/>
              </w:tcPr>
              <w:p w14:paraId="4C5B09DA" w14:textId="77777777" w:rsidR="009A0AC0" w:rsidRPr="00447437" w:rsidRDefault="009A0AC0" w:rsidP="00DC25AF">
                <w:pPr>
                  <w:ind w:left="720" w:hanging="720"/>
                  <w:rPr>
                    <w:rFonts w:ascii="GHEA Grapalat" w:hAnsi="GHEA Grapalat"/>
                    <w:color w:val="000000" w:themeColor="text1"/>
                  </w:rPr>
                </w:pPr>
                <w:r w:rsidRPr="00447437">
                  <w:rPr>
                    <w:rFonts w:ascii="Segoe UI Symbol" w:eastAsia="MS Gothic" w:hAnsi="Segoe UI Symbol" w:cs="Segoe UI Symbol"/>
                    <w:color w:val="000000" w:themeColor="text1"/>
                  </w:rPr>
                  <w:t>☐</w:t>
                </w:r>
              </w:p>
            </w:tc>
          </w:sdtContent>
        </w:sdt>
        <w:sdt>
          <w:sdtPr>
            <w:rPr>
              <w:rFonts w:ascii="GHEA Grapalat" w:hAnsi="GHEA Grapalat"/>
              <w:color w:val="000000" w:themeColor="text1"/>
            </w:rPr>
            <w:id w:val="-246269871"/>
            <w14:checkbox>
              <w14:checked w14:val="0"/>
              <w14:checkedState w14:val="2612" w14:font="MS Gothic"/>
              <w14:uncheckedState w14:val="2610" w14:font="MS Gothic"/>
            </w14:checkbox>
          </w:sdtPr>
          <w:sdtContent>
            <w:tc>
              <w:tcPr>
                <w:tcW w:w="566" w:type="dxa"/>
                <w:vAlign w:val="center"/>
              </w:tcPr>
              <w:p w14:paraId="5B95DC17" w14:textId="77777777" w:rsidR="009A0AC0" w:rsidRPr="00447437" w:rsidRDefault="009A0AC0" w:rsidP="00DC25AF">
                <w:pPr>
                  <w:ind w:left="720" w:hanging="720"/>
                  <w:rPr>
                    <w:rFonts w:ascii="GHEA Grapalat" w:hAnsi="GHEA Grapalat"/>
                    <w:color w:val="000000" w:themeColor="text1"/>
                  </w:rPr>
                </w:pPr>
                <w:r w:rsidRPr="00447437">
                  <w:rPr>
                    <w:rFonts w:ascii="Segoe UI Symbol" w:eastAsia="MS Gothic" w:hAnsi="Segoe UI Symbol" w:cs="Segoe UI Symbol"/>
                    <w:color w:val="000000" w:themeColor="text1"/>
                  </w:rPr>
                  <w:t>☐</w:t>
                </w:r>
              </w:p>
            </w:tc>
          </w:sdtContent>
        </w:sdt>
        <w:tc>
          <w:tcPr>
            <w:tcW w:w="0" w:type="auto"/>
          </w:tcPr>
          <w:p w14:paraId="1F294DC7" w14:textId="77777777" w:rsidR="009A0AC0" w:rsidRPr="00447437" w:rsidRDefault="009A0AC0" w:rsidP="00DC25AF">
            <w:pPr>
              <w:ind w:left="720" w:hanging="720"/>
              <w:rPr>
                <w:rFonts w:ascii="GHEA Grapalat" w:hAnsi="GHEA Grapalat"/>
                <w:color w:val="000000" w:themeColor="text1"/>
              </w:rPr>
            </w:pPr>
          </w:p>
        </w:tc>
      </w:tr>
      <w:tr w:rsidR="00447437" w:rsidRPr="00447437" w14:paraId="2D51811B" w14:textId="77777777" w:rsidTr="00DC25AF">
        <w:tc>
          <w:tcPr>
            <w:tcW w:w="517" w:type="dxa"/>
          </w:tcPr>
          <w:p w14:paraId="3233B6A5" w14:textId="77777777" w:rsidR="009A0AC0" w:rsidRPr="00447437" w:rsidRDefault="009A0AC0" w:rsidP="00DC25AF">
            <w:pPr>
              <w:pStyle w:val="ListParagraph"/>
              <w:numPr>
                <w:ilvl w:val="0"/>
                <w:numId w:val="26"/>
              </w:numPr>
              <w:ind w:left="720" w:hanging="720"/>
              <w:rPr>
                <w:rFonts w:ascii="GHEA Grapalat" w:hAnsi="GHEA Grapalat"/>
                <w:color w:val="000000" w:themeColor="text1"/>
              </w:rPr>
            </w:pPr>
          </w:p>
        </w:tc>
        <w:tc>
          <w:tcPr>
            <w:tcW w:w="4995" w:type="dxa"/>
          </w:tcPr>
          <w:p w14:paraId="04F29EFA" w14:textId="77777777" w:rsidR="009A0AC0" w:rsidRPr="00447437" w:rsidRDefault="009A0AC0" w:rsidP="00DC25AF">
            <w:pPr>
              <w:rPr>
                <w:rFonts w:ascii="GHEA Grapalat" w:hAnsi="GHEA Grapalat"/>
                <w:color w:val="000000" w:themeColor="text1"/>
              </w:rPr>
            </w:pPr>
            <w:r w:rsidRPr="00447437">
              <w:rPr>
                <w:rFonts w:ascii="GHEA Grapalat" w:hAnsi="GHEA Grapalat"/>
                <w:color w:val="000000" w:themeColor="text1"/>
              </w:rPr>
              <w:t>Ներկայացվել են գործնական ուսուցման աշխատանքային ժամերը, կարգապահական կանոնները, այդ թվում՝ հանգստի ռեժիմը, ընդմիջումները</w:t>
            </w:r>
          </w:p>
        </w:tc>
        <w:sdt>
          <w:sdtPr>
            <w:rPr>
              <w:rFonts w:ascii="GHEA Grapalat" w:hAnsi="GHEA Grapalat"/>
              <w:color w:val="000000" w:themeColor="text1"/>
            </w:rPr>
            <w:id w:val="-697312289"/>
            <w14:checkbox>
              <w14:checked w14:val="0"/>
              <w14:checkedState w14:val="2612" w14:font="MS Gothic"/>
              <w14:uncheckedState w14:val="2610" w14:font="MS Gothic"/>
            </w14:checkbox>
          </w:sdtPr>
          <w:sdtContent>
            <w:tc>
              <w:tcPr>
                <w:tcW w:w="0" w:type="auto"/>
                <w:vAlign w:val="center"/>
              </w:tcPr>
              <w:p w14:paraId="6AC997C9" w14:textId="77777777" w:rsidR="009A0AC0" w:rsidRPr="00447437" w:rsidRDefault="009A0AC0" w:rsidP="00DC25AF">
                <w:pPr>
                  <w:ind w:left="720" w:hanging="720"/>
                  <w:rPr>
                    <w:rFonts w:ascii="GHEA Grapalat" w:hAnsi="GHEA Grapalat"/>
                    <w:color w:val="000000" w:themeColor="text1"/>
                  </w:rPr>
                </w:pPr>
                <w:r w:rsidRPr="00447437">
                  <w:rPr>
                    <w:rFonts w:ascii="Segoe UI Symbol" w:eastAsia="MS Gothic" w:hAnsi="Segoe UI Symbol" w:cs="Segoe UI Symbol"/>
                    <w:color w:val="000000" w:themeColor="text1"/>
                  </w:rPr>
                  <w:t>☐</w:t>
                </w:r>
              </w:p>
            </w:tc>
          </w:sdtContent>
        </w:sdt>
        <w:sdt>
          <w:sdtPr>
            <w:rPr>
              <w:rFonts w:ascii="GHEA Grapalat" w:hAnsi="GHEA Grapalat"/>
              <w:color w:val="000000" w:themeColor="text1"/>
            </w:rPr>
            <w:id w:val="-713971834"/>
            <w14:checkbox>
              <w14:checked w14:val="0"/>
              <w14:checkedState w14:val="2612" w14:font="MS Gothic"/>
              <w14:uncheckedState w14:val="2610" w14:font="MS Gothic"/>
            </w14:checkbox>
          </w:sdtPr>
          <w:sdtContent>
            <w:tc>
              <w:tcPr>
                <w:tcW w:w="566" w:type="dxa"/>
                <w:vAlign w:val="center"/>
              </w:tcPr>
              <w:p w14:paraId="52D0F859" w14:textId="77777777" w:rsidR="009A0AC0" w:rsidRPr="00447437" w:rsidRDefault="009A0AC0" w:rsidP="00DC25AF">
                <w:pPr>
                  <w:ind w:left="720" w:hanging="720"/>
                  <w:rPr>
                    <w:rFonts w:ascii="GHEA Grapalat" w:hAnsi="GHEA Grapalat"/>
                    <w:color w:val="000000" w:themeColor="text1"/>
                  </w:rPr>
                </w:pPr>
                <w:r w:rsidRPr="00447437">
                  <w:rPr>
                    <w:rFonts w:ascii="Segoe UI Symbol" w:eastAsia="MS Gothic" w:hAnsi="Segoe UI Symbol" w:cs="Segoe UI Symbol"/>
                    <w:color w:val="000000" w:themeColor="text1"/>
                  </w:rPr>
                  <w:t>☐</w:t>
                </w:r>
              </w:p>
            </w:tc>
          </w:sdtContent>
        </w:sdt>
        <w:tc>
          <w:tcPr>
            <w:tcW w:w="0" w:type="auto"/>
          </w:tcPr>
          <w:p w14:paraId="35D451C3" w14:textId="77777777" w:rsidR="009A0AC0" w:rsidRPr="00447437" w:rsidRDefault="009A0AC0" w:rsidP="00DC25AF">
            <w:pPr>
              <w:ind w:left="720" w:hanging="720"/>
              <w:rPr>
                <w:rFonts w:ascii="GHEA Grapalat" w:hAnsi="GHEA Grapalat"/>
                <w:color w:val="000000" w:themeColor="text1"/>
              </w:rPr>
            </w:pPr>
          </w:p>
        </w:tc>
      </w:tr>
      <w:tr w:rsidR="009A0AC0" w:rsidRPr="00447437" w14:paraId="5EBC8D10" w14:textId="77777777" w:rsidTr="00DC25AF">
        <w:tc>
          <w:tcPr>
            <w:tcW w:w="517" w:type="dxa"/>
          </w:tcPr>
          <w:p w14:paraId="2AD2A56D" w14:textId="77777777" w:rsidR="009A0AC0" w:rsidRPr="00447437" w:rsidRDefault="009A0AC0" w:rsidP="00DC25AF">
            <w:pPr>
              <w:pStyle w:val="ListParagraph"/>
              <w:numPr>
                <w:ilvl w:val="0"/>
                <w:numId w:val="26"/>
              </w:numPr>
              <w:ind w:left="720" w:hanging="720"/>
              <w:rPr>
                <w:rFonts w:ascii="GHEA Grapalat" w:hAnsi="GHEA Grapalat"/>
                <w:color w:val="000000" w:themeColor="text1"/>
              </w:rPr>
            </w:pPr>
          </w:p>
        </w:tc>
        <w:tc>
          <w:tcPr>
            <w:tcW w:w="4995" w:type="dxa"/>
          </w:tcPr>
          <w:p w14:paraId="6E211E69" w14:textId="77777777" w:rsidR="009A0AC0" w:rsidRPr="00447437" w:rsidRDefault="009A0AC0" w:rsidP="00DC25AF">
            <w:pPr>
              <w:rPr>
                <w:rFonts w:ascii="GHEA Grapalat" w:hAnsi="GHEA Grapalat"/>
                <w:color w:val="000000" w:themeColor="text1"/>
              </w:rPr>
            </w:pPr>
            <w:r w:rsidRPr="00447437">
              <w:rPr>
                <w:rFonts w:ascii="GHEA Grapalat" w:hAnsi="GHEA Grapalat"/>
                <w:color w:val="000000" w:themeColor="text1"/>
              </w:rPr>
              <w:t>Ներկայացվել են հատուկ հագուստ կրելու կանոնները (անհրաժեշտության դեպքում)</w:t>
            </w:r>
          </w:p>
        </w:tc>
        <w:sdt>
          <w:sdtPr>
            <w:rPr>
              <w:rFonts w:ascii="GHEA Grapalat" w:hAnsi="GHEA Grapalat"/>
              <w:color w:val="000000" w:themeColor="text1"/>
            </w:rPr>
            <w:id w:val="-1342693151"/>
            <w14:checkbox>
              <w14:checked w14:val="0"/>
              <w14:checkedState w14:val="2612" w14:font="MS Gothic"/>
              <w14:uncheckedState w14:val="2610" w14:font="MS Gothic"/>
            </w14:checkbox>
          </w:sdtPr>
          <w:sdtContent>
            <w:tc>
              <w:tcPr>
                <w:tcW w:w="0" w:type="auto"/>
                <w:vAlign w:val="center"/>
              </w:tcPr>
              <w:p w14:paraId="07989DDB" w14:textId="77777777" w:rsidR="009A0AC0" w:rsidRPr="00447437" w:rsidRDefault="009A0AC0" w:rsidP="00DC25AF">
                <w:pPr>
                  <w:ind w:left="720" w:hanging="720"/>
                  <w:rPr>
                    <w:rFonts w:ascii="GHEA Grapalat" w:hAnsi="GHEA Grapalat"/>
                    <w:color w:val="000000" w:themeColor="text1"/>
                  </w:rPr>
                </w:pPr>
                <w:r w:rsidRPr="00447437">
                  <w:rPr>
                    <w:rFonts w:ascii="Segoe UI Symbol" w:eastAsia="MS Gothic" w:hAnsi="Segoe UI Symbol" w:cs="Segoe UI Symbol"/>
                    <w:color w:val="000000" w:themeColor="text1"/>
                  </w:rPr>
                  <w:t>☐</w:t>
                </w:r>
              </w:p>
            </w:tc>
          </w:sdtContent>
        </w:sdt>
        <w:sdt>
          <w:sdtPr>
            <w:rPr>
              <w:rFonts w:ascii="GHEA Grapalat" w:hAnsi="GHEA Grapalat"/>
              <w:color w:val="000000" w:themeColor="text1"/>
            </w:rPr>
            <w:id w:val="-105278967"/>
            <w14:checkbox>
              <w14:checked w14:val="0"/>
              <w14:checkedState w14:val="2612" w14:font="MS Gothic"/>
              <w14:uncheckedState w14:val="2610" w14:font="MS Gothic"/>
            </w14:checkbox>
          </w:sdtPr>
          <w:sdtContent>
            <w:tc>
              <w:tcPr>
                <w:tcW w:w="566" w:type="dxa"/>
                <w:vAlign w:val="center"/>
              </w:tcPr>
              <w:p w14:paraId="04EC89D8" w14:textId="77777777" w:rsidR="009A0AC0" w:rsidRPr="00447437" w:rsidRDefault="009A0AC0" w:rsidP="00DC25AF">
                <w:pPr>
                  <w:ind w:left="720" w:hanging="720"/>
                  <w:rPr>
                    <w:rFonts w:ascii="GHEA Grapalat" w:hAnsi="GHEA Grapalat"/>
                    <w:color w:val="000000" w:themeColor="text1"/>
                  </w:rPr>
                </w:pPr>
                <w:r w:rsidRPr="00447437">
                  <w:rPr>
                    <w:rFonts w:ascii="Segoe UI Symbol" w:eastAsia="MS Gothic" w:hAnsi="Segoe UI Symbol" w:cs="Segoe UI Symbol"/>
                    <w:color w:val="000000" w:themeColor="text1"/>
                  </w:rPr>
                  <w:t>☐</w:t>
                </w:r>
              </w:p>
            </w:tc>
          </w:sdtContent>
        </w:sdt>
        <w:tc>
          <w:tcPr>
            <w:tcW w:w="0" w:type="auto"/>
          </w:tcPr>
          <w:p w14:paraId="0170C830" w14:textId="77777777" w:rsidR="009A0AC0" w:rsidRPr="00447437" w:rsidRDefault="009A0AC0" w:rsidP="00DC25AF">
            <w:pPr>
              <w:ind w:left="720" w:hanging="720"/>
              <w:rPr>
                <w:rFonts w:ascii="GHEA Grapalat" w:hAnsi="GHEA Grapalat"/>
                <w:color w:val="000000" w:themeColor="text1"/>
              </w:rPr>
            </w:pPr>
          </w:p>
        </w:tc>
      </w:tr>
    </w:tbl>
    <w:p w14:paraId="027C7E6D" w14:textId="77777777" w:rsidR="009A0AC0" w:rsidRPr="00447437" w:rsidRDefault="009A0AC0" w:rsidP="009A0AC0">
      <w:pPr>
        <w:ind w:left="720" w:hanging="720"/>
        <w:rPr>
          <w:rFonts w:ascii="GHEA Grapalat" w:hAnsi="GHEA Grapalat"/>
          <w:color w:val="000000" w:themeColor="text1"/>
        </w:rPr>
      </w:pPr>
    </w:p>
    <w:p w14:paraId="7D0AD1D8" w14:textId="77777777" w:rsidR="009A0AC0" w:rsidRPr="00447437" w:rsidRDefault="009A0AC0" w:rsidP="009A0AC0">
      <w:pPr>
        <w:ind w:left="720" w:hanging="720"/>
        <w:rPr>
          <w:rFonts w:ascii="GHEA Grapalat" w:hAnsi="GHEA Grapalat"/>
          <w:b/>
          <w:bCs/>
          <w:color w:val="000000" w:themeColor="text1"/>
        </w:rPr>
      </w:pPr>
      <w:r w:rsidRPr="00447437">
        <w:rPr>
          <w:rFonts w:ascii="GHEA Grapalat" w:hAnsi="GHEA Grapalat"/>
          <w:b/>
          <w:bCs/>
          <w:color w:val="000000" w:themeColor="text1"/>
        </w:rPr>
        <w:t>Այլ նշումներ՝</w:t>
      </w:r>
    </w:p>
    <w:p w14:paraId="232138CB" w14:textId="77777777" w:rsidR="009A0AC0" w:rsidRPr="00447437" w:rsidRDefault="009A0AC0" w:rsidP="009A0AC0">
      <w:pPr>
        <w:ind w:left="720" w:hanging="720"/>
        <w:rPr>
          <w:rFonts w:ascii="GHEA Grapalat" w:hAnsi="GHEA Grapalat"/>
          <w:color w:val="000000" w:themeColor="text1"/>
        </w:rPr>
      </w:pPr>
      <w:r w:rsidRPr="00447437">
        <w:rPr>
          <w:rFonts w:ascii="GHEA Grapalat" w:hAnsi="GHEA Grapalat"/>
          <w:color w:val="000000" w:themeColor="text1"/>
        </w:rPr>
        <w:t>___________________________________________________________________________</w:t>
      </w:r>
    </w:p>
    <w:p w14:paraId="4C8C8EC0" w14:textId="77777777" w:rsidR="009A0AC0" w:rsidRPr="00447437" w:rsidRDefault="009A0AC0" w:rsidP="009A0AC0">
      <w:pPr>
        <w:ind w:left="720" w:hanging="720"/>
        <w:rPr>
          <w:rFonts w:ascii="GHEA Grapalat" w:hAnsi="GHEA Grapalat"/>
          <w:color w:val="000000" w:themeColor="text1"/>
        </w:rPr>
      </w:pPr>
      <w:r w:rsidRPr="00447437">
        <w:rPr>
          <w:rFonts w:ascii="GHEA Grapalat" w:hAnsi="GHEA Grapalat"/>
          <w:color w:val="000000" w:themeColor="text1"/>
        </w:rPr>
        <w:t>___________________________________________________________________________</w:t>
      </w:r>
    </w:p>
    <w:p w14:paraId="474D2EC5" w14:textId="77777777" w:rsidR="009A0AC0" w:rsidRPr="00447437" w:rsidRDefault="009A0AC0" w:rsidP="009A0AC0">
      <w:pPr>
        <w:ind w:left="720" w:hanging="720"/>
        <w:rPr>
          <w:rFonts w:ascii="GHEA Grapalat" w:hAnsi="GHEA Grapalat"/>
          <w:color w:val="000000" w:themeColor="text1"/>
        </w:rPr>
      </w:pPr>
      <w:r w:rsidRPr="00447437">
        <w:rPr>
          <w:rFonts w:ascii="GHEA Grapalat" w:hAnsi="GHEA Grapalat"/>
          <w:color w:val="000000" w:themeColor="text1"/>
        </w:rPr>
        <w:t>___________________________________________________________________________</w:t>
      </w:r>
    </w:p>
    <w:p w14:paraId="77081F4B" w14:textId="77777777" w:rsidR="009A0AC0" w:rsidRPr="00447437" w:rsidRDefault="009A0AC0" w:rsidP="009A0AC0">
      <w:pPr>
        <w:ind w:left="720" w:hanging="720"/>
        <w:rPr>
          <w:rFonts w:ascii="GHEA Grapalat" w:hAnsi="GHEA Grapalat"/>
          <w:color w:val="000000" w:themeColor="text1"/>
        </w:rPr>
      </w:pPr>
    </w:p>
    <w:tbl>
      <w:tblPr>
        <w:tblStyle w:val="TableGrid"/>
        <w:tblW w:w="872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212"/>
        <w:gridCol w:w="3513"/>
      </w:tblGrid>
      <w:tr w:rsidR="00447437" w:rsidRPr="00447437" w14:paraId="09E50C3B" w14:textId="77777777" w:rsidTr="00DC25AF">
        <w:tc>
          <w:tcPr>
            <w:tcW w:w="5212" w:type="dxa"/>
          </w:tcPr>
          <w:p w14:paraId="0DA57763" w14:textId="77777777" w:rsidR="009A0AC0" w:rsidRPr="00447437" w:rsidRDefault="009A0AC0" w:rsidP="00DC25AF">
            <w:pPr>
              <w:tabs>
                <w:tab w:val="left" w:pos="7485"/>
              </w:tabs>
              <w:ind w:left="720" w:hanging="720"/>
              <w:rPr>
                <w:rFonts w:ascii="GHEA Grapalat" w:hAnsi="GHEA Grapalat"/>
                <w:b/>
                <w:bCs/>
                <w:color w:val="000000" w:themeColor="text1"/>
                <w:lang w:val="hy-AM"/>
              </w:rPr>
            </w:pPr>
            <w:r w:rsidRPr="00447437">
              <w:rPr>
                <w:rFonts w:ascii="GHEA Grapalat" w:hAnsi="GHEA Grapalat"/>
                <w:b/>
                <w:bCs/>
                <w:color w:val="000000" w:themeColor="text1"/>
                <w:lang w:val="hy-AM"/>
              </w:rPr>
              <w:t>Ուսանող՝</w:t>
            </w:r>
          </w:p>
          <w:p w14:paraId="1FE1BD40" w14:textId="77777777" w:rsidR="009A0AC0" w:rsidRPr="00447437" w:rsidRDefault="009A0AC0" w:rsidP="00DC25AF">
            <w:pPr>
              <w:tabs>
                <w:tab w:val="left" w:pos="7485"/>
              </w:tabs>
              <w:ind w:left="720" w:hanging="720"/>
              <w:rPr>
                <w:rFonts w:ascii="GHEA Grapalat" w:hAnsi="GHEA Grapalat"/>
                <w:color w:val="000000" w:themeColor="text1"/>
              </w:rPr>
            </w:pPr>
          </w:p>
          <w:p w14:paraId="32260124" w14:textId="77777777" w:rsidR="009A0AC0" w:rsidRPr="00447437" w:rsidRDefault="009A0AC0" w:rsidP="00DC25AF">
            <w:pPr>
              <w:tabs>
                <w:tab w:val="left" w:pos="7485"/>
              </w:tabs>
              <w:ind w:left="720" w:hanging="720"/>
              <w:rPr>
                <w:rFonts w:ascii="GHEA Grapalat" w:hAnsi="GHEA Grapalat"/>
                <w:color w:val="000000" w:themeColor="text1"/>
              </w:rPr>
            </w:pPr>
          </w:p>
          <w:p w14:paraId="77068117" w14:textId="77777777" w:rsidR="009A0AC0" w:rsidRPr="00447437" w:rsidRDefault="009A0AC0" w:rsidP="00DC25AF">
            <w:pPr>
              <w:tabs>
                <w:tab w:val="left" w:pos="7485"/>
              </w:tabs>
              <w:ind w:left="720" w:hanging="720"/>
              <w:rPr>
                <w:rFonts w:ascii="GHEA Grapalat" w:hAnsi="GHEA Grapalat"/>
                <w:color w:val="000000" w:themeColor="text1"/>
              </w:rPr>
            </w:pPr>
            <w:r w:rsidRPr="00447437">
              <w:rPr>
                <w:rFonts w:ascii="GHEA Grapalat" w:hAnsi="GHEA Grapalat"/>
                <w:color w:val="000000" w:themeColor="text1"/>
              </w:rPr>
              <w:t>———————————————————————</w:t>
            </w:r>
          </w:p>
          <w:p w14:paraId="4F934657" w14:textId="77777777" w:rsidR="009A0AC0" w:rsidRPr="00447437" w:rsidRDefault="009A0AC0" w:rsidP="00DC25AF">
            <w:pPr>
              <w:tabs>
                <w:tab w:val="left" w:pos="7485"/>
              </w:tabs>
              <w:ind w:left="720" w:hanging="720"/>
              <w:rPr>
                <w:rFonts w:ascii="GHEA Grapalat" w:hAnsi="GHEA Grapalat"/>
                <w:color w:val="000000" w:themeColor="text1"/>
              </w:rPr>
            </w:pPr>
            <w:r w:rsidRPr="00447437">
              <w:rPr>
                <w:rFonts w:ascii="GHEA Grapalat" w:hAnsi="GHEA Grapalat"/>
                <w:color w:val="000000" w:themeColor="text1"/>
              </w:rPr>
              <w:t>(ազգանուն, անուն, հայրանուն)</w:t>
            </w:r>
          </w:p>
          <w:p w14:paraId="5FFE6287" w14:textId="77777777" w:rsidR="009A0AC0" w:rsidRPr="00447437" w:rsidRDefault="009A0AC0" w:rsidP="00DC25AF">
            <w:pPr>
              <w:tabs>
                <w:tab w:val="left" w:pos="7485"/>
              </w:tabs>
              <w:ind w:left="720" w:hanging="720"/>
              <w:rPr>
                <w:rFonts w:ascii="GHEA Grapalat" w:hAnsi="GHEA Grapalat"/>
                <w:color w:val="000000" w:themeColor="text1"/>
              </w:rPr>
            </w:pPr>
          </w:p>
        </w:tc>
        <w:tc>
          <w:tcPr>
            <w:tcW w:w="3513" w:type="dxa"/>
          </w:tcPr>
          <w:p w14:paraId="3D16B69A" w14:textId="77777777" w:rsidR="009A0AC0" w:rsidRPr="00447437" w:rsidRDefault="009A0AC0" w:rsidP="00DC25AF">
            <w:pPr>
              <w:tabs>
                <w:tab w:val="left" w:pos="7485"/>
              </w:tabs>
              <w:ind w:left="720" w:hanging="720"/>
              <w:rPr>
                <w:rFonts w:ascii="GHEA Grapalat" w:hAnsi="GHEA Grapalat"/>
                <w:color w:val="000000" w:themeColor="text1"/>
              </w:rPr>
            </w:pPr>
          </w:p>
          <w:p w14:paraId="2B67F874" w14:textId="77777777" w:rsidR="009A0AC0" w:rsidRPr="00447437" w:rsidRDefault="009A0AC0" w:rsidP="00DC25AF">
            <w:pPr>
              <w:tabs>
                <w:tab w:val="left" w:pos="7485"/>
              </w:tabs>
              <w:ind w:left="720" w:hanging="720"/>
              <w:rPr>
                <w:rFonts w:ascii="GHEA Grapalat" w:hAnsi="GHEA Grapalat"/>
                <w:color w:val="000000" w:themeColor="text1"/>
              </w:rPr>
            </w:pPr>
          </w:p>
          <w:p w14:paraId="4EB3510F" w14:textId="77777777" w:rsidR="009A0AC0" w:rsidRPr="00447437" w:rsidRDefault="009A0AC0" w:rsidP="00DC25AF">
            <w:pPr>
              <w:tabs>
                <w:tab w:val="left" w:pos="7485"/>
              </w:tabs>
              <w:ind w:left="720" w:hanging="720"/>
              <w:rPr>
                <w:rFonts w:ascii="GHEA Grapalat" w:hAnsi="GHEA Grapalat"/>
                <w:color w:val="000000" w:themeColor="text1"/>
              </w:rPr>
            </w:pPr>
          </w:p>
          <w:p w14:paraId="50397AE6" w14:textId="77777777" w:rsidR="009A0AC0" w:rsidRPr="00447437" w:rsidRDefault="009A0AC0" w:rsidP="00DC25AF">
            <w:pPr>
              <w:tabs>
                <w:tab w:val="left" w:pos="7485"/>
              </w:tabs>
              <w:ind w:left="720" w:hanging="720"/>
              <w:rPr>
                <w:rFonts w:ascii="GHEA Grapalat" w:hAnsi="GHEA Grapalat"/>
                <w:color w:val="000000" w:themeColor="text1"/>
              </w:rPr>
            </w:pPr>
            <w:r w:rsidRPr="00447437">
              <w:rPr>
                <w:rFonts w:ascii="GHEA Grapalat" w:hAnsi="GHEA Grapalat"/>
                <w:color w:val="000000" w:themeColor="text1"/>
              </w:rPr>
              <w:t>———————————</w:t>
            </w:r>
          </w:p>
          <w:p w14:paraId="482CAA36" w14:textId="77777777" w:rsidR="009A0AC0" w:rsidRPr="00447437" w:rsidRDefault="009A0AC0" w:rsidP="00DC25AF">
            <w:pPr>
              <w:tabs>
                <w:tab w:val="left" w:pos="7485"/>
              </w:tabs>
              <w:ind w:left="720" w:hanging="720"/>
              <w:rPr>
                <w:rFonts w:ascii="GHEA Grapalat" w:hAnsi="GHEA Grapalat"/>
                <w:color w:val="000000" w:themeColor="text1"/>
              </w:rPr>
            </w:pPr>
            <w:r w:rsidRPr="00447437">
              <w:rPr>
                <w:rFonts w:ascii="GHEA Grapalat" w:hAnsi="GHEA Grapalat"/>
                <w:color w:val="000000" w:themeColor="text1"/>
              </w:rPr>
              <w:t>(ստորագրություն)</w:t>
            </w:r>
          </w:p>
          <w:p w14:paraId="748ABF97" w14:textId="77777777" w:rsidR="009A0AC0" w:rsidRPr="00447437" w:rsidRDefault="009A0AC0" w:rsidP="00DC25AF">
            <w:pPr>
              <w:tabs>
                <w:tab w:val="left" w:pos="7485"/>
              </w:tabs>
              <w:ind w:left="720" w:hanging="720"/>
              <w:rPr>
                <w:rFonts w:ascii="GHEA Grapalat" w:hAnsi="GHEA Grapalat"/>
                <w:color w:val="000000" w:themeColor="text1"/>
              </w:rPr>
            </w:pPr>
          </w:p>
        </w:tc>
      </w:tr>
      <w:tr w:rsidR="00447437" w:rsidRPr="00447437" w14:paraId="3E753A07" w14:textId="77777777" w:rsidTr="00DC25AF">
        <w:tc>
          <w:tcPr>
            <w:tcW w:w="5212" w:type="dxa"/>
          </w:tcPr>
          <w:p w14:paraId="3312D707" w14:textId="77777777" w:rsidR="009A0AC0" w:rsidRPr="00447437" w:rsidRDefault="009A0AC0" w:rsidP="00DC25AF">
            <w:pPr>
              <w:tabs>
                <w:tab w:val="left" w:pos="7485"/>
              </w:tabs>
              <w:ind w:left="720" w:hanging="720"/>
              <w:rPr>
                <w:rFonts w:ascii="GHEA Grapalat" w:hAnsi="GHEA Grapalat"/>
                <w:b/>
                <w:bCs/>
                <w:color w:val="000000" w:themeColor="text1"/>
                <w:lang w:val="en-GB"/>
              </w:rPr>
            </w:pPr>
            <w:r w:rsidRPr="00447437">
              <w:rPr>
                <w:rFonts w:ascii="GHEA Grapalat" w:hAnsi="GHEA Grapalat"/>
                <w:b/>
                <w:bCs/>
                <w:color w:val="000000" w:themeColor="text1"/>
              </w:rPr>
              <w:t>Ծնող</w:t>
            </w:r>
            <w:r w:rsidRPr="00447437">
              <w:rPr>
                <w:rFonts w:ascii="GHEA Grapalat" w:hAnsi="GHEA Grapalat"/>
                <w:b/>
                <w:bCs/>
                <w:color w:val="000000" w:themeColor="text1"/>
                <w:lang w:val="en-GB"/>
              </w:rPr>
              <w:t xml:space="preserve">, </w:t>
            </w:r>
            <w:r w:rsidRPr="00447437">
              <w:rPr>
                <w:rFonts w:ascii="GHEA Grapalat" w:hAnsi="GHEA Grapalat"/>
                <w:b/>
                <w:bCs/>
                <w:color w:val="000000" w:themeColor="text1"/>
              </w:rPr>
              <w:t>օրինական</w:t>
            </w:r>
            <w:r w:rsidRPr="00447437">
              <w:rPr>
                <w:rFonts w:ascii="GHEA Grapalat" w:hAnsi="GHEA Grapalat"/>
                <w:b/>
                <w:bCs/>
                <w:color w:val="000000" w:themeColor="text1"/>
                <w:lang w:val="en-GB"/>
              </w:rPr>
              <w:t xml:space="preserve"> </w:t>
            </w:r>
            <w:r w:rsidRPr="00447437">
              <w:rPr>
                <w:rFonts w:ascii="GHEA Grapalat" w:hAnsi="GHEA Grapalat"/>
                <w:b/>
                <w:bCs/>
                <w:color w:val="000000" w:themeColor="text1"/>
              </w:rPr>
              <w:t>ներկայացուցիչ՝</w:t>
            </w:r>
            <w:r w:rsidRPr="00447437">
              <w:rPr>
                <w:rFonts w:ascii="GHEA Grapalat" w:hAnsi="GHEA Grapalat"/>
                <w:b/>
                <w:bCs/>
                <w:color w:val="000000" w:themeColor="text1"/>
                <w:lang w:val="en-GB"/>
              </w:rPr>
              <w:t xml:space="preserve"> **</w:t>
            </w:r>
            <w:r w:rsidRPr="00447437">
              <w:rPr>
                <w:rFonts w:ascii="GHEA Grapalat" w:hAnsi="GHEA Grapalat"/>
                <w:b/>
                <w:bCs/>
                <w:color w:val="000000" w:themeColor="text1"/>
                <w:lang w:val="en-GB"/>
              </w:rPr>
              <w:tab/>
            </w:r>
          </w:p>
          <w:p w14:paraId="74CFE5BB" w14:textId="77777777" w:rsidR="009A0AC0" w:rsidRPr="00447437" w:rsidRDefault="009A0AC0" w:rsidP="00DC25AF">
            <w:pPr>
              <w:tabs>
                <w:tab w:val="left" w:pos="7485"/>
              </w:tabs>
              <w:ind w:left="720" w:hanging="720"/>
              <w:rPr>
                <w:rFonts w:ascii="GHEA Grapalat" w:hAnsi="GHEA Grapalat"/>
                <w:color w:val="000000" w:themeColor="text1"/>
                <w:lang w:val="en-GB"/>
              </w:rPr>
            </w:pPr>
          </w:p>
          <w:p w14:paraId="66AD2DFE" w14:textId="77777777" w:rsidR="009A0AC0" w:rsidRPr="00447437" w:rsidRDefault="009A0AC0" w:rsidP="00DC25AF">
            <w:pPr>
              <w:tabs>
                <w:tab w:val="left" w:pos="7485"/>
              </w:tabs>
              <w:ind w:left="720" w:hanging="720"/>
              <w:rPr>
                <w:rFonts w:ascii="GHEA Grapalat" w:hAnsi="GHEA Grapalat"/>
                <w:color w:val="000000" w:themeColor="text1"/>
                <w:lang w:val="en-GB"/>
              </w:rPr>
            </w:pPr>
            <w:r w:rsidRPr="00447437">
              <w:rPr>
                <w:rFonts w:ascii="GHEA Grapalat" w:hAnsi="GHEA Grapalat"/>
                <w:color w:val="000000" w:themeColor="text1"/>
                <w:lang w:val="en-GB"/>
              </w:rPr>
              <w:t>———————————————————————</w:t>
            </w:r>
          </w:p>
          <w:p w14:paraId="1CCA5B3E" w14:textId="77777777" w:rsidR="009A0AC0" w:rsidRPr="00447437" w:rsidRDefault="009A0AC0" w:rsidP="00DC25AF">
            <w:pPr>
              <w:tabs>
                <w:tab w:val="left" w:pos="7485"/>
              </w:tabs>
              <w:ind w:left="720" w:hanging="720"/>
              <w:rPr>
                <w:rFonts w:ascii="GHEA Grapalat" w:hAnsi="GHEA Grapalat"/>
                <w:color w:val="000000" w:themeColor="text1"/>
                <w:lang w:val="en-GB"/>
              </w:rPr>
            </w:pPr>
            <w:r w:rsidRPr="00447437">
              <w:rPr>
                <w:rFonts w:ascii="GHEA Grapalat" w:hAnsi="GHEA Grapalat"/>
                <w:color w:val="000000" w:themeColor="text1"/>
                <w:lang w:val="en-GB"/>
              </w:rPr>
              <w:t>(</w:t>
            </w:r>
            <w:r w:rsidRPr="00447437">
              <w:rPr>
                <w:rFonts w:ascii="GHEA Grapalat" w:hAnsi="GHEA Grapalat"/>
                <w:color w:val="000000" w:themeColor="text1"/>
              </w:rPr>
              <w:t>ազգանուն</w:t>
            </w:r>
            <w:r w:rsidRPr="00447437">
              <w:rPr>
                <w:rFonts w:ascii="GHEA Grapalat" w:hAnsi="GHEA Grapalat"/>
                <w:color w:val="000000" w:themeColor="text1"/>
                <w:lang w:val="en-GB"/>
              </w:rPr>
              <w:t xml:space="preserve">, </w:t>
            </w:r>
            <w:r w:rsidRPr="00447437">
              <w:rPr>
                <w:rFonts w:ascii="GHEA Grapalat" w:hAnsi="GHEA Grapalat"/>
                <w:color w:val="000000" w:themeColor="text1"/>
              </w:rPr>
              <w:t>անուն</w:t>
            </w:r>
            <w:r w:rsidRPr="00447437">
              <w:rPr>
                <w:rFonts w:ascii="GHEA Grapalat" w:hAnsi="GHEA Grapalat"/>
                <w:color w:val="000000" w:themeColor="text1"/>
                <w:lang w:val="en-GB"/>
              </w:rPr>
              <w:t xml:space="preserve">, </w:t>
            </w:r>
            <w:r w:rsidRPr="00447437">
              <w:rPr>
                <w:rFonts w:ascii="GHEA Grapalat" w:hAnsi="GHEA Grapalat"/>
                <w:color w:val="000000" w:themeColor="text1"/>
              </w:rPr>
              <w:t>հայրանուն</w:t>
            </w:r>
            <w:r w:rsidRPr="00447437">
              <w:rPr>
                <w:rFonts w:ascii="GHEA Grapalat" w:hAnsi="GHEA Grapalat"/>
                <w:color w:val="000000" w:themeColor="text1"/>
                <w:lang w:val="en-GB"/>
              </w:rPr>
              <w:t>)</w:t>
            </w:r>
          </w:p>
        </w:tc>
        <w:tc>
          <w:tcPr>
            <w:tcW w:w="3513" w:type="dxa"/>
          </w:tcPr>
          <w:p w14:paraId="1A1B1791" w14:textId="77777777" w:rsidR="009A0AC0" w:rsidRPr="00447437" w:rsidRDefault="009A0AC0" w:rsidP="00DC25AF">
            <w:pPr>
              <w:tabs>
                <w:tab w:val="left" w:pos="7485"/>
              </w:tabs>
              <w:ind w:left="720" w:hanging="720"/>
              <w:rPr>
                <w:rFonts w:ascii="GHEA Grapalat" w:hAnsi="GHEA Grapalat"/>
                <w:color w:val="000000" w:themeColor="text1"/>
                <w:lang w:val="en-GB"/>
              </w:rPr>
            </w:pPr>
          </w:p>
          <w:p w14:paraId="1C63D870" w14:textId="77777777" w:rsidR="009A0AC0" w:rsidRPr="00447437" w:rsidRDefault="009A0AC0" w:rsidP="00DC25AF">
            <w:pPr>
              <w:tabs>
                <w:tab w:val="left" w:pos="7485"/>
              </w:tabs>
              <w:ind w:left="720" w:hanging="720"/>
              <w:rPr>
                <w:rFonts w:ascii="GHEA Grapalat" w:hAnsi="GHEA Grapalat"/>
                <w:color w:val="000000" w:themeColor="text1"/>
                <w:lang w:val="en-GB"/>
              </w:rPr>
            </w:pPr>
          </w:p>
          <w:p w14:paraId="3D731475" w14:textId="77777777" w:rsidR="009A0AC0" w:rsidRPr="00447437" w:rsidRDefault="009A0AC0" w:rsidP="00DC25AF">
            <w:pPr>
              <w:tabs>
                <w:tab w:val="left" w:pos="7485"/>
              </w:tabs>
              <w:ind w:left="720" w:hanging="720"/>
              <w:rPr>
                <w:rFonts w:ascii="GHEA Grapalat" w:hAnsi="GHEA Grapalat"/>
                <w:color w:val="000000" w:themeColor="text1"/>
                <w:lang w:val="en-GB"/>
              </w:rPr>
            </w:pPr>
          </w:p>
          <w:p w14:paraId="02E4A932" w14:textId="77777777" w:rsidR="009A0AC0" w:rsidRPr="00447437" w:rsidRDefault="009A0AC0" w:rsidP="00DC25AF">
            <w:pPr>
              <w:tabs>
                <w:tab w:val="left" w:pos="7485"/>
              </w:tabs>
              <w:ind w:left="720" w:hanging="720"/>
              <w:rPr>
                <w:rFonts w:ascii="GHEA Grapalat" w:hAnsi="GHEA Grapalat"/>
                <w:color w:val="000000" w:themeColor="text1"/>
              </w:rPr>
            </w:pPr>
            <w:r w:rsidRPr="00447437">
              <w:rPr>
                <w:rFonts w:ascii="GHEA Grapalat" w:hAnsi="GHEA Grapalat"/>
                <w:color w:val="000000" w:themeColor="text1"/>
              </w:rPr>
              <w:t>———————————</w:t>
            </w:r>
          </w:p>
          <w:p w14:paraId="193B8ABB" w14:textId="77777777" w:rsidR="009A0AC0" w:rsidRPr="00447437" w:rsidRDefault="009A0AC0" w:rsidP="00DC25AF">
            <w:pPr>
              <w:tabs>
                <w:tab w:val="left" w:pos="7485"/>
              </w:tabs>
              <w:ind w:left="720" w:hanging="720"/>
              <w:rPr>
                <w:rFonts w:ascii="GHEA Grapalat" w:hAnsi="GHEA Grapalat"/>
                <w:color w:val="000000" w:themeColor="text1"/>
              </w:rPr>
            </w:pPr>
            <w:r w:rsidRPr="00447437">
              <w:rPr>
                <w:rFonts w:ascii="GHEA Grapalat" w:hAnsi="GHEA Grapalat"/>
                <w:color w:val="000000" w:themeColor="text1"/>
              </w:rPr>
              <w:t>(ստորագրություն)</w:t>
            </w:r>
          </w:p>
          <w:p w14:paraId="1C45D7D1" w14:textId="77777777" w:rsidR="009A0AC0" w:rsidRPr="00447437" w:rsidRDefault="009A0AC0" w:rsidP="00DC25AF">
            <w:pPr>
              <w:tabs>
                <w:tab w:val="left" w:pos="7485"/>
              </w:tabs>
              <w:ind w:left="720" w:hanging="720"/>
              <w:rPr>
                <w:rFonts w:ascii="GHEA Grapalat" w:hAnsi="GHEA Grapalat"/>
                <w:color w:val="000000" w:themeColor="text1"/>
              </w:rPr>
            </w:pPr>
          </w:p>
        </w:tc>
      </w:tr>
      <w:tr w:rsidR="00447437" w:rsidRPr="00447437" w14:paraId="3EC7EBD5" w14:textId="77777777" w:rsidTr="00DC25AF">
        <w:tc>
          <w:tcPr>
            <w:tcW w:w="5212" w:type="dxa"/>
          </w:tcPr>
          <w:p w14:paraId="323FF4DD" w14:textId="77777777" w:rsidR="009A0AC0" w:rsidRPr="00447437" w:rsidRDefault="009A0AC0" w:rsidP="00DC25AF">
            <w:pPr>
              <w:tabs>
                <w:tab w:val="left" w:pos="7485"/>
              </w:tabs>
              <w:ind w:left="720" w:hanging="720"/>
              <w:rPr>
                <w:rFonts w:ascii="GHEA Grapalat" w:hAnsi="GHEA Grapalat"/>
                <w:b/>
                <w:bCs/>
                <w:color w:val="000000" w:themeColor="text1"/>
                <w:lang w:val="en-GB"/>
              </w:rPr>
            </w:pPr>
            <w:r w:rsidRPr="00447437">
              <w:rPr>
                <w:rFonts w:ascii="GHEA Grapalat" w:hAnsi="GHEA Grapalat"/>
                <w:b/>
                <w:bCs/>
                <w:color w:val="000000" w:themeColor="text1"/>
                <w:lang w:val="hy-AM"/>
              </w:rPr>
              <w:t>Գործատու/մասնագիտական ուսուցման հրահանգիչ՝</w:t>
            </w:r>
          </w:p>
          <w:p w14:paraId="5AA17F5A" w14:textId="77777777" w:rsidR="009A0AC0" w:rsidRPr="00447437" w:rsidRDefault="009A0AC0" w:rsidP="00DC25AF">
            <w:pPr>
              <w:tabs>
                <w:tab w:val="left" w:pos="7485"/>
              </w:tabs>
              <w:ind w:left="720" w:hanging="720"/>
              <w:rPr>
                <w:rFonts w:ascii="GHEA Grapalat" w:hAnsi="GHEA Grapalat"/>
                <w:color w:val="000000" w:themeColor="text1"/>
                <w:lang w:val="en-GB"/>
              </w:rPr>
            </w:pPr>
          </w:p>
          <w:p w14:paraId="009F7AF6" w14:textId="77777777" w:rsidR="009A0AC0" w:rsidRPr="00447437" w:rsidRDefault="009A0AC0" w:rsidP="00DC25AF">
            <w:pPr>
              <w:tabs>
                <w:tab w:val="left" w:pos="7485"/>
              </w:tabs>
              <w:ind w:left="720" w:hanging="720"/>
              <w:rPr>
                <w:rFonts w:ascii="GHEA Grapalat" w:hAnsi="GHEA Grapalat"/>
                <w:color w:val="000000" w:themeColor="text1"/>
                <w:lang w:val="en-GB"/>
              </w:rPr>
            </w:pPr>
            <w:r w:rsidRPr="00447437">
              <w:rPr>
                <w:rFonts w:ascii="GHEA Grapalat" w:hAnsi="GHEA Grapalat"/>
                <w:color w:val="000000" w:themeColor="text1"/>
                <w:lang w:val="en-GB"/>
              </w:rPr>
              <w:t>———————————————————————</w:t>
            </w:r>
          </w:p>
          <w:p w14:paraId="013CEBFD" w14:textId="77777777" w:rsidR="009A0AC0" w:rsidRPr="00447437" w:rsidRDefault="009A0AC0" w:rsidP="00DC25AF">
            <w:pPr>
              <w:tabs>
                <w:tab w:val="left" w:pos="7485"/>
              </w:tabs>
              <w:ind w:left="720" w:hanging="720"/>
              <w:rPr>
                <w:rFonts w:ascii="GHEA Grapalat" w:hAnsi="GHEA Grapalat"/>
                <w:color w:val="000000" w:themeColor="text1"/>
                <w:lang w:val="en-GB"/>
              </w:rPr>
            </w:pPr>
            <w:r w:rsidRPr="00447437">
              <w:rPr>
                <w:rFonts w:ascii="GHEA Grapalat" w:hAnsi="GHEA Grapalat"/>
                <w:color w:val="000000" w:themeColor="text1"/>
                <w:lang w:val="en-GB"/>
              </w:rPr>
              <w:t>(</w:t>
            </w:r>
            <w:r w:rsidRPr="00447437">
              <w:rPr>
                <w:rFonts w:ascii="GHEA Grapalat" w:hAnsi="GHEA Grapalat"/>
                <w:color w:val="000000" w:themeColor="text1"/>
              </w:rPr>
              <w:t>ազգանուն</w:t>
            </w:r>
            <w:r w:rsidRPr="00447437">
              <w:rPr>
                <w:rFonts w:ascii="GHEA Grapalat" w:hAnsi="GHEA Grapalat"/>
                <w:color w:val="000000" w:themeColor="text1"/>
                <w:lang w:val="en-GB"/>
              </w:rPr>
              <w:t xml:space="preserve">, </w:t>
            </w:r>
            <w:r w:rsidRPr="00447437">
              <w:rPr>
                <w:rFonts w:ascii="GHEA Grapalat" w:hAnsi="GHEA Grapalat"/>
                <w:color w:val="000000" w:themeColor="text1"/>
              </w:rPr>
              <w:t>անուն</w:t>
            </w:r>
            <w:r w:rsidRPr="00447437">
              <w:rPr>
                <w:rFonts w:ascii="GHEA Grapalat" w:hAnsi="GHEA Grapalat"/>
                <w:color w:val="000000" w:themeColor="text1"/>
                <w:lang w:val="en-GB"/>
              </w:rPr>
              <w:t xml:space="preserve">, </w:t>
            </w:r>
            <w:r w:rsidRPr="00447437">
              <w:rPr>
                <w:rFonts w:ascii="GHEA Grapalat" w:hAnsi="GHEA Grapalat"/>
                <w:color w:val="000000" w:themeColor="text1"/>
              </w:rPr>
              <w:t>հայրանուն</w:t>
            </w:r>
            <w:r w:rsidRPr="00447437">
              <w:rPr>
                <w:rFonts w:ascii="GHEA Grapalat" w:hAnsi="GHEA Grapalat"/>
                <w:color w:val="000000" w:themeColor="text1"/>
                <w:lang w:val="en-GB"/>
              </w:rPr>
              <w:t>)</w:t>
            </w:r>
          </w:p>
          <w:p w14:paraId="1935FA5E" w14:textId="77777777" w:rsidR="009A0AC0" w:rsidRPr="00447437" w:rsidRDefault="009A0AC0" w:rsidP="00DC25AF">
            <w:pPr>
              <w:tabs>
                <w:tab w:val="left" w:pos="7485"/>
              </w:tabs>
              <w:ind w:left="720" w:hanging="720"/>
              <w:rPr>
                <w:rFonts w:ascii="GHEA Grapalat" w:hAnsi="GHEA Grapalat"/>
                <w:color w:val="000000" w:themeColor="text1"/>
                <w:lang w:val="en-GB"/>
              </w:rPr>
            </w:pPr>
          </w:p>
          <w:p w14:paraId="46D2A2A1" w14:textId="77777777" w:rsidR="009A0AC0" w:rsidRPr="00447437" w:rsidRDefault="009A0AC0" w:rsidP="00DC25AF">
            <w:pPr>
              <w:tabs>
                <w:tab w:val="left" w:pos="7485"/>
              </w:tabs>
              <w:ind w:left="720" w:hanging="720"/>
              <w:rPr>
                <w:rFonts w:ascii="GHEA Grapalat" w:hAnsi="GHEA Grapalat"/>
                <w:color w:val="000000" w:themeColor="text1"/>
              </w:rPr>
            </w:pPr>
            <w:r w:rsidRPr="00447437">
              <w:rPr>
                <w:rFonts w:ascii="GHEA Grapalat" w:hAnsi="GHEA Grapalat"/>
                <w:color w:val="000000" w:themeColor="text1"/>
              </w:rPr>
              <w:t>———————————————————————</w:t>
            </w:r>
          </w:p>
          <w:p w14:paraId="19B5C7B4" w14:textId="77777777" w:rsidR="009A0AC0" w:rsidRPr="00447437" w:rsidRDefault="009A0AC0" w:rsidP="00DC25AF">
            <w:pPr>
              <w:tabs>
                <w:tab w:val="left" w:pos="7485"/>
              </w:tabs>
              <w:ind w:left="720" w:hanging="720"/>
              <w:rPr>
                <w:rFonts w:ascii="GHEA Grapalat" w:hAnsi="GHEA Grapalat"/>
                <w:color w:val="000000" w:themeColor="text1"/>
              </w:rPr>
            </w:pPr>
            <w:r w:rsidRPr="00447437">
              <w:rPr>
                <w:rFonts w:ascii="GHEA Grapalat" w:hAnsi="GHEA Grapalat"/>
                <w:color w:val="000000" w:themeColor="text1"/>
              </w:rPr>
              <w:t>(պաշտոն)</w:t>
            </w:r>
          </w:p>
          <w:p w14:paraId="6DBB1204" w14:textId="77777777" w:rsidR="009A0AC0" w:rsidRPr="00447437" w:rsidRDefault="009A0AC0" w:rsidP="00DC25AF">
            <w:pPr>
              <w:tabs>
                <w:tab w:val="left" w:pos="7485"/>
              </w:tabs>
              <w:ind w:left="720" w:hanging="720"/>
              <w:rPr>
                <w:rFonts w:ascii="GHEA Grapalat" w:hAnsi="GHEA Grapalat"/>
                <w:color w:val="000000" w:themeColor="text1"/>
              </w:rPr>
            </w:pPr>
          </w:p>
        </w:tc>
        <w:tc>
          <w:tcPr>
            <w:tcW w:w="3513" w:type="dxa"/>
          </w:tcPr>
          <w:p w14:paraId="3CAF0430" w14:textId="77777777" w:rsidR="009A0AC0" w:rsidRPr="00447437" w:rsidRDefault="009A0AC0" w:rsidP="00DC25AF">
            <w:pPr>
              <w:tabs>
                <w:tab w:val="left" w:pos="7485"/>
              </w:tabs>
              <w:ind w:left="720" w:hanging="720"/>
              <w:rPr>
                <w:rFonts w:ascii="GHEA Grapalat" w:hAnsi="GHEA Grapalat"/>
                <w:color w:val="000000" w:themeColor="text1"/>
              </w:rPr>
            </w:pPr>
          </w:p>
          <w:p w14:paraId="21406C19" w14:textId="77777777" w:rsidR="009A0AC0" w:rsidRPr="00447437" w:rsidRDefault="009A0AC0" w:rsidP="00DC25AF">
            <w:pPr>
              <w:tabs>
                <w:tab w:val="left" w:pos="7485"/>
              </w:tabs>
              <w:ind w:left="720" w:hanging="720"/>
              <w:rPr>
                <w:rFonts w:ascii="GHEA Grapalat" w:hAnsi="GHEA Grapalat"/>
                <w:color w:val="000000" w:themeColor="text1"/>
              </w:rPr>
            </w:pPr>
          </w:p>
          <w:p w14:paraId="3F7FB993" w14:textId="77777777" w:rsidR="009A0AC0" w:rsidRPr="00447437" w:rsidRDefault="009A0AC0" w:rsidP="00DC25AF">
            <w:pPr>
              <w:tabs>
                <w:tab w:val="left" w:pos="7485"/>
              </w:tabs>
              <w:ind w:left="720" w:hanging="720"/>
              <w:rPr>
                <w:rFonts w:ascii="GHEA Grapalat" w:hAnsi="GHEA Grapalat"/>
                <w:color w:val="000000" w:themeColor="text1"/>
              </w:rPr>
            </w:pPr>
          </w:p>
          <w:p w14:paraId="21FF029D" w14:textId="77777777" w:rsidR="009A0AC0" w:rsidRPr="00447437" w:rsidRDefault="009A0AC0" w:rsidP="00DC25AF">
            <w:pPr>
              <w:tabs>
                <w:tab w:val="left" w:pos="7485"/>
              </w:tabs>
              <w:ind w:left="720" w:hanging="720"/>
              <w:rPr>
                <w:rFonts w:ascii="GHEA Grapalat" w:hAnsi="GHEA Grapalat"/>
                <w:color w:val="000000" w:themeColor="text1"/>
              </w:rPr>
            </w:pPr>
          </w:p>
          <w:p w14:paraId="4F13FC14" w14:textId="77777777" w:rsidR="009A0AC0" w:rsidRPr="00447437" w:rsidRDefault="009A0AC0" w:rsidP="00DC25AF">
            <w:pPr>
              <w:tabs>
                <w:tab w:val="left" w:pos="7485"/>
              </w:tabs>
              <w:ind w:left="720" w:hanging="720"/>
              <w:rPr>
                <w:rFonts w:ascii="GHEA Grapalat" w:hAnsi="GHEA Grapalat"/>
                <w:color w:val="000000" w:themeColor="text1"/>
              </w:rPr>
            </w:pPr>
          </w:p>
          <w:p w14:paraId="4CBA6A33" w14:textId="77777777" w:rsidR="009A0AC0" w:rsidRPr="00447437" w:rsidRDefault="009A0AC0" w:rsidP="00DC25AF">
            <w:pPr>
              <w:tabs>
                <w:tab w:val="left" w:pos="7485"/>
              </w:tabs>
              <w:ind w:left="720" w:hanging="720"/>
              <w:rPr>
                <w:rFonts w:ascii="GHEA Grapalat" w:hAnsi="GHEA Grapalat"/>
                <w:color w:val="000000" w:themeColor="text1"/>
              </w:rPr>
            </w:pPr>
          </w:p>
          <w:p w14:paraId="268905B0" w14:textId="77777777" w:rsidR="009A0AC0" w:rsidRPr="00447437" w:rsidRDefault="009A0AC0" w:rsidP="00DC25AF">
            <w:pPr>
              <w:tabs>
                <w:tab w:val="left" w:pos="7485"/>
              </w:tabs>
              <w:ind w:left="720" w:hanging="720"/>
              <w:rPr>
                <w:rFonts w:ascii="GHEA Grapalat" w:hAnsi="GHEA Grapalat"/>
                <w:color w:val="000000" w:themeColor="text1"/>
              </w:rPr>
            </w:pPr>
            <w:r w:rsidRPr="00447437">
              <w:rPr>
                <w:rFonts w:ascii="GHEA Grapalat" w:hAnsi="GHEA Grapalat"/>
                <w:color w:val="000000" w:themeColor="text1"/>
              </w:rPr>
              <w:t>———————————</w:t>
            </w:r>
          </w:p>
          <w:p w14:paraId="71ABFEA3" w14:textId="77777777" w:rsidR="009A0AC0" w:rsidRPr="00447437" w:rsidRDefault="009A0AC0" w:rsidP="00DC25AF">
            <w:pPr>
              <w:tabs>
                <w:tab w:val="left" w:pos="7485"/>
              </w:tabs>
              <w:ind w:left="720" w:hanging="720"/>
              <w:rPr>
                <w:rFonts w:ascii="GHEA Grapalat" w:hAnsi="GHEA Grapalat"/>
                <w:color w:val="000000" w:themeColor="text1"/>
              </w:rPr>
            </w:pPr>
            <w:r w:rsidRPr="00447437">
              <w:rPr>
                <w:rFonts w:ascii="GHEA Grapalat" w:hAnsi="GHEA Grapalat"/>
                <w:color w:val="000000" w:themeColor="text1"/>
              </w:rPr>
              <w:t>(ստորագրություն)</w:t>
            </w:r>
          </w:p>
          <w:p w14:paraId="6E549AEA" w14:textId="77777777" w:rsidR="009A0AC0" w:rsidRPr="00447437" w:rsidRDefault="009A0AC0" w:rsidP="00DC25AF">
            <w:pPr>
              <w:tabs>
                <w:tab w:val="left" w:pos="7485"/>
              </w:tabs>
              <w:ind w:left="720" w:hanging="720"/>
              <w:rPr>
                <w:rFonts w:ascii="GHEA Grapalat" w:hAnsi="GHEA Grapalat"/>
                <w:color w:val="000000" w:themeColor="text1"/>
              </w:rPr>
            </w:pPr>
          </w:p>
        </w:tc>
      </w:tr>
      <w:tr w:rsidR="009A0AC0" w:rsidRPr="00447437" w14:paraId="4A214B3C" w14:textId="77777777" w:rsidTr="00DC25AF">
        <w:tc>
          <w:tcPr>
            <w:tcW w:w="5212" w:type="dxa"/>
          </w:tcPr>
          <w:p w14:paraId="16AF28B7" w14:textId="77777777" w:rsidR="009A0AC0" w:rsidRPr="00447437" w:rsidRDefault="009A0AC0" w:rsidP="00DC25AF">
            <w:pPr>
              <w:tabs>
                <w:tab w:val="left" w:pos="7485"/>
              </w:tabs>
              <w:ind w:left="720" w:hanging="720"/>
              <w:rPr>
                <w:rFonts w:ascii="GHEA Grapalat" w:hAnsi="GHEA Grapalat"/>
                <w:b/>
                <w:bCs/>
                <w:color w:val="000000" w:themeColor="text1"/>
              </w:rPr>
            </w:pPr>
          </w:p>
          <w:p w14:paraId="58B9C241" w14:textId="77777777" w:rsidR="009A0AC0" w:rsidRPr="00447437" w:rsidRDefault="009A0AC0" w:rsidP="00DC25AF">
            <w:pPr>
              <w:tabs>
                <w:tab w:val="left" w:pos="7485"/>
              </w:tabs>
              <w:ind w:left="720" w:hanging="720"/>
              <w:rPr>
                <w:rFonts w:ascii="GHEA Grapalat" w:hAnsi="GHEA Grapalat"/>
                <w:b/>
                <w:bCs/>
                <w:color w:val="000000" w:themeColor="text1"/>
              </w:rPr>
            </w:pPr>
            <w:r w:rsidRPr="00447437">
              <w:rPr>
                <w:rFonts w:ascii="GHEA Grapalat" w:hAnsi="GHEA Grapalat"/>
                <w:b/>
                <w:bCs/>
                <w:color w:val="000000" w:themeColor="text1"/>
                <w:lang w:val="hy-AM"/>
              </w:rPr>
              <w:t>«       »</w:t>
            </w:r>
            <w:r w:rsidRPr="00447437">
              <w:rPr>
                <w:rFonts w:ascii="GHEA Grapalat" w:hAnsi="GHEA Grapalat"/>
                <w:b/>
                <w:bCs/>
                <w:color w:val="000000" w:themeColor="text1"/>
              </w:rPr>
              <w:t xml:space="preserve">____________________________ 202___ </w:t>
            </w:r>
            <w:r w:rsidRPr="00447437">
              <w:rPr>
                <w:rFonts w:ascii="GHEA Grapalat" w:hAnsi="GHEA Grapalat"/>
                <w:b/>
                <w:bCs/>
                <w:color w:val="000000" w:themeColor="text1"/>
                <w:lang w:val="hy-AM"/>
              </w:rPr>
              <w:t>թ</w:t>
            </w:r>
            <w:r w:rsidRPr="00447437">
              <w:rPr>
                <w:rFonts w:ascii="MS Mincho" w:eastAsia="MS Mincho" w:hAnsi="MS Mincho" w:cs="MS Mincho" w:hint="eastAsia"/>
                <w:b/>
                <w:bCs/>
                <w:color w:val="000000" w:themeColor="text1"/>
                <w:lang w:val="hy-AM"/>
              </w:rPr>
              <w:t>․</w:t>
            </w:r>
            <w:r w:rsidRPr="00447437">
              <w:rPr>
                <w:rFonts w:ascii="GHEA Grapalat" w:hAnsi="GHEA Grapalat"/>
                <w:b/>
                <w:bCs/>
                <w:color w:val="000000" w:themeColor="text1"/>
              </w:rPr>
              <w:t xml:space="preserve"> </w:t>
            </w:r>
          </w:p>
          <w:p w14:paraId="695E2648" w14:textId="77777777" w:rsidR="009A0AC0" w:rsidRPr="00447437" w:rsidRDefault="009A0AC0" w:rsidP="00DC25AF">
            <w:pPr>
              <w:tabs>
                <w:tab w:val="left" w:pos="7485"/>
              </w:tabs>
              <w:ind w:left="720" w:hanging="720"/>
              <w:rPr>
                <w:rFonts w:ascii="GHEA Grapalat" w:hAnsi="GHEA Grapalat"/>
                <w:color w:val="000000" w:themeColor="text1"/>
              </w:rPr>
            </w:pPr>
            <w:r w:rsidRPr="00447437">
              <w:rPr>
                <w:rFonts w:ascii="GHEA Grapalat" w:hAnsi="GHEA Grapalat"/>
                <w:b/>
                <w:bCs/>
                <w:color w:val="000000" w:themeColor="text1"/>
              </w:rPr>
              <w:t>(ամիս, ամսաթիվ, տարեթիվ)</w:t>
            </w:r>
          </w:p>
          <w:p w14:paraId="5BEF7CDC" w14:textId="77777777" w:rsidR="009A0AC0" w:rsidRPr="00447437" w:rsidRDefault="009A0AC0" w:rsidP="00DC25AF">
            <w:pPr>
              <w:tabs>
                <w:tab w:val="left" w:pos="7485"/>
              </w:tabs>
              <w:ind w:left="720" w:hanging="720"/>
              <w:rPr>
                <w:rFonts w:ascii="GHEA Grapalat" w:hAnsi="GHEA Grapalat"/>
                <w:b/>
                <w:bCs/>
                <w:color w:val="000000" w:themeColor="text1"/>
              </w:rPr>
            </w:pPr>
          </w:p>
        </w:tc>
        <w:tc>
          <w:tcPr>
            <w:tcW w:w="3513" w:type="dxa"/>
          </w:tcPr>
          <w:p w14:paraId="0D95E28F" w14:textId="77777777" w:rsidR="009A0AC0" w:rsidRPr="00447437" w:rsidRDefault="009A0AC0" w:rsidP="00DC25AF">
            <w:pPr>
              <w:tabs>
                <w:tab w:val="left" w:pos="7485"/>
              </w:tabs>
              <w:ind w:left="720" w:hanging="720"/>
              <w:rPr>
                <w:rFonts w:ascii="GHEA Grapalat" w:hAnsi="GHEA Grapalat"/>
                <w:b/>
                <w:bCs/>
                <w:color w:val="000000" w:themeColor="text1"/>
              </w:rPr>
            </w:pPr>
          </w:p>
        </w:tc>
      </w:tr>
    </w:tbl>
    <w:p w14:paraId="7A501AFA" w14:textId="77777777" w:rsidR="009A0AC0" w:rsidRPr="00447437" w:rsidRDefault="009A0AC0" w:rsidP="009A0AC0">
      <w:pPr>
        <w:ind w:left="720" w:hanging="720"/>
        <w:rPr>
          <w:rFonts w:ascii="GHEA Grapalat" w:hAnsi="GHEA Grapalat"/>
          <w:b/>
          <w:bCs/>
          <w:i/>
          <w:iCs/>
          <w:color w:val="000000" w:themeColor="text1"/>
        </w:rPr>
      </w:pPr>
    </w:p>
    <w:p w14:paraId="6E27F562" w14:textId="77777777" w:rsidR="009A0AC0" w:rsidRPr="00447437" w:rsidRDefault="009A0AC0" w:rsidP="00E879BF">
      <w:pPr>
        <w:rPr>
          <w:rFonts w:ascii="GHEA Grapalat" w:hAnsi="GHEA Grapalat"/>
          <w:color w:val="000000" w:themeColor="text1"/>
        </w:rPr>
      </w:pPr>
      <w:r w:rsidRPr="00447437">
        <w:rPr>
          <w:rFonts w:ascii="GHEA Grapalat" w:hAnsi="GHEA Grapalat"/>
          <w:b/>
          <w:bCs/>
          <w:i/>
          <w:iCs/>
          <w:color w:val="000000" w:themeColor="text1"/>
        </w:rPr>
        <w:t>**Ծանոթագրություն</w:t>
      </w:r>
      <w:r w:rsidRPr="00447437">
        <w:rPr>
          <w:rFonts w:ascii="MS Mincho" w:eastAsia="MS Mincho" w:hAnsi="MS Mincho" w:cs="MS Mincho" w:hint="eastAsia"/>
          <w:b/>
          <w:bCs/>
          <w:i/>
          <w:iCs/>
          <w:color w:val="000000" w:themeColor="text1"/>
        </w:rPr>
        <w:t>․</w:t>
      </w:r>
      <w:r w:rsidRPr="00447437">
        <w:rPr>
          <w:rFonts w:ascii="GHEA Grapalat" w:eastAsia="MS Mincho" w:hAnsi="GHEA Grapalat" w:cs="MS Mincho"/>
          <w:b/>
          <w:bCs/>
          <w:i/>
          <w:iCs/>
          <w:color w:val="000000" w:themeColor="text1"/>
        </w:rPr>
        <w:t xml:space="preserve"> </w:t>
      </w:r>
      <w:r w:rsidRPr="00447437">
        <w:rPr>
          <w:rFonts w:ascii="GHEA Grapalat" w:hAnsi="GHEA Grapalat"/>
          <w:color w:val="000000" w:themeColor="text1"/>
        </w:rPr>
        <w:t>14-18 տարեկան ուսանողի պարագայում ստորագրում են ինչպես ուսանողը, այնպես էլ՝ նրա օրինական ներկայացուցիչը (ծնող, հոգաբարձու, խնամակալ)</w:t>
      </w:r>
    </w:p>
    <w:p w14:paraId="0DFDA784" w14:textId="77777777" w:rsidR="009A0AC0" w:rsidRPr="00447437" w:rsidRDefault="009A0AC0" w:rsidP="009A0AC0">
      <w:pPr>
        <w:ind w:left="720" w:hanging="720"/>
        <w:rPr>
          <w:rFonts w:ascii="GHEA Grapalat" w:hAnsi="GHEA Grapalat"/>
          <w:color w:val="000000" w:themeColor="text1"/>
        </w:rPr>
      </w:pPr>
      <w:r w:rsidRPr="00447437">
        <w:rPr>
          <w:rFonts w:ascii="GHEA Grapalat" w:hAnsi="GHEA Grapalat"/>
          <w:color w:val="000000" w:themeColor="text1"/>
        </w:rPr>
        <w:br w:type="page"/>
      </w:r>
    </w:p>
    <w:p w14:paraId="5710309E" w14:textId="77777777" w:rsidR="009A0AC0" w:rsidRPr="00447437" w:rsidRDefault="009A0AC0" w:rsidP="009A0AC0">
      <w:pPr>
        <w:pStyle w:val="Heading1"/>
        <w:keepLines/>
        <w:numPr>
          <w:ilvl w:val="0"/>
          <w:numId w:val="27"/>
        </w:numPr>
        <w:spacing w:before="480" w:line="276" w:lineRule="auto"/>
        <w:ind w:hanging="720"/>
        <w:rPr>
          <w:rFonts w:ascii="GHEA Grapalat" w:hAnsi="GHEA Grapalat"/>
          <w:color w:val="000000" w:themeColor="text1"/>
        </w:rPr>
      </w:pPr>
      <w:r w:rsidRPr="00447437">
        <w:rPr>
          <w:rFonts w:ascii="GHEA Grapalat" w:hAnsi="GHEA Grapalat"/>
          <w:color w:val="000000" w:themeColor="text1"/>
        </w:rPr>
        <w:lastRenderedPageBreak/>
        <w:t>ԳԱՈՒ ՄՈԴՈՒԼԱՅԻՆ ԾՐԱԳՐԻ ԱՄՓՈՓԻՉ ԳՆԱՀԱՏՄԱՆ ՎԻՃԱԿԱԳՐՈՒԹՅՈՒՆ</w:t>
      </w:r>
    </w:p>
    <w:p w14:paraId="23260A0C" w14:textId="77777777" w:rsidR="009A0AC0" w:rsidRPr="00447437" w:rsidRDefault="009A0AC0" w:rsidP="009A0AC0">
      <w:pPr>
        <w:ind w:left="720" w:hanging="720"/>
        <w:jc w:val="center"/>
        <w:rPr>
          <w:rFonts w:ascii="GHEA Grapalat" w:hAnsi="GHEA Grapalat"/>
          <w:b/>
          <w:bCs/>
          <w:color w:val="000000" w:themeColor="text1"/>
        </w:rPr>
      </w:pPr>
    </w:p>
    <w:p w14:paraId="055C3060" w14:textId="77777777" w:rsidR="009A0AC0" w:rsidRPr="00447437" w:rsidRDefault="009A0AC0" w:rsidP="00E879BF">
      <w:pPr>
        <w:spacing w:after="0"/>
        <w:ind w:left="720" w:hanging="720"/>
        <w:rPr>
          <w:rFonts w:ascii="GHEA Grapalat" w:hAnsi="GHEA Grapalat"/>
          <w:b/>
          <w:bCs/>
          <w:color w:val="000000" w:themeColor="text1"/>
        </w:rPr>
      </w:pPr>
      <w:r w:rsidRPr="00447437">
        <w:rPr>
          <w:rFonts w:ascii="GHEA Grapalat" w:hAnsi="GHEA Grapalat"/>
          <w:b/>
          <w:bCs/>
          <w:color w:val="000000" w:themeColor="text1"/>
        </w:rPr>
        <w:t>ՄՈԴՈՒԼ ————————————————————————————————</w:t>
      </w:r>
    </w:p>
    <w:p w14:paraId="3CB88753" w14:textId="379EA285" w:rsidR="009A0AC0" w:rsidRPr="00447437" w:rsidRDefault="009A0AC0" w:rsidP="00E879BF">
      <w:pPr>
        <w:spacing w:after="0"/>
        <w:ind w:left="720" w:hanging="720"/>
        <w:rPr>
          <w:rFonts w:ascii="GHEA Grapalat" w:hAnsi="GHEA Grapalat"/>
          <w:i/>
          <w:iCs/>
          <w:color w:val="000000" w:themeColor="text1"/>
        </w:rPr>
      </w:pPr>
      <w:r w:rsidRPr="00447437">
        <w:rPr>
          <w:rFonts w:ascii="GHEA Grapalat" w:hAnsi="GHEA Grapalat"/>
          <w:b/>
          <w:bCs/>
          <w:color w:val="000000" w:themeColor="text1"/>
        </w:rPr>
        <w:t xml:space="preserve">                 </w:t>
      </w:r>
      <w:r w:rsidRPr="00447437">
        <w:rPr>
          <w:rFonts w:ascii="GHEA Grapalat" w:hAnsi="GHEA Grapalat"/>
          <w:i/>
          <w:iCs/>
          <w:color w:val="000000" w:themeColor="text1"/>
        </w:rPr>
        <w:t xml:space="preserve">անվանումը, ընդհանուր ժամաքանակը, կրեդիտները </w:t>
      </w:r>
    </w:p>
    <w:p w14:paraId="62A9A756" w14:textId="77777777" w:rsidR="005E06FB" w:rsidRPr="00447437" w:rsidRDefault="005E06FB" w:rsidP="009A0AC0">
      <w:pPr>
        <w:ind w:left="720" w:hanging="720"/>
        <w:rPr>
          <w:rFonts w:ascii="GHEA Grapalat" w:hAnsi="GHEA Grapalat"/>
          <w:i/>
          <w:iCs/>
          <w:color w:val="000000" w:themeColor="text1"/>
        </w:rPr>
      </w:pPr>
    </w:p>
    <w:tbl>
      <w:tblPr>
        <w:tblStyle w:val="TableGrid"/>
        <w:tblW w:w="0" w:type="auto"/>
        <w:tblInd w:w="-29" w:type="dxa"/>
        <w:tblLook w:val="04A0" w:firstRow="1" w:lastRow="0" w:firstColumn="1" w:lastColumn="0" w:noHBand="0" w:noVBand="1"/>
      </w:tblPr>
      <w:tblGrid>
        <w:gridCol w:w="2013"/>
        <w:gridCol w:w="1896"/>
        <w:gridCol w:w="1735"/>
        <w:gridCol w:w="1181"/>
        <w:gridCol w:w="3096"/>
      </w:tblGrid>
      <w:tr w:rsidR="00447437" w:rsidRPr="00027471" w14:paraId="0B7DF93D" w14:textId="77777777" w:rsidTr="00DC25AF">
        <w:trPr>
          <w:trHeight w:val="1349"/>
        </w:trPr>
        <w:tc>
          <w:tcPr>
            <w:tcW w:w="0" w:type="auto"/>
          </w:tcPr>
          <w:p w14:paraId="4DCC3DFE" w14:textId="77777777" w:rsidR="009A0AC0" w:rsidRPr="00447437" w:rsidRDefault="009A0AC0" w:rsidP="00DC25AF">
            <w:pPr>
              <w:spacing w:after="200" w:line="276" w:lineRule="auto"/>
              <w:ind w:left="720" w:hanging="720"/>
              <w:jc w:val="center"/>
              <w:rPr>
                <w:rFonts w:ascii="GHEA Grapalat" w:hAnsi="GHEA Grapalat"/>
                <w:b/>
                <w:bCs/>
                <w:color w:val="000000" w:themeColor="text1"/>
              </w:rPr>
            </w:pPr>
            <w:r w:rsidRPr="00447437">
              <w:rPr>
                <w:rFonts w:ascii="GHEA Grapalat" w:hAnsi="GHEA Grapalat"/>
                <w:b/>
                <w:bCs/>
                <w:color w:val="000000" w:themeColor="text1"/>
              </w:rPr>
              <w:t>Ուսումնառության արդյունք</w:t>
            </w:r>
          </w:p>
        </w:tc>
        <w:tc>
          <w:tcPr>
            <w:tcW w:w="0" w:type="auto"/>
          </w:tcPr>
          <w:p w14:paraId="2F7323F9" w14:textId="77777777" w:rsidR="009A0AC0" w:rsidRPr="00447437" w:rsidRDefault="009A0AC0" w:rsidP="00DC25AF">
            <w:pPr>
              <w:ind w:left="720" w:hanging="720"/>
              <w:jc w:val="center"/>
              <w:rPr>
                <w:rFonts w:ascii="GHEA Grapalat" w:hAnsi="GHEA Grapalat"/>
                <w:b/>
                <w:bCs/>
                <w:color w:val="000000" w:themeColor="text1"/>
              </w:rPr>
            </w:pPr>
            <w:r w:rsidRPr="00447437">
              <w:rPr>
                <w:rFonts w:ascii="GHEA Grapalat" w:hAnsi="GHEA Grapalat"/>
                <w:b/>
                <w:bCs/>
                <w:color w:val="000000" w:themeColor="text1"/>
              </w:rPr>
              <w:t>Կատարման չափանիշ</w:t>
            </w:r>
          </w:p>
        </w:tc>
        <w:tc>
          <w:tcPr>
            <w:tcW w:w="0" w:type="auto"/>
          </w:tcPr>
          <w:p w14:paraId="6F37D41B" w14:textId="77777777" w:rsidR="009A0AC0" w:rsidRPr="00447437" w:rsidRDefault="009A0AC0" w:rsidP="00DC25AF">
            <w:pPr>
              <w:ind w:left="720" w:hanging="720"/>
              <w:jc w:val="center"/>
              <w:rPr>
                <w:rFonts w:ascii="GHEA Grapalat" w:hAnsi="GHEA Grapalat"/>
                <w:b/>
                <w:bCs/>
                <w:color w:val="000000" w:themeColor="text1"/>
              </w:rPr>
            </w:pPr>
            <w:r w:rsidRPr="00447437">
              <w:rPr>
                <w:rFonts w:ascii="GHEA Grapalat" w:hAnsi="GHEA Grapalat"/>
                <w:b/>
                <w:bCs/>
                <w:color w:val="000000" w:themeColor="text1"/>
              </w:rPr>
              <w:t>Իրականացման</w:t>
            </w:r>
          </w:p>
          <w:p w14:paraId="4BD1090B" w14:textId="77777777" w:rsidR="009A0AC0" w:rsidRPr="00447437" w:rsidRDefault="009A0AC0" w:rsidP="00DC25AF">
            <w:pPr>
              <w:ind w:left="720" w:hanging="720"/>
              <w:jc w:val="center"/>
              <w:rPr>
                <w:rFonts w:ascii="GHEA Grapalat" w:hAnsi="GHEA Grapalat"/>
                <w:b/>
                <w:bCs/>
                <w:color w:val="000000" w:themeColor="text1"/>
              </w:rPr>
            </w:pPr>
            <w:r w:rsidRPr="00447437">
              <w:rPr>
                <w:rFonts w:ascii="GHEA Grapalat" w:hAnsi="GHEA Grapalat"/>
                <w:b/>
                <w:bCs/>
                <w:color w:val="000000" w:themeColor="text1"/>
              </w:rPr>
              <w:t>վայր</w:t>
            </w:r>
          </w:p>
        </w:tc>
        <w:tc>
          <w:tcPr>
            <w:tcW w:w="0" w:type="auto"/>
          </w:tcPr>
          <w:p w14:paraId="2D54C0F1" w14:textId="77777777" w:rsidR="009A0AC0" w:rsidRPr="00447437" w:rsidRDefault="009A0AC0" w:rsidP="00DC25AF">
            <w:pPr>
              <w:ind w:left="720" w:hanging="720"/>
              <w:jc w:val="center"/>
              <w:rPr>
                <w:rFonts w:ascii="GHEA Grapalat" w:hAnsi="GHEA Grapalat"/>
                <w:b/>
                <w:bCs/>
                <w:color w:val="000000" w:themeColor="text1"/>
              </w:rPr>
            </w:pPr>
            <w:r w:rsidRPr="00447437">
              <w:rPr>
                <w:rFonts w:ascii="GHEA Grapalat" w:hAnsi="GHEA Grapalat"/>
                <w:b/>
                <w:bCs/>
                <w:color w:val="000000" w:themeColor="text1"/>
              </w:rPr>
              <w:t>Ժամկետը</w:t>
            </w:r>
          </w:p>
        </w:tc>
        <w:tc>
          <w:tcPr>
            <w:tcW w:w="0" w:type="auto"/>
          </w:tcPr>
          <w:p w14:paraId="277A9E24" w14:textId="77777777" w:rsidR="009A0AC0" w:rsidRPr="00447437" w:rsidRDefault="009A0AC0" w:rsidP="00DC25AF">
            <w:pPr>
              <w:spacing w:after="200" w:line="276" w:lineRule="auto"/>
              <w:ind w:left="720" w:hanging="720"/>
              <w:jc w:val="center"/>
              <w:rPr>
                <w:rFonts w:ascii="GHEA Grapalat" w:hAnsi="GHEA Grapalat"/>
                <w:b/>
                <w:bCs/>
                <w:color w:val="000000" w:themeColor="text1"/>
              </w:rPr>
            </w:pPr>
            <w:r w:rsidRPr="00447437">
              <w:rPr>
                <w:rFonts w:ascii="GHEA Grapalat" w:hAnsi="GHEA Grapalat"/>
                <w:b/>
                <w:bCs/>
                <w:color w:val="000000" w:themeColor="text1"/>
              </w:rPr>
              <w:t>Ձեռք բերված վերջնարդյունքների գնահատականը</w:t>
            </w:r>
          </w:p>
          <w:p w14:paraId="26119496" w14:textId="77777777" w:rsidR="009A0AC0" w:rsidRPr="00447437" w:rsidRDefault="009A0AC0" w:rsidP="00DC25AF">
            <w:pPr>
              <w:spacing w:after="200" w:line="276" w:lineRule="auto"/>
              <w:ind w:left="720" w:hanging="720"/>
              <w:jc w:val="center"/>
              <w:rPr>
                <w:rFonts w:ascii="GHEA Grapalat" w:hAnsi="GHEA Grapalat"/>
                <w:b/>
                <w:bCs/>
                <w:color w:val="000000" w:themeColor="text1"/>
              </w:rPr>
            </w:pPr>
            <w:r w:rsidRPr="00447437">
              <w:rPr>
                <w:rFonts w:ascii="GHEA Grapalat" w:hAnsi="GHEA Grapalat"/>
                <w:b/>
                <w:bCs/>
                <w:color w:val="000000" w:themeColor="text1"/>
              </w:rPr>
              <w:t>(A, B, C, D, E)</w:t>
            </w:r>
          </w:p>
        </w:tc>
      </w:tr>
      <w:tr w:rsidR="00447437" w:rsidRPr="00447437" w14:paraId="2111C151" w14:textId="77777777" w:rsidTr="00DC25AF">
        <w:tc>
          <w:tcPr>
            <w:tcW w:w="0" w:type="auto"/>
            <w:vMerge w:val="restart"/>
          </w:tcPr>
          <w:p w14:paraId="7ACF5C38" w14:textId="77777777" w:rsidR="009A0AC0" w:rsidRPr="00447437" w:rsidRDefault="009A0AC0" w:rsidP="00DC25AF">
            <w:pPr>
              <w:spacing w:after="200" w:line="276" w:lineRule="auto"/>
              <w:ind w:left="720" w:hanging="720"/>
              <w:rPr>
                <w:rFonts w:ascii="GHEA Grapalat" w:hAnsi="GHEA Grapalat"/>
                <w:b/>
                <w:bCs/>
                <w:color w:val="000000" w:themeColor="text1"/>
              </w:rPr>
            </w:pPr>
            <w:r w:rsidRPr="00447437">
              <w:rPr>
                <w:rFonts w:ascii="GHEA Grapalat" w:hAnsi="GHEA Grapalat"/>
                <w:b/>
                <w:bCs/>
                <w:color w:val="000000" w:themeColor="text1"/>
              </w:rPr>
              <w:t xml:space="preserve">1. </w:t>
            </w:r>
          </w:p>
        </w:tc>
        <w:tc>
          <w:tcPr>
            <w:tcW w:w="0" w:type="auto"/>
          </w:tcPr>
          <w:p w14:paraId="0011BFFE" w14:textId="77777777" w:rsidR="009A0AC0" w:rsidRPr="00447437" w:rsidRDefault="009A0AC0" w:rsidP="00DC25AF">
            <w:pPr>
              <w:ind w:left="720" w:hanging="720"/>
              <w:rPr>
                <w:rFonts w:ascii="GHEA Grapalat" w:hAnsi="GHEA Grapalat"/>
                <w:color w:val="000000" w:themeColor="text1"/>
              </w:rPr>
            </w:pPr>
            <w:r w:rsidRPr="00447437">
              <w:rPr>
                <w:rFonts w:ascii="GHEA Grapalat" w:hAnsi="GHEA Grapalat"/>
                <w:color w:val="000000" w:themeColor="text1"/>
              </w:rPr>
              <w:t>1.1</w:t>
            </w:r>
          </w:p>
        </w:tc>
        <w:tc>
          <w:tcPr>
            <w:tcW w:w="0" w:type="auto"/>
          </w:tcPr>
          <w:p w14:paraId="43FF1943" w14:textId="77777777" w:rsidR="009A0AC0" w:rsidRPr="00447437" w:rsidRDefault="009A0AC0" w:rsidP="00DC25AF">
            <w:pPr>
              <w:ind w:left="720" w:hanging="720"/>
              <w:rPr>
                <w:rFonts w:ascii="GHEA Grapalat" w:hAnsi="GHEA Grapalat"/>
                <w:color w:val="000000" w:themeColor="text1"/>
              </w:rPr>
            </w:pPr>
          </w:p>
        </w:tc>
        <w:tc>
          <w:tcPr>
            <w:tcW w:w="0" w:type="auto"/>
          </w:tcPr>
          <w:p w14:paraId="2C78FCB4" w14:textId="77777777" w:rsidR="009A0AC0" w:rsidRPr="00447437" w:rsidRDefault="009A0AC0" w:rsidP="00DC25AF">
            <w:pPr>
              <w:ind w:left="720" w:hanging="720"/>
              <w:rPr>
                <w:rFonts w:ascii="GHEA Grapalat" w:hAnsi="GHEA Grapalat"/>
                <w:color w:val="000000" w:themeColor="text1"/>
              </w:rPr>
            </w:pPr>
          </w:p>
        </w:tc>
        <w:tc>
          <w:tcPr>
            <w:tcW w:w="0" w:type="auto"/>
          </w:tcPr>
          <w:p w14:paraId="388352F1" w14:textId="77777777" w:rsidR="009A0AC0" w:rsidRPr="00447437" w:rsidRDefault="009A0AC0" w:rsidP="00DC25AF">
            <w:pPr>
              <w:spacing w:after="200" w:line="276" w:lineRule="auto"/>
              <w:ind w:left="720" w:hanging="720"/>
              <w:rPr>
                <w:rFonts w:ascii="GHEA Grapalat" w:hAnsi="GHEA Grapalat"/>
                <w:color w:val="000000" w:themeColor="text1"/>
              </w:rPr>
            </w:pPr>
          </w:p>
        </w:tc>
      </w:tr>
      <w:tr w:rsidR="00447437" w:rsidRPr="00447437" w14:paraId="01952AAD" w14:textId="77777777" w:rsidTr="00DC25AF">
        <w:tc>
          <w:tcPr>
            <w:tcW w:w="0" w:type="auto"/>
            <w:vMerge/>
          </w:tcPr>
          <w:p w14:paraId="41320B21" w14:textId="77777777" w:rsidR="009A0AC0" w:rsidRPr="00447437" w:rsidRDefault="009A0AC0" w:rsidP="00DC25AF">
            <w:pPr>
              <w:spacing w:after="200" w:line="276" w:lineRule="auto"/>
              <w:ind w:left="720" w:hanging="720"/>
              <w:rPr>
                <w:rFonts w:ascii="GHEA Grapalat" w:hAnsi="GHEA Grapalat"/>
                <w:color w:val="000000" w:themeColor="text1"/>
              </w:rPr>
            </w:pPr>
          </w:p>
        </w:tc>
        <w:tc>
          <w:tcPr>
            <w:tcW w:w="0" w:type="auto"/>
          </w:tcPr>
          <w:p w14:paraId="37E1CE80" w14:textId="77777777" w:rsidR="009A0AC0" w:rsidRPr="00447437" w:rsidRDefault="009A0AC0" w:rsidP="00DC25AF">
            <w:pPr>
              <w:ind w:left="720" w:hanging="720"/>
              <w:rPr>
                <w:rFonts w:ascii="GHEA Grapalat" w:hAnsi="GHEA Grapalat"/>
                <w:color w:val="000000" w:themeColor="text1"/>
              </w:rPr>
            </w:pPr>
            <w:r w:rsidRPr="00447437">
              <w:rPr>
                <w:rFonts w:ascii="GHEA Grapalat" w:hAnsi="GHEA Grapalat"/>
                <w:color w:val="000000" w:themeColor="text1"/>
              </w:rPr>
              <w:t>1.2</w:t>
            </w:r>
          </w:p>
        </w:tc>
        <w:tc>
          <w:tcPr>
            <w:tcW w:w="0" w:type="auto"/>
          </w:tcPr>
          <w:p w14:paraId="6CBBD259" w14:textId="77777777" w:rsidR="009A0AC0" w:rsidRPr="00447437" w:rsidRDefault="009A0AC0" w:rsidP="00DC25AF">
            <w:pPr>
              <w:ind w:left="720" w:hanging="720"/>
              <w:rPr>
                <w:rFonts w:ascii="GHEA Grapalat" w:hAnsi="GHEA Grapalat"/>
                <w:color w:val="000000" w:themeColor="text1"/>
              </w:rPr>
            </w:pPr>
          </w:p>
        </w:tc>
        <w:tc>
          <w:tcPr>
            <w:tcW w:w="0" w:type="auto"/>
          </w:tcPr>
          <w:p w14:paraId="7C8195F7" w14:textId="77777777" w:rsidR="009A0AC0" w:rsidRPr="00447437" w:rsidRDefault="009A0AC0" w:rsidP="00DC25AF">
            <w:pPr>
              <w:ind w:left="720" w:hanging="720"/>
              <w:rPr>
                <w:rFonts w:ascii="GHEA Grapalat" w:hAnsi="GHEA Grapalat"/>
                <w:color w:val="000000" w:themeColor="text1"/>
              </w:rPr>
            </w:pPr>
          </w:p>
        </w:tc>
        <w:tc>
          <w:tcPr>
            <w:tcW w:w="0" w:type="auto"/>
          </w:tcPr>
          <w:p w14:paraId="12632BD4" w14:textId="77777777" w:rsidR="009A0AC0" w:rsidRPr="00447437" w:rsidRDefault="009A0AC0" w:rsidP="00DC25AF">
            <w:pPr>
              <w:spacing w:after="200" w:line="276" w:lineRule="auto"/>
              <w:ind w:left="720" w:hanging="720"/>
              <w:rPr>
                <w:rFonts w:ascii="GHEA Grapalat" w:hAnsi="GHEA Grapalat"/>
                <w:color w:val="000000" w:themeColor="text1"/>
              </w:rPr>
            </w:pPr>
          </w:p>
        </w:tc>
      </w:tr>
      <w:tr w:rsidR="00447437" w:rsidRPr="00447437" w14:paraId="204ACA1E" w14:textId="77777777" w:rsidTr="00DC25AF">
        <w:tc>
          <w:tcPr>
            <w:tcW w:w="0" w:type="auto"/>
            <w:vMerge/>
          </w:tcPr>
          <w:p w14:paraId="5292ED56" w14:textId="77777777" w:rsidR="009A0AC0" w:rsidRPr="00447437" w:rsidRDefault="009A0AC0" w:rsidP="00DC25AF">
            <w:pPr>
              <w:spacing w:after="200" w:line="276" w:lineRule="auto"/>
              <w:ind w:left="720" w:hanging="720"/>
              <w:rPr>
                <w:rFonts w:ascii="GHEA Grapalat" w:hAnsi="GHEA Grapalat"/>
                <w:color w:val="000000" w:themeColor="text1"/>
              </w:rPr>
            </w:pPr>
          </w:p>
        </w:tc>
        <w:tc>
          <w:tcPr>
            <w:tcW w:w="0" w:type="auto"/>
          </w:tcPr>
          <w:p w14:paraId="69A7E8D0" w14:textId="77777777" w:rsidR="009A0AC0" w:rsidRPr="00447437" w:rsidRDefault="009A0AC0" w:rsidP="00DC25AF">
            <w:pPr>
              <w:ind w:left="720" w:hanging="720"/>
              <w:rPr>
                <w:rFonts w:ascii="GHEA Grapalat" w:hAnsi="GHEA Grapalat"/>
                <w:color w:val="000000" w:themeColor="text1"/>
              </w:rPr>
            </w:pPr>
            <w:r w:rsidRPr="00447437">
              <w:rPr>
                <w:rFonts w:ascii="GHEA Grapalat" w:hAnsi="GHEA Grapalat"/>
                <w:color w:val="000000" w:themeColor="text1"/>
              </w:rPr>
              <w:t>1.3…</w:t>
            </w:r>
          </w:p>
        </w:tc>
        <w:tc>
          <w:tcPr>
            <w:tcW w:w="0" w:type="auto"/>
          </w:tcPr>
          <w:p w14:paraId="699B606E" w14:textId="77777777" w:rsidR="009A0AC0" w:rsidRPr="00447437" w:rsidRDefault="009A0AC0" w:rsidP="00DC25AF">
            <w:pPr>
              <w:ind w:left="720" w:hanging="720"/>
              <w:rPr>
                <w:rFonts w:ascii="GHEA Grapalat" w:hAnsi="GHEA Grapalat"/>
                <w:color w:val="000000" w:themeColor="text1"/>
              </w:rPr>
            </w:pPr>
          </w:p>
        </w:tc>
        <w:tc>
          <w:tcPr>
            <w:tcW w:w="0" w:type="auto"/>
          </w:tcPr>
          <w:p w14:paraId="08CF593F" w14:textId="77777777" w:rsidR="009A0AC0" w:rsidRPr="00447437" w:rsidRDefault="009A0AC0" w:rsidP="00DC25AF">
            <w:pPr>
              <w:ind w:left="720" w:hanging="720"/>
              <w:rPr>
                <w:rFonts w:ascii="GHEA Grapalat" w:hAnsi="GHEA Grapalat"/>
                <w:color w:val="000000" w:themeColor="text1"/>
              </w:rPr>
            </w:pPr>
          </w:p>
        </w:tc>
        <w:tc>
          <w:tcPr>
            <w:tcW w:w="0" w:type="auto"/>
          </w:tcPr>
          <w:p w14:paraId="159F6DFA" w14:textId="77777777" w:rsidR="009A0AC0" w:rsidRPr="00447437" w:rsidRDefault="009A0AC0" w:rsidP="00DC25AF">
            <w:pPr>
              <w:spacing w:after="200" w:line="276" w:lineRule="auto"/>
              <w:ind w:left="720" w:hanging="720"/>
              <w:rPr>
                <w:rFonts w:ascii="GHEA Grapalat" w:hAnsi="GHEA Grapalat"/>
                <w:color w:val="000000" w:themeColor="text1"/>
              </w:rPr>
            </w:pPr>
          </w:p>
        </w:tc>
      </w:tr>
      <w:tr w:rsidR="00447437" w:rsidRPr="00447437" w14:paraId="58AA28B9" w14:textId="77777777" w:rsidTr="00DC25AF">
        <w:tc>
          <w:tcPr>
            <w:tcW w:w="0" w:type="auto"/>
          </w:tcPr>
          <w:p w14:paraId="7038A083" w14:textId="77777777" w:rsidR="009A0AC0" w:rsidRPr="00447437" w:rsidRDefault="009A0AC0" w:rsidP="00DC25AF">
            <w:pPr>
              <w:spacing w:after="200" w:line="276" w:lineRule="auto"/>
              <w:ind w:left="720" w:hanging="720"/>
              <w:rPr>
                <w:rFonts w:ascii="GHEA Grapalat" w:hAnsi="GHEA Grapalat"/>
                <w:b/>
                <w:bCs/>
                <w:color w:val="000000" w:themeColor="text1"/>
              </w:rPr>
            </w:pPr>
            <w:r w:rsidRPr="00447437">
              <w:rPr>
                <w:rFonts w:ascii="GHEA Grapalat" w:hAnsi="GHEA Grapalat"/>
                <w:b/>
                <w:bCs/>
                <w:color w:val="000000" w:themeColor="text1"/>
              </w:rPr>
              <w:t>2.</w:t>
            </w:r>
          </w:p>
        </w:tc>
        <w:tc>
          <w:tcPr>
            <w:tcW w:w="0" w:type="auto"/>
          </w:tcPr>
          <w:p w14:paraId="4772A399" w14:textId="77777777" w:rsidR="009A0AC0" w:rsidRPr="00447437" w:rsidRDefault="009A0AC0" w:rsidP="00DC25AF">
            <w:pPr>
              <w:ind w:left="720" w:hanging="720"/>
              <w:rPr>
                <w:rFonts w:ascii="GHEA Grapalat" w:hAnsi="GHEA Grapalat"/>
                <w:color w:val="000000" w:themeColor="text1"/>
              </w:rPr>
            </w:pPr>
            <w:r w:rsidRPr="00447437">
              <w:rPr>
                <w:rFonts w:ascii="GHEA Grapalat" w:hAnsi="GHEA Grapalat"/>
                <w:color w:val="000000" w:themeColor="text1"/>
              </w:rPr>
              <w:t>2.1</w:t>
            </w:r>
          </w:p>
        </w:tc>
        <w:tc>
          <w:tcPr>
            <w:tcW w:w="0" w:type="auto"/>
          </w:tcPr>
          <w:p w14:paraId="13FAEE8A" w14:textId="77777777" w:rsidR="009A0AC0" w:rsidRPr="00447437" w:rsidRDefault="009A0AC0" w:rsidP="00DC25AF">
            <w:pPr>
              <w:ind w:left="720" w:hanging="720"/>
              <w:rPr>
                <w:rFonts w:ascii="GHEA Grapalat" w:hAnsi="GHEA Grapalat"/>
                <w:color w:val="000000" w:themeColor="text1"/>
              </w:rPr>
            </w:pPr>
          </w:p>
        </w:tc>
        <w:tc>
          <w:tcPr>
            <w:tcW w:w="0" w:type="auto"/>
          </w:tcPr>
          <w:p w14:paraId="1C9DE253" w14:textId="77777777" w:rsidR="009A0AC0" w:rsidRPr="00447437" w:rsidRDefault="009A0AC0" w:rsidP="00DC25AF">
            <w:pPr>
              <w:ind w:left="720" w:hanging="720"/>
              <w:rPr>
                <w:rFonts w:ascii="GHEA Grapalat" w:hAnsi="GHEA Grapalat"/>
                <w:color w:val="000000" w:themeColor="text1"/>
              </w:rPr>
            </w:pPr>
          </w:p>
        </w:tc>
        <w:tc>
          <w:tcPr>
            <w:tcW w:w="0" w:type="auto"/>
          </w:tcPr>
          <w:p w14:paraId="70005AD9" w14:textId="77777777" w:rsidR="009A0AC0" w:rsidRPr="00447437" w:rsidRDefault="009A0AC0" w:rsidP="00DC25AF">
            <w:pPr>
              <w:spacing w:after="200" w:line="276" w:lineRule="auto"/>
              <w:ind w:left="720" w:hanging="720"/>
              <w:rPr>
                <w:rFonts w:ascii="GHEA Grapalat" w:hAnsi="GHEA Grapalat"/>
                <w:color w:val="000000" w:themeColor="text1"/>
              </w:rPr>
            </w:pPr>
          </w:p>
        </w:tc>
      </w:tr>
      <w:tr w:rsidR="00447437" w:rsidRPr="00447437" w14:paraId="105B5AA0" w14:textId="77777777" w:rsidTr="00DC25AF">
        <w:tc>
          <w:tcPr>
            <w:tcW w:w="0" w:type="auto"/>
          </w:tcPr>
          <w:p w14:paraId="12E91EA5" w14:textId="77777777" w:rsidR="009A0AC0" w:rsidRPr="00447437" w:rsidRDefault="009A0AC0" w:rsidP="00DC25AF">
            <w:pPr>
              <w:spacing w:after="200" w:line="276" w:lineRule="auto"/>
              <w:ind w:left="720" w:hanging="720"/>
              <w:rPr>
                <w:rFonts w:ascii="GHEA Grapalat" w:hAnsi="GHEA Grapalat"/>
                <w:color w:val="000000" w:themeColor="text1"/>
              </w:rPr>
            </w:pPr>
          </w:p>
        </w:tc>
        <w:tc>
          <w:tcPr>
            <w:tcW w:w="0" w:type="auto"/>
          </w:tcPr>
          <w:p w14:paraId="144966D4" w14:textId="77777777" w:rsidR="009A0AC0" w:rsidRPr="00447437" w:rsidRDefault="009A0AC0" w:rsidP="00DC25AF">
            <w:pPr>
              <w:ind w:left="720" w:hanging="720"/>
              <w:rPr>
                <w:rFonts w:ascii="GHEA Grapalat" w:hAnsi="GHEA Grapalat"/>
                <w:color w:val="000000" w:themeColor="text1"/>
              </w:rPr>
            </w:pPr>
            <w:r w:rsidRPr="00447437">
              <w:rPr>
                <w:rFonts w:ascii="GHEA Grapalat" w:hAnsi="GHEA Grapalat"/>
                <w:color w:val="000000" w:themeColor="text1"/>
              </w:rPr>
              <w:t>2.2…</w:t>
            </w:r>
          </w:p>
        </w:tc>
        <w:tc>
          <w:tcPr>
            <w:tcW w:w="0" w:type="auto"/>
          </w:tcPr>
          <w:p w14:paraId="5EFA800C" w14:textId="77777777" w:rsidR="009A0AC0" w:rsidRPr="00447437" w:rsidRDefault="009A0AC0" w:rsidP="00DC25AF">
            <w:pPr>
              <w:ind w:left="720" w:hanging="720"/>
              <w:rPr>
                <w:rFonts w:ascii="GHEA Grapalat" w:hAnsi="GHEA Grapalat"/>
                <w:color w:val="000000" w:themeColor="text1"/>
              </w:rPr>
            </w:pPr>
          </w:p>
        </w:tc>
        <w:tc>
          <w:tcPr>
            <w:tcW w:w="0" w:type="auto"/>
          </w:tcPr>
          <w:p w14:paraId="4B0F2C91" w14:textId="77777777" w:rsidR="009A0AC0" w:rsidRPr="00447437" w:rsidRDefault="009A0AC0" w:rsidP="00DC25AF">
            <w:pPr>
              <w:ind w:left="720" w:hanging="720"/>
              <w:rPr>
                <w:rFonts w:ascii="GHEA Grapalat" w:hAnsi="GHEA Grapalat"/>
                <w:color w:val="000000" w:themeColor="text1"/>
              </w:rPr>
            </w:pPr>
          </w:p>
        </w:tc>
        <w:tc>
          <w:tcPr>
            <w:tcW w:w="0" w:type="auto"/>
          </w:tcPr>
          <w:p w14:paraId="202D9935" w14:textId="77777777" w:rsidR="009A0AC0" w:rsidRPr="00447437" w:rsidRDefault="009A0AC0" w:rsidP="00DC25AF">
            <w:pPr>
              <w:spacing w:after="200" w:line="276" w:lineRule="auto"/>
              <w:ind w:left="720" w:hanging="720"/>
              <w:rPr>
                <w:rFonts w:ascii="GHEA Grapalat" w:hAnsi="GHEA Grapalat"/>
                <w:color w:val="000000" w:themeColor="text1"/>
              </w:rPr>
            </w:pPr>
          </w:p>
        </w:tc>
      </w:tr>
    </w:tbl>
    <w:p w14:paraId="1BB073D5" w14:textId="77777777" w:rsidR="009A0AC0" w:rsidRPr="00447437" w:rsidRDefault="009A0AC0" w:rsidP="009A0AC0">
      <w:pPr>
        <w:ind w:left="720" w:hanging="720"/>
        <w:rPr>
          <w:rFonts w:ascii="GHEA Grapalat" w:hAnsi="GHEA Grapalat"/>
          <w:b/>
          <w:bCs/>
          <w:color w:val="000000" w:themeColor="text1"/>
        </w:rPr>
      </w:pPr>
    </w:p>
    <w:p w14:paraId="5B5885B3" w14:textId="77777777" w:rsidR="009A0AC0" w:rsidRPr="00447437" w:rsidRDefault="009A0AC0" w:rsidP="009A0AC0">
      <w:pPr>
        <w:ind w:left="720" w:hanging="720"/>
        <w:rPr>
          <w:rFonts w:ascii="GHEA Grapalat" w:hAnsi="GHEA Grapalat"/>
          <w:color w:val="000000" w:themeColor="text1"/>
        </w:rPr>
      </w:pPr>
    </w:p>
    <w:tbl>
      <w:tblPr>
        <w:tblStyle w:val="TableGrid"/>
        <w:tblW w:w="872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932"/>
        <w:gridCol w:w="2793"/>
      </w:tblGrid>
      <w:tr w:rsidR="00447437" w:rsidRPr="00447437" w14:paraId="0F5217B5" w14:textId="77777777" w:rsidTr="00DC25AF">
        <w:tc>
          <w:tcPr>
            <w:tcW w:w="5212" w:type="dxa"/>
          </w:tcPr>
          <w:p w14:paraId="6E0DFD44" w14:textId="77777777" w:rsidR="009A0AC0" w:rsidRPr="00447437" w:rsidRDefault="009A0AC0" w:rsidP="00DC25AF">
            <w:pPr>
              <w:tabs>
                <w:tab w:val="left" w:pos="7485"/>
              </w:tabs>
              <w:ind w:left="720" w:hanging="720"/>
              <w:rPr>
                <w:rFonts w:ascii="GHEA Grapalat" w:hAnsi="GHEA Grapalat"/>
                <w:b/>
                <w:bCs/>
                <w:color w:val="000000" w:themeColor="text1"/>
                <w:lang w:val="en-GB"/>
              </w:rPr>
            </w:pPr>
            <w:r w:rsidRPr="00447437">
              <w:rPr>
                <w:rFonts w:ascii="GHEA Grapalat" w:hAnsi="GHEA Grapalat"/>
                <w:b/>
                <w:bCs/>
                <w:color w:val="000000" w:themeColor="text1"/>
              </w:rPr>
              <w:t>ՄՈՒՀ</w:t>
            </w:r>
            <w:r w:rsidRPr="00447437">
              <w:rPr>
                <w:rFonts w:ascii="GHEA Grapalat" w:hAnsi="GHEA Grapalat"/>
                <w:b/>
                <w:bCs/>
                <w:color w:val="000000" w:themeColor="text1"/>
                <w:lang w:val="en-GB"/>
              </w:rPr>
              <w:t>-</w:t>
            </w:r>
            <w:r w:rsidRPr="00447437">
              <w:rPr>
                <w:rFonts w:ascii="GHEA Grapalat" w:hAnsi="GHEA Grapalat"/>
                <w:b/>
                <w:bCs/>
                <w:color w:val="000000" w:themeColor="text1"/>
              </w:rPr>
              <w:t>ի</w:t>
            </w:r>
            <w:r w:rsidRPr="00447437">
              <w:rPr>
                <w:rFonts w:ascii="GHEA Grapalat" w:hAnsi="GHEA Grapalat"/>
                <w:b/>
                <w:bCs/>
                <w:color w:val="000000" w:themeColor="text1"/>
                <w:lang w:val="en-GB"/>
              </w:rPr>
              <w:t xml:space="preserve"> </w:t>
            </w:r>
            <w:r w:rsidRPr="00447437">
              <w:rPr>
                <w:rFonts w:ascii="GHEA Grapalat" w:hAnsi="GHEA Grapalat"/>
                <w:b/>
                <w:bCs/>
                <w:color w:val="000000" w:themeColor="text1"/>
              </w:rPr>
              <w:t>տնօրեն՝</w:t>
            </w:r>
          </w:p>
          <w:p w14:paraId="29BA005B" w14:textId="77777777" w:rsidR="009A0AC0" w:rsidRPr="00447437" w:rsidRDefault="009A0AC0" w:rsidP="00DC25AF">
            <w:pPr>
              <w:tabs>
                <w:tab w:val="left" w:pos="7485"/>
              </w:tabs>
              <w:ind w:left="720" w:hanging="720"/>
              <w:rPr>
                <w:rFonts w:ascii="GHEA Grapalat" w:hAnsi="GHEA Grapalat"/>
                <w:color w:val="000000" w:themeColor="text1"/>
                <w:lang w:val="en-GB"/>
              </w:rPr>
            </w:pPr>
          </w:p>
          <w:p w14:paraId="5FAC7734" w14:textId="77777777" w:rsidR="009A0AC0" w:rsidRPr="00447437" w:rsidRDefault="009A0AC0" w:rsidP="00DC25AF">
            <w:pPr>
              <w:tabs>
                <w:tab w:val="left" w:pos="7485"/>
              </w:tabs>
              <w:ind w:left="720" w:hanging="720"/>
              <w:rPr>
                <w:rFonts w:ascii="GHEA Grapalat" w:hAnsi="GHEA Grapalat"/>
                <w:color w:val="000000" w:themeColor="text1"/>
                <w:lang w:val="en-GB"/>
              </w:rPr>
            </w:pPr>
          </w:p>
          <w:p w14:paraId="7665DF0D" w14:textId="77777777" w:rsidR="009A0AC0" w:rsidRPr="00447437" w:rsidRDefault="009A0AC0" w:rsidP="00DC25AF">
            <w:pPr>
              <w:tabs>
                <w:tab w:val="left" w:pos="7485"/>
              </w:tabs>
              <w:ind w:left="720" w:hanging="720"/>
              <w:rPr>
                <w:rFonts w:ascii="GHEA Grapalat" w:hAnsi="GHEA Grapalat"/>
                <w:color w:val="000000" w:themeColor="text1"/>
                <w:lang w:val="en-GB"/>
              </w:rPr>
            </w:pPr>
            <w:r w:rsidRPr="00447437">
              <w:rPr>
                <w:rFonts w:ascii="GHEA Grapalat" w:hAnsi="GHEA Grapalat"/>
                <w:color w:val="000000" w:themeColor="text1"/>
                <w:lang w:val="en-GB"/>
              </w:rPr>
              <w:t>———————————————————————</w:t>
            </w:r>
          </w:p>
          <w:p w14:paraId="3D2AFBC5" w14:textId="77777777" w:rsidR="009A0AC0" w:rsidRPr="00447437" w:rsidRDefault="009A0AC0" w:rsidP="00DC25AF">
            <w:pPr>
              <w:tabs>
                <w:tab w:val="left" w:pos="7485"/>
              </w:tabs>
              <w:ind w:left="720" w:hanging="720"/>
              <w:rPr>
                <w:rFonts w:ascii="GHEA Grapalat" w:hAnsi="GHEA Grapalat"/>
                <w:color w:val="000000" w:themeColor="text1"/>
                <w:lang w:val="en-GB"/>
              </w:rPr>
            </w:pPr>
            <w:r w:rsidRPr="00447437">
              <w:rPr>
                <w:rFonts w:ascii="GHEA Grapalat" w:hAnsi="GHEA Grapalat"/>
                <w:color w:val="000000" w:themeColor="text1"/>
                <w:lang w:val="en-GB"/>
              </w:rPr>
              <w:t>(</w:t>
            </w:r>
            <w:r w:rsidRPr="00447437">
              <w:rPr>
                <w:rFonts w:ascii="GHEA Grapalat" w:hAnsi="GHEA Grapalat"/>
                <w:color w:val="000000" w:themeColor="text1"/>
              </w:rPr>
              <w:t>ազգանուն</w:t>
            </w:r>
            <w:r w:rsidRPr="00447437">
              <w:rPr>
                <w:rFonts w:ascii="GHEA Grapalat" w:hAnsi="GHEA Grapalat"/>
                <w:color w:val="000000" w:themeColor="text1"/>
                <w:lang w:val="en-GB"/>
              </w:rPr>
              <w:t xml:space="preserve">, </w:t>
            </w:r>
            <w:r w:rsidRPr="00447437">
              <w:rPr>
                <w:rFonts w:ascii="GHEA Grapalat" w:hAnsi="GHEA Grapalat"/>
                <w:color w:val="000000" w:themeColor="text1"/>
              </w:rPr>
              <w:t>անուն</w:t>
            </w:r>
            <w:r w:rsidRPr="00447437">
              <w:rPr>
                <w:rFonts w:ascii="GHEA Grapalat" w:hAnsi="GHEA Grapalat"/>
                <w:color w:val="000000" w:themeColor="text1"/>
                <w:lang w:val="en-GB"/>
              </w:rPr>
              <w:t xml:space="preserve">, </w:t>
            </w:r>
            <w:r w:rsidRPr="00447437">
              <w:rPr>
                <w:rFonts w:ascii="GHEA Grapalat" w:hAnsi="GHEA Grapalat"/>
                <w:color w:val="000000" w:themeColor="text1"/>
              </w:rPr>
              <w:t>հայրանուն</w:t>
            </w:r>
            <w:r w:rsidRPr="00447437">
              <w:rPr>
                <w:rFonts w:ascii="GHEA Grapalat" w:hAnsi="GHEA Grapalat"/>
                <w:color w:val="000000" w:themeColor="text1"/>
                <w:lang w:val="en-GB"/>
              </w:rPr>
              <w:t>)</w:t>
            </w:r>
          </w:p>
          <w:p w14:paraId="35098CC2" w14:textId="77777777" w:rsidR="009A0AC0" w:rsidRPr="00447437" w:rsidRDefault="009A0AC0" w:rsidP="00DC25AF">
            <w:pPr>
              <w:tabs>
                <w:tab w:val="left" w:pos="7485"/>
              </w:tabs>
              <w:ind w:left="720" w:hanging="720"/>
              <w:rPr>
                <w:rFonts w:ascii="GHEA Grapalat" w:hAnsi="GHEA Grapalat"/>
                <w:color w:val="000000" w:themeColor="text1"/>
                <w:lang w:val="en-GB"/>
              </w:rPr>
            </w:pPr>
          </w:p>
        </w:tc>
        <w:tc>
          <w:tcPr>
            <w:tcW w:w="3513" w:type="dxa"/>
          </w:tcPr>
          <w:p w14:paraId="4A69C04C" w14:textId="77777777" w:rsidR="009A0AC0" w:rsidRPr="00447437" w:rsidRDefault="009A0AC0" w:rsidP="00DC25AF">
            <w:pPr>
              <w:tabs>
                <w:tab w:val="left" w:pos="7485"/>
              </w:tabs>
              <w:ind w:left="720" w:hanging="720"/>
              <w:rPr>
                <w:rFonts w:ascii="GHEA Grapalat" w:hAnsi="GHEA Grapalat"/>
                <w:color w:val="000000" w:themeColor="text1"/>
                <w:lang w:val="en-GB"/>
              </w:rPr>
            </w:pPr>
          </w:p>
          <w:p w14:paraId="56030AEF" w14:textId="77777777" w:rsidR="009A0AC0" w:rsidRPr="00447437" w:rsidRDefault="009A0AC0" w:rsidP="00DC25AF">
            <w:pPr>
              <w:tabs>
                <w:tab w:val="left" w:pos="7485"/>
              </w:tabs>
              <w:ind w:left="720" w:hanging="720"/>
              <w:rPr>
                <w:rFonts w:ascii="GHEA Grapalat" w:hAnsi="GHEA Grapalat"/>
                <w:color w:val="000000" w:themeColor="text1"/>
                <w:lang w:val="en-GB"/>
              </w:rPr>
            </w:pPr>
          </w:p>
          <w:p w14:paraId="4DC75F2C" w14:textId="77777777" w:rsidR="009A0AC0" w:rsidRPr="00447437" w:rsidRDefault="009A0AC0" w:rsidP="00DC25AF">
            <w:pPr>
              <w:tabs>
                <w:tab w:val="left" w:pos="7485"/>
              </w:tabs>
              <w:ind w:left="720" w:hanging="720"/>
              <w:rPr>
                <w:rFonts w:ascii="GHEA Grapalat" w:hAnsi="GHEA Grapalat"/>
                <w:color w:val="000000" w:themeColor="text1"/>
                <w:lang w:val="en-GB"/>
              </w:rPr>
            </w:pPr>
          </w:p>
          <w:p w14:paraId="749AE77C" w14:textId="77777777" w:rsidR="009A0AC0" w:rsidRPr="00447437" w:rsidRDefault="009A0AC0" w:rsidP="00DC25AF">
            <w:pPr>
              <w:tabs>
                <w:tab w:val="left" w:pos="7485"/>
              </w:tabs>
              <w:ind w:left="720" w:hanging="720"/>
              <w:rPr>
                <w:rFonts w:ascii="GHEA Grapalat" w:hAnsi="GHEA Grapalat"/>
                <w:color w:val="000000" w:themeColor="text1"/>
              </w:rPr>
            </w:pPr>
            <w:r w:rsidRPr="00447437">
              <w:rPr>
                <w:rFonts w:ascii="GHEA Grapalat" w:hAnsi="GHEA Grapalat"/>
                <w:color w:val="000000" w:themeColor="text1"/>
              </w:rPr>
              <w:t>———————————</w:t>
            </w:r>
          </w:p>
          <w:p w14:paraId="75AF6B57" w14:textId="77777777" w:rsidR="009A0AC0" w:rsidRPr="00447437" w:rsidRDefault="009A0AC0" w:rsidP="00DC25AF">
            <w:pPr>
              <w:tabs>
                <w:tab w:val="left" w:pos="7485"/>
              </w:tabs>
              <w:ind w:left="720" w:hanging="720"/>
              <w:rPr>
                <w:rFonts w:ascii="GHEA Grapalat" w:hAnsi="GHEA Grapalat"/>
                <w:color w:val="000000" w:themeColor="text1"/>
              </w:rPr>
            </w:pPr>
            <w:r w:rsidRPr="00447437">
              <w:rPr>
                <w:rFonts w:ascii="GHEA Grapalat" w:hAnsi="GHEA Grapalat"/>
                <w:color w:val="000000" w:themeColor="text1"/>
              </w:rPr>
              <w:t>(ստորագրություն)</w:t>
            </w:r>
          </w:p>
          <w:p w14:paraId="65B5ED00" w14:textId="77777777" w:rsidR="009A0AC0" w:rsidRPr="00447437" w:rsidRDefault="009A0AC0" w:rsidP="00DC25AF">
            <w:pPr>
              <w:tabs>
                <w:tab w:val="left" w:pos="7485"/>
              </w:tabs>
              <w:ind w:left="720" w:hanging="720"/>
              <w:rPr>
                <w:rFonts w:ascii="GHEA Grapalat" w:hAnsi="GHEA Grapalat"/>
                <w:color w:val="000000" w:themeColor="text1"/>
              </w:rPr>
            </w:pPr>
          </w:p>
        </w:tc>
      </w:tr>
      <w:tr w:rsidR="00447437" w:rsidRPr="00447437" w14:paraId="2CF211B1" w14:textId="77777777" w:rsidTr="00DC25AF">
        <w:tc>
          <w:tcPr>
            <w:tcW w:w="5212" w:type="dxa"/>
          </w:tcPr>
          <w:p w14:paraId="5B643426" w14:textId="77777777" w:rsidR="009A0AC0" w:rsidRPr="00447437" w:rsidRDefault="009A0AC0" w:rsidP="00DC25AF">
            <w:pPr>
              <w:tabs>
                <w:tab w:val="left" w:pos="7485"/>
              </w:tabs>
              <w:ind w:left="720" w:hanging="720"/>
              <w:rPr>
                <w:rFonts w:ascii="GHEA Grapalat" w:hAnsi="GHEA Grapalat"/>
                <w:b/>
                <w:bCs/>
                <w:color w:val="000000" w:themeColor="text1"/>
                <w:lang w:val="en-GB"/>
              </w:rPr>
            </w:pPr>
            <w:r w:rsidRPr="00447437">
              <w:rPr>
                <w:rFonts w:ascii="GHEA Grapalat" w:hAnsi="GHEA Grapalat"/>
                <w:b/>
                <w:bCs/>
                <w:color w:val="000000" w:themeColor="text1"/>
              </w:rPr>
              <w:t>ԳԱՈՒ</w:t>
            </w:r>
            <w:r w:rsidRPr="00447437">
              <w:rPr>
                <w:rFonts w:ascii="GHEA Grapalat" w:hAnsi="GHEA Grapalat"/>
                <w:b/>
                <w:bCs/>
                <w:color w:val="000000" w:themeColor="text1"/>
                <w:lang w:val="en-GB"/>
              </w:rPr>
              <w:t xml:space="preserve"> </w:t>
            </w:r>
            <w:r w:rsidRPr="00447437">
              <w:rPr>
                <w:rFonts w:ascii="GHEA Grapalat" w:hAnsi="GHEA Grapalat"/>
                <w:b/>
                <w:bCs/>
                <w:color w:val="000000" w:themeColor="text1"/>
              </w:rPr>
              <w:t>պատասխանատու՝</w:t>
            </w:r>
            <w:r w:rsidRPr="00447437">
              <w:rPr>
                <w:rFonts w:ascii="GHEA Grapalat" w:hAnsi="GHEA Grapalat"/>
                <w:b/>
                <w:bCs/>
                <w:color w:val="000000" w:themeColor="text1"/>
                <w:lang w:val="en-GB"/>
              </w:rPr>
              <w:tab/>
            </w:r>
          </w:p>
          <w:p w14:paraId="2E3174E4" w14:textId="77777777" w:rsidR="009A0AC0" w:rsidRPr="00447437" w:rsidRDefault="009A0AC0" w:rsidP="00DC25AF">
            <w:pPr>
              <w:tabs>
                <w:tab w:val="left" w:pos="7485"/>
              </w:tabs>
              <w:ind w:left="720" w:hanging="720"/>
              <w:rPr>
                <w:rFonts w:ascii="GHEA Grapalat" w:hAnsi="GHEA Grapalat"/>
                <w:color w:val="000000" w:themeColor="text1"/>
                <w:lang w:val="en-GB"/>
              </w:rPr>
            </w:pPr>
          </w:p>
          <w:p w14:paraId="3A5E1590" w14:textId="77777777" w:rsidR="009A0AC0" w:rsidRPr="00447437" w:rsidRDefault="009A0AC0" w:rsidP="00DC25AF">
            <w:pPr>
              <w:tabs>
                <w:tab w:val="left" w:pos="7485"/>
              </w:tabs>
              <w:ind w:left="720" w:hanging="720"/>
              <w:rPr>
                <w:rFonts w:ascii="GHEA Grapalat" w:hAnsi="GHEA Grapalat"/>
                <w:color w:val="000000" w:themeColor="text1"/>
                <w:lang w:val="en-GB"/>
              </w:rPr>
            </w:pPr>
            <w:r w:rsidRPr="00447437">
              <w:rPr>
                <w:rFonts w:ascii="GHEA Grapalat" w:hAnsi="GHEA Grapalat"/>
                <w:color w:val="000000" w:themeColor="text1"/>
                <w:lang w:val="en-GB"/>
              </w:rPr>
              <w:t>———————————————————————</w:t>
            </w:r>
          </w:p>
          <w:p w14:paraId="466DFAC5" w14:textId="77777777" w:rsidR="009A0AC0" w:rsidRPr="00447437" w:rsidRDefault="009A0AC0" w:rsidP="00DC25AF">
            <w:pPr>
              <w:tabs>
                <w:tab w:val="left" w:pos="7485"/>
              </w:tabs>
              <w:ind w:left="720" w:hanging="720"/>
              <w:rPr>
                <w:rFonts w:ascii="GHEA Grapalat" w:hAnsi="GHEA Grapalat"/>
                <w:color w:val="000000" w:themeColor="text1"/>
                <w:lang w:val="en-GB"/>
              </w:rPr>
            </w:pPr>
            <w:r w:rsidRPr="00447437">
              <w:rPr>
                <w:rFonts w:ascii="GHEA Grapalat" w:hAnsi="GHEA Grapalat"/>
                <w:color w:val="000000" w:themeColor="text1"/>
                <w:lang w:val="en-GB"/>
              </w:rPr>
              <w:t>(</w:t>
            </w:r>
            <w:r w:rsidRPr="00447437">
              <w:rPr>
                <w:rFonts w:ascii="GHEA Grapalat" w:hAnsi="GHEA Grapalat"/>
                <w:color w:val="000000" w:themeColor="text1"/>
              </w:rPr>
              <w:t>ազգանուն</w:t>
            </w:r>
            <w:r w:rsidRPr="00447437">
              <w:rPr>
                <w:rFonts w:ascii="GHEA Grapalat" w:hAnsi="GHEA Grapalat"/>
                <w:color w:val="000000" w:themeColor="text1"/>
                <w:lang w:val="en-GB"/>
              </w:rPr>
              <w:t xml:space="preserve">, </w:t>
            </w:r>
            <w:r w:rsidRPr="00447437">
              <w:rPr>
                <w:rFonts w:ascii="GHEA Grapalat" w:hAnsi="GHEA Grapalat"/>
                <w:color w:val="000000" w:themeColor="text1"/>
              </w:rPr>
              <w:t>անուն</w:t>
            </w:r>
            <w:r w:rsidRPr="00447437">
              <w:rPr>
                <w:rFonts w:ascii="GHEA Grapalat" w:hAnsi="GHEA Grapalat"/>
                <w:color w:val="000000" w:themeColor="text1"/>
                <w:lang w:val="en-GB"/>
              </w:rPr>
              <w:t xml:space="preserve">, </w:t>
            </w:r>
            <w:r w:rsidRPr="00447437">
              <w:rPr>
                <w:rFonts w:ascii="GHEA Grapalat" w:hAnsi="GHEA Grapalat"/>
                <w:color w:val="000000" w:themeColor="text1"/>
              </w:rPr>
              <w:t>հայրանուն</w:t>
            </w:r>
            <w:r w:rsidRPr="00447437">
              <w:rPr>
                <w:rFonts w:ascii="GHEA Grapalat" w:hAnsi="GHEA Grapalat"/>
                <w:color w:val="000000" w:themeColor="text1"/>
                <w:lang w:val="en-GB"/>
              </w:rPr>
              <w:t>)</w:t>
            </w:r>
          </w:p>
        </w:tc>
        <w:tc>
          <w:tcPr>
            <w:tcW w:w="3513" w:type="dxa"/>
          </w:tcPr>
          <w:p w14:paraId="043A4005" w14:textId="77777777" w:rsidR="009A0AC0" w:rsidRPr="00447437" w:rsidRDefault="009A0AC0" w:rsidP="00DC25AF">
            <w:pPr>
              <w:tabs>
                <w:tab w:val="left" w:pos="7485"/>
              </w:tabs>
              <w:ind w:left="720" w:hanging="720"/>
              <w:rPr>
                <w:rFonts w:ascii="GHEA Grapalat" w:hAnsi="GHEA Grapalat"/>
                <w:color w:val="000000" w:themeColor="text1"/>
                <w:lang w:val="en-GB"/>
              </w:rPr>
            </w:pPr>
          </w:p>
          <w:p w14:paraId="49B6BB3C" w14:textId="77777777" w:rsidR="009A0AC0" w:rsidRPr="00447437" w:rsidRDefault="009A0AC0" w:rsidP="00DC25AF">
            <w:pPr>
              <w:tabs>
                <w:tab w:val="left" w:pos="7485"/>
              </w:tabs>
              <w:ind w:left="720" w:hanging="720"/>
              <w:rPr>
                <w:rFonts w:ascii="GHEA Grapalat" w:hAnsi="GHEA Grapalat"/>
                <w:color w:val="000000" w:themeColor="text1"/>
                <w:lang w:val="en-GB"/>
              </w:rPr>
            </w:pPr>
          </w:p>
          <w:p w14:paraId="0239C837" w14:textId="77777777" w:rsidR="009A0AC0" w:rsidRPr="00447437" w:rsidRDefault="009A0AC0" w:rsidP="00DC25AF">
            <w:pPr>
              <w:tabs>
                <w:tab w:val="left" w:pos="7485"/>
              </w:tabs>
              <w:ind w:left="720" w:hanging="720"/>
              <w:rPr>
                <w:rFonts w:ascii="GHEA Grapalat" w:hAnsi="GHEA Grapalat"/>
                <w:color w:val="000000" w:themeColor="text1"/>
                <w:lang w:val="en-GB"/>
              </w:rPr>
            </w:pPr>
          </w:p>
          <w:p w14:paraId="7DC28A2B" w14:textId="77777777" w:rsidR="009A0AC0" w:rsidRPr="00447437" w:rsidRDefault="009A0AC0" w:rsidP="00DC25AF">
            <w:pPr>
              <w:tabs>
                <w:tab w:val="left" w:pos="7485"/>
              </w:tabs>
              <w:ind w:left="720" w:hanging="720"/>
              <w:rPr>
                <w:rFonts w:ascii="GHEA Grapalat" w:hAnsi="GHEA Grapalat"/>
                <w:color w:val="000000" w:themeColor="text1"/>
              </w:rPr>
            </w:pPr>
            <w:r w:rsidRPr="00447437">
              <w:rPr>
                <w:rFonts w:ascii="GHEA Grapalat" w:hAnsi="GHEA Grapalat"/>
                <w:color w:val="000000" w:themeColor="text1"/>
              </w:rPr>
              <w:t>———————————</w:t>
            </w:r>
          </w:p>
          <w:p w14:paraId="2B3B8990" w14:textId="77777777" w:rsidR="009A0AC0" w:rsidRPr="00447437" w:rsidRDefault="009A0AC0" w:rsidP="00DC25AF">
            <w:pPr>
              <w:tabs>
                <w:tab w:val="left" w:pos="7485"/>
              </w:tabs>
              <w:ind w:left="720" w:hanging="720"/>
              <w:rPr>
                <w:rFonts w:ascii="GHEA Grapalat" w:hAnsi="GHEA Grapalat"/>
                <w:color w:val="000000" w:themeColor="text1"/>
              </w:rPr>
            </w:pPr>
            <w:r w:rsidRPr="00447437">
              <w:rPr>
                <w:rFonts w:ascii="GHEA Grapalat" w:hAnsi="GHEA Grapalat"/>
                <w:color w:val="000000" w:themeColor="text1"/>
              </w:rPr>
              <w:t>(ստորագրություն)</w:t>
            </w:r>
          </w:p>
          <w:p w14:paraId="2619201F" w14:textId="77777777" w:rsidR="009A0AC0" w:rsidRPr="00447437" w:rsidRDefault="009A0AC0" w:rsidP="00DC25AF">
            <w:pPr>
              <w:tabs>
                <w:tab w:val="left" w:pos="7485"/>
              </w:tabs>
              <w:ind w:left="720" w:hanging="720"/>
              <w:rPr>
                <w:rFonts w:ascii="GHEA Grapalat" w:hAnsi="GHEA Grapalat"/>
                <w:color w:val="000000" w:themeColor="text1"/>
              </w:rPr>
            </w:pPr>
          </w:p>
        </w:tc>
      </w:tr>
      <w:tr w:rsidR="00447437" w:rsidRPr="00447437" w14:paraId="6E057144" w14:textId="77777777" w:rsidTr="00DC25AF">
        <w:tc>
          <w:tcPr>
            <w:tcW w:w="5212" w:type="dxa"/>
          </w:tcPr>
          <w:p w14:paraId="5D9D7144" w14:textId="77777777" w:rsidR="009A0AC0" w:rsidRPr="00447437" w:rsidRDefault="009A0AC0" w:rsidP="00DC25AF">
            <w:pPr>
              <w:tabs>
                <w:tab w:val="left" w:pos="7485"/>
              </w:tabs>
              <w:ind w:left="720" w:hanging="720"/>
              <w:rPr>
                <w:rFonts w:ascii="GHEA Grapalat" w:hAnsi="GHEA Grapalat"/>
                <w:b/>
                <w:bCs/>
                <w:color w:val="000000" w:themeColor="text1"/>
              </w:rPr>
            </w:pPr>
          </w:p>
          <w:p w14:paraId="7C0F1FDB" w14:textId="77777777" w:rsidR="009A0AC0" w:rsidRPr="00447437" w:rsidRDefault="009A0AC0" w:rsidP="00DC25AF">
            <w:pPr>
              <w:tabs>
                <w:tab w:val="left" w:pos="7485"/>
              </w:tabs>
              <w:ind w:left="720" w:hanging="720"/>
              <w:rPr>
                <w:rFonts w:ascii="GHEA Grapalat" w:hAnsi="GHEA Grapalat"/>
                <w:b/>
                <w:bCs/>
                <w:color w:val="000000" w:themeColor="text1"/>
              </w:rPr>
            </w:pPr>
          </w:p>
          <w:p w14:paraId="6B4612CF" w14:textId="77777777" w:rsidR="009A0AC0" w:rsidRPr="00447437" w:rsidRDefault="009A0AC0" w:rsidP="00DC25AF">
            <w:pPr>
              <w:tabs>
                <w:tab w:val="left" w:pos="7485"/>
              </w:tabs>
              <w:ind w:left="720" w:hanging="720"/>
              <w:rPr>
                <w:rFonts w:ascii="GHEA Grapalat" w:hAnsi="GHEA Grapalat"/>
                <w:b/>
                <w:bCs/>
                <w:color w:val="000000" w:themeColor="text1"/>
              </w:rPr>
            </w:pPr>
          </w:p>
          <w:p w14:paraId="7A4C91F2" w14:textId="77777777" w:rsidR="009A0AC0" w:rsidRPr="00447437" w:rsidRDefault="009A0AC0" w:rsidP="00DC25AF">
            <w:pPr>
              <w:tabs>
                <w:tab w:val="left" w:pos="7485"/>
              </w:tabs>
              <w:ind w:left="720" w:hanging="720"/>
              <w:rPr>
                <w:rFonts w:ascii="GHEA Grapalat" w:hAnsi="GHEA Grapalat"/>
                <w:b/>
                <w:bCs/>
                <w:color w:val="000000" w:themeColor="text1"/>
              </w:rPr>
            </w:pPr>
            <w:r w:rsidRPr="00447437">
              <w:rPr>
                <w:rFonts w:ascii="GHEA Grapalat" w:hAnsi="GHEA Grapalat"/>
                <w:b/>
                <w:bCs/>
                <w:color w:val="000000" w:themeColor="text1"/>
              </w:rPr>
              <w:t>(կնիք)</w:t>
            </w:r>
          </w:p>
          <w:p w14:paraId="6687EFC4" w14:textId="77777777" w:rsidR="009A0AC0" w:rsidRPr="00447437" w:rsidRDefault="009A0AC0" w:rsidP="00DC25AF">
            <w:pPr>
              <w:tabs>
                <w:tab w:val="left" w:pos="7485"/>
              </w:tabs>
              <w:ind w:left="720" w:hanging="720"/>
              <w:rPr>
                <w:rFonts w:ascii="GHEA Grapalat" w:hAnsi="GHEA Grapalat"/>
                <w:b/>
                <w:bCs/>
                <w:color w:val="000000" w:themeColor="text1"/>
              </w:rPr>
            </w:pPr>
          </w:p>
        </w:tc>
        <w:tc>
          <w:tcPr>
            <w:tcW w:w="3513" w:type="dxa"/>
          </w:tcPr>
          <w:p w14:paraId="08061FFA" w14:textId="77777777" w:rsidR="009A0AC0" w:rsidRPr="00447437" w:rsidRDefault="009A0AC0" w:rsidP="00DC25AF">
            <w:pPr>
              <w:tabs>
                <w:tab w:val="left" w:pos="7485"/>
              </w:tabs>
              <w:ind w:left="720" w:hanging="720"/>
              <w:rPr>
                <w:rFonts w:ascii="GHEA Grapalat" w:hAnsi="GHEA Grapalat"/>
                <w:b/>
                <w:bCs/>
                <w:color w:val="000000" w:themeColor="text1"/>
              </w:rPr>
            </w:pPr>
          </w:p>
        </w:tc>
      </w:tr>
      <w:tr w:rsidR="009A0AC0" w:rsidRPr="00447437" w14:paraId="2D911439" w14:textId="77777777" w:rsidTr="00DC25AF">
        <w:tc>
          <w:tcPr>
            <w:tcW w:w="5212" w:type="dxa"/>
          </w:tcPr>
          <w:p w14:paraId="61D7276D" w14:textId="77777777" w:rsidR="009A0AC0" w:rsidRPr="00447437" w:rsidRDefault="009A0AC0" w:rsidP="00DC25AF">
            <w:pPr>
              <w:tabs>
                <w:tab w:val="left" w:pos="7485"/>
              </w:tabs>
              <w:ind w:left="720" w:hanging="720"/>
              <w:rPr>
                <w:rFonts w:ascii="GHEA Grapalat" w:hAnsi="GHEA Grapalat"/>
                <w:b/>
                <w:bCs/>
                <w:color w:val="000000" w:themeColor="text1"/>
              </w:rPr>
            </w:pPr>
          </w:p>
          <w:p w14:paraId="161065D4" w14:textId="77777777" w:rsidR="009A0AC0" w:rsidRPr="00447437" w:rsidRDefault="009A0AC0" w:rsidP="00DC25AF">
            <w:pPr>
              <w:tabs>
                <w:tab w:val="left" w:pos="7485"/>
              </w:tabs>
              <w:ind w:left="720" w:hanging="720"/>
              <w:rPr>
                <w:rFonts w:ascii="GHEA Grapalat" w:hAnsi="GHEA Grapalat"/>
                <w:b/>
                <w:bCs/>
                <w:color w:val="000000" w:themeColor="text1"/>
              </w:rPr>
            </w:pPr>
            <w:r w:rsidRPr="00447437">
              <w:rPr>
                <w:rFonts w:ascii="GHEA Grapalat" w:hAnsi="GHEA Grapalat"/>
                <w:b/>
                <w:bCs/>
                <w:color w:val="000000" w:themeColor="text1"/>
                <w:lang w:val="hy-AM"/>
              </w:rPr>
              <w:t>«       »</w:t>
            </w:r>
            <w:r w:rsidRPr="00447437">
              <w:rPr>
                <w:rFonts w:ascii="GHEA Grapalat" w:hAnsi="GHEA Grapalat"/>
                <w:b/>
                <w:bCs/>
                <w:color w:val="000000" w:themeColor="text1"/>
              </w:rPr>
              <w:t xml:space="preserve">____________________________ 202___ </w:t>
            </w:r>
            <w:r w:rsidRPr="00447437">
              <w:rPr>
                <w:rFonts w:ascii="GHEA Grapalat" w:hAnsi="GHEA Grapalat"/>
                <w:b/>
                <w:bCs/>
                <w:color w:val="000000" w:themeColor="text1"/>
                <w:lang w:val="hy-AM"/>
              </w:rPr>
              <w:t>թ</w:t>
            </w:r>
            <w:r w:rsidRPr="00447437">
              <w:rPr>
                <w:rFonts w:ascii="MS Mincho" w:eastAsia="MS Mincho" w:hAnsi="MS Mincho" w:cs="MS Mincho" w:hint="eastAsia"/>
                <w:b/>
                <w:bCs/>
                <w:color w:val="000000" w:themeColor="text1"/>
                <w:lang w:val="hy-AM"/>
              </w:rPr>
              <w:t>․</w:t>
            </w:r>
            <w:r w:rsidRPr="00447437">
              <w:rPr>
                <w:rFonts w:ascii="GHEA Grapalat" w:hAnsi="GHEA Grapalat"/>
                <w:b/>
                <w:bCs/>
                <w:color w:val="000000" w:themeColor="text1"/>
              </w:rPr>
              <w:t xml:space="preserve"> </w:t>
            </w:r>
          </w:p>
          <w:p w14:paraId="0E1F38B5" w14:textId="77777777" w:rsidR="009A0AC0" w:rsidRPr="00447437" w:rsidRDefault="009A0AC0" w:rsidP="00DC25AF">
            <w:pPr>
              <w:tabs>
                <w:tab w:val="left" w:pos="7485"/>
              </w:tabs>
              <w:ind w:left="720" w:hanging="720"/>
              <w:jc w:val="center"/>
              <w:rPr>
                <w:rFonts w:ascii="GHEA Grapalat" w:hAnsi="GHEA Grapalat"/>
                <w:color w:val="000000" w:themeColor="text1"/>
              </w:rPr>
            </w:pPr>
            <w:r w:rsidRPr="00447437">
              <w:rPr>
                <w:rFonts w:ascii="GHEA Grapalat" w:hAnsi="GHEA Grapalat"/>
                <w:b/>
                <w:bCs/>
                <w:color w:val="000000" w:themeColor="text1"/>
              </w:rPr>
              <w:t>(ամիս, ամսաթիվ, տարեթիվ)</w:t>
            </w:r>
          </w:p>
          <w:p w14:paraId="5ECF1E31" w14:textId="77777777" w:rsidR="009A0AC0" w:rsidRPr="00447437" w:rsidRDefault="009A0AC0" w:rsidP="00DC25AF">
            <w:pPr>
              <w:tabs>
                <w:tab w:val="left" w:pos="7485"/>
              </w:tabs>
              <w:ind w:left="720" w:hanging="720"/>
              <w:rPr>
                <w:rFonts w:ascii="GHEA Grapalat" w:hAnsi="GHEA Grapalat"/>
                <w:b/>
                <w:bCs/>
                <w:color w:val="000000" w:themeColor="text1"/>
              </w:rPr>
            </w:pPr>
          </w:p>
        </w:tc>
        <w:tc>
          <w:tcPr>
            <w:tcW w:w="3513" w:type="dxa"/>
          </w:tcPr>
          <w:p w14:paraId="4AC61E9C" w14:textId="77777777" w:rsidR="009A0AC0" w:rsidRPr="00447437" w:rsidRDefault="009A0AC0" w:rsidP="00DC25AF">
            <w:pPr>
              <w:tabs>
                <w:tab w:val="left" w:pos="7485"/>
              </w:tabs>
              <w:ind w:left="720" w:hanging="720"/>
              <w:rPr>
                <w:rFonts w:ascii="GHEA Grapalat" w:hAnsi="GHEA Grapalat"/>
                <w:b/>
                <w:bCs/>
                <w:color w:val="000000" w:themeColor="text1"/>
              </w:rPr>
            </w:pPr>
          </w:p>
        </w:tc>
      </w:tr>
    </w:tbl>
    <w:p w14:paraId="31C1A879" w14:textId="77777777" w:rsidR="009A0AC0" w:rsidRPr="00447437" w:rsidRDefault="009A0AC0" w:rsidP="009A0AC0">
      <w:pPr>
        <w:tabs>
          <w:tab w:val="left" w:pos="7485"/>
        </w:tabs>
        <w:ind w:left="720" w:hanging="720"/>
        <w:rPr>
          <w:rFonts w:ascii="GHEA Grapalat" w:hAnsi="GHEA Grapalat"/>
          <w:b/>
          <w:bCs/>
          <w:color w:val="000000" w:themeColor="text1"/>
        </w:rPr>
      </w:pPr>
    </w:p>
    <w:p w14:paraId="6D68F4A8" w14:textId="77777777" w:rsidR="009A0AC0" w:rsidRPr="00447437" w:rsidRDefault="009A0AC0" w:rsidP="009A0AC0">
      <w:pPr>
        <w:ind w:left="720" w:hanging="720"/>
        <w:rPr>
          <w:rFonts w:ascii="GHEA Grapalat" w:hAnsi="GHEA Grapalat"/>
          <w:color w:val="000000" w:themeColor="text1"/>
        </w:rPr>
      </w:pPr>
      <w:r w:rsidRPr="00447437">
        <w:rPr>
          <w:rFonts w:ascii="GHEA Grapalat" w:hAnsi="GHEA Grapalat"/>
          <w:color w:val="000000" w:themeColor="text1"/>
        </w:rPr>
        <w:br w:type="page"/>
      </w:r>
    </w:p>
    <w:p w14:paraId="6E7ED4E7" w14:textId="77777777" w:rsidR="009A0AC0" w:rsidRPr="00447437" w:rsidRDefault="009A0AC0" w:rsidP="009A0AC0">
      <w:pPr>
        <w:spacing w:before="120" w:after="120"/>
        <w:ind w:left="720" w:hanging="720"/>
        <w:jc w:val="center"/>
        <w:rPr>
          <w:rFonts w:ascii="GHEA Grapalat" w:hAnsi="GHEA Grapalat"/>
          <w:b/>
          <w:color w:val="000000" w:themeColor="text1"/>
        </w:rPr>
      </w:pPr>
      <w:r w:rsidRPr="00447437">
        <w:rPr>
          <w:rFonts w:ascii="GHEA Grapalat" w:hAnsi="GHEA Grapalat"/>
          <w:b/>
          <w:color w:val="000000" w:themeColor="text1"/>
          <w:lang w:val="hy-AM"/>
        </w:rPr>
        <w:lastRenderedPageBreak/>
        <w:t>ՕՐԱԳԻՐԸ ԼՐԱՑՆԵԼՈՒ ՈՒՂ</w:t>
      </w:r>
      <w:r w:rsidRPr="00447437">
        <w:rPr>
          <w:rFonts w:ascii="GHEA Grapalat" w:hAnsi="GHEA Grapalat"/>
          <w:b/>
          <w:color w:val="000000" w:themeColor="text1"/>
        </w:rPr>
        <w:t>ԵՑՈՒՅՑ</w:t>
      </w:r>
    </w:p>
    <w:p w14:paraId="12BA9623" w14:textId="77777777" w:rsidR="009A0AC0" w:rsidRPr="00447437" w:rsidRDefault="009A0AC0" w:rsidP="009A0AC0">
      <w:pPr>
        <w:spacing w:before="120" w:after="120"/>
        <w:ind w:left="720" w:hanging="720"/>
        <w:jc w:val="center"/>
        <w:rPr>
          <w:rFonts w:ascii="GHEA Grapalat" w:hAnsi="GHEA Grapalat"/>
          <w:b/>
          <w:color w:val="000000" w:themeColor="text1"/>
        </w:rPr>
      </w:pPr>
    </w:p>
    <w:p w14:paraId="1B1E65B4" w14:textId="77777777" w:rsidR="009A0AC0" w:rsidRPr="00447437" w:rsidRDefault="009A0AC0" w:rsidP="009A0AC0">
      <w:pPr>
        <w:pStyle w:val="ListParagraph"/>
        <w:numPr>
          <w:ilvl w:val="0"/>
          <w:numId w:val="31"/>
        </w:numPr>
        <w:spacing w:before="120" w:after="120"/>
        <w:ind w:hanging="720"/>
        <w:contextualSpacing w:val="0"/>
        <w:jc w:val="both"/>
        <w:rPr>
          <w:rFonts w:ascii="GHEA Grapalat" w:hAnsi="GHEA Grapalat"/>
          <w:b/>
          <w:bCs/>
          <w:color w:val="000000" w:themeColor="text1"/>
          <w:sz w:val="22"/>
          <w:szCs w:val="22"/>
          <w:lang w:val="hy-AM"/>
        </w:rPr>
      </w:pPr>
      <w:r w:rsidRPr="00447437">
        <w:rPr>
          <w:rFonts w:ascii="GHEA Grapalat" w:hAnsi="GHEA Grapalat"/>
          <w:b/>
          <w:bCs/>
          <w:color w:val="000000" w:themeColor="text1"/>
          <w:sz w:val="22"/>
          <w:szCs w:val="22"/>
        </w:rPr>
        <w:t>Օրագրի նպատակը և դրան ներկայացվող ընդհանուր պահանջները</w:t>
      </w:r>
    </w:p>
    <w:p w14:paraId="78306B93" w14:textId="77777777" w:rsidR="009A0AC0" w:rsidRPr="00447437" w:rsidRDefault="009A0AC0" w:rsidP="009A0AC0">
      <w:pPr>
        <w:pStyle w:val="ListParagraph"/>
        <w:numPr>
          <w:ilvl w:val="1"/>
          <w:numId w:val="31"/>
        </w:numPr>
        <w:spacing w:before="120" w:after="120"/>
        <w:ind w:left="720" w:hanging="720"/>
        <w:contextualSpacing w:val="0"/>
        <w:jc w:val="both"/>
        <w:rPr>
          <w:rFonts w:ascii="GHEA Grapalat" w:hAnsi="GHEA Grapalat"/>
          <w:color w:val="000000" w:themeColor="text1"/>
          <w:sz w:val="22"/>
          <w:szCs w:val="22"/>
          <w:lang w:val="hy-AM"/>
        </w:rPr>
      </w:pPr>
      <w:r w:rsidRPr="00447437">
        <w:rPr>
          <w:rFonts w:ascii="GHEA Grapalat" w:hAnsi="GHEA Grapalat"/>
          <w:color w:val="000000" w:themeColor="text1"/>
          <w:sz w:val="22"/>
          <w:szCs w:val="22"/>
          <w:lang w:val="hy-AM"/>
        </w:rPr>
        <w:t xml:space="preserve">Սույն կարգի Հավելված 1.6-ով նախատեսված ԳԱՈՒ   Օրագիրը տիպային ձևաթուղթ, որը ԳԱՈՒ ծրագրի կազմակերպման առանձնահատկություններից ու իրականացնող կողմերի կարիքներից ելնելով, կարող է լրամշակվել և հաստատվել ՄՈՒՀ-ի կողմից։ </w:t>
      </w:r>
    </w:p>
    <w:p w14:paraId="749BE7A7" w14:textId="77777777" w:rsidR="009A0AC0" w:rsidRPr="00447437" w:rsidRDefault="009A0AC0" w:rsidP="009A0AC0">
      <w:pPr>
        <w:pStyle w:val="ListParagraph"/>
        <w:numPr>
          <w:ilvl w:val="1"/>
          <w:numId w:val="31"/>
        </w:numPr>
        <w:spacing w:before="120" w:after="120"/>
        <w:ind w:left="720" w:hanging="720"/>
        <w:contextualSpacing w:val="0"/>
        <w:jc w:val="both"/>
        <w:rPr>
          <w:rFonts w:ascii="GHEA Grapalat" w:hAnsi="GHEA Grapalat"/>
          <w:color w:val="000000" w:themeColor="text1"/>
          <w:sz w:val="22"/>
          <w:szCs w:val="22"/>
          <w:lang w:val="hy-AM"/>
        </w:rPr>
      </w:pPr>
      <w:r w:rsidRPr="00447437">
        <w:rPr>
          <w:rFonts w:ascii="GHEA Grapalat" w:hAnsi="GHEA Grapalat"/>
          <w:color w:val="000000" w:themeColor="text1"/>
          <w:sz w:val="22"/>
          <w:szCs w:val="22"/>
          <w:lang w:val="hy-AM"/>
        </w:rPr>
        <w:t>Օրագիրը բաղկացած է տիտղոսաթերից և չորս բաժիններից</w:t>
      </w:r>
      <w:r w:rsidRPr="00447437">
        <w:rPr>
          <w:rFonts w:ascii="MS Mincho" w:eastAsia="MS Mincho" w:hAnsi="MS Mincho" w:cs="MS Mincho"/>
          <w:color w:val="000000" w:themeColor="text1"/>
          <w:sz w:val="22"/>
          <w:szCs w:val="22"/>
          <w:lang w:val="hy-AM"/>
        </w:rPr>
        <w:t>․</w:t>
      </w:r>
      <w:r w:rsidRPr="00447437">
        <w:rPr>
          <w:rFonts w:ascii="GHEA Grapalat" w:hAnsi="GHEA Grapalat"/>
          <w:color w:val="000000" w:themeColor="text1"/>
          <w:sz w:val="22"/>
          <w:szCs w:val="22"/>
          <w:lang w:val="hy-AM"/>
        </w:rPr>
        <w:t xml:space="preserve"> </w:t>
      </w:r>
    </w:p>
    <w:p w14:paraId="1C12D83F" w14:textId="77777777" w:rsidR="009A0AC0" w:rsidRPr="00447437" w:rsidRDefault="009A0AC0" w:rsidP="009A0AC0">
      <w:pPr>
        <w:pStyle w:val="ListParagraph"/>
        <w:numPr>
          <w:ilvl w:val="0"/>
          <w:numId w:val="35"/>
        </w:numPr>
        <w:spacing w:before="120" w:after="120"/>
        <w:contextualSpacing w:val="0"/>
        <w:rPr>
          <w:rFonts w:ascii="GHEA Grapalat" w:hAnsi="GHEA Grapalat"/>
          <w:color w:val="000000" w:themeColor="text1"/>
          <w:sz w:val="22"/>
          <w:szCs w:val="22"/>
        </w:rPr>
      </w:pPr>
      <w:r w:rsidRPr="00447437">
        <w:rPr>
          <w:rFonts w:ascii="GHEA Grapalat" w:hAnsi="GHEA Grapalat"/>
          <w:color w:val="000000" w:themeColor="text1"/>
          <w:sz w:val="22"/>
          <w:szCs w:val="22"/>
        </w:rPr>
        <w:t xml:space="preserve">ԳԱՈՒ օրագիր կազմակերպությունում </w:t>
      </w:r>
    </w:p>
    <w:p w14:paraId="19FEB5FE" w14:textId="77777777" w:rsidR="009A0AC0" w:rsidRPr="00447437" w:rsidRDefault="009A0AC0" w:rsidP="009A0AC0">
      <w:pPr>
        <w:pStyle w:val="ListParagraph"/>
        <w:numPr>
          <w:ilvl w:val="0"/>
          <w:numId w:val="35"/>
        </w:numPr>
        <w:spacing w:before="120" w:after="120"/>
        <w:contextualSpacing w:val="0"/>
        <w:rPr>
          <w:rFonts w:ascii="GHEA Grapalat" w:hAnsi="GHEA Grapalat"/>
          <w:color w:val="000000" w:themeColor="text1"/>
          <w:sz w:val="22"/>
          <w:szCs w:val="22"/>
        </w:rPr>
      </w:pPr>
      <w:r w:rsidRPr="00447437">
        <w:rPr>
          <w:rFonts w:ascii="GHEA Grapalat" w:hAnsi="GHEA Grapalat"/>
          <w:color w:val="000000" w:themeColor="text1"/>
          <w:sz w:val="22"/>
          <w:szCs w:val="22"/>
        </w:rPr>
        <w:t xml:space="preserve">Ուսումնառության գրանցամատյան </w:t>
      </w:r>
    </w:p>
    <w:p w14:paraId="5B98813A" w14:textId="77777777" w:rsidR="009A0AC0" w:rsidRPr="00447437" w:rsidRDefault="009A0AC0" w:rsidP="009A0AC0">
      <w:pPr>
        <w:pStyle w:val="ListParagraph"/>
        <w:numPr>
          <w:ilvl w:val="0"/>
          <w:numId w:val="35"/>
        </w:numPr>
        <w:spacing w:before="120" w:after="120"/>
        <w:contextualSpacing w:val="0"/>
        <w:rPr>
          <w:rFonts w:ascii="GHEA Grapalat" w:hAnsi="GHEA Grapalat"/>
          <w:color w:val="000000" w:themeColor="text1"/>
          <w:sz w:val="22"/>
          <w:szCs w:val="22"/>
        </w:rPr>
      </w:pPr>
      <w:r w:rsidRPr="00447437">
        <w:rPr>
          <w:rFonts w:ascii="GHEA Grapalat" w:hAnsi="GHEA Grapalat"/>
          <w:color w:val="000000" w:themeColor="text1"/>
          <w:sz w:val="22"/>
          <w:szCs w:val="22"/>
        </w:rPr>
        <w:t xml:space="preserve">Կազմակերպության կողմից ուսանողի հրահանգավորման ստուգաթերթ </w:t>
      </w:r>
    </w:p>
    <w:p w14:paraId="04A27181" w14:textId="77777777" w:rsidR="009A0AC0" w:rsidRPr="00447437" w:rsidRDefault="009A0AC0" w:rsidP="009A0AC0">
      <w:pPr>
        <w:pStyle w:val="ListParagraph"/>
        <w:numPr>
          <w:ilvl w:val="0"/>
          <w:numId w:val="35"/>
        </w:numPr>
        <w:spacing w:before="120" w:after="120"/>
        <w:contextualSpacing w:val="0"/>
        <w:rPr>
          <w:rFonts w:ascii="GHEA Grapalat" w:hAnsi="GHEA Grapalat"/>
          <w:color w:val="000000" w:themeColor="text1"/>
          <w:sz w:val="22"/>
          <w:szCs w:val="22"/>
        </w:rPr>
      </w:pPr>
      <w:r w:rsidRPr="00447437">
        <w:rPr>
          <w:rFonts w:ascii="GHEA Grapalat" w:hAnsi="GHEA Grapalat"/>
          <w:color w:val="000000" w:themeColor="text1"/>
          <w:sz w:val="22"/>
          <w:szCs w:val="22"/>
        </w:rPr>
        <w:t>ԳԱՈՒ մոդուալյին ծրագրի ամփոփոիչ գնահատման վիճակագրություն</w:t>
      </w:r>
    </w:p>
    <w:p w14:paraId="66E916C3" w14:textId="77777777" w:rsidR="009A0AC0" w:rsidRPr="00447437" w:rsidRDefault="009A0AC0" w:rsidP="009A0AC0">
      <w:pPr>
        <w:pStyle w:val="ListParagraph"/>
        <w:numPr>
          <w:ilvl w:val="1"/>
          <w:numId w:val="31"/>
        </w:numPr>
        <w:spacing w:before="120" w:after="120"/>
        <w:ind w:left="720" w:hanging="720"/>
        <w:contextualSpacing w:val="0"/>
        <w:jc w:val="both"/>
        <w:rPr>
          <w:rFonts w:ascii="GHEA Grapalat" w:hAnsi="GHEA Grapalat"/>
          <w:color w:val="000000" w:themeColor="text1"/>
          <w:sz w:val="22"/>
          <w:szCs w:val="22"/>
        </w:rPr>
      </w:pPr>
      <w:r w:rsidRPr="00447437">
        <w:rPr>
          <w:rFonts w:ascii="GHEA Grapalat" w:hAnsi="GHEA Grapalat"/>
          <w:color w:val="000000" w:themeColor="text1"/>
          <w:sz w:val="22"/>
          <w:szCs w:val="22"/>
        </w:rPr>
        <w:t xml:space="preserve">Օրագիրը կազմվում է համապատասխան որակավորման ծրագրի ամբողջ ժամանակահատվածի համար և իր մեջ ամփոփում է ուսումնառության ողջ ընթացքում բոլոր կազմակերպություններում ուսանողի անցած ԳԱՈՒ վերաբերյալ տեղեկատվությունը: </w:t>
      </w:r>
    </w:p>
    <w:p w14:paraId="171B19D3" w14:textId="77777777" w:rsidR="009A0AC0" w:rsidRPr="00447437" w:rsidRDefault="009A0AC0" w:rsidP="009A0AC0">
      <w:pPr>
        <w:pStyle w:val="ListParagraph"/>
        <w:numPr>
          <w:ilvl w:val="1"/>
          <w:numId w:val="31"/>
        </w:numPr>
        <w:spacing w:before="120" w:after="120"/>
        <w:ind w:left="720" w:hanging="720"/>
        <w:contextualSpacing w:val="0"/>
        <w:jc w:val="both"/>
        <w:rPr>
          <w:rFonts w:ascii="GHEA Grapalat" w:hAnsi="GHEA Grapalat"/>
          <w:color w:val="000000" w:themeColor="text1"/>
          <w:sz w:val="22"/>
          <w:szCs w:val="22"/>
        </w:rPr>
      </w:pPr>
      <w:r w:rsidRPr="00447437">
        <w:rPr>
          <w:rFonts w:ascii="GHEA Grapalat" w:hAnsi="GHEA Grapalat"/>
          <w:color w:val="000000" w:themeColor="text1"/>
          <w:sz w:val="22"/>
          <w:szCs w:val="22"/>
        </w:rPr>
        <w:t>Օրագրի I-III բաժինները յուրաքանչյուր կազմակերպության համար լրացվում են առաձին և համարակալվում են հերթական համարով։ Օրագրի համապատասխան I-III բաժինները ուսանողին տրամադրվում են ՄՈՒՀ-ի կողմից՝ յուրաքանչյուր գործընկեր կազմակերպությունում ԳԱՈՒ հերթա</w:t>
      </w:r>
      <w:r w:rsidRPr="00447437">
        <w:rPr>
          <w:rFonts w:ascii="GHEA Grapalat" w:hAnsi="GHEA Grapalat"/>
          <w:color w:val="000000" w:themeColor="text1"/>
          <w:sz w:val="22"/>
          <w:szCs w:val="22"/>
        </w:rPr>
        <w:softHyphen/>
        <w:t xml:space="preserve">կան փուլը սկսելուց առնվազն մեկ օր առաջ:  </w:t>
      </w:r>
    </w:p>
    <w:p w14:paraId="05BA651C" w14:textId="77777777" w:rsidR="009A0AC0" w:rsidRPr="00447437" w:rsidRDefault="009A0AC0" w:rsidP="009A0AC0">
      <w:pPr>
        <w:pStyle w:val="ListParagraph"/>
        <w:numPr>
          <w:ilvl w:val="1"/>
          <w:numId w:val="31"/>
        </w:numPr>
        <w:spacing w:before="120" w:after="120"/>
        <w:ind w:left="720" w:hanging="720"/>
        <w:contextualSpacing w:val="0"/>
        <w:jc w:val="both"/>
        <w:rPr>
          <w:rFonts w:ascii="GHEA Grapalat" w:hAnsi="GHEA Grapalat"/>
          <w:color w:val="000000" w:themeColor="text1"/>
          <w:sz w:val="22"/>
          <w:szCs w:val="22"/>
        </w:rPr>
      </w:pPr>
      <w:r w:rsidRPr="00447437">
        <w:rPr>
          <w:rFonts w:ascii="GHEA Grapalat" w:hAnsi="GHEA Grapalat"/>
          <w:color w:val="000000" w:themeColor="text1"/>
          <w:sz w:val="22"/>
          <w:szCs w:val="22"/>
        </w:rPr>
        <w:t>Օրագիրը պահպանվում է ՄՈՒՀ-ի կողմից ուսանողին որակավորում շնորհելուց հետո՝ առնվազն երեք տարի:</w:t>
      </w:r>
    </w:p>
    <w:p w14:paraId="5AC59227" w14:textId="77777777" w:rsidR="009A0AC0" w:rsidRPr="00447437" w:rsidRDefault="009A0AC0" w:rsidP="009A0AC0">
      <w:pPr>
        <w:pStyle w:val="ListParagraph"/>
        <w:numPr>
          <w:ilvl w:val="0"/>
          <w:numId w:val="31"/>
        </w:numPr>
        <w:spacing w:before="120" w:after="120"/>
        <w:ind w:hanging="720"/>
        <w:contextualSpacing w:val="0"/>
        <w:jc w:val="both"/>
        <w:rPr>
          <w:rFonts w:ascii="GHEA Grapalat" w:hAnsi="GHEA Grapalat"/>
          <w:b/>
          <w:bCs/>
          <w:color w:val="000000" w:themeColor="text1"/>
          <w:sz w:val="22"/>
          <w:szCs w:val="22"/>
        </w:rPr>
      </w:pPr>
      <w:r w:rsidRPr="00447437">
        <w:rPr>
          <w:rFonts w:ascii="GHEA Grapalat" w:hAnsi="GHEA Grapalat"/>
          <w:b/>
          <w:bCs/>
          <w:color w:val="000000" w:themeColor="text1"/>
          <w:sz w:val="22"/>
          <w:szCs w:val="22"/>
        </w:rPr>
        <w:t xml:space="preserve">Օրագրի լրացման պատասխանատուները </w:t>
      </w:r>
    </w:p>
    <w:p w14:paraId="6884B7BC" w14:textId="77777777" w:rsidR="009A0AC0" w:rsidRPr="00447437" w:rsidRDefault="009A0AC0" w:rsidP="009A0AC0">
      <w:pPr>
        <w:pStyle w:val="ListParagraph"/>
        <w:numPr>
          <w:ilvl w:val="1"/>
          <w:numId w:val="31"/>
        </w:numPr>
        <w:spacing w:before="120" w:after="120"/>
        <w:ind w:left="720" w:hanging="720"/>
        <w:contextualSpacing w:val="0"/>
        <w:jc w:val="both"/>
        <w:rPr>
          <w:rFonts w:ascii="GHEA Grapalat" w:hAnsi="GHEA Grapalat"/>
          <w:color w:val="000000" w:themeColor="text1"/>
          <w:sz w:val="22"/>
          <w:szCs w:val="22"/>
          <w:lang w:val="hy-AM"/>
        </w:rPr>
      </w:pPr>
      <w:r w:rsidRPr="00447437">
        <w:rPr>
          <w:rFonts w:ascii="GHEA Grapalat" w:hAnsi="GHEA Grapalat"/>
          <w:color w:val="000000" w:themeColor="text1"/>
          <w:sz w:val="22"/>
          <w:szCs w:val="22"/>
        </w:rPr>
        <w:t>Օրագրի</w:t>
      </w:r>
      <w:r w:rsidRPr="00447437">
        <w:rPr>
          <w:rFonts w:ascii="GHEA Grapalat" w:hAnsi="GHEA Grapalat"/>
          <w:color w:val="000000" w:themeColor="text1"/>
          <w:sz w:val="22"/>
          <w:szCs w:val="22"/>
          <w:lang w:val="hy-AM"/>
        </w:rPr>
        <w:t xml:space="preserve"> պատշաճ լրացմանը մասնակցում են</w:t>
      </w:r>
      <w:r w:rsidRPr="00447437">
        <w:rPr>
          <w:rFonts w:ascii="MS Mincho" w:eastAsia="MS Mincho" w:hAnsi="MS Mincho" w:cs="MS Mincho"/>
          <w:color w:val="000000" w:themeColor="text1"/>
          <w:sz w:val="22"/>
          <w:szCs w:val="22"/>
          <w:lang w:val="hy-AM"/>
        </w:rPr>
        <w:t>․</w:t>
      </w:r>
      <w:r w:rsidRPr="00447437">
        <w:rPr>
          <w:rFonts w:ascii="GHEA Grapalat" w:hAnsi="GHEA Grapalat"/>
          <w:color w:val="000000" w:themeColor="text1"/>
          <w:sz w:val="22"/>
          <w:szCs w:val="22"/>
          <w:lang w:val="hy-AM"/>
        </w:rPr>
        <w:t xml:space="preserve"> </w:t>
      </w:r>
    </w:p>
    <w:p w14:paraId="468991C5" w14:textId="77777777" w:rsidR="009A0AC0" w:rsidRPr="00447437" w:rsidRDefault="009A0AC0" w:rsidP="00E879BF">
      <w:pPr>
        <w:pStyle w:val="ListParagraph"/>
        <w:numPr>
          <w:ilvl w:val="0"/>
          <w:numId w:val="40"/>
        </w:numPr>
        <w:spacing w:before="120" w:after="120"/>
        <w:ind w:left="1170" w:hanging="450"/>
        <w:contextualSpacing w:val="0"/>
        <w:jc w:val="both"/>
        <w:rPr>
          <w:rFonts w:ascii="GHEA Grapalat" w:hAnsi="GHEA Grapalat"/>
          <w:color w:val="000000" w:themeColor="text1"/>
          <w:sz w:val="22"/>
          <w:szCs w:val="22"/>
          <w:lang w:val="hy-AM"/>
        </w:rPr>
      </w:pPr>
      <w:r w:rsidRPr="00447437">
        <w:rPr>
          <w:rFonts w:ascii="GHEA Grapalat" w:hAnsi="GHEA Grapalat"/>
          <w:color w:val="000000" w:themeColor="text1"/>
          <w:sz w:val="22"/>
          <w:szCs w:val="22"/>
          <w:lang w:val="hy-AM"/>
        </w:rPr>
        <w:t>ՄՈՒՀ-ը, հաշվի առնելով ծրագրի առանձնահատկությունները, մշակում և հաստատում է ծրագրային բաղադրիչները,  յուրաքանչյուր մասնակից ուսանողին տրամադրում է անվանական Օրագիր և համակարգում է դրա շրջանառությունը,</w:t>
      </w:r>
    </w:p>
    <w:p w14:paraId="26AA10AE" w14:textId="77777777" w:rsidR="009A0AC0" w:rsidRPr="00447437" w:rsidRDefault="009A0AC0" w:rsidP="00E879BF">
      <w:pPr>
        <w:pStyle w:val="ListParagraph"/>
        <w:numPr>
          <w:ilvl w:val="0"/>
          <w:numId w:val="40"/>
        </w:numPr>
        <w:spacing w:before="120" w:after="120"/>
        <w:ind w:left="1170" w:hanging="450"/>
        <w:contextualSpacing w:val="0"/>
        <w:jc w:val="both"/>
        <w:rPr>
          <w:rFonts w:ascii="GHEA Grapalat" w:hAnsi="GHEA Grapalat"/>
          <w:color w:val="000000" w:themeColor="text1"/>
          <w:sz w:val="22"/>
          <w:szCs w:val="22"/>
          <w:lang w:val="hy-AM"/>
        </w:rPr>
      </w:pPr>
      <w:r w:rsidRPr="00447437">
        <w:rPr>
          <w:rFonts w:ascii="GHEA Grapalat" w:hAnsi="GHEA Grapalat"/>
          <w:color w:val="000000" w:themeColor="text1"/>
          <w:sz w:val="22"/>
          <w:szCs w:val="22"/>
          <w:lang w:val="hy-AM"/>
        </w:rPr>
        <w:t>գործընկեր կազմակերպության ԳԱՈՒ հրահանգիչը, որը հետևում է Օրագրի լրացմանը, հավաստում նշված տեղեկությունների համապատասխանության, կատարում գնահատումները ևհաստատում վերջնարդյունքների ձեռքբերման կամ անփավարա լինելու փաստը,</w:t>
      </w:r>
    </w:p>
    <w:p w14:paraId="654E9C14" w14:textId="77777777" w:rsidR="009A0AC0" w:rsidRPr="00447437" w:rsidRDefault="009A0AC0" w:rsidP="00E879BF">
      <w:pPr>
        <w:pStyle w:val="ListParagraph"/>
        <w:numPr>
          <w:ilvl w:val="0"/>
          <w:numId w:val="40"/>
        </w:numPr>
        <w:spacing w:before="120" w:after="120"/>
        <w:ind w:left="1170" w:hanging="450"/>
        <w:contextualSpacing w:val="0"/>
        <w:jc w:val="both"/>
        <w:rPr>
          <w:rFonts w:ascii="GHEA Grapalat" w:hAnsi="GHEA Grapalat"/>
          <w:color w:val="000000" w:themeColor="text1"/>
          <w:sz w:val="22"/>
          <w:szCs w:val="22"/>
          <w:lang w:val="hy-AM"/>
        </w:rPr>
      </w:pPr>
      <w:r w:rsidRPr="00447437">
        <w:rPr>
          <w:rFonts w:ascii="GHEA Grapalat" w:hAnsi="GHEA Grapalat"/>
          <w:color w:val="000000" w:themeColor="text1"/>
          <w:sz w:val="22"/>
          <w:szCs w:val="22"/>
          <w:lang w:val="hy-AM"/>
        </w:rPr>
        <w:t>ուսանողը՝ լրացնում է տվյալ կազմակերպությունում իր առաջադրանքների և ուսումնառած նյութի, կատարած աշխատանքների վերաբերյալ տեղեկությունները՝ առաջնորդվելով ԳԱՈՒ մոդուլային ծրագրով, վարում Օրագրի բաժին կազմով ուսումնառության գրանցամատյանը,</w:t>
      </w:r>
    </w:p>
    <w:p w14:paraId="13C6A64D" w14:textId="77777777" w:rsidR="009A0AC0" w:rsidRPr="00447437" w:rsidRDefault="009A0AC0" w:rsidP="00E879BF">
      <w:pPr>
        <w:pStyle w:val="ListParagraph"/>
        <w:numPr>
          <w:ilvl w:val="0"/>
          <w:numId w:val="40"/>
        </w:numPr>
        <w:spacing w:before="120" w:after="120"/>
        <w:ind w:left="1170" w:hanging="450"/>
        <w:contextualSpacing w:val="0"/>
        <w:jc w:val="both"/>
        <w:rPr>
          <w:rFonts w:ascii="GHEA Grapalat" w:hAnsi="GHEA Grapalat"/>
          <w:color w:val="000000" w:themeColor="text1"/>
          <w:sz w:val="22"/>
          <w:szCs w:val="22"/>
          <w:lang w:val="hy-AM"/>
        </w:rPr>
      </w:pPr>
      <w:r w:rsidRPr="00447437">
        <w:rPr>
          <w:rFonts w:ascii="GHEA Grapalat" w:hAnsi="GHEA Grapalat"/>
          <w:color w:val="000000" w:themeColor="text1"/>
          <w:sz w:val="22"/>
          <w:szCs w:val="22"/>
          <w:lang w:val="hy-AM"/>
        </w:rPr>
        <w:t>Ուսանողի ծնողը (օրինական ներկայացուցիչը)՝ 14-18 տարեկան ուսանողի դեպքում ստորագրում է Օրագրում սահմանված մասերում։</w:t>
      </w:r>
    </w:p>
    <w:p w14:paraId="46E69530" w14:textId="77777777" w:rsidR="009A0AC0" w:rsidRPr="00447437" w:rsidRDefault="009A0AC0" w:rsidP="009A0AC0">
      <w:pPr>
        <w:pStyle w:val="ListParagraph"/>
        <w:numPr>
          <w:ilvl w:val="0"/>
          <w:numId w:val="31"/>
        </w:numPr>
        <w:spacing w:before="120" w:after="120"/>
        <w:ind w:hanging="720"/>
        <w:contextualSpacing w:val="0"/>
        <w:jc w:val="both"/>
        <w:rPr>
          <w:rFonts w:ascii="GHEA Grapalat" w:hAnsi="GHEA Grapalat"/>
          <w:b/>
          <w:bCs/>
          <w:color w:val="000000" w:themeColor="text1"/>
          <w:sz w:val="22"/>
          <w:szCs w:val="22"/>
        </w:rPr>
      </w:pPr>
      <w:r w:rsidRPr="00447437">
        <w:rPr>
          <w:rFonts w:ascii="GHEA Grapalat" w:hAnsi="GHEA Grapalat"/>
          <w:b/>
          <w:bCs/>
          <w:color w:val="000000" w:themeColor="text1"/>
          <w:sz w:val="22"/>
          <w:szCs w:val="22"/>
        </w:rPr>
        <w:t>Օրագրի լրացման ընդհանուր կանոններ</w:t>
      </w:r>
    </w:p>
    <w:p w14:paraId="16F63BA4" w14:textId="77777777" w:rsidR="009A0AC0" w:rsidRPr="00447437" w:rsidRDefault="009A0AC0" w:rsidP="00E879BF">
      <w:pPr>
        <w:pStyle w:val="ListParagraph"/>
        <w:numPr>
          <w:ilvl w:val="0"/>
          <w:numId w:val="42"/>
        </w:numPr>
        <w:tabs>
          <w:tab w:val="left" w:pos="1080"/>
        </w:tabs>
        <w:spacing w:before="120" w:after="120"/>
        <w:ind w:left="1080"/>
        <w:contextualSpacing w:val="0"/>
        <w:jc w:val="both"/>
        <w:rPr>
          <w:rFonts w:ascii="GHEA Grapalat" w:hAnsi="GHEA Grapalat"/>
          <w:color w:val="000000" w:themeColor="text1"/>
          <w:sz w:val="22"/>
          <w:szCs w:val="22"/>
          <w:lang w:val="hy-AM"/>
        </w:rPr>
      </w:pPr>
      <w:r w:rsidRPr="00447437">
        <w:rPr>
          <w:rFonts w:ascii="GHEA Grapalat" w:hAnsi="GHEA Grapalat"/>
          <w:color w:val="000000" w:themeColor="text1"/>
          <w:sz w:val="22"/>
          <w:szCs w:val="22"/>
          <w:lang w:val="hy-AM"/>
        </w:rPr>
        <w:t xml:space="preserve">Օրագիրը լրացվում է առաջնորդվելով ԳԱՈՒ մոդուլային ծրագրի կատարման չափանիշներով և վերջնարդյունքներով. </w:t>
      </w:r>
    </w:p>
    <w:p w14:paraId="7F5AB6F3" w14:textId="77777777" w:rsidR="009A0AC0" w:rsidRPr="00447437" w:rsidRDefault="009A0AC0" w:rsidP="00E879BF">
      <w:pPr>
        <w:pStyle w:val="ListParagraph"/>
        <w:numPr>
          <w:ilvl w:val="0"/>
          <w:numId w:val="42"/>
        </w:numPr>
        <w:tabs>
          <w:tab w:val="left" w:pos="1080"/>
        </w:tabs>
        <w:spacing w:before="120" w:after="120"/>
        <w:ind w:left="1080"/>
        <w:contextualSpacing w:val="0"/>
        <w:jc w:val="both"/>
        <w:rPr>
          <w:rFonts w:ascii="GHEA Grapalat" w:hAnsi="GHEA Grapalat"/>
          <w:color w:val="000000" w:themeColor="text1"/>
          <w:sz w:val="22"/>
          <w:szCs w:val="22"/>
          <w:lang w:val="hy-AM"/>
        </w:rPr>
      </w:pPr>
      <w:r w:rsidRPr="00447437">
        <w:rPr>
          <w:rFonts w:ascii="GHEA Grapalat" w:hAnsi="GHEA Grapalat"/>
          <w:color w:val="000000" w:themeColor="text1"/>
          <w:sz w:val="22"/>
          <w:szCs w:val="22"/>
          <w:lang w:val="hy-AM"/>
        </w:rPr>
        <w:t>Օրագիրը լրացվում է միայն փաստացի կատարված աշխատանքի հիման վրա.</w:t>
      </w:r>
    </w:p>
    <w:p w14:paraId="56298734" w14:textId="77777777" w:rsidR="009A0AC0" w:rsidRPr="00447437" w:rsidRDefault="009A0AC0" w:rsidP="00E879BF">
      <w:pPr>
        <w:pStyle w:val="ListParagraph"/>
        <w:numPr>
          <w:ilvl w:val="0"/>
          <w:numId w:val="42"/>
        </w:numPr>
        <w:tabs>
          <w:tab w:val="left" w:pos="1080"/>
        </w:tabs>
        <w:spacing w:before="120" w:after="120"/>
        <w:ind w:left="1080"/>
        <w:contextualSpacing w:val="0"/>
        <w:jc w:val="both"/>
        <w:rPr>
          <w:rFonts w:ascii="GHEA Grapalat" w:hAnsi="GHEA Grapalat"/>
          <w:color w:val="000000" w:themeColor="text1"/>
          <w:sz w:val="22"/>
          <w:szCs w:val="22"/>
          <w:lang w:val="hy-AM"/>
        </w:rPr>
      </w:pPr>
      <w:r w:rsidRPr="00447437">
        <w:rPr>
          <w:rFonts w:ascii="GHEA Grapalat" w:hAnsi="GHEA Grapalat"/>
          <w:color w:val="000000" w:themeColor="text1"/>
          <w:sz w:val="22"/>
          <w:szCs w:val="22"/>
          <w:lang w:val="hy-AM"/>
        </w:rPr>
        <w:t>Գրառումները պետք է լինեն պարզ, ընթեռնելի և ամբողջական.</w:t>
      </w:r>
    </w:p>
    <w:p w14:paraId="1234CAB5" w14:textId="77777777" w:rsidR="009A0AC0" w:rsidRPr="00447437" w:rsidRDefault="009A0AC0" w:rsidP="00E879BF">
      <w:pPr>
        <w:pStyle w:val="ListParagraph"/>
        <w:numPr>
          <w:ilvl w:val="0"/>
          <w:numId w:val="42"/>
        </w:numPr>
        <w:tabs>
          <w:tab w:val="left" w:pos="1080"/>
        </w:tabs>
        <w:spacing w:before="120" w:after="120"/>
        <w:ind w:left="1080"/>
        <w:contextualSpacing w:val="0"/>
        <w:jc w:val="both"/>
        <w:rPr>
          <w:rFonts w:ascii="GHEA Grapalat" w:hAnsi="GHEA Grapalat"/>
          <w:color w:val="000000" w:themeColor="text1"/>
          <w:sz w:val="22"/>
          <w:szCs w:val="22"/>
          <w:lang w:val="hy-AM"/>
        </w:rPr>
      </w:pPr>
      <w:r w:rsidRPr="00447437">
        <w:rPr>
          <w:rFonts w:ascii="GHEA Grapalat" w:hAnsi="GHEA Grapalat"/>
          <w:color w:val="000000" w:themeColor="text1"/>
          <w:sz w:val="22"/>
          <w:szCs w:val="22"/>
          <w:lang w:val="hy-AM"/>
        </w:rPr>
        <w:lastRenderedPageBreak/>
        <w:t xml:space="preserve">Օրագիրը լրացվում է պարբերաբար՝ ԳԱՈՒ ողջ ընթացքում, որպեսզի ապահովվի տվյալների հավաստիությունը. </w:t>
      </w:r>
    </w:p>
    <w:p w14:paraId="0E513C0D" w14:textId="77777777" w:rsidR="009A0AC0" w:rsidRPr="00447437" w:rsidRDefault="009A0AC0" w:rsidP="00E879BF">
      <w:pPr>
        <w:pStyle w:val="ListParagraph"/>
        <w:numPr>
          <w:ilvl w:val="0"/>
          <w:numId w:val="42"/>
        </w:numPr>
        <w:tabs>
          <w:tab w:val="left" w:pos="1080"/>
        </w:tabs>
        <w:spacing w:before="120" w:after="120"/>
        <w:ind w:left="1080"/>
        <w:contextualSpacing w:val="0"/>
        <w:jc w:val="both"/>
        <w:rPr>
          <w:rFonts w:ascii="GHEA Grapalat" w:hAnsi="GHEA Grapalat"/>
          <w:color w:val="000000" w:themeColor="text1"/>
          <w:sz w:val="22"/>
          <w:szCs w:val="22"/>
          <w:lang w:val="hy-AM"/>
        </w:rPr>
      </w:pPr>
      <w:r w:rsidRPr="00447437">
        <w:rPr>
          <w:rFonts w:ascii="GHEA Grapalat" w:hAnsi="GHEA Grapalat"/>
          <w:color w:val="000000" w:themeColor="text1"/>
          <w:sz w:val="22"/>
          <w:szCs w:val="22"/>
          <w:lang w:val="hy-AM"/>
        </w:rPr>
        <w:t>Գնահատումների դեպքում անհրաժեշտ է հնարավորության դեպքում նշել կարճ, փաստարկված մեկնաբանություն։</w:t>
      </w:r>
    </w:p>
    <w:p w14:paraId="5D797E56" w14:textId="77777777" w:rsidR="009A0AC0" w:rsidRPr="00447437" w:rsidRDefault="009A0AC0" w:rsidP="00E879BF">
      <w:pPr>
        <w:pStyle w:val="ListParagraph"/>
        <w:spacing w:before="120" w:after="120"/>
        <w:ind w:left="1440"/>
        <w:contextualSpacing w:val="0"/>
        <w:jc w:val="both"/>
        <w:rPr>
          <w:rFonts w:ascii="GHEA Grapalat" w:hAnsi="GHEA Grapalat"/>
          <w:color w:val="000000" w:themeColor="text1"/>
          <w:lang w:val="hy-AM"/>
        </w:rPr>
      </w:pPr>
    </w:p>
    <w:p w14:paraId="18F08B40" w14:textId="77777777" w:rsidR="009A0AC0" w:rsidRPr="00447437" w:rsidRDefault="009A0AC0" w:rsidP="009A0AC0">
      <w:pPr>
        <w:pStyle w:val="ListParagraph"/>
        <w:numPr>
          <w:ilvl w:val="0"/>
          <w:numId w:val="31"/>
        </w:numPr>
        <w:spacing w:before="120" w:after="120"/>
        <w:ind w:hanging="720"/>
        <w:contextualSpacing w:val="0"/>
        <w:jc w:val="both"/>
        <w:rPr>
          <w:rFonts w:ascii="GHEA Grapalat" w:hAnsi="GHEA Grapalat"/>
          <w:b/>
          <w:bCs/>
          <w:color w:val="000000" w:themeColor="text1"/>
          <w:sz w:val="22"/>
          <w:szCs w:val="22"/>
        </w:rPr>
      </w:pPr>
      <w:r w:rsidRPr="00447437">
        <w:rPr>
          <w:rFonts w:ascii="GHEA Grapalat" w:hAnsi="GHEA Grapalat"/>
          <w:b/>
          <w:bCs/>
          <w:color w:val="000000" w:themeColor="text1"/>
          <w:sz w:val="22"/>
          <w:szCs w:val="22"/>
        </w:rPr>
        <w:t>Օրագրի առանձին բաժինների լրացման ուղեցույց</w:t>
      </w:r>
    </w:p>
    <w:p w14:paraId="5F1AE034" w14:textId="77777777" w:rsidR="009A0AC0" w:rsidRPr="00447437" w:rsidRDefault="009A0AC0" w:rsidP="009A0AC0">
      <w:pPr>
        <w:pStyle w:val="ListParagraph"/>
        <w:numPr>
          <w:ilvl w:val="1"/>
          <w:numId w:val="31"/>
        </w:numPr>
        <w:spacing w:before="120" w:after="120"/>
        <w:ind w:left="720" w:hanging="720"/>
        <w:contextualSpacing w:val="0"/>
        <w:jc w:val="both"/>
        <w:rPr>
          <w:rFonts w:ascii="GHEA Grapalat" w:hAnsi="GHEA Grapalat"/>
          <w:color w:val="000000" w:themeColor="text1"/>
          <w:sz w:val="22"/>
          <w:szCs w:val="22"/>
        </w:rPr>
      </w:pPr>
      <w:r w:rsidRPr="00447437">
        <w:rPr>
          <w:rFonts w:ascii="GHEA Grapalat" w:hAnsi="GHEA Grapalat"/>
          <w:b/>
          <w:bCs/>
          <w:color w:val="000000" w:themeColor="text1"/>
          <w:sz w:val="22"/>
          <w:szCs w:val="22"/>
        </w:rPr>
        <w:t xml:space="preserve">Տիտղոսաթերթ </w:t>
      </w:r>
    </w:p>
    <w:p w14:paraId="25180F72" w14:textId="77777777" w:rsidR="009A0AC0" w:rsidRPr="00447437" w:rsidRDefault="009A0AC0" w:rsidP="009A0AC0">
      <w:pPr>
        <w:pStyle w:val="ListParagraph"/>
        <w:numPr>
          <w:ilvl w:val="2"/>
          <w:numId w:val="31"/>
        </w:numPr>
        <w:spacing w:before="120" w:after="120"/>
        <w:ind w:left="720"/>
        <w:contextualSpacing w:val="0"/>
        <w:jc w:val="both"/>
        <w:rPr>
          <w:rFonts w:ascii="GHEA Grapalat" w:hAnsi="GHEA Grapalat"/>
          <w:color w:val="000000" w:themeColor="text1"/>
          <w:sz w:val="22"/>
          <w:szCs w:val="22"/>
        </w:rPr>
      </w:pPr>
      <w:r w:rsidRPr="00447437">
        <w:rPr>
          <w:rFonts w:ascii="GHEA Grapalat" w:hAnsi="GHEA Grapalat"/>
          <w:color w:val="000000" w:themeColor="text1"/>
          <w:sz w:val="22"/>
          <w:szCs w:val="22"/>
        </w:rPr>
        <w:t xml:space="preserve">Լրացվում է ՄՈՒՀ-ի կողմից՝ նշելով ՄԿՈՒ հաստատության անվանումը, ուսանողի տվյալները, ուսումնական տարին, ուսումնառության ձևաչափը (դուալ/պրակտիկա/դրսեկություն), խմբի տվյալները, իսկ պաշտոնական լինելը հավաստվում է ՄՈՒՀ-ի կնիքով և Տնօրենի ստորագրությամբ։ </w:t>
      </w:r>
    </w:p>
    <w:p w14:paraId="2715591D" w14:textId="77777777" w:rsidR="009A0AC0" w:rsidRPr="00447437" w:rsidRDefault="009A0AC0" w:rsidP="009A0AC0">
      <w:pPr>
        <w:pStyle w:val="ListParagraph"/>
        <w:numPr>
          <w:ilvl w:val="1"/>
          <w:numId w:val="31"/>
        </w:numPr>
        <w:spacing w:before="120" w:after="120"/>
        <w:ind w:left="720" w:hanging="720"/>
        <w:contextualSpacing w:val="0"/>
        <w:jc w:val="both"/>
        <w:rPr>
          <w:rFonts w:ascii="GHEA Grapalat" w:hAnsi="GHEA Grapalat"/>
          <w:b/>
          <w:bCs/>
          <w:color w:val="000000" w:themeColor="text1"/>
          <w:sz w:val="22"/>
          <w:szCs w:val="22"/>
        </w:rPr>
      </w:pPr>
      <w:r w:rsidRPr="00447437">
        <w:rPr>
          <w:rFonts w:ascii="GHEA Grapalat" w:hAnsi="GHEA Grapalat"/>
          <w:b/>
          <w:bCs/>
          <w:color w:val="000000" w:themeColor="text1"/>
          <w:sz w:val="22"/>
          <w:szCs w:val="22"/>
        </w:rPr>
        <w:t>ԳԱՈՒ օրագիր կազմակերպությունում (Բաժին I)</w:t>
      </w:r>
    </w:p>
    <w:p w14:paraId="7908790F" w14:textId="77777777" w:rsidR="009A0AC0" w:rsidRPr="00447437" w:rsidRDefault="009A0AC0" w:rsidP="009A0AC0">
      <w:pPr>
        <w:pStyle w:val="ListParagraph"/>
        <w:numPr>
          <w:ilvl w:val="2"/>
          <w:numId w:val="31"/>
        </w:numPr>
        <w:spacing w:before="120" w:after="120"/>
        <w:ind w:left="720"/>
        <w:contextualSpacing w:val="0"/>
        <w:jc w:val="both"/>
        <w:rPr>
          <w:rFonts w:ascii="GHEA Grapalat" w:hAnsi="GHEA Grapalat"/>
          <w:color w:val="000000" w:themeColor="text1"/>
          <w:sz w:val="22"/>
          <w:szCs w:val="22"/>
        </w:rPr>
      </w:pPr>
      <w:r w:rsidRPr="00447437">
        <w:rPr>
          <w:rFonts w:ascii="GHEA Grapalat" w:hAnsi="GHEA Grapalat"/>
          <w:color w:val="000000" w:themeColor="text1"/>
          <w:sz w:val="22"/>
          <w:szCs w:val="22"/>
        </w:rPr>
        <w:t>Լրացվում է ՄԿՈՒ հաստատության և կազմակերպության հետ համատեղ՝ ներառելով ծրագրի մակարդակ, ոլորտ, որակավորում, ծրագիր/կոդ, գործընկեր կազմակերպության տվյալներ (անվանում, հասցե, ոլորտ), կիսամյակ, մոդուլ, ուսումնառության արդյունք, տևողություն, ԳԱՈՒ հրահանգչի տվյալներ։</w:t>
      </w:r>
    </w:p>
    <w:p w14:paraId="5519383F" w14:textId="77777777" w:rsidR="009A0AC0" w:rsidRPr="00447437" w:rsidRDefault="009A0AC0" w:rsidP="009A0AC0">
      <w:pPr>
        <w:pStyle w:val="ListParagraph"/>
        <w:numPr>
          <w:ilvl w:val="2"/>
          <w:numId w:val="31"/>
        </w:numPr>
        <w:spacing w:before="120" w:after="120"/>
        <w:ind w:left="720"/>
        <w:contextualSpacing w:val="0"/>
        <w:jc w:val="both"/>
        <w:rPr>
          <w:rFonts w:ascii="GHEA Grapalat" w:hAnsi="GHEA Grapalat"/>
          <w:color w:val="000000" w:themeColor="text1"/>
          <w:sz w:val="22"/>
          <w:szCs w:val="22"/>
        </w:rPr>
      </w:pPr>
      <w:r w:rsidRPr="00447437">
        <w:rPr>
          <w:rFonts w:ascii="GHEA Grapalat" w:hAnsi="GHEA Grapalat"/>
          <w:color w:val="000000" w:themeColor="text1"/>
          <w:sz w:val="22"/>
          <w:szCs w:val="22"/>
        </w:rPr>
        <w:t>Գործընկեր կազմակարպության կողմից նշանակված ԳԱՈՒ հրահնագչի կողմից գնահատվում են ուսանողի՝</w:t>
      </w:r>
    </w:p>
    <w:p w14:paraId="438FB635" w14:textId="77777777" w:rsidR="009A0AC0" w:rsidRPr="00447437" w:rsidRDefault="009A0AC0" w:rsidP="00E879BF">
      <w:pPr>
        <w:pStyle w:val="ListParagraph"/>
        <w:numPr>
          <w:ilvl w:val="0"/>
          <w:numId w:val="43"/>
        </w:numPr>
        <w:tabs>
          <w:tab w:val="left" w:pos="1080"/>
        </w:tabs>
        <w:spacing w:before="120" w:after="120"/>
        <w:contextualSpacing w:val="0"/>
        <w:jc w:val="both"/>
        <w:rPr>
          <w:rFonts w:ascii="GHEA Grapalat" w:hAnsi="GHEA Grapalat"/>
          <w:color w:val="000000" w:themeColor="text1"/>
          <w:sz w:val="22"/>
          <w:szCs w:val="22"/>
          <w:lang w:val="hy-AM"/>
        </w:rPr>
      </w:pPr>
      <w:r w:rsidRPr="00447437">
        <w:rPr>
          <w:rFonts w:ascii="GHEA Grapalat" w:hAnsi="GHEA Grapalat"/>
          <w:color w:val="000000" w:themeColor="text1"/>
          <w:sz w:val="22"/>
          <w:szCs w:val="22"/>
          <w:lang w:val="hy-AM"/>
        </w:rPr>
        <w:t>մասնագիտական կարողությունները,</w:t>
      </w:r>
    </w:p>
    <w:p w14:paraId="7B4DE99D" w14:textId="77777777" w:rsidR="009A0AC0" w:rsidRPr="00447437" w:rsidRDefault="009A0AC0" w:rsidP="00E879BF">
      <w:pPr>
        <w:pStyle w:val="ListParagraph"/>
        <w:numPr>
          <w:ilvl w:val="0"/>
          <w:numId w:val="43"/>
        </w:numPr>
        <w:tabs>
          <w:tab w:val="left" w:pos="1080"/>
        </w:tabs>
        <w:spacing w:before="120" w:after="120"/>
        <w:contextualSpacing w:val="0"/>
        <w:jc w:val="both"/>
        <w:rPr>
          <w:rFonts w:ascii="GHEA Grapalat" w:hAnsi="GHEA Grapalat"/>
          <w:color w:val="000000" w:themeColor="text1"/>
          <w:sz w:val="22"/>
          <w:szCs w:val="22"/>
          <w:lang w:val="hy-AM"/>
        </w:rPr>
      </w:pPr>
      <w:r w:rsidRPr="00447437">
        <w:rPr>
          <w:rFonts w:ascii="GHEA Grapalat" w:hAnsi="GHEA Grapalat"/>
          <w:color w:val="000000" w:themeColor="text1"/>
          <w:sz w:val="22"/>
          <w:szCs w:val="22"/>
          <w:lang w:val="hy-AM"/>
        </w:rPr>
        <w:t>մեթոդաբանական կարողությունները,</w:t>
      </w:r>
    </w:p>
    <w:p w14:paraId="77082E7B" w14:textId="77777777" w:rsidR="009A0AC0" w:rsidRPr="00447437" w:rsidRDefault="009A0AC0" w:rsidP="00E879BF">
      <w:pPr>
        <w:pStyle w:val="ListParagraph"/>
        <w:numPr>
          <w:ilvl w:val="0"/>
          <w:numId w:val="43"/>
        </w:numPr>
        <w:tabs>
          <w:tab w:val="left" w:pos="1080"/>
        </w:tabs>
        <w:spacing w:before="120" w:after="120"/>
        <w:contextualSpacing w:val="0"/>
        <w:jc w:val="both"/>
        <w:rPr>
          <w:rFonts w:ascii="GHEA Grapalat" w:hAnsi="GHEA Grapalat"/>
          <w:color w:val="000000" w:themeColor="text1"/>
          <w:sz w:val="22"/>
          <w:szCs w:val="22"/>
          <w:lang w:val="hy-AM"/>
        </w:rPr>
      </w:pPr>
      <w:r w:rsidRPr="00447437">
        <w:rPr>
          <w:rFonts w:ascii="GHEA Grapalat" w:hAnsi="GHEA Grapalat"/>
          <w:color w:val="000000" w:themeColor="text1"/>
          <w:sz w:val="22"/>
          <w:szCs w:val="22"/>
          <w:lang w:val="hy-AM"/>
        </w:rPr>
        <w:t>սոցիալական կարողությունները,</w:t>
      </w:r>
    </w:p>
    <w:p w14:paraId="0FEC2E08" w14:textId="77777777" w:rsidR="009A0AC0" w:rsidRPr="00447437" w:rsidRDefault="009A0AC0" w:rsidP="00E879BF">
      <w:pPr>
        <w:pStyle w:val="ListParagraph"/>
        <w:numPr>
          <w:ilvl w:val="0"/>
          <w:numId w:val="43"/>
        </w:numPr>
        <w:tabs>
          <w:tab w:val="left" w:pos="1080"/>
        </w:tabs>
        <w:spacing w:before="120" w:after="120"/>
        <w:contextualSpacing w:val="0"/>
        <w:jc w:val="both"/>
        <w:rPr>
          <w:rFonts w:ascii="GHEA Grapalat" w:hAnsi="GHEA Grapalat"/>
          <w:color w:val="000000" w:themeColor="text1"/>
          <w:sz w:val="22"/>
          <w:szCs w:val="22"/>
          <w:lang w:val="hy-AM"/>
        </w:rPr>
      </w:pPr>
      <w:r w:rsidRPr="00447437">
        <w:rPr>
          <w:rFonts w:ascii="GHEA Grapalat" w:hAnsi="GHEA Grapalat"/>
          <w:color w:val="000000" w:themeColor="text1"/>
          <w:sz w:val="22"/>
          <w:szCs w:val="22"/>
          <w:lang w:val="hy-AM"/>
        </w:rPr>
        <w:t xml:space="preserve">անձնային կարողությունները, ինչպես նաև </w:t>
      </w:r>
    </w:p>
    <w:p w14:paraId="72AE9A6E" w14:textId="77777777" w:rsidR="009A0AC0" w:rsidRPr="00447437" w:rsidRDefault="009A0AC0" w:rsidP="00E879BF">
      <w:pPr>
        <w:pStyle w:val="ListParagraph"/>
        <w:numPr>
          <w:ilvl w:val="0"/>
          <w:numId w:val="43"/>
        </w:numPr>
        <w:tabs>
          <w:tab w:val="left" w:pos="1080"/>
        </w:tabs>
        <w:spacing w:before="120" w:after="120"/>
        <w:contextualSpacing w:val="0"/>
        <w:jc w:val="both"/>
        <w:rPr>
          <w:rFonts w:ascii="GHEA Grapalat" w:hAnsi="GHEA Grapalat"/>
          <w:color w:val="000000" w:themeColor="text1"/>
          <w:sz w:val="22"/>
          <w:szCs w:val="22"/>
          <w:lang w:val="hy-AM"/>
        </w:rPr>
      </w:pPr>
      <w:r w:rsidRPr="00447437">
        <w:rPr>
          <w:rFonts w:ascii="GHEA Grapalat" w:hAnsi="GHEA Grapalat"/>
          <w:color w:val="000000" w:themeColor="text1"/>
          <w:sz w:val="22"/>
          <w:szCs w:val="22"/>
          <w:lang w:val="hy-AM"/>
        </w:rPr>
        <w:t>ուսանողի կողմից ուսումնառության գրանցամատյանի լրացման համապատասխանությունը,</w:t>
      </w:r>
    </w:p>
    <w:p w14:paraId="2F6770A3" w14:textId="77777777" w:rsidR="009A0AC0" w:rsidRPr="00447437" w:rsidRDefault="009A0AC0" w:rsidP="00E879BF">
      <w:pPr>
        <w:pStyle w:val="ListParagraph"/>
        <w:numPr>
          <w:ilvl w:val="0"/>
          <w:numId w:val="43"/>
        </w:numPr>
        <w:tabs>
          <w:tab w:val="left" w:pos="1080"/>
        </w:tabs>
        <w:spacing w:before="120" w:after="120"/>
        <w:contextualSpacing w:val="0"/>
        <w:jc w:val="both"/>
        <w:rPr>
          <w:rFonts w:ascii="GHEA Grapalat" w:hAnsi="GHEA Grapalat"/>
          <w:color w:val="000000" w:themeColor="text1"/>
          <w:sz w:val="22"/>
          <w:szCs w:val="22"/>
          <w:lang w:val="hy-AM"/>
        </w:rPr>
      </w:pPr>
      <w:r w:rsidRPr="00447437">
        <w:rPr>
          <w:rFonts w:ascii="GHEA Grapalat" w:hAnsi="GHEA Grapalat"/>
          <w:color w:val="000000" w:themeColor="text1"/>
          <w:sz w:val="22"/>
          <w:szCs w:val="22"/>
          <w:lang w:val="hy-AM"/>
        </w:rPr>
        <w:t xml:space="preserve">ԳԱՈՒ մոդուլային ծրագրով սահմանված արդյունքները։ </w:t>
      </w:r>
    </w:p>
    <w:p w14:paraId="2E58EEAA" w14:textId="77777777" w:rsidR="009A0AC0" w:rsidRPr="00447437" w:rsidRDefault="009A0AC0" w:rsidP="009A0AC0">
      <w:pPr>
        <w:pStyle w:val="ListParagraph"/>
        <w:numPr>
          <w:ilvl w:val="2"/>
          <w:numId w:val="31"/>
        </w:numPr>
        <w:spacing w:before="120" w:after="120"/>
        <w:ind w:left="720"/>
        <w:contextualSpacing w:val="0"/>
        <w:jc w:val="both"/>
        <w:rPr>
          <w:rFonts w:ascii="GHEA Grapalat" w:hAnsi="GHEA Grapalat"/>
          <w:color w:val="000000" w:themeColor="text1"/>
          <w:sz w:val="22"/>
          <w:szCs w:val="22"/>
          <w:lang w:val="hy-AM"/>
        </w:rPr>
      </w:pPr>
      <w:r w:rsidRPr="00447437">
        <w:rPr>
          <w:rFonts w:ascii="GHEA Grapalat" w:hAnsi="GHEA Grapalat"/>
          <w:color w:val="000000" w:themeColor="text1"/>
          <w:sz w:val="22"/>
          <w:szCs w:val="22"/>
          <w:lang w:val="hy-AM"/>
        </w:rPr>
        <w:t xml:space="preserve">Օրագրի գնահատման բաժինները լրացնում է ԳԱՈՒ հրահանգիչը՝ ուսանողի հետ քննարկման արդյունքների հիման վրա։ Կազմակերպության հրահանգչի կողմից ուսանողի գնահատումը հիմնվում է ոչ միայն ուսանողի կատարած առաջադրանքների արդյունքների դիտարկման, այլև ուսանողի հետ անցկացվող հարցազրույցի/զրույցի և քննարկման վրա՝ նրա կատարած աշխատանքների, ձեռքբերումների, դժվարությունների, վարքագծի և ինքնագնահատականի վերաբերյալ։ </w:t>
      </w:r>
    </w:p>
    <w:p w14:paraId="24C8B43F" w14:textId="77777777" w:rsidR="009A0AC0" w:rsidRPr="00447437" w:rsidRDefault="009A0AC0" w:rsidP="009A0AC0">
      <w:pPr>
        <w:pStyle w:val="ListParagraph"/>
        <w:numPr>
          <w:ilvl w:val="2"/>
          <w:numId w:val="31"/>
        </w:numPr>
        <w:spacing w:before="120" w:after="120"/>
        <w:ind w:left="720"/>
        <w:contextualSpacing w:val="0"/>
        <w:jc w:val="both"/>
        <w:rPr>
          <w:rFonts w:ascii="GHEA Grapalat" w:hAnsi="GHEA Grapalat"/>
          <w:color w:val="000000" w:themeColor="text1"/>
          <w:sz w:val="22"/>
          <w:szCs w:val="22"/>
          <w:lang w:val="hy-AM"/>
        </w:rPr>
      </w:pPr>
      <w:r w:rsidRPr="00447437">
        <w:rPr>
          <w:rFonts w:ascii="GHEA Grapalat" w:hAnsi="GHEA Grapalat"/>
          <w:color w:val="000000" w:themeColor="text1"/>
          <w:sz w:val="22"/>
          <w:szCs w:val="22"/>
          <w:lang w:val="hy-AM"/>
        </w:rPr>
        <w:t>Քննարկման արդյունքների հիման վրա ԳԱՈՒ հրահանգիչը լրացնում է օրագրի գնահատման բաժինները՝ սանդղակային գնահատականներով և անհրաժեշտության դեպքում փաստարկված մեկնաբանություններով՝ սահմանելով նաև բարելավման ուղղություններն ու հետագա ակնկալիքները։</w:t>
      </w:r>
    </w:p>
    <w:p w14:paraId="42B7891D" w14:textId="17B99612" w:rsidR="009A0AC0" w:rsidRPr="00447437" w:rsidRDefault="009A0AC0" w:rsidP="009A0AC0">
      <w:pPr>
        <w:pStyle w:val="ListParagraph"/>
        <w:numPr>
          <w:ilvl w:val="2"/>
          <w:numId w:val="31"/>
        </w:numPr>
        <w:spacing w:before="120" w:after="120"/>
        <w:ind w:left="720"/>
        <w:contextualSpacing w:val="0"/>
        <w:jc w:val="both"/>
        <w:rPr>
          <w:rFonts w:ascii="GHEA Grapalat" w:hAnsi="GHEA Grapalat"/>
          <w:color w:val="000000" w:themeColor="text1"/>
          <w:sz w:val="22"/>
          <w:szCs w:val="22"/>
          <w:lang w:val="hy-AM"/>
        </w:rPr>
      </w:pPr>
      <w:r w:rsidRPr="00447437">
        <w:rPr>
          <w:rFonts w:ascii="GHEA Grapalat" w:hAnsi="GHEA Grapalat"/>
          <w:color w:val="000000" w:themeColor="text1"/>
          <w:sz w:val="22"/>
          <w:szCs w:val="22"/>
          <w:lang w:val="hy-AM"/>
        </w:rPr>
        <w:t>Գնահատումը կատարվում է A(գերազանց)</w:t>
      </w:r>
      <w:r w:rsidR="003C4BDA" w:rsidRPr="00447437">
        <w:rPr>
          <w:rFonts w:ascii="GHEA Grapalat" w:hAnsi="GHEA Grapalat"/>
          <w:color w:val="000000" w:themeColor="text1"/>
          <w:sz w:val="22"/>
          <w:szCs w:val="22"/>
          <w:lang w:val="hy-AM"/>
        </w:rPr>
        <w:t xml:space="preserve"> </w:t>
      </w:r>
      <w:r w:rsidRPr="00447437">
        <w:rPr>
          <w:rFonts w:ascii="GHEA Grapalat" w:hAnsi="GHEA Grapalat"/>
          <w:color w:val="000000" w:themeColor="text1"/>
          <w:sz w:val="22"/>
          <w:szCs w:val="22"/>
          <w:lang w:val="hy-AM"/>
        </w:rPr>
        <w:t>–</w:t>
      </w:r>
      <w:r w:rsidR="003C4BDA" w:rsidRPr="00447437">
        <w:rPr>
          <w:rFonts w:ascii="GHEA Grapalat" w:hAnsi="GHEA Grapalat"/>
          <w:color w:val="000000" w:themeColor="text1"/>
          <w:sz w:val="22"/>
          <w:szCs w:val="22"/>
          <w:lang w:val="hy-AM"/>
        </w:rPr>
        <w:t xml:space="preserve"> </w:t>
      </w:r>
      <w:r w:rsidRPr="00447437">
        <w:rPr>
          <w:rFonts w:ascii="GHEA Grapalat" w:hAnsi="GHEA Grapalat"/>
          <w:color w:val="000000" w:themeColor="text1"/>
          <w:sz w:val="22"/>
          <w:szCs w:val="22"/>
          <w:lang w:val="hy-AM"/>
        </w:rPr>
        <w:t xml:space="preserve">D(անբավարար) սանդղակով։ «Մեկնաբանություն» դաշտում գնահատողի կողմից կատարվում է կարճ դիտարկում։  Եթե գնահատումը C կամ D է, նպատակահարմար է նշել՝ ինչն է պետք բարելավել հաջորդ փուլում (կոնկրետ ուղղությամբ)։ Այն դեպքում, երբ գնահատման չափանիշը տվյալ աշխատանքին/մոդուլին չի վերաբերում, նշվում է E-ն։ </w:t>
      </w:r>
    </w:p>
    <w:p w14:paraId="1613E82B" w14:textId="7199C0B3" w:rsidR="009A0AC0" w:rsidRPr="00A702E8" w:rsidRDefault="009A0AC0" w:rsidP="009A0AC0">
      <w:pPr>
        <w:pStyle w:val="ListParagraph"/>
        <w:numPr>
          <w:ilvl w:val="2"/>
          <w:numId w:val="31"/>
        </w:numPr>
        <w:spacing w:before="120" w:after="120"/>
        <w:ind w:left="720"/>
        <w:contextualSpacing w:val="0"/>
        <w:jc w:val="both"/>
        <w:rPr>
          <w:rFonts w:ascii="GHEA Grapalat" w:hAnsi="GHEA Grapalat"/>
          <w:color w:val="000000" w:themeColor="text1"/>
          <w:sz w:val="22"/>
          <w:szCs w:val="22"/>
          <w:lang w:val="hy-AM"/>
        </w:rPr>
      </w:pPr>
      <w:r w:rsidRPr="003E5186">
        <w:rPr>
          <w:rFonts w:ascii="GHEA Grapalat" w:hAnsi="GHEA Grapalat"/>
          <w:color w:val="000000" w:themeColor="text1"/>
          <w:sz w:val="22"/>
          <w:szCs w:val="22"/>
          <w:lang w:val="hy-AM"/>
        </w:rPr>
        <w:t xml:space="preserve">Հրահանգչի կողմից գնահատման առանձին մաս է կազմում Ուսումնառության գրանցամատյանի լրացման համապատասխանությունը (տե՛ս ստորև՝ կետ </w:t>
      </w:r>
      <w:r w:rsidRPr="00447437">
        <w:rPr>
          <w:rFonts w:ascii="GHEA Grapalat" w:hAnsi="GHEA Grapalat"/>
          <w:color w:val="000000" w:themeColor="text1"/>
          <w:sz w:val="22"/>
          <w:szCs w:val="22"/>
        </w:rPr>
        <w:fldChar w:fldCharType="begin"/>
      </w:r>
      <w:r w:rsidRPr="003E5186">
        <w:rPr>
          <w:rFonts w:ascii="GHEA Grapalat" w:hAnsi="GHEA Grapalat"/>
          <w:color w:val="000000" w:themeColor="text1"/>
          <w:sz w:val="22"/>
          <w:szCs w:val="22"/>
          <w:lang w:val="hy-AM"/>
        </w:rPr>
        <w:instrText xml:space="preserve"> REF _Ref223358270 \n \h  \* MERGEFORMAT </w:instrText>
      </w:r>
      <w:r w:rsidRPr="00447437">
        <w:rPr>
          <w:rFonts w:ascii="GHEA Grapalat" w:hAnsi="GHEA Grapalat"/>
          <w:color w:val="000000" w:themeColor="text1"/>
          <w:sz w:val="22"/>
          <w:szCs w:val="22"/>
        </w:rPr>
      </w:r>
      <w:r w:rsidRPr="00447437">
        <w:rPr>
          <w:rFonts w:ascii="GHEA Grapalat" w:hAnsi="GHEA Grapalat"/>
          <w:color w:val="000000" w:themeColor="text1"/>
          <w:sz w:val="22"/>
          <w:szCs w:val="22"/>
        </w:rPr>
        <w:fldChar w:fldCharType="separate"/>
      </w:r>
      <w:r w:rsidR="00D174FB" w:rsidRPr="003E5186">
        <w:rPr>
          <w:rFonts w:ascii="GHEA Grapalat" w:hAnsi="GHEA Grapalat"/>
          <w:color w:val="000000" w:themeColor="text1"/>
          <w:sz w:val="22"/>
          <w:szCs w:val="22"/>
          <w:lang w:val="hy-AM"/>
        </w:rPr>
        <w:t>4.4</w:t>
      </w:r>
      <w:r w:rsidRPr="00447437">
        <w:rPr>
          <w:rFonts w:ascii="GHEA Grapalat" w:hAnsi="GHEA Grapalat"/>
          <w:color w:val="000000" w:themeColor="text1"/>
          <w:sz w:val="22"/>
          <w:szCs w:val="22"/>
        </w:rPr>
        <w:fldChar w:fldCharType="end"/>
      </w:r>
      <w:r w:rsidRPr="003E5186">
        <w:rPr>
          <w:rFonts w:ascii="GHEA Grapalat" w:hAnsi="GHEA Grapalat"/>
          <w:color w:val="000000" w:themeColor="text1"/>
          <w:sz w:val="22"/>
          <w:szCs w:val="22"/>
          <w:lang w:val="hy-AM"/>
        </w:rPr>
        <w:t xml:space="preserve">)։ </w:t>
      </w:r>
      <w:r w:rsidRPr="00A702E8">
        <w:rPr>
          <w:rFonts w:ascii="GHEA Grapalat" w:hAnsi="GHEA Grapalat"/>
          <w:color w:val="000000" w:themeColor="text1"/>
          <w:sz w:val="22"/>
          <w:szCs w:val="22"/>
          <w:lang w:val="hy-AM"/>
        </w:rPr>
        <w:lastRenderedPageBreak/>
        <w:t>Կազմակերպության հրահանգիչը գնահատում է գրանցումների համապատասխանությունն ու ամբողջականությունը, ինչպես նաև ներկայացման հստակությունը/կոկիկությունը՝ օրագրում նախատեսված չափանիշներով։</w:t>
      </w:r>
    </w:p>
    <w:p w14:paraId="14BE69CE" w14:textId="77777777" w:rsidR="009A0AC0" w:rsidRPr="00841AD1" w:rsidRDefault="009A0AC0" w:rsidP="009A0AC0">
      <w:pPr>
        <w:pStyle w:val="ListParagraph"/>
        <w:numPr>
          <w:ilvl w:val="2"/>
          <w:numId w:val="31"/>
        </w:numPr>
        <w:spacing w:before="120" w:after="120"/>
        <w:ind w:left="720"/>
        <w:contextualSpacing w:val="0"/>
        <w:jc w:val="both"/>
        <w:rPr>
          <w:rFonts w:ascii="GHEA Grapalat" w:hAnsi="GHEA Grapalat"/>
          <w:color w:val="000000" w:themeColor="text1"/>
          <w:sz w:val="22"/>
          <w:szCs w:val="22"/>
          <w:lang w:val="hy-AM"/>
        </w:rPr>
      </w:pPr>
      <w:r w:rsidRPr="00841AD1">
        <w:rPr>
          <w:rFonts w:ascii="GHEA Grapalat" w:hAnsi="GHEA Grapalat"/>
          <w:color w:val="000000" w:themeColor="text1"/>
          <w:sz w:val="22"/>
          <w:szCs w:val="22"/>
          <w:lang w:val="hy-AM"/>
        </w:rPr>
        <w:t>Ի լրումն ուսանողի մասնագիտական, մեթոդաբանական, սոցիալական և անձնային կարողությունների ընդհանուր գնահատմանը, հրահանգչի կողմից առանձին գնատահվում են նաև ԳԱՈՒ մոդուլային ծրագրով սահմանված ուսումնառության արդյունքները՝ դրանց ապացուցող առաջադրանքների հիման վրա։</w:t>
      </w:r>
    </w:p>
    <w:p w14:paraId="67EDAF71" w14:textId="77777777" w:rsidR="009A0AC0" w:rsidRPr="00841AD1" w:rsidRDefault="009A0AC0" w:rsidP="009A0AC0">
      <w:pPr>
        <w:pStyle w:val="ListParagraph"/>
        <w:numPr>
          <w:ilvl w:val="2"/>
          <w:numId w:val="31"/>
        </w:numPr>
        <w:spacing w:before="120" w:after="120"/>
        <w:ind w:left="720"/>
        <w:contextualSpacing w:val="0"/>
        <w:jc w:val="both"/>
        <w:rPr>
          <w:rFonts w:ascii="GHEA Grapalat" w:hAnsi="GHEA Grapalat"/>
          <w:color w:val="000000" w:themeColor="text1"/>
          <w:sz w:val="22"/>
          <w:szCs w:val="22"/>
          <w:lang w:val="hy-AM"/>
        </w:rPr>
      </w:pPr>
      <w:r w:rsidRPr="00841AD1">
        <w:rPr>
          <w:rFonts w:ascii="GHEA Grapalat" w:hAnsi="GHEA Grapalat"/>
          <w:color w:val="000000" w:themeColor="text1"/>
          <w:sz w:val="22"/>
          <w:szCs w:val="22"/>
          <w:lang w:val="hy-AM"/>
        </w:rPr>
        <w:t xml:space="preserve">Հրահանգչի կողմից գնահատումից հետո և ստորագրվելուց հետո, Օրագրի բաժին I-ը ստորագրվում և կնքվում է նաև Գործընկեր կազմակերպության ղեկավարի կողմից՝ հավաստելով դրա պաշտոնական բնույթը։ Ապա, ձևաթուղթը ստորագրվում է ուսանողի, իսկ 14-18 տարեկան ուսանողի պարագայում՝ նաև նրա օրինական ներկայացուցչի (ծնող, հոգաբարձու, խնամակալ) կողմից՝ ի գիտություն։ </w:t>
      </w:r>
    </w:p>
    <w:p w14:paraId="24707751" w14:textId="77777777" w:rsidR="009A0AC0" w:rsidRPr="00447437" w:rsidRDefault="009A0AC0" w:rsidP="009A0AC0">
      <w:pPr>
        <w:pStyle w:val="ListParagraph"/>
        <w:numPr>
          <w:ilvl w:val="1"/>
          <w:numId w:val="31"/>
        </w:numPr>
        <w:spacing w:before="120" w:after="120"/>
        <w:ind w:left="720" w:hanging="720"/>
        <w:contextualSpacing w:val="0"/>
        <w:jc w:val="both"/>
        <w:rPr>
          <w:rFonts w:ascii="GHEA Grapalat" w:hAnsi="GHEA Grapalat"/>
          <w:b/>
          <w:bCs/>
          <w:color w:val="000000" w:themeColor="text1"/>
          <w:sz w:val="22"/>
          <w:szCs w:val="22"/>
        </w:rPr>
      </w:pPr>
      <w:bookmarkStart w:id="43" w:name="_Ref223358270"/>
      <w:r w:rsidRPr="00447437">
        <w:rPr>
          <w:rFonts w:ascii="GHEA Grapalat" w:hAnsi="GHEA Grapalat"/>
          <w:b/>
          <w:bCs/>
          <w:color w:val="000000" w:themeColor="text1"/>
          <w:sz w:val="22"/>
          <w:szCs w:val="22"/>
        </w:rPr>
        <w:t>Ուսումնառության գրանցամատյան (Բաժին II)</w:t>
      </w:r>
      <w:bookmarkEnd w:id="43"/>
    </w:p>
    <w:p w14:paraId="099E1C2C" w14:textId="77777777" w:rsidR="009A0AC0" w:rsidRPr="00447437" w:rsidRDefault="009A0AC0" w:rsidP="009A0AC0">
      <w:pPr>
        <w:pStyle w:val="ListParagraph"/>
        <w:numPr>
          <w:ilvl w:val="2"/>
          <w:numId w:val="31"/>
        </w:numPr>
        <w:spacing w:before="120" w:after="120"/>
        <w:ind w:left="720"/>
        <w:contextualSpacing w:val="0"/>
        <w:jc w:val="both"/>
        <w:rPr>
          <w:rFonts w:ascii="GHEA Grapalat" w:hAnsi="GHEA Grapalat"/>
          <w:color w:val="000000" w:themeColor="text1"/>
          <w:sz w:val="22"/>
          <w:szCs w:val="22"/>
        </w:rPr>
      </w:pPr>
      <w:r w:rsidRPr="00447437">
        <w:rPr>
          <w:rFonts w:ascii="GHEA Grapalat" w:hAnsi="GHEA Grapalat"/>
          <w:color w:val="000000" w:themeColor="text1"/>
          <w:sz w:val="22"/>
          <w:szCs w:val="22"/>
          <w:lang w:val="hy-AM"/>
        </w:rPr>
        <w:t>Այս</w:t>
      </w:r>
      <w:r w:rsidRPr="00447437">
        <w:rPr>
          <w:rFonts w:ascii="GHEA Grapalat" w:hAnsi="GHEA Grapalat"/>
          <w:color w:val="000000" w:themeColor="text1"/>
          <w:sz w:val="22"/>
          <w:szCs w:val="22"/>
        </w:rPr>
        <w:t xml:space="preserve"> բաժինը նախատեսված է կազմակերպությունում իրականացվող ԳԱՈՒ  ընթացքում ուսանողի կատարած աշխատանքների, առաջադրանքների և ձեռքբերումների պարբերական գրանցման համար։ </w:t>
      </w:r>
    </w:p>
    <w:p w14:paraId="11AB6AE0" w14:textId="77777777" w:rsidR="009A0AC0" w:rsidRPr="00447437" w:rsidRDefault="009A0AC0" w:rsidP="009A0AC0">
      <w:pPr>
        <w:pStyle w:val="ListParagraph"/>
        <w:numPr>
          <w:ilvl w:val="2"/>
          <w:numId w:val="31"/>
        </w:numPr>
        <w:spacing w:before="120" w:after="120"/>
        <w:ind w:left="720"/>
        <w:contextualSpacing w:val="0"/>
        <w:jc w:val="both"/>
        <w:rPr>
          <w:rFonts w:ascii="GHEA Grapalat" w:hAnsi="GHEA Grapalat"/>
          <w:color w:val="000000" w:themeColor="text1"/>
          <w:sz w:val="22"/>
          <w:szCs w:val="22"/>
        </w:rPr>
      </w:pPr>
      <w:r w:rsidRPr="00447437">
        <w:rPr>
          <w:rFonts w:ascii="GHEA Grapalat" w:hAnsi="GHEA Grapalat"/>
          <w:color w:val="000000" w:themeColor="text1"/>
          <w:sz w:val="22"/>
          <w:szCs w:val="22"/>
        </w:rPr>
        <w:t xml:space="preserve">Գրանցամատյանը լրացվում է ուսանողի կողմից՝ կանոնավոր (խորհուրդ է տրվում՝ շաբաթական)՝ նշելով տվյալ ժամանակահատվածում կատարած հիմնական գործողությունները, կիրառված հմտությունները, ձեռքբերված փորձը, ինչպես նաև հանդիպած դժվարությունները և առաջացած հարցերը (առկայության դեպքում)։ </w:t>
      </w:r>
    </w:p>
    <w:p w14:paraId="782FD143" w14:textId="77777777" w:rsidR="009A0AC0" w:rsidRPr="00447437" w:rsidRDefault="009A0AC0" w:rsidP="009A0AC0">
      <w:pPr>
        <w:pStyle w:val="ListParagraph"/>
        <w:numPr>
          <w:ilvl w:val="2"/>
          <w:numId w:val="31"/>
        </w:numPr>
        <w:spacing w:before="120" w:after="120"/>
        <w:ind w:left="720"/>
        <w:contextualSpacing w:val="0"/>
        <w:jc w:val="both"/>
        <w:rPr>
          <w:rFonts w:ascii="GHEA Grapalat" w:hAnsi="GHEA Grapalat"/>
          <w:color w:val="000000" w:themeColor="text1"/>
          <w:sz w:val="22"/>
          <w:szCs w:val="22"/>
        </w:rPr>
      </w:pPr>
      <w:r w:rsidRPr="00447437">
        <w:rPr>
          <w:rFonts w:ascii="GHEA Grapalat" w:hAnsi="GHEA Grapalat"/>
          <w:color w:val="000000" w:themeColor="text1"/>
          <w:sz w:val="22"/>
          <w:szCs w:val="22"/>
        </w:rPr>
        <w:t xml:space="preserve">Գրառումները պետք է լինեն հստակ, փաստացի և համընկնեն գործնական ուսուցման ծրագրով նախատեսված բովանդակությանը։ </w:t>
      </w:r>
    </w:p>
    <w:p w14:paraId="5D7BF8E4" w14:textId="77777777" w:rsidR="009A0AC0" w:rsidRPr="00447437" w:rsidRDefault="009A0AC0" w:rsidP="009A0AC0">
      <w:pPr>
        <w:pStyle w:val="ListParagraph"/>
        <w:numPr>
          <w:ilvl w:val="2"/>
          <w:numId w:val="31"/>
        </w:numPr>
        <w:spacing w:before="120" w:after="120"/>
        <w:ind w:left="720"/>
        <w:contextualSpacing w:val="0"/>
        <w:jc w:val="both"/>
        <w:rPr>
          <w:rFonts w:ascii="GHEA Grapalat" w:hAnsi="GHEA Grapalat"/>
          <w:color w:val="000000" w:themeColor="text1"/>
          <w:sz w:val="22"/>
          <w:szCs w:val="22"/>
        </w:rPr>
      </w:pPr>
      <w:r w:rsidRPr="00447437">
        <w:rPr>
          <w:rFonts w:ascii="GHEA Grapalat" w:hAnsi="GHEA Grapalat"/>
          <w:color w:val="000000" w:themeColor="text1"/>
          <w:sz w:val="22"/>
          <w:szCs w:val="22"/>
        </w:rPr>
        <w:t>Գրանցամատյանում ներառված ուղղորդիչ հարցերը/վերնագրերը (օրինակ՝ «ի՞նչ եմ արել», «ի՞նչ եմ սովորել», «ի՞նչն է հաջողվել», «ի՞նչ դժվարություն եմ ունեցել», «ի՞նչ օգնություն/բացատրություն է պետք», և այլն) կրում են ուղեցույցային բնույթ և նախատեսված են՝</w:t>
      </w:r>
    </w:p>
    <w:p w14:paraId="78081EE9" w14:textId="77777777" w:rsidR="009A0AC0" w:rsidRPr="00447437" w:rsidRDefault="009A0AC0" w:rsidP="00E879BF">
      <w:pPr>
        <w:numPr>
          <w:ilvl w:val="0"/>
          <w:numId w:val="44"/>
        </w:numPr>
        <w:spacing w:before="120" w:after="120" w:line="240" w:lineRule="auto"/>
        <w:jc w:val="both"/>
        <w:rPr>
          <w:rFonts w:ascii="GHEA Grapalat" w:hAnsi="GHEA Grapalat"/>
          <w:bCs/>
          <w:color w:val="000000" w:themeColor="text1"/>
          <w:lang w:val="hy-AM"/>
        </w:rPr>
      </w:pPr>
      <w:r w:rsidRPr="00447437">
        <w:rPr>
          <w:rFonts w:ascii="GHEA Grapalat" w:hAnsi="GHEA Grapalat"/>
          <w:bCs/>
          <w:color w:val="000000" w:themeColor="text1"/>
          <w:lang w:val="hy-AM"/>
        </w:rPr>
        <w:t>օգնելու ուսանողին կառուցվածքային կերպով արտացոլել իր ուսուցման փորձը,</w:t>
      </w:r>
    </w:p>
    <w:p w14:paraId="6A96D9E9" w14:textId="77777777" w:rsidR="009A0AC0" w:rsidRPr="00447437" w:rsidRDefault="009A0AC0" w:rsidP="00E879BF">
      <w:pPr>
        <w:numPr>
          <w:ilvl w:val="0"/>
          <w:numId w:val="44"/>
        </w:numPr>
        <w:spacing w:before="120" w:after="120" w:line="240" w:lineRule="auto"/>
        <w:jc w:val="both"/>
        <w:rPr>
          <w:rFonts w:ascii="GHEA Grapalat" w:hAnsi="GHEA Grapalat"/>
          <w:bCs/>
          <w:color w:val="000000" w:themeColor="text1"/>
        </w:rPr>
      </w:pPr>
      <w:r w:rsidRPr="00447437">
        <w:rPr>
          <w:rFonts w:ascii="GHEA Grapalat" w:hAnsi="GHEA Grapalat"/>
          <w:bCs/>
          <w:color w:val="000000" w:themeColor="text1"/>
        </w:rPr>
        <w:t>խթանելու ինքնավերլուծությունը և ինքնագնահատումը,</w:t>
      </w:r>
    </w:p>
    <w:p w14:paraId="3832B6DB" w14:textId="77777777" w:rsidR="009A0AC0" w:rsidRPr="00447437" w:rsidRDefault="009A0AC0" w:rsidP="00E879BF">
      <w:pPr>
        <w:numPr>
          <w:ilvl w:val="0"/>
          <w:numId w:val="44"/>
        </w:numPr>
        <w:spacing w:before="120" w:after="120" w:line="240" w:lineRule="auto"/>
        <w:jc w:val="both"/>
        <w:rPr>
          <w:rFonts w:ascii="GHEA Grapalat" w:hAnsi="GHEA Grapalat"/>
          <w:bCs/>
          <w:color w:val="000000" w:themeColor="text1"/>
        </w:rPr>
      </w:pPr>
      <w:r w:rsidRPr="00447437">
        <w:rPr>
          <w:rFonts w:ascii="GHEA Grapalat" w:hAnsi="GHEA Grapalat"/>
          <w:bCs/>
          <w:color w:val="000000" w:themeColor="text1"/>
        </w:rPr>
        <w:t>պարզելու այն հարցերը, որոնք պահանջում են հրահանգչի աջակցություն կամ լրացուցիչ բացատրություն,</w:t>
      </w:r>
    </w:p>
    <w:p w14:paraId="0C9DC907" w14:textId="77777777" w:rsidR="009A0AC0" w:rsidRPr="00447437" w:rsidRDefault="009A0AC0" w:rsidP="00E879BF">
      <w:pPr>
        <w:numPr>
          <w:ilvl w:val="0"/>
          <w:numId w:val="44"/>
        </w:numPr>
        <w:spacing w:before="120" w:after="120" w:line="240" w:lineRule="auto"/>
        <w:jc w:val="both"/>
        <w:rPr>
          <w:rFonts w:ascii="GHEA Grapalat" w:hAnsi="GHEA Grapalat"/>
          <w:bCs/>
          <w:color w:val="000000" w:themeColor="text1"/>
        </w:rPr>
      </w:pPr>
      <w:r w:rsidRPr="00447437">
        <w:rPr>
          <w:rFonts w:ascii="GHEA Grapalat" w:hAnsi="GHEA Grapalat"/>
          <w:bCs/>
          <w:color w:val="000000" w:themeColor="text1"/>
        </w:rPr>
        <w:t>ապահովելու, որ գրառումները ներառեն ոչ միայն «կատարած աշխատանքը», այլ նաև «սովորածը» և «բարելավման կարիքները»։</w:t>
      </w:r>
    </w:p>
    <w:p w14:paraId="1C35C060" w14:textId="77777777" w:rsidR="009A0AC0" w:rsidRPr="00447437" w:rsidRDefault="009A0AC0" w:rsidP="009A0AC0">
      <w:pPr>
        <w:pStyle w:val="ListParagraph"/>
        <w:numPr>
          <w:ilvl w:val="2"/>
          <w:numId w:val="31"/>
        </w:numPr>
        <w:spacing w:before="120" w:after="120"/>
        <w:ind w:left="720"/>
        <w:contextualSpacing w:val="0"/>
        <w:jc w:val="both"/>
        <w:rPr>
          <w:rFonts w:ascii="GHEA Grapalat" w:hAnsi="GHEA Grapalat"/>
          <w:color w:val="000000" w:themeColor="text1"/>
          <w:sz w:val="22"/>
          <w:szCs w:val="22"/>
        </w:rPr>
      </w:pPr>
      <w:r w:rsidRPr="00447437">
        <w:rPr>
          <w:rFonts w:ascii="GHEA Grapalat" w:hAnsi="GHEA Grapalat"/>
          <w:color w:val="000000" w:themeColor="text1"/>
          <w:sz w:val="22"/>
          <w:szCs w:val="22"/>
        </w:rPr>
        <w:t xml:space="preserve">Ուսանողը կարող է ընտրել դրանցից համապատասխանները կամ գրել ազատ ձևով՝ պահպանելով բովանդակության կառուցվածքային տրամաբանությունը։ </w:t>
      </w:r>
    </w:p>
    <w:p w14:paraId="5521EA81" w14:textId="77777777" w:rsidR="009A0AC0" w:rsidRPr="00447437" w:rsidRDefault="009A0AC0" w:rsidP="009A0AC0">
      <w:pPr>
        <w:pStyle w:val="ListParagraph"/>
        <w:numPr>
          <w:ilvl w:val="2"/>
          <w:numId w:val="31"/>
        </w:numPr>
        <w:spacing w:before="120" w:after="120"/>
        <w:ind w:left="720"/>
        <w:contextualSpacing w:val="0"/>
        <w:jc w:val="both"/>
        <w:rPr>
          <w:rFonts w:ascii="GHEA Grapalat" w:hAnsi="GHEA Grapalat"/>
          <w:color w:val="000000" w:themeColor="text1"/>
          <w:sz w:val="22"/>
          <w:szCs w:val="22"/>
        </w:rPr>
      </w:pPr>
      <w:r w:rsidRPr="00447437">
        <w:rPr>
          <w:rFonts w:ascii="GHEA Grapalat" w:hAnsi="GHEA Grapalat"/>
          <w:color w:val="000000" w:themeColor="text1"/>
          <w:sz w:val="22"/>
          <w:szCs w:val="22"/>
        </w:rPr>
        <w:t>Գրանցամատյանը հանդիսանում է ուսանողի առաջընթացի քննարկման և գնահատման հիմքերից մեկը</w:t>
      </w:r>
      <w:r w:rsidRPr="00447437">
        <w:rPr>
          <w:rFonts w:ascii="MS Mincho" w:eastAsia="MS Mincho" w:hAnsi="MS Mincho" w:cs="MS Mincho"/>
          <w:color w:val="000000" w:themeColor="text1"/>
          <w:sz w:val="22"/>
          <w:szCs w:val="22"/>
        </w:rPr>
        <w:t>․</w:t>
      </w:r>
      <w:r w:rsidRPr="00447437">
        <w:rPr>
          <w:rFonts w:ascii="GHEA Grapalat" w:hAnsi="GHEA Grapalat"/>
          <w:color w:val="000000" w:themeColor="text1"/>
          <w:sz w:val="22"/>
          <w:szCs w:val="22"/>
        </w:rPr>
        <w:t xml:space="preserve"> կազմակերպության ԳԱՈՒ հրահանգիչը և ՄՈՒՀ-ի ներկայացուցիչը կարող են դրա հիման վրա հետևել ուսուցման ընթացքին, անհրաժեշտության դեպքում տալ խորհրդատվություն և սահմանել հետագա քայլեր։</w:t>
      </w:r>
    </w:p>
    <w:p w14:paraId="112E4995" w14:textId="77777777" w:rsidR="009A0AC0" w:rsidRPr="00447437" w:rsidRDefault="009A0AC0" w:rsidP="009A0AC0">
      <w:pPr>
        <w:pStyle w:val="ListParagraph"/>
        <w:numPr>
          <w:ilvl w:val="1"/>
          <w:numId w:val="31"/>
        </w:numPr>
        <w:spacing w:before="120" w:after="120"/>
        <w:ind w:left="720" w:hanging="720"/>
        <w:contextualSpacing w:val="0"/>
        <w:jc w:val="both"/>
        <w:rPr>
          <w:rFonts w:ascii="GHEA Grapalat" w:hAnsi="GHEA Grapalat"/>
          <w:b/>
          <w:bCs/>
          <w:color w:val="000000" w:themeColor="text1"/>
          <w:sz w:val="22"/>
          <w:szCs w:val="22"/>
        </w:rPr>
      </w:pPr>
      <w:r w:rsidRPr="00447437">
        <w:rPr>
          <w:rFonts w:ascii="GHEA Grapalat" w:hAnsi="GHEA Grapalat"/>
          <w:b/>
          <w:bCs/>
          <w:color w:val="000000" w:themeColor="text1"/>
          <w:sz w:val="22"/>
          <w:szCs w:val="22"/>
        </w:rPr>
        <w:t>Կազմակերպության կողմից ուսանողի հրահանգավորման ստուգաթերթ (Բաժին III)</w:t>
      </w:r>
    </w:p>
    <w:p w14:paraId="37C99021" w14:textId="77777777" w:rsidR="009A0AC0" w:rsidRPr="00447437" w:rsidRDefault="009A0AC0" w:rsidP="009A0AC0">
      <w:pPr>
        <w:pStyle w:val="ListParagraph"/>
        <w:numPr>
          <w:ilvl w:val="2"/>
          <w:numId w:val="31"/>
        </w:numPr>
        <w:spacing w:before="120" w:after="120"/>
        <w:ind w:left="720"/>
        <w:contextualSpacing w:val="0"/>
        <w:jc w:val="both"/>
        <w:rPr>
          <w:rFonts w:ascii="GHEA Grapalat" w:hAnsi="GHEA Grapalat"/>
          <w:color w:val="000000" w:themeColor="text1"/>
          <w:sz w:val="22"/>
          <w:szCs w:val="22"/>
        </w:rPr>
      </w:pPr>
      <w:r w:rsidRPr="00447437">
        <w:rPr>
          <w:rFonts w:ascii="GHEA Grapalat" w:hAnsi="GHEA Grapalat"/>
          <w:color w:val="000000" w:themeColor="text1"/>
          <w:sz w:val="22"/>
          <w:szCs w:val="22"/>
        </w:rPr>
        <w:t xml:space="preserve">Ստուգաթերթը լրացվում է ԳԱՈՒ-ի առաջին օրը կամ սկզբնական փուլում՝ փաստելով, որ ուսանողին ներկայացվել են աշխատավայրի ներքին կանոնները, անվտանգության կանոնները/պահանջները, աշխատանքային գործընթացի կազմակերպումը, պատասխանատու անձը (հրահանգիչը) և հաղորդակցման կարգը։ </w:t>
      </w:r>
    </w:p>
    <w:p w14:paraId="4AAB01E7" w14:textId="77777777" w:rsidR="009A0AC0" w:rsidRPr="00447437" w:rsidRDefault="009A0AC0" w:rsidP="009A0AC0">
      <w:pPr>
        <w:pStyle w:val="ListParagraph"/>
        <w:numPr>
          <w:ilvl w:val="2"/>
          <w:numId w:val="31"/>
        </w:numPr>
        <w:spacing w:before="120" w:after="120"/>
        <w:ind w:left="720"/>
        <w:contextualSpacing w:val="0"/>
        <w:jc w:val="both"/>
        <w:rPr>
          <w:rFonts w:ascii="GHEA Grapalat" w:hAnsi="GHEA Grapalat"/>
          <w:color w:val="000000" w:themeColor="text1"/>
          <w:sz w:val="22"/>
          <w:szCs w:val="22"/>
          <w:lang w:val="hy-AM"/>
        </w:rPr>
      </w:pPr>
      <w:r w:rsidRPr="00447437">
        <w:rPr>
          <w:rFonts w:ascii="GHEA Grapalat" w:hAnsi="GHEA Grapalat"/>
          <w:color w:val="000000" w:themeColor="text1"/>
          <w:sz w:val="22"/>
          <w:szCs w:val="22"/>
        </w:rPr>
        <w:lastRenderedPageBreak/>
        <w:t>Ստուգաթերթը ապահովում և հավաստում է «Մասնագիտական կրթության և ուսուցման մասին» ՀՀ օրենքի 15-րդ հոդվածի 14-րդ մասով, ՀՀ Աշխատանքային օրենսգրքի 257-րդ հոդվածի 4-</w:t>
      </w:r>
      <w:r w:rsidRPr="00447437">
        <w:rPr>
          <w:rFonts w:ascii="GHEA Grapalat" w:hAnsi="GHEA Grapalat"/>
          <w:color w:val="000000" w:themeColor="text1"/>
          <w:sz w:val="22"/>
          <w:szCs w:val="22"/>
          <w:lang w:val="hy-AM"/>
        </w:rPr>
        <w:t>րդ և 5-րդ, ՀՀ Կառավարության 20 մարտի 2025 թվականի N 318-Ն որոշման</w:t>
      </w:r>
      <w:r w:rsidRPr="00447437">
        <w:rPr>
          <w:rStyle w:val="FootnoteReference"/>
          <w:rFonts w:ascii="GHEA Grapalat" w:hAnsi="GHEA Grapalat"/>
          <w:color w:val="000000" w:themeColor="text1"/>
          <w:sz w:val="22"/>
          <w:szCs w:val="22"/>
          <w:lang w:val="hy-AM"/>
        </w:rPr>
        <w:footnoteReference w:id="42"/>
      </w:r>
      <w:r w:rsidRPr="00447437">
        <w:rPr>
          <w:rFonts w:ascii="GHEA Grapalat" w:hAnsi="GHEA Grapalat"/>
          <w:color w:val="000000" w:themeColor="text1"/>
          <w:sz w:val="22"/>
          <w:szCs w:val="22"/>
          <w:lang w:val="hy-AM"/>
        </w:rPr>
        <w:t xml:space="preserve"> հավելվածի 5-րդ կետով սահմանված աշխատանքի հետ կապված հնարավոր ռիսկերի, անվտանգության ապահովման և առողջության պահպանման վերաբերյալ մինչև տասնութ տարեկան անձանց տեղեկացման պարտականությունների կատարումը գործատուի կողմից։ </w:t>
      </w:r>
    </w:p>
    <w:p w14:paraId="1D74D270" w14:textId="77777777" w:rsidR="009A0AC0" w:rsidRPr="00447437" w:rsidRDefault="009A0AC0" w:rsidP="009A0AC0">
      <w:pPr>
        <w:pStyle w:val="ListParagraph"/>
        <w:numPr>
          <w:ilvl w:val="2"/>
          <w:numId w:val="31"/>
        </w:numPr>
        <w:spacing w:before="120" w:after="120"/>
        <w:ind w:left="720"/>
        <w:contextualSpacing w:val="0"/>
        <w:jc w:val="both"/>
        <w:rPr>
          <w:rFonts w:ascii="GHEA Grapalat" w:hAnsi="GHEA Grapalat"/>
          <w:bCs/>
          <w:color w:val="000000" w:themeColor="text1"/>
          <w:sz w:val="22"/>
          <w:szCs w:val="22"/>
          <w:lang w:val="hy-AM"/>
        </w:rPr>
      </w:pPr>
      <w:r w:rsidRPr="00447437">
        <w:rPr>
          <w:rFonts w:ascii="GHEA Grapalat" w:hAnsi="GHEA Grapalat"/>
          <w:color w:val="000000" w:themeColor="text1"/>
          <w:sz w:val="22"/>
          <w:szCs w:val="22"/>
          <w:lang w:val="hy-AM"/>
        </w:rPr>
        <w:t>Ստուգաթերթը</w:t>
      </w:r>
      <w:r w:rsidRPr="00447437">
        <w:rPr>
          <w:rFonts w:ascii="GHEA Grapalat" w:hAnsi="GHEA Grapalat"/>
          <w:bCs/>
          <w:color w:val="000000" w:themeColor="text1"/>
          <w:sz w:val="22"/>
          <w:szCs w:val="22"/>
          <w:lang w:val="hy-AM"/>
        </w:rPr>
        <w:t xml:space="preserve"> ստորագրվում է ուսանողի, իսկ 14-18 տարեկան ուսանողի պարագայում՝ նաև նրա օրինական ներկայացուցչի (ծնող, հոգաբարձու, խնամակալ) կողմից՝ ի գիտություն։ </w:t>
      </w:r>
    </w:p>
    <w:p w14:paraId="25B9CC29" w14:textId="77777777" w:rsidR="009A0AC0" w:rsidRPr="00447437" w:rsidRDefault="009A0AC0" w:rsidP="009A0AC0">
      <w:pPr>
        <w:pStyle w:val="ListParagraph"/>
        <w:numPr>
          <w:ilvl w:val="1"/>
          <w:numId w:val="31"/>
        </w:numPr>
        <w:spacing w:before="120" w:after="120"/>
        <w:ind w:left="720" w:hanging="720"/>
        <w:contextualSpacing w:val="0"/>
        <w:jc w:val="both"/>
        <w:rPr>
          <w:rFonts w:ascii="GHEA Grapalat" w:hAnsi="GHEA Grapalat"/>
          <w:b/>
          <w:bCs/>
          <w:color w:val="000000" w:themeColor="text1"/>
          <w:sz w:val="22"/>
          <w:szCs w:val="22"/>
          <w:lang w:val="hy-AM"/>
        </w:rPr>
      </w:pPr>
      <w:r w:rsidRPr="00447437">
        <w:rPr>
          <w:rFonts w:ascii="GHEA Grapalat" w:hAnsi="GHEA Grapalat"/>
          <w:b/>
          <w:bCs/>
          <w:color w:val="000000" w:themeColor="text1"/>
          <w:sz w:val="22"/>
          <w:szCs w:val="22"/>
          <w:lang w:val="hy-AM"/>
        </w:rPr>
        <w:t xml:space="preserve"> ԳԱՈՒ մոդուլային ծրագրի ամփոփիչ գնահատման վիճակագրություն (Բաժին IV)</w:t>
      </w:r>
    </w:p>
    <w:p w14:paraId="63DA0095" w14:textId="77777777" w:rsidR="009A0AC0" w:rsidRPr="00447437" w:rsidRDefault="009A0AC0" w:rsidP="009A0AC0">
      <w:pPr>
        <w:pStyle w:val="ListParagraph"/>
        <w:numPr>
          <w:ilvl w:val="2"/>
          <w:numId w:val="31"/>
        </w:numPr>
        <w:spacing w:before="120" w:after="120"/>
        <w:ind w:left="720"/>
        <w:contextualSpacing w:val="0"/>
        <w:jc w:val="both"/>
        <w:rPr>
          <w:rFonts w:ascii="GHEA Grapalat" w:hAnsi="GHEA Grapalat"/>
          <w:color w:val="000000" w:themeColor="text1"/>
          <w:sz w:val="22"/>
          <w:szCs w:val="22"/>
          <w:lang w:val="hy-AM"/>
        </w:rPr>
      </w:pPr>
      <w:r w:rsidRPr="00447437">
        <w:rPr>
          <w:rFonts w:ascii="GHEA Grapalat" w:hAnsi="GHEA Grapalat"/>
          <w:color w:val="000000" w:themeColor="text1"/>
          <w:sz w:val="22"/>
          <w:szCs w:val="22"/>
          <w:lang w:val="hy-AM"/>
        </w:rPr>
        <w:t>Այս բաժինը նախատեսված է ԳԱՈՒ մոդուլային ծրագրի շրջանակում ուսանողի ուսումնառության ամբողջ ընթացքի արդյունքների և ձեռքբերումների ամփոփ ներկայացման համար։ Այն արտացոլում է ուսանողի առաջընթացի ընդհանուր պատկերը՝ հիմնվելով բոլոր կազմակերպություններում ուսանողի իրականացրած ԳԱՈՒ-ի արձանագրած տվյալների վրա։ Հատվածը լրացվում է ՄՈՒՀ-ի կողմից և կրում է տեղեկատվական/վիճակագրական բնույթ՝ նպատակ ունենալով ամփոփ կերպով ներկայացնել ԳԱՈՒ մոդուլային ծրագրով սահմանված ուսումնառության արդյունքների կատարման և գնահատման ընդհանուր վիճակը՝ առանց լրացուցիչ մեկնաբանությունների կամ նոր գնահատումների ներմուծման։</w:t>
      </w:r>
    </w:p>
    <w:p w14:paraId="3D553D1B" w14:textId="77777777" w:rsidR="009A0AC0" w:rsidRPr="00447437" w:rsidRDefault="009A0AC0" w:rsidP="009A0AC0">
      <w:pPr>
        <w:pStyle w:val="ListParagraph"/>
        <w:numPr>
          <w:ilvl w:val="2"/>
          <w:numId w:val="31"/>
        </w:numPr>
        <w:spacing w:before="120" w:after="120"/>
        <w:ind w:left="720"/>
        <w:contextualSpacing w:val="0"/>
        <w:jc w:val="both"/>
        <w:rPr>
          <w:rFonts w:ascii="GHEA Grapalat" w:hAnsi="GHEA Grapalat"/>
          <w:color w:val="000000" w:themeColor="text1"/>
          <w:sz w:val="22"/>
          <w:szCs w:val="22"/>
          <w:lang w:val="hy-AM"/>
        </w:rPr>
      </w:pPr>
      <w:r w:rsidRPr="00447437">
        <w:rPr>
          <w:rFonts w:ascii="GHEA Grapalat" w:hAnsi="GHEA Grapalat"/>
          <w:color w:val="000000" w:themeColor="text1"/>
          <w:sz w:val="22"/>
          <w:szCs w:val="22"/>
          <w:lang w:val="hy-AM"/>
        </w:rPr>
        <w:t>Ձևաթղթի պաշտոնական լինելը հավաստվում է ՄՈՒՀ-ի կնիքով, Տնօրենի ու ՄՈՒՀ-ի ԳԱՈՒ պատասխանատու անձի ստորագրությամբ։</w:t>
      </w:r>
    </w:p>
    <w:p w14:paraId="0A15FAA5" w14:textId="77777777" w:rsidR="00C613D9" w:rsidRPr="00447437" w:rsidRDefault="00C613D9" w:rsidP="009A0AC0">
      <w:pPr>
        <w:rPr>
          <w:color w:val="000000" w:themeColor="text1"/>
          <w:lang w:val="hy-AM"/>
        </w:rPr>
      </w:pPr>
    </w:p>
    <w:sectPr w:rsidR="00C613D9" w:rsidRPr="00447437" w:rsidSect="004D03C1">
      <w:headerReference w:type="even" r:id="rId13"/>
      <w:footerReference w:type="default" r:id="rId14"/>
      <w:pgSz w:w="11909" w:h="16834" w:code="9"/>
      <w:pgMar w:top="851" w:right="748" w:bottom="1418" w:left="1259" w:header="425"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F7F35" w14:textId="77777777" w:rsidR="00FF704B" w:rsidRDefault="00FF704B" w:rsidP="004D03C1">
      <w:pPr>
        <w:spacing w:after="0" w:line="240" w:lineRule="auto"/>
      </w:pPr>
      <w:r>
        <w:separator/>
      </w:r>
    </w:p>
  </w:endnote>
  <w:endnote w:type="continuationSeparator" w:id="0">
    <w:p w14:paraId="4D23D60B" w14:textId="77777777" w:rsidR="00FF704B" w:rsidRDefault="00FF704B" w:rsidP="004D03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Armenian">
    <w:panose1 w:val="020B0604020202020204"/>
    <w:charset w:val="00"/>
    <w:family w:val="swiss"/>
    <w:pitch w:val="variable"/>
    <w:sig w:usb0="00000003" w:usb1="00000000" w:usb2="00000000" w:usb3="00000000" w:csb0="00000001"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DD5BC" w14:textId="77777777" w:rsidR="009A0AC0" w:rsidRDefault="009A0AC0" w:rsidP="007549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59D6915" w14:textId="77777777" w:rsidR="009A0AC0" w:rsidRDefault="009A0A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31F84" w14:textId="77777777" w:rsidR="009A0AC0" w:rsidRDefault="009A0AC0" w:rsidP="007549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91D77">
      <w:rPr>
        <w:rStyle w:val="PageNumber"/>
        <w:noProof/>
      </w:rPr>
      <w:t>1</w:t>
    </w:r>
    <w:r>
      <w:rPr>
        <w:rStyle w:val="PageNumber"/>
      </w:rPr>
      <w:fldChar w:fldCharType="end"/>
    </w:r>
  </w:p>
  <w:p w14:paraId="766CBC8D" w14:textId="77777777" w:rsidR="009A0AC0" w:rsidRDefault="009A0A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EF00D" w14:textId="77777777" w:rsidR="009A0AC0" w:rsidRDefault="009A0AC0" w:rsidP="007549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54BEE8C" w14:textId="77777777" w:rsidR="009A0AC0" w:rsidRDefault="009A0AC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4D062" w14:textId="77777777" w:rsidR="009A0AC0" w:rsidRDefault="009A0AC0" w:rsidP="0075493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591D77">
      <w:rPr>
        <w:rStyle w:val="PageNumber"/>
        <w:noProof/>
      </w:rPr>
      <w:t>56</w:t>
    </w:r>
    <w:r>
      <w:rPr>
        <w:rStyle w:val="PageNumber"/>
      </w:rPr>
      <w:fldChar w:fldCharType="end"/>
    </w:r>
  </w:p>
  <w:p w14:paraId="2FEB147F" w14:textId="77777777" w:rsidR="009A0AC0" w:rsidRDefault="009A0AC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9049A" w14:textId="77777777" w:rsidR="004D03C1" w:rsidRDefault="004D03C1" w:rsidP="004D03C1">
    <w:pPr>
      <w:pStyle w:val="BodyTextIndent3"/>
      <w:overflowPunct w:val="0"/>
      <w:autoSpaceDE w:val="0"/>
      <w:autoSpaceDN w:val="0"/>
      <w:adjustRightInd w:val="0"/>
      <w:spacing w:after="0"/>
      <w:ind w:left="0"/>
      <w:jc w:val="both"/>
      <w:textAlignment w:val="baseline"/>
      <w:rPr>
        <w:rFonts w:ascii="Times Armenian" w:hAnsi="Times Armenian"/>
        <w:sz w:val="12"/>
        <w:lang w:val="af-ZA" w:eastAsia="en-US"/>
      </w:rPr>
    </w:pPr>
  </w:p>
  <w:p w14:paraId="32223ECB" w14:textId="77777777" w:rsidR="004D03C1" w:rsidRDefault="004D03C1" w:rsidP="004D03C1">
    <w:pPr>
      <w:pStyle w:val="BodyTextIndent3"/>
      <w:overflowPunct w:val="0"/>
      <w:autoSpaceDE w:val="0"/>
      <w:autoSpaceDN w:val="0"/>
      <w:adjustRightInd w:val="0"/>
      <w:spacing w:after="0"/>
      <w:ind w:left="0"/>
      <w:jc w:val="both"/>
      <w:textAlignment w:val="baseline"/>
      <w:rPr>
        <w:rFonts w:ascii="Times Armenian" w:hAnsi="Times Armenian"/>
        <w:sz w:val="12"/>
        <w:lang w:val="af-ZA" w:eastAsia="en-US"/>
      </w:rPr>
    </w:pPr>
  </w:p>
  <w:p w14:paraId="66CFCA16" w14:textId="77777777" w:rsidR="004D03C1" w:rsidRDefault="004D03C1" w:rsidP="004D03C1">
    <w:pPr>
      <w:pStyle w:val="BodyTextIndent3"/>
      <w:overflowPunct w:val="0"/>
      <w:autoSpaceDE w:val="0"/>
      <w:autoSpaceDN w:val="0"/>
      <w:adjustRightInd w:val="0"/>
      <w:spacing w:after="0"/>
      <w:ind w:left="0"/>
      <w:jc w:val="both"/>
      <w:textAlignment w:val="baseline"/>
      <w:rPr>
        <w:rFonts w:ascii="Times Armenian" w:hAnsi="Times Armenian"/>
        <w:sz w:val="12"/>
        <w:lang w:val="af-ZA"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9A268" w14:textId="77777777" w:rsidR="00FF704B" w:rsidRDefault="00FF704B" w:rsidP="004D03C1">
      <w:pPr>
        <w:spacing w:after="0" w:line="240" w:lineRule="auto"/>
      </w:pPr>
      <w:r>
        <w:separator/>
      </w:r>
    </w:p>
  </w:footnote>
  <w:footnote w:type="continuationSeparator" w:id="0">
    <w:p w14:paraId="31D7C1B7" w14:textId="77777777" w:rsidR="00FF704B" w:rsidRDefault="00FF704B" w:rsidP="004D03C1">
      <w:pPr>
        <w:spacing w:after="0" w:line="240" w:lineRule="auto"/>
      </w:pPr>
      <w:r>
        <w:continuationSeparator/>
      </w:r>
    </w:p>
  </w:footnote>
  <w:footnote w:id="1">
    <w:p w14:paraId="41F5217A" w14:textId="590F3A7A" w:rsidR="009A0AC0" w:rsidRPr="00892FD4" w:rsidRDefault="009A0AC0" w:rsidP="0000255A">
      <w:pPr>
        <w:pStyle w:val="FootnoteText"/>
        <w:rPr>
          <w:rFonts w:ascii="GHEA Grapalat" w:hAnsi="GHEA Grapalat"/>
        </w:rPr>
      </w:pPr>
      <w:r w:rsidRPr="00892FD4">
        <w:rPr>
          <w:rStyle w:val="FootnoteReference"/>
          <w:rFonts w:ascii="GHEA Grapalat" w:hAnsi="GHEA Grapalat"/>
        </w:rPr>
        <w:footnoteRef/>
      </w:r>
      <w:r w:rsidRPr="00892FD4">
        <w:rPr>
          <w:rFonts w:ascii="GHEA Grapalat" w:hAnsi="GHEA Grapalat"/>
          <w:lang w:val="en-US"/>
        </w:rPr>
        <w:t xml:space="preserve"> </w:t>
      </w:r>
      <w:r w:rsidRPr="00892FD4">
        <w:rPr>
          <w:rFonts w:ascii="GHEA Grapalat" w:hAnsi="GHEA Grapalat"/>
        </w:rPr>
        <w:t xml:space="preserve">Փակագծերում </w:t>
      </w:r>
      <w:r w:rsidRPr="00892FD4">
        <w:rPr>
          <w:rFonts w:ascii="GHEA Grapalat" w:hAnsi="GHEA Grapalat"/>
          <w:lang w:val="en-US"/>
        </w:rPr>
        <w:t xml:space="preserve">[ ] </w:t>
      </w:r>
      <w:r w:rsidRPr="00892FD4">
        <w:rPr>
          <w:rFonts w:ascii="GHEA Grapalat" w:hAnsi="GHEA Grapalat"/>
        </w:rPr>
        <w:t xml:space="preserve">կատարված նշումները ունեն ծանոթագրական բնույթ և </w:t>
      </w:r>
      <w:r w:rsidR="00F0646A">
        <w:rPr>
          <w:rFonts w:ascii="GHEA Grapalat" w:hAnsi="GHEA Grapalat"/>
        </w:rPr>
        <w:t xml:space="preserve">Ձև </w:t>
      </w:r>
      <w:r w:rsidRPr="00892FD4">
        <w:rPr>
          <w:rFonts w:ascii="GHEA Grapalat" w:hAnsi="GHEA Grapalat"/>
        </w:rPr>
        <w:t xml:space="preserve">1-ը լրացնելիս պետք է ջնջել։ </w:t>
      </w:r>
    </w:p>
  </w:footnote>
  <w:footnote w:id="2">
    <w:p w14:paraId="0C2A47BD" w14:textId="092F2A97" w:rsidR="004B5BEB" w:rsidRPr="00E879BF" w:rsidRDefault="004B5BEB" w:rsidP="0000255A">
      <w:pPr>
        <w:pStyle w:val="FootnoteText"/>
        <w:rPr>
          <w:rFonts w:ascii="GHEA Grapalat" w:hAnsi="GHEA Grapalat"/>
        </w:rPr>
      </w:pPr>
      <w:r w:rsidRPr="00E879BF">
        <w:rPr>
          <w:rStyle w:val="FootnoteReference"/>
          <w:rFonts w:ascii="GHEA Grapalat" w:hAnsi="GHEA Grapalat"/>
        </w:rPr>
        <w:footnoteRef/>
      </w:r>
      <w:r w:rsidRPr="00E879BF">
        <w:rPr>
          <w:rFonts w:ascii="GHEA Grapalat" w:hAnsi="GHEA Grapalat"/>
        </w:rPr>
        <w:t xml:space="preserve"> </w:t>
      </w:r>
      <w:r w:rsidR="000F3845" w:rsidRPr="00892FD4">
        <w:rPr>
          <w:rFonts w:ascii="GHEA Grapalat" w:hAnsi="GHEA Grapalat"/>
        </w:rPr>
        <w:t>Փաստաթուղթը</w:t>
      </w:r>
      <w:r w:rsidRPr="00E879BF">
        <w:rPr>
          <w:rFonts w:ascii="GHEA Grapalat" w:hAnsi="GHEA Grapalat"/>
        </w:rPr>
        <w:t xml:space="preserve"> օրինակելի ձև է</w:t>
      </w:r>
      <w:r w:rsidR="00344D45" w:rsidRPr="00E879BF">
        <w:rPr>
          <w:rFonts w:ascii="GHEA Grapalat" w:hAnsi="GHEA Grapalat"/>
        </w:rPr>
        <w:t xml:space="preserve"> և, ըստ անհրաժեշտության,</w:t>
      </w:r>
      <w:r w:rsidRPr="00E879BF">
        <w:rPr>
          <w:rFonts w:ascii="GHEA Grapalat" w:hAnsi="GHEA Grapalat"/>
        </w:rPr>
        <w:t xml:space="preserve"> կարող է փոփոխվել </w:t>
      </w:r>
      <w:r w:rsidR="00344D45" w:rsidRPr="00E879BF">
        <w:rPr>
          <w:rFonts w:ascii="GHEA Grapalat" w:hAnsi="GHEA Grapalat"/>
        </w:rPr>
        <w:t xml:space="preserve">և լրացվել </w:t>
      </w:r>
      <w:r w:rsidRPr="00E879BF">
        <w:rPr>
          <w:rFonts w:ascii="GHEA Grapalat" w:hAnsi="GHEA Grapalat"/>
        </w:rPr>
        <w:t>կողմերի համաձայնությամբ</w:t>
      </w:r>
      <w:r w:rsidR="00344D45" w:rsidRPr="00E879BF">
        <w:rPr>
          <w:rFonts w:ascii="GHEA Grapalat" w:hAnsi="GHEA Grapalat"/>
        </w:rPr>
        <w:t>։</w:t>
      </w:r>
      <w:r w:rsidR="00F0646A">
        <w:rPr>
          <w:rFonts w:ascii="GHEA Grapalat" w:hAnsi="GHEA Grapalat"/>
        </w:rPr>
        <w:t xml:space="preserve"> Տողատակերում</w:t>
      </w:r>
      <w:r w:rsidR="00F0646A" w:rsidRPr="00F0646A">
        <w:rPr>
          <w:rFonts w:ascii="GHEA Grapalat" w:hAnsi="GHEA Grapalat"/>
        </w:rPr>
        <w:t xml:space="preserve"> կատարված նշումները ունեն ծանոթագրական բնույթ և </w:t>
      </w:r>
      <w:r w:rsidR="00F0646A">
        <w:rPr>
          <w:rFonts w:ascii="GHEA Grapalat" w:hAnsi="GHEA Grapalat"/>
        </w:rPr>
        <w:t xml:space="preserve">փաստաթուղթը </w:t>
      </w:r>
      <w:r w:rsidR="00F0646A" w:rsidRPr="00F0646A">
        <w:rPr>
          <w:rFonts w:ascii="GHEA Grapalat" w:hAnsi="GHEA Grapalat"/>
        </w:rPr>
        <w:t>լրացնելիս պետք է ջնջել։</w:t>
      </w:r>
    </w:p>
  </w:footnote>
  <w:footnote w:id="3">
    <w:p w14:paraId="74120AC7" w14:textId="77777777" w:rsidR="009A0AC0" w:rsidRPr="00892FD4" w:rsidRDefault="009A0AC0" w:rsidP="0000255A">
      <w:pPr>
        <w:pStyle w:val="FootnoteText"/>
        <w:rPr>
          <w:rFonts w:ascii="GHEA Grapalat" w:hAnsi="GHEA Grapalat"/>
        </w:rPr>
      </w:pPr>
      <w:r w:rsidRPr="00892FD4">
        <w:rPr>
          <w:rStyle w:val="FootnoteReference"/>
          <w:rFonts w:ascii="GHEA Grapalat" w:hAnsi="GHEA Grapalat"/>
        </w:rPr>
        <w:footnoteRef/>
      </w:r>
      <w:r w:rsidRPr="00892FD4">
        <w:rPr>
          <w:rFonts w:ascii="GHEA Grapalat" w:hAnsi="GHEA Grapalat"/>
        </w:rPr>
        <w:t xml:space="preserve"> Անհրաժեշտ է նշել ՄՈՒՀ-ի անվանումը և կազմակերպաիրավական ձևը։</w:t>
      </w:r>
    </w:p>
  </w:footnote>
  <w:footnote w:id="4">
    <w:p w14:paraId="73345CBD" w14:textId="6A3E7A15" w:rsidR="009A0AC0" w:rsidRPr="00892FD4" w:rsidRDefault="009A0AC0" w:rsidP="0000255A">
      <w:pPr>
        <w:pStyle w:val="FootnoteText"/>
        <w:jc w:val="both"/>
        <w:rPr>
          <w:rFonts w:ascii="GHEA Grapalat" w:hAnsi="GHEA Grapalat"/>
        </w:rPr>
      </w:pPr>
      <w:r w:rsidRPr="00892FD4">
        <w:rPr>
          <w:rStyle w:val="FootnoteReference"/>
          <w:rFonts w:ascii="GHEA Grapalat" w:hAnsi="GHEA Grapalat"/>
        </w:rPr>
        <w:footnoteRef/>
      </w:r>
      <w:r w:rsidRPr="00892FD4">
        <w:rPr>
          <w:rFonts w:ascii="GHEA Grapalat" w:hAnsi="GHEA Grapalat"/>
        </w:rPr>
        <w:t xml:space="preserve"> Որպես Գործընկեր կազմակերպություն կարող են հանդես գալ ինչպես տնտեսական ընկերությունները՝ փակ և բաց բաժնետիրական ընկերությունները, սահմանափակ պատասխանատվությամբ ընկերությունները, այնպես էլ անհատ ձեռնարկատերերը և ֆիզիկական անձինք։ Ֆիզիկական անձանց դեպքում վերջիններս հանդես չեն գալիս որպես հարկային գործակալներ, հետևաբար</w:t>
      </w:r>
      <w:r w:rsidR="00344D45" w:rsidRPr="00892FD4">
        <w:rPr>
          <w:rFonts w:ascii="GHEA Grapalat" w:hAnsi="GHEA Grapalat"/>
        </w:rPr>
        <w:t>՝</w:t>
      </w:r>
      <w:r w:rsidRPr="00892FD4">
        <w:rPr>
          <w:rFonts w:ascii="GHEA Grapalat" w:hAnsi="GHEA Grapalat"/>
        </w:rPr>
        <w:t xml:space="preserve"> Ուսանողին աշխատավարձ տրամադրվելու դեպքում</w:t>
      </w:r>
      <w:r w:rsidR="00344D45" w:rsidRPr="00892FD4">
        <w:rPr>
          <w:rFonts w:ascii="GHEA Grapalat" w:hAnsi="GHEA Grapalat"/>
        </w:rPr>
        <w:t>՝</w:t>
      </w:r>
      <w:r w:rsidRPr="00892FD4">
        <w:rPr>
          <w:rFonts w:ascii="GHEA Grapalat" w:hAnsi="GHEA Grapalat"/>
        </w:rPr>
        <w:t xml:space="preserve"> դրանից համապատասխան պահումները </w:t>
      </w:r>
      <w:r w:rsidR="00344D45" w:rsidRPr="00892FD4">
        <w:rPr>
          <w:rFonts w:ascii="GHEA Grapalat" w:hAnsi="GHEA Grapalat"/>
        </w:rPr>
        <w:t xml:space="preserve">և հարկային վճարումները </w:t>
      </w:r>
      <w:r w:rsidRPr="00892FD4">
        <w:rPr>
          <w:rFonts w:ascii="GHEA Grapalat" w:hAnsi="GHEA Grapalat"/>
        </w:rPr>
        <w:t>պետք է կատարի Ուսանողը կամ նրա օրինական ներկայացուցիչը։</w:t>
      </w:r>
    </w:p>
  </w:footnote>
  <w:footnote w:id="5">
    <w:p w14:paraId="5C9B6810" w14:textId="2C341B5C" w:rsidR="009A0AC0" w:rsidRPr="00892FD4" w:rsidRDefault="009A0AC0" w:rsidP="0000255A">
      <w:pPr>
        <w:pStyle w:val="FootnoteText"/>
        <w:rPr>
          <w:rFonts w:ascii="GHEA Grapalat" w:hAnsi="GHEA Grapalat"/>
        </w:rPr>
      </w:pPr>
      <w:r w:rsidRPr="00892FD4">
        <w:rPr>
          <w:rStyle w:val="FootnoteReference"/>
          <w:rFonts w:ascii="GHEA Grapalat" w:hAnsi="GHEA Grapalat"/>
        </w:rPr>
        <w:footnoteRef/>
      </w:r>
      <w:r w:rsidRPr="00892FD4">
        <w:rPr>
          <w:rFonts w:ascii="GHEA Grapalat" w:hAnsi="GHEA Grapalat"/>
        </w:rPr>
        <w:t xml:space="preserve"> Լրացվում է կազմակերպությունների դեպքում։</w:t>
      </w:r>
    </w:p>
  </w:footnote>
  <w:footnote w:id="6">
    <w:p w14:paraId="50F41D74" w14:textId="77777777" w:rsidR="009A0AC0" w:rsidRPr="00892FD4" w:rsidRDefault="009A0AC0" w:rsidP="0000255A">
      <w:pPr>
        <w:pStyle w:val="FootnoteText"/>
        <w:rPr>
          <w:rFonts w:ascii="GHEA Grapalat" w:hAnsi="GHEA Grapalat"/>
        </w:rPr>
      </w:pPr>
      <w:r w:rsidRPr="00892FD4">
        <w:rPr>
          <w:rStyle w:val="FootnoteReference"/>
          <w:rFonts w:ascii="GHEA Grapalat" w:hAnsi="GHEA Grapalat"/>
        </w:rPr>
        <w:footnoteRef/>
      </w:r>
      <w:r w:rsidRPr="00892FD4">
        <w:rPr>
          <w:rFonts w:ascii="GHEA Grapalat" w:hAnsi="GHEA Grapalat"/>
        </w:rPr>
        <w:t xml:space="preserve"> Լրացվում է ԱՁ-ի և ֆիզիկական անձի դեպքում։</w:t>
      </w:r>
    </w:p>
  </w:footnote>
  <w:footnote w:id="7">
    <w:p w14:paraId="48BEE937" w14:textId="0B511965" w:rsidR="004B5BEB" w:rsidRPr="00E879BF" w:rsidRDefault="004B5BEB" w:rsidP="0000255A">
      <w:pPr>
        <w:pStyle w:val="FootnoteText"/>
        <w:rPr>
          <w:rFonts w:ascii="GHEA Grapalat" w:hAnsi="GHEA Grapalat"/>
        </w:rPr>
      </w:pPr>
      <w:r w:rsidRPr="00E879BF">
        <w:rPr>
          <w:rStyle w:val="FootnoteReference"/>
          <w:rFonts w:ascii="GHEA Grapalat" w:hAnsi="GHEA Grapalat"/>
        </w:rPr>
        <w:footnoteRef/>
      </w:r>
      <w:r w:rsidRPr="00E879BF">
        <w:rPr>
          <w:rFonts w:ascii="GHEA Grapalat" w:hAnsi="GHEA Grapalat"/>
        </w:rPr>
        <w:t xml:space="preserve"> </w:t>
      </w:r>
      <w:r w:rsidR="000F3845" w:rsidRPr="00E879BF">
        <w:rPr>
          <w:rFonts w:ascii="GHEA Grapalat" w:hAnsi="GHEA Grapalat" w:cs="Segoe UI"/>
        </w:rPr>
        <w:t>Փաստաթուղթը օրինակելի ձև է և, ըստ անհրաժեշտության, կարող է փոփոխվել և լրացվել կողմերի համաձայնությամբ։</w:t>
      </w:r>
      <w:r w:rsidR="00F0646A">
        <w:rPr>
          <w:rFonts w:ascii="GHEA Grapalat" w:hAnsi="GHEA Grapalat" w:cs="Segoe UI"/>
        </w:rPr>
        <w:t xml:space="preserve"> </w:t>
      </w:r>
      <w:r w:rsidR="00F0646A">
        <w:rPr>
          <w:rFonts w:ascii="GHEA Grapalat" w:hAnsi="GHEA Grapalat"/>
        </w:rPr>
        <w:t>Տողատակերում</w:t>
      </w:r>
      <w:r w:rsidR="00F0646A" w:rsidRPr="00F0646A">
        <w:rPr>
          <w:rFonts w:ascii="GHEA Grapalat" w:hAnsi="GHEA Grapalat"/>
        </w:rPr>
        <w:t xml:space="preserve"> կատարված նշումները ունեն ծանոթագրական բնույթ և </w:t>
      </w:r>
      <w:r w:rsidR="00F0646A">
        <w:rPr>
          <w:rFonts w:ascii="GHEA Grapalat" w:hAnsi="GHEA Grapalat"/>
        </w:rPr>
        <w:t xml:space="preserve">փաստաթուղթը </w:t>
      </w:r>
      <w:r w:rsidR="00F0646A" w:rsidRPr="00F0646A">
        <w:rPr>
          <w:rFonts w:ascii="GHEA Grapalat" w:hAnsi="GHEA Grapalat"/>
        </w:rPr>
        <w:t>լրացնելիս պետք է ջնջել։</w:t>
      </w:r>
    </w:p>
  </w:footnote>
  <w:footnote w:id="8">
    <w:p w14:paraId="401ADDB5" w14:textId="77777777" w:rsidR="009A0AC0" w:rsidRPr="00892FD4" w:rsidRDefault="009A0AC0" w:rsidP="0000255A">
      <w:pPr>
        <w:pStyle w:val="FootnoteText"/>
        <w:rPr>
          <w:rFonts w:ascii="GHEA Grapalat" w:hAnsi="GHEA Grapalat" w:cs="Segoe UI"/>
        </w:rPr>
      </w:pPr>
      <w:r w:rsidRPr="00892FD4">
        <w:rPr>
          <w:rStyle w:val="FootnoteReference"/>
          <w:rFonts w:ascii="GHEA Grapalat" w:hAnsi="GHEA Grapalat" w:cs="Segoe UI"/>
        </w:rPr>
        <w:footnoteRef/>
      </w:r>
      <w:r w:rsidRPr="00892FD4">
        <w:rPr>
          <w:rFonts w:ascii="GHEA Grapalat" w:hAnsi="GHEA Grapalat" w:cs="Segoe UI"/>
        </w:rPr>
        <w:t xml:space="preserve"> Անհրաժեշտ է նշել միայն կազմակերպության անվանումը և կազմակերպաիրավական ձևը։</w:t>
      </w:r>
    </w:p>
  </w:footnote>
  <w:footnote w:id="9">
    <w:p w14:paraId="61B8382D" w14:textId="77777777" w:rsidR="009A0AC0" w:rsidRPr="00892FD4" w:rsidRDefault="009A0AC0" w:rsidP="0000255A">
      <w:pPr>
        <w:pStyle w:val="FootnoteText"/>
        <w:jc w:val="both"/>
        <w:rPr>
          <w:rFonts w:ascii="GHEA Grapalat" w:hAnsi="GHEA Grapalat" w:cs="Segoe UI"/>
        </w:rPr>
      </w:pPr>
      <w:r w:rsidRPr="00892FD4">
        <w:rPr>
          <w:rStyle w:val="FootnoteReference"/>
          <w:rFonts w:ascii="GHEA Grapalat" w:hAnsi="GHEA Grapalat" w:cs="Segoe UI"/>
        </w:rPr>
        <w:footnoteRef/>
      </w:r>
      <w:r w:rsidRPr="00892FD4">
        <w:rPr>
          <w:rFonts w:ascii="GHEA Grapalat" w:hAnsi="GHEA Grapalat" w:cs="Segoe UI"/>
        </w:rPr>
        <w:t xml:space="preserve"> Որպես Գործընկեր կազմակերպություն կարող են հանդես գալ ինչպես տնտեսական ընկերությունները՝ փակ և բաց բաժնետիրական ընկերությունները, սահմանափակ պատասխանատվությամբ ընկերությունները, այնպես էլ անհատ ձեռնարկատերերը և ֆիզիկական անձինք։ Ֆիզիկական անձանց դեպքում վերջիններս հանդես չեն գալիս որպես հարկային գործակալներ, հետևաբար չեն կրում աշխատավարձից հարկերը պահելու և վճարելու պարտականություն։ </w:t>
      </w:r>
    </w:p>
  </w:footnote>
  <w:footnote w:id="10">
    <w:p w14:paraId="5FD78F6A" w14:textId="54653375" w:rsidR="009A0AC0" w:rsidRPr="00E879BF" w:rsidRDefault="009A0AC0" w:rsidP="0000255A">
      <w:pPr>
        <w:pStyle w:val="pf0"/>
        <w:spacing w:before="0" w:beforeAutospacing="0" w:after="0" w:afterAutospacing="0"/>
        <w:jc w:val="both"/>
        <w:rPr>
          <w:rFonts w:ascii="GHEA Grapalat" w:hAnsi="GHEA Grapalat" w:cs="Segoe UI"/>
          <w:lang w:val="hy-AM"/>
        </w:rPr>
      </w:pPr>
      <w:r w:rsidRPr="00892FD4">
        <w:rPr>
          <w:rStyle w:val="FootnoteReference"/>
          <w:rFonts w:ascii="GHEA Grapalat" w:hAnsi="GHEA Grapalat" w:cs="Segoe UI"/>
          <w:sz w:val="20"/>
          <w:szCs w:val="20"/>
        </w:rPr>
        <w:footnoteRef/>
      </w:r>
      <w:r w:rsidRPr="00892FD4">
        <w:rPr>
          <w:rFonts w:ascii="GHEA Grapalat" w:hAnsi="GHEA Grapalat" w:cs="Segoe UI"/>
          <w:sz w:val="20"/>
          <w:szCs w:val="20"/>
          <w:lang w:val="hy-AM"/>
        </w:rPr>
        <w:t xml:space="preserve"> </w:t>
      </w:r>
      <w:r w:rsidRPr="00E879BF">
        <w:rPr>
          <w:rStyle w:val="cf01"/>
          <w:rFonts w:ascii="GHEA Grapalat" w:eastAsia="Calibri" w:hAnsi="GHEA Grapalat"/>
          <w:sz w:val="20"/>
          <w:szCs w:val="20"/>
          <w:lang w:val="hy-AM"/>
        </w:rPr>
        <w:t>Յուրաքանչյուր տարի պետք է նոր հավելվածով հաստատել (ըստ Պայմանագրին կից հավելվածների)</w:t>
      </w:r>
      <w:r w:rsidR="00943D63" w:rsidRPr="00E879BF">
        <w:rPr>
          <w:rStyle w:val="cf01"/>
          <w:rFonts w:ascii="GHEA Grapalat" w:eastAsia="Calibri" w:hAnsi="GHEA Grapalat"/>
          <w:sz w:val="20"/>
          <w:szCs w:val="20"/>
          <w:lang w:val="hy-AM"/>
        </w:rPr>
        <w:t xml:space="preserve"> Ուսանողների նոր ցանկը և ուսումնական ծրագիրը (եթե փոխվել է)</w:t>
      </w:r>
      <w:r w:rsidRPr="00E879BF">
        <w:rPr>
          <w:rStyle w:val="cf01"/>
          <w:rFonts w:ascii="GHEA Grapalat" w:eastAsia="Calibri" w:hAnsi="GHEA Grapalat"/>
          <w:sz w:val="20"/>
          <w:szCs w:val="20"/>
          <w:lang w:val="hy-AM"/>
        </w:rPr>
        <w:t>։ Պայմանագրում այլ փոփոխություն անելու կարիք չկա:</w:t>
      </w:r>
    </w:p>
  </w:footnote>
  <w:footnote w:id="11">
    <w:p w14:paraId="6BA5BC88" w14:textId="77777777" w:rsidR="009A0AC0" w:rsidRPr="00892FD4" w:rsidRDefault="009A0AC0" w:rsidP="0000255A">
      <w:pPr>
        <w:pStyle w:val="pf0"/>
        <w:spacing w:before="0" w:beforeAutospacing="0" w:after="0" w:afterAutospacing="0"/>
        <w:rPr>
          <w:rFonts w:ascii="GHEA Grapalat" w:hAnsi="GHEA Grapalat" w:cs="Segoe UI"/>
          <w:sz w:val="20"/>
          <w:szCs w:val="20"/>
          <w:lang w:val="hy-AM"/>
        </w:rPr>
      </w:pPr>
      <w:r w:rsidRPr="00892FD4">
        <w:rPr>
          <w:rStyle w:val="FootnoteReference"/>
          <w:rFonts w:ascii="GHEA Grapalat" w:hAnsi="GHEA Grapalat" w:cs="Segoe UI"/>
          <w:sz w:val="20"/>
          <w:szCs w:val="20"/>
        </w:rPr>
        <w:footnoteRef/>
      </w:r>
      <w:r w:rsidRPr="00892FD4">
        <w:rPr>
          <w:rFonts w:ascii="GHEA Grapalat" w:hAnsi="GHEA Grapalat" w:cs="Segoe UI"/>
          <w:sz w:val="20"/>
          <w:szCs w:val="20"/>
          <w:lang w:val="hy-AM"/>
        </w:rPr>
        <w:t xml:space="preserve"> </w:t>
      </w:r>
      <w:r w:rsidRPr="00E879BF">
        <w:rPr>
          <w:rStyle w:val="cf01"/>
          <w:rFonts w:ascii="GHEA Grapalat" w:eastAsia="Calibri" w:hAnsi="GHEA Grapalat"/>
          <w:sz w:val="20"/>
          <w:szCs w:val="20"/>
          <w:lang w:val="hy-AM"/>
        </w:rPr>
        <w:t>Ենթակա է հստակեցման Կողմերի կողմից։</w:t>
      </w:r>
    </w:p>
    <w:p w14:paraId="503EA43E" w14:textId="77777777" w:rsidR="009A0AC0" w:rsidRPr="00892FD4" w:rsidRDefault="009A0AC0" w:rsidP="0000255A">
      <w:pPr>
        <w:pStyle w:val="FootnoteText"/>
        <w:rPr>
          <w:rFonts w:ascii="GHEA Grapalat" w:hAnsi="GHEA Grapalat" w:cs="Segoe UI"/>
        </w:rPr>
      </w:pPr>
    </w:p>
  </w:footnote>
  <w:footnote w:id="12">
    <w:p w14:paraId="0E2FBBAA" w14:textId="77777777" w:rsidR="009A0AC0" w:rsidRPr="00892FD4" w:rsidRDefault="009A0AC0" w:rsidP="0000255A">
      <w:pPr>
        <w:pStyle w:val="FootnoteText"/>
        <w:jc w:val="both"/>
        <w:rPr>
          <w:rFonts w:ascii="GHEA Grapalat" w:hAnsi="GHEA Grapalat" w:cs="Segoe UI"/>
        </w:rPr>
      </w:pPr>
      <w:r w:rsidRPr="00892FD4">
        <w:rPr>
          <w:rStyle w:val="FootnoteReference"/>
          <w:rFonts w:ascii="GHEA Grapalat" w:hAnsi="GHEA Grapalat"/>
        </w:rPr>
        <w:footnoteRef/>
      </w:r>
      <w:r w:rsidRPr="00892FD4">
        <w:rPr>
          <w:rFonts w:ascii="GHEA Grapalat" w:hAnsi="GHEA Grapalat" w:cs="Segoe UI"/>
        </w:rPr>
        <w:t xml:space="preserve"> Սույն կետը կիրառվում է միայն այն դեպքում, երբ աշխատանքը Ուսանողին ալկոհոլային խմիչքների արտադրության մեջ, ՀՀ օրենսդրությամբ սահմանված ծանր, վնասակար, առանձնապես ծանր, առանձնապես վնասակար աշխատանքներում, ինչպես նաև մինչև 18 տարեկան անձանց համար ծանր և վնասակար համարվող աշխատանքներում ներգրավելուն է վերաբերում։ Այն դեպքում, երբ Ուսանողին չի առաջարկվում նման աշխատանք, Պայմանագրի 3.2.7-3.2.11 կետերը պետք է հեռացնել։</w:t>
      </w:r>
    </w:p>
  </w:footnote>
  <w:footnote w:id="13">
    <w:p w14:paraId="583F13C4" w14:textId="57E7572D" w:rsidR="009A0AC0" w:rsidRPr="00892FD4" w:rsidRDefault="009A0AC0" w:rsidP="0000255A">
      <w:pPr>
        <w:pStyle w:val="pf0"/>
        <w:spacing w:before="0" w:beforeAutospacing="0" w:after="0" w:afterAutospacing="0"/>
        <w:jc w:val="both"/>
        <w:rPr>
          <w:rFonts w:ascii="GHEA Grapalat" w:hAnsi="GHEA Grapalat" w:cs="Segoe UI"/>
          <w:sz w:val="20"/>
          <w:szCs w:val="20"/>
          <w:lang w:val="hy-AM"/>
        </w:rPr>
      </w:pPr>
      <w:r w:rsidRPr="00892FD4">
        <w:rPr>
          <w:rStyle w:val="FootnoteReference"/>
          <w:rFonts w:ascii="GHEA Grapalat" w:hAnsi="GHEA Grapalat" w:cs="Segoe UI"/>
          <w:sz w:val="20"/>
          <w:szCs w:val="20"/>
        </w:rPr>
        <w:footnoteRef/>
      </w:r>
      <w:r w:rsidRPr="00892FD4">
        <w:rPr>
          <w:rFonts w:ascii="GHEA Grapalat" w:hAnsi="GHEA Grapalat" w:cs="Segoe UI"/>
          <w:sz w:val="20"/>
          <w:szCs w:val="20"/>
          <w:lang w:val="hy-AM"/>
        </w:rPr>
        <w:t xml:space="preserve"> </w:t>
      </w:r>
      <w:r w:rsidRPr="00E879BF">
        <w:rPr>
          <w:rStyle w:val="cf01"/>
          <w:rFonts w:ascii="GHEA Grapalat" w:eastAsia="Calibri" w:hAnsi="GHEA Grapalat"/>
          <w:sz w:val="20"/>
          <w:szCs w:val="20"/>
          <w:lang w:val="hy-AM"/>
        </w:rPr>
        <w:t>Կողմերը ընտրում են նախընտրելի տարբերակը՝ կախված նրանից, թե պարտավորությունը կրելու է ՄՈՒՀ-ը, թե Գործընկեր կազմակերպությունը: 3.3.3-րդ կետում սահմանված պարտավորությունը հանվում է, եթե առկա չէ։ Նշված ցանկը սպառիչ չէ, և Կողմերը կարող են լրացնել այն այլ անհրաժեշտ դրույթներով՝ արտացոլելով ԳԱՈՒ-</w:t>
      </w:r>
      <w:r w:rsidR="000F3845" w:rsidRPr="00E879BF">
        <w:rPr>
          <w:rStyle w:val="cf01"/>
          <w:rFonts w:ascii="GHEA Grapalat" w:eastAsia="Calibri" w:hAnsi="GHEA Grapalat"/>
          <w:sz w:val="20"/>
          <w:szCs w:val="20"/>
          <w:lang w:val="hy-AM"/>
        </w:rPr>
        <w:t>ն</w:t>
      </w:r>
      <w:r w:rsidRPr="00E879BF">
        <w:rPr>
          <w:rStyle w:val="cf01"/>
          <w:rFonts w:ascii="GHEA Grapalat" w:eastAsia="Calibri" w:hAnsi="GHEA Grapalat"/>
          <w:sz w:val="20"/>
          <w:szCs w:val="20"/>
          <w:lang w:val="hy-AM"/>
        </w:rPr>
        <w:t xml:space="preserve"> կազմակերպելու համար Կողմերի այլ պարտավորությունները ևս։</w:t>
      </w:r>
    </w:p>
  </w:footnote>
  <w:footnote w:id="14">
    <w:p w14:paraId="06E62A16" w14:textId="77777777" w:rsidR="009A0AC0" w:rsidRPr="00892FD4" w:rsidRDefault="009A0AC0" w:rsidP="0000255A">
      <w:pPr>
        <w:pStyle w:val="FootnoteText"/>
        <w:rPr>
          <w:rFonts w:ascii="GHEA Grapalat" w:hAnsi="GHEA Grapalat" w:cs="Segoe UI"/>
        </w:rPr>
      </w:pPr>
      <w:r w:rsidRPr="00892FD4">
        <w:rPr>
          <w:rStyle w:val="FootnoteReference"/>
          <w:rFonts w:ascii="GHEA Grapalat" w:hAnsi="GHEA Grapalat" w:cs="Segoe UI"/>
        </w:rPr>
        <w:footnoteRef/>
      </w:r>
      <w:r w:rsidRPr="00892FD4">
        <w:rPr>
          <w:rFonts w:ascii="GHEA Grapalat" w:hAnsi="GHEA Grapalat" w:cs="Segoe UI"/>
        </w:rPr>
        <w:t xml:space="preserve"> Լրացվում է կազմակերպությունների դեպքում։</w:t>
      </w:r>
    </w:p>
  </w:footnote>
  <w:footnote w:id="15">
    <w:p w14:paraId="46E94657" w14:textId="77777777" w:rsidR="009A0AC0" w:rsidRPr="00892FD4" w:rsidRDefault="009A0AC0" w:rsidP="0000255A">
      <w:pPr>
        <w:pStyle w:val="FootnoteText"/>
        <w:rPr>
          <w:rFonts w:ascii="GHEA Grapalat" w:hAnsi="GHEA Grapalat" w:cs="Segoe UI"/>
        </w:rPr>
      </w:pPr>
      <w:r w:rsidRPr="00892FD4">
        <w:rPr>
          <w:rStyle w:val="FootnoteReference"/>
          <w:rFonts w:ascii="GHEA Grapalat" w:hAnsi="GHEA Grapalat" w:cs="Segoe UI"/>
        </w:rPr>
        <w:footnoteRef/>
      </w:r>
      <w:r w:rsidRPr="00892FD4">
        <w:rPr>
          <w:rFonts w:ascii="GHEA Grapalat" w:hAnsi="GHEA Grapalat" w:cs="Segoe UI"/>
        </w:rPr>
        <w:t xml:space="preserve"> Լրացվում է ԱՁ-ի և ֆիզիկական անձի դեպքում։</w:t>
      </w:r>
    </w:p>
  </w:footnote>
  <w:footnote w:id="16">
    <w:p w14:paraId="7E3C41DB" w14:textId="77777777" w:rsidR="009A0AC0" w:rsidRPr="00892FD4" w:rsidRDefault="009A0AC0" w:rsidP="0000255A">
      <w:pPr>
        <w:pStyle w:val="FootnoteText"/>
        <w:rPr>
          <w:rFonts w:ascii="GHEA Grapalat" w:hAnsi="GHEA Grapalat" w:cs="Segoe UI"/>
        </w:rPr>
      </w:pPr>
      <w:r w:rsidRPr="00892FD4">
        <w:rPr>
          <w:rStyle w:val="FootnoteReference"/>
          <w:rFonts w:ascii="GHEA Grapalat" w:hAnsi="GHEA Grapalat" w:cs="Segoe UI"/>
        </w:rPr>
        <w:footnoteRef/>
      </w:r>
      <w:r w:rsidRPr="00892FD4">
        <w:rPr>
          <w:rFonts w:ascii="GHEA Grapalat" w:hAnsi="GHEA Grapalat" w:cs="Segoe UI"/>
        </w:rPr>
        <w:t xml:space="preserve"> Սույն հավելվածը լրացվում է ըստ յուրաքանչյուր ԱՀՈՒ ձևի։ </w:t>
      </w:r>
    </w:p>
  </w:footnote>
  <w:footnote w:id="17">
    <w:p w14:paraId="632F1522" w14:textId="0BCFA357" w:rsidR="007C23CA" w:rsidRPr="00E879BF" w:rsidRDefault="007C23CA" w:rsidP="0000255A">
      <w:pPr>
        <w:pStyle w:val="FootnoteText"/>
        <w:rPr>
          <w:rFonts w:ascii="GHEA Grapalat" w:hAnsi="GHEA Grapalat"/>
        </w:rPr>
      </w:pPr>
      <w:r w:rsidRPr="00E879BF">
        <w:rPr>
          <w:rStyle w:val="FootnoteReference"/>
          <w:rFonts w:ascii="GHEA Grapalat" w:hAnsi="GHEA Grapalat"/>
        </w:rPr>
        <w:footnoteRef/>
      </w:r>
      <w:r w:rsidRPr="00E879BF">
        <w:rPr>
          <w:rFonts w:ascii="GHEA Grapalat" w:hAnsi="GHEA Grapalat"/>
        </w:rPr>
        <w:t xml:space="preserve"> </w:t>
      </w:r>
      <w:bookmarkStart w:id="14" w:name="_Hlk234592391"/>
      <w:r w:rsidR="000F3845" w:rsidRPr="00E879BF">
        <w:rPr>
          <w:rFonts w:ascii="GHEA Grapalat" w:hAnsi="GHEA Grapalat" w:cs="Segoe UI"/>
        </w:rPr>
        <w:t>Փաստաթուղթը օրինակելի ձև է և, ըստ անհրաժեշտության, կարող է փոփոխվել և լրացվել կողմերի համաձայնությամբ։</w:t>
      </w:r>
      <w:r w:rsidR="00F0646A">
        <w:rPr>
          <w:rFonts w:ascii="GHEA Grapalat" w:hAnsi="GHEA Grapalat" w:cs="Segoe UI"/>
        </w:rPr>
        <w:t xml:space="preserve"> </w:t>
      </w:r>
      <w:r w:rsidR="00F0646A">
        <w:rPr>
          <w:rFonts w:ascii="GHEA Grapalat" w:hAnsi="GHEA Grapalat"/>
        </w:rPr>
        <w:t>Տողատակերում</w:t>
      </w:r>
      <w:r w:rsidR="00F0646A" w:rsidRPr="00F0646A">
        <w:rPr>
          <w:rFonts w:ascii="GHEA Grapalat" w:hAnsi="GHEA Grapalat"/>
        </w:rPr>
        <w:t xml:space="preserve"> կատարված նշումները ունեն ծանոթագրական բնույթ և </w:t>
      </w:r>
      <w:r w:rsidR="00F0646A">
        <w:rPr>
          <w:rFonts w:ascii="GHEA Grapalat" w:hAnsi="GHEA Grapalat"/>
        </w:rPr>
        <w:t xml:space="preserve">փաստաթուղթը </w:t>
      </w:r>
      <w:r w:rsidR="00F0646A" w:rsidRPr="00F0646A">
        <w:rPr>
          <w:rFonts w:ascii="GHEA Grapalat" w:hAnsi="GHEA Grapalat"/>
        </w:rPr>
        <w:t>լրացնելիս պետք է ջնջել։</w:t>
      </w:r>
    </w:p>
    <w:bookmarkEnd w:id="14"/>
  </w:footnote>
  <w:footnote w:id="18">
    <w:p w14:paraId="68B76EFC" w14:textId="77777777" w:rsidR="009A0AC0" w:rsidRPr="00892FD4" w:rsidRDefault="009A0AC0" w:rsidP="0000255A">
      <w:pPr>
        <w:pStyle w:val="FootnoteText"/>
        <w:jc w:val="both"/>
        <w:rPr>
          <w:rFonts w:ascii="GHEA Grapalat" w:hAnsi="GHEA Grapalat" w:cs="Segoe UI"/>
        </w:rPr>
      </w:pPr>
      <w:r w:rsidRPr="00892FD4">
        <w:rPr>
          <w:rStyle w:val="FootnoteReference"/>
          <w:rFonts w:ascii="GHEA Grapalat" w:hAnsi="GHEA Grapalat" w:cs="Segoe UI"/>
        </w:rPr>
        <w:footnoteRef/>
      </w:r>
      <w:r w:rsidRPr="00892FD4">
        <w:rPr>
          <w:rFonts w:ascii="GHEA Grapalat" w:hAnsi="GHEA Grapalat" w:cs="Segoe UI"/>
        </w:rPr>
        <w:t xml:space="preserve"> Անհրաժեշտ է նշել Կազմակերպության անվանումը և կազմակերպաիրավական ձևը։ </w:t>
      </w:r>
    </w:p>
    <w:p w14:paraId="6029A046" w14:textId="77777777" w:rsidR="009A0AC0" w:rsidRPr="00892FD4" w:rsidRDefault="009A0AC0" w:rsidP="0000255A">
      <w:pPr>
        <w:pStyle w:val="FootnoteText"/>
        <w:jc w:val="both"/>
        <w:rPr>
          <w:rFonts w:ascii="GHEA Grapalat" w:hAnsi="GHEA Grapalat" w:cs="Segoe UI"/>
        </w:rPr>
      </w:pPr>
      <w:r w:rsidRPr="00892FD4">
        <w:rPr>
          <w:rFonts w:ascii="GHEA Grapalat" w:hAnsi="GHEA Grapalat" w:cs="Segoe UI"/>
        </w:rPr>
        <w:t xml:space="preserve">Որպես Գործատու կարող են հանդես գալ ինչպես տնտեսական ընկերությունները՝ փակ և բաց բաժնետիրական ընկերությունները, սահմանափակ պատասխանատվությամբ ընկերությունները, այնպես էլ անհատ ձեռնարկատերերը և ֆիզիկական անձինք։ Ֆիզիկական անձանց դեպքում վերջիններս հանդես չեն գալիս որպես հարկային գործակալներ, հետևաբար` Աշկերտի փոխարեն նրան վճարվող աշխատավարձից պահումներ չեն կատարում և չեն փոխանցում պետական բյուջե։ </w:t>
      </w:r>
    </w:p>
  </w:footnote>
  <w:footnote w:id="19">
    <w:p w14:paraId="37F67865" w14:textId="77777777" w:rsidR="009A0AC0" w:rsidRPr="00892FD4" w:rsidRDefault="009A0AC0" w:rsidP="0000255A">
      <w:pPr>
        <w:pStyle w:val="FootnoteText"/>
        <w:rPr>
          <w:rFonts w:ascii="GHEA Grapalat" w:hAnsi="GHEA Grapalat"/>
        </w:rPr>
      </w:pPr>
      <w:r w:rsidRPr="00892FD4">
        <w:rPr>
          <w:rStyle w:val="FootnoteReference"/>
          <w:rFonts w:ascii="GHEA Grapalat" w:hAnsi="GHEA Grapalat"/>
        </w:rPr>
        <w:footnoteRef/>
      </w:r>
      <w:r w:rsidRPr="00892FD4">
        <w:rPr>
          <w:rFonts w:ascii="GHEA Grapalat" w:hAnsi="GHEA Grapalat"/>
        </w:rPr>
        <w:t xml:space="preserve"> </w:t>
      </w:r>
      <w:r w:rsidRPr="00892FD4">
        <w:rPr>
          <w:rFonts w:ascii="GHEA Grapalat" w:hAnsi="GHEA Grapalat" w:cs="Segoe UI"/>
        </w:rPr>
        <w:t>Անհրաժեշտ է նշել ուսանողի անունը, ազգանունը և հայրանունը։</w:t>
      </w:r>
    </w:p>
  </w:footnote>
  <w:footnote w:id="20">
    <w:p w14:paraId="057581CD" w14:textId="77777777" w:rsidR="009A0AC0" w:rsidRPr="00892FD4" w:rsidRDefault="009A0AC0" w:rsidP="0000255A">
      <w:pPr>
        <w:pStyle w:val="pf0"/>
        <w:spacing w:before="0" w:beforeAutospacing="0" w:after="0" w:afterAutospacing="0"/>
        <w:contextualSpacing/>
        <w:jc w:val="both"/>
        <w:rPr>
          <w:rFonts w:ascii="GHEA Grapalat" w:eastAsia="MS Gothic" w:hAnsi="GHEA Grapalat" w:cs="Segoe UI"/>
          <w:sz w:val="20"/>
          <w:szCs w:val="20"/>
          <w:lang w:val="hy-AM"/>
        </w:rPr>
      </w:pPr>
      <w:r w:rsidRPr="00892FD4">
        <w:rPr>
          <w:rStyle w:val="FootnoteReference"/>
          <w:rFonts w:ascii="GHEA Grapalat" w:hAnsi="GHEA Grapalat" w:cs="Segoe UI"/>
          <w:sz w:val="20"/>
          <w:szCs w:val="20"/>
        </w:rPr>
        <w:footnoteRef/>
      </w:r>
      <w:r w:rsidRPr="00892FD4">
        <w:rPr>
          <w:rFonts w:ascii="GHEA Grapalat" w:hAnsi="GHEA Grapalat" w:cs="Segoe UI"/>
          <w:sz w:val="20"/>
          <w:szCs w:val="20"/>
          <w:lang w:val="hy-AM"/>
        </w:rPr>
        <w:t xml:space="preserve"> </w:t>
      </w:r>
      <w:r w:rsidRPr="00E879BF">
        <w:rPr>
          <w:rFonts w:eastAsiaTheme="minorHAnsi"/>
          <w:sz w:val="20"/>
          <w:szCs w:val="20"/>
          <w:lang w:val="hy-AM"/>
        </w:rPr>
        <w:t>Եթե լրացուցիչ կրթական ծրագիր է, ապա կիրառվում է այս ձևակերպումը</w:t>
      </w:r>
      <w:r w:rsidRPr="00E879BF">
        <w:rPr>
          <w:rFonts w:eastAsia="MS Mincho"/>
          <w:sz w:val="20"/>
          <w:szCs w:val="20"/>
          <w:lang w:val="hy-AM"/>
        </w:rPr>
        <w:t>․</w:t>
      </w:r>
    </w:p>
    <w:p w14:paraId="0801576A" w14:textId="17910634" w:rsidR="009A0AC0" w:rsidRPr="00892FD4" w:rsidRDefault="009A0AC0" w:rsidP="0000255A">
      <w:pPr>
        <w:pStyle w:val="FootnoteText"/>
        <w:jc w:val="both"/>
        <w:rPr>
          <w:rFonts w:ascii="GHEA Grapalat" w:hAnsi="GHEA Grapalat" w:cs="Segoe UI"/>
          <w:i/>
          <w:iCs/>
        </w:rPr>
      </w:pPr>
      <w:r w:rsidRPr="00892FD4">
        <w:rPr>
          <w:rFonts w:ascii="GHEA Grapalat" w:hAnsi="GHEA Grapalat" w:cs="Segoe UI"/>
        </w:rPr>
        <w:t>«</w:t>
      </w:r>
      <w:r w:rsidRPr="00892FD4">
        <w:rPr>
          <w:rFonts w:ascii="GHEA Grapalat" w:eastAsia="MS Gothic" w:hAnsi="GHEA Grapalat" w:cs="Segoe UI"/>
          <w:bCs/>
          <w:i/>
          <w:iCs/>
        </w:rPr>
        <w:t xml:space="preserve">կրթության և ուսուցման ծրագրեր իրականացնող </w:t>
      </w:r>
      <w:r w:rsidRPr="00892FD4">
        <w:rPr>
          <w:rFonts w:ascii="GHEA Grapalat" w:hAnsi="GHEA Grapalat" w:cs="Segoe UI"/>
          <w:bCs/>
          <w:i/>
          <w:iCs/>
        </w:rPr>
        <w:t>[</w:t>
      </w:r>
      <w:r w:rsidRPr="00892FD4">
        <w:rPr>
          <w:rFonts w:ascii="GHEA Grapalat" w:hAnsi="GHEA Grapalat" w:cs="Segoe UI"/>
          <w:bCs/>
          <w:i/>
          <w:iCs/>
          <w:u w:val="single"/>
        </w:rPr>
        <w:tab/>
      </w:r>
      <w:r w:rsidRPr="00892FD4">
        <w:rPr>
          <w:rFonts w:ascii="GHEA Grapalat" w:hAnsi="GHEA Grapalat" w:cs="Segoe UI"/>
          <w:bCs/>
          <w:i/>
          <w:iCs/>
          <w:u w:val="single"/>
        </w:rPr>
        <w:tab/>
      </w:r>
      <w:r w:rsidRPr="00892FD4">
        <w:rPr>
          <w:rFonts w:ascii="GHEA Grapalat" w:hAnsi="GHEA Grapalat" w:cs="Segoe UI"/>
          <w:bCs/>
          <w:i/>
          <w:iCs/>
          <w:u w:val="single"/>
        </w:rPr>
        <w:tab/>
      </w:r>
      <w:r w:rsidRPr="00892FD4">
        <w:rPr>
          <w:rFonts w:ascii="GHEA Grapalat" w:hAnsi="GHEA Grapalat" w:cs="Segoe UI"/>
          <w:bCs/>
          <w:i/>
          <w:iCs/>
          <w:u w:val="single"/>
        </w:rPr>
        <w:tab/>
      </w:r>
      <w:r w:rsidRPr="00892FD4">
        <w:rPr>
          <w:rFonts w:ascii="GHEA Grapalat" w:hAnsi="GHEA Grapalat" w:cs="Segoe UI"/>
          <w:bCs/>
          <w:i/>
          <w:iCs/>
          <w:u w:val="single"/>
        </w:rPr>
        <w:tab/>
      </w:r>
      <w:r w:rsidRPr="00892FD4">
        <w:rPr>
          <w:rFonts w:ascii="GHEA Grapalat" w:hAnsi="GHEA Grapalat" w:cs="Segoe UI"/>
          <w:bCs/>
          <w:i/>
          <w:iCs/>
        </w:rPr>
        <w:t xml:space="preserve">] </w:t>
      </w:r>
      <w:r w:rsidRPr="00892FD4">
        <w:rPr>
          <w:rFonts w:ascii="GHEA Grapalat" w:eastAsia="MS Gothic" w:hAnsi="GHEA Grapalat" w:cs="Segoe UI"/>
          <w:bCs/>
          <w:i/>
          <w:iCs/>
        </w:rPr>
        <w:t xml:space="preserve">կազմակերպության (այսուհետ՝ </w:t>
      </w:r>
      <w:r w:rsidRPr="00892FD4">
        <w:rPr>
          <w:rFonts w:ascii="GHEA Grapalat" w:eastAsia="MS Gothic" w:hAnsi="GHEA Grapalat" w:cs="Segoe UI"/>
          <w:b/>
          <w:i/>
          <w:iCs/>
        </w:rPr>
        <w:t>Կազմակերպություն</w:t>
      </w:r>
      <w:r w:rsidRPr="00892FD4">
        <w:rPr>
          <w:rFonts w:ascii="GHEA Grapalat" w:eastAsia="MS Gothic" w:hAnsi="GHEA Grapalat" w:cs="Segoe UI"/>
          <w:bCs/>
          <w:i/>
          <w:iCs/>
        </w:rPr>
        <w:t>)</w:t>
      </w:r>
      <w:r w:rsidRPr="00892FD4">
        <w:rPr>
          <w:rFonts w:ascii="GHEA Grapalat" w:hAnsi="GHEA Grapalat" w:cs="Segoe UI"/>
        </w:rPr>
        <w:t xml:space="preserve">»։ </w:t>
      </w:r>
      <w:r w:rsidRPr="00892FD4">
        <w:rPr>
          <w:rFonts w:ascii="GHEA Grapalat" w:hAnsi="GHEA Grapalat" w:cs="Segoe UI"/>
          <w:i/>
          <w:iCs/>
        </w:rPr>
        <w:t xml:space="preserve">Ըստ այդմ՝ </w:t>
      </w:r>
      <w:r w:rsidR="00226B8B" w:rsidRPr="00226B8B">
        <w:rPr>
          <w:rFonts w:ascii="GHEA Grapalat" w:hAnsi="GHEA Grapalat" w:cs="Segoe UI"/>
          <w:i/>
          <w:iCs/>
        </w:rPr>
        <w:t>Պ</w:t>
      </w:r>
      <w:r w:rsidRPr="00892FD4">
        <w:rPr>
          <w:rFonts w:ascii="GHEA Grapalat" w:hAnsi="GHEA Grapalat" w:cs="Segoe UI"/>
          <w:i/>
          <w:iCs/>
        </w:rPr>
        <w:t xml:space="preserve">այմանագրի տեքստում «ՄՈՒՀ» բառը փոխարինվում է «Կազմակերպություն» բառով։ </w:t>
      </w:r>
      <w:r w:rsidRPr="00892FD4">
        <w:rPr>
          <w:rFonts w:ascii="GHEA Grapalat" w:eastAsia="MS Gothic" w:hAnsi="GHEA Grapalat" w:cs="Segoe UI"/>
          <w:bCs/>
          <w:i/>
          <w:iCs/>
          <w:highlight w:val="yellow"/>
        </w:rPr>
        <w:t xml:space="preserve"> </w:t>
      </w:r>
    </w:p>
  </w:footnote>
  <w:footnote w:id="21">
    <w:p w14:paraId="36832AFD" w14:textId="77777777" w:rsidR="009A0AC0" w:rsidRPr="00892FD4" w:rsidRDefault="009A0AC0" w:rsidP="0000255A">
      <w:pPr>
        <w:pStyle w:val="pf0"/>
        <w:spacing w:before="0" w:beforeAutospacing="0" w:after="0" w:afterAutospacing="0"/>
        <w:contextualSpacing/>
        <w:jc w:val="both"/>
        <w:rPr>
          <w:rFonts w:ascii="GHEA Grapalat" w:eastAsia="MS Gothic" w:hAnsi="GHEA Grapalat" w:cs="Segoe UI"/>
          <w:sz w:val="20"/>
          <w:szCs w:val="20"/>
          <w:lang w:val="hy-AM"/>
        </w:rPr>
      </w:pPr>
      <w:r w:rsidRPr="00892FD4">
        <w:rPr>
          <w:rStyle w:val="FootnoteReference"/>
          <w:rFonts w:ascii="GHEA Grapalat" w:hAnsi="GHEA Grapalat" w:cs="Segoe UI"/>
          <w:sz w:val="20"/>
          <w:szCs w:val="20"/>
        </w:rPr>
        <w:footnoteRef/>
      </w:r>
      <w:r w:rsidRPr="00892FD4">
        <w:rPr>
          <w:rFonts w:ascii="GHEA Grapalat" w:hAnsi="GHEA Grapalat" w:cs="Segoe UI"/>
          <w:sz w:val="20"/>
          <w:szCs w:val="20"/>
          <w:lang w:val="hy-AM"/>
        </w:rPr>
        <w:t xml:space="preserve"> </w:t>
      </w:r>
      <w:r w:rsidRPr="00E879BF">
        <w:rPr>
          <w:rStyle w:val="cf01"/>
          <w:rFonts w:ascii="GHEA Grapalat" w:eastAsia="Calibri" w:hAnsi="GHEA Grapalat"/>
          <w:sz w:val="20"/>
          <w:szCs w:val="20"/>
          <w:lang w:val="hy-AM"/>
        </w:rPr>
        <w:t>Եթե լրացուցիչ կրթական ծրագիր է, ապա կիրառվում է այս ձևակերպումը</w:t>
      </w:r>
      <w:r w:rsidRPr="00E879BF">
        <w:rPr>
          <w:rStyle w:val="cf01"/>
          <w:rFonts w:ascii="MS Mincho" w:eastAsia="MS Mincho" w:hAnsi="MS Mincho" w:cs="MS Mincho"/>
          <w:sz w:val="20"/>
          <w:szCs w:val="20"/>
          <w:lang w:val="hy-AM"/>
        </w:rPr>
        <w:t>․</w:t>
      </w:r>
    </w:p>
    <w:p w14:paraId="61150F90" w14:textId="77777777" w:rsidR="009A0AC0" w:rsidRPr="00892FD4" w:rsidRDefault="009A0AC0" w:rsidP="0000255A">
      <w:pPr>
        <w:pStyle w:val="FootnoteText"/>
        <w:jc w:val="both"/>
        <w:rPr>
          <w:rFonts w:ascii="GHEA Grapalat" w:hAnsi="GHEA Grapalat" w:cs="Segoe UI"/>
          <w:i/>
          <w:iCs/>
        </w:rPr>
      </w:pPr>
      <w:r w:rsidRPr="00892FD4">
        <w:rPr>
          <w:rFonts w:ascii="GHEA Grapalat" w:hAnsi="GHEA Grapalat" w:cs="Segoe UI"/>
          <w:i/>
          <w:iCs/>
        </w:rPr>
        <w:t>«անհրաժեշտ է ապահովել [</w:t>
      </w:r>
      <w:r w:rsidRPr="00892FD4">
        <w:rPr>
          <w:rFonts w:ascii="GHEA Grapalat" w:hAnsi="GHEA Grapalat" w:cs="Segoe UI"/>
          <w:bCs/>
          <w:i/>
          <w:iCs/>
          <w:u w:val="single"/>
        </w:rPr>
        <w:tab/>
      </w:r>
      <w:r w:rsidRPr="00892FD4">
        <w:rPr>
          <w:rFonts w:ascii="GHEA Grapalat" w:hAnsi="GHEA Grapalat" w:cs="Segoe UI"/>
          <w:bCs/>
          <w:i/>
          <w:iCs/>
          <w:u w:val="single"/>
        </w:rPr>
        <w:tab/>
      </w:r>
      <w:r w:rsidRPr="00892FD4">
        <w:rPr>
          <w:rFonts w:ascii="GHEA Grapalat" w:hAnsi="GHEA Grapalat" w:cs="Segoe UI"/>
          <w:bCs/>
          <w:i/>
          <w:iCs/>
          <w:u w:val="single"/>
        </w:rPr>
        <w:tab/>
      </w:r>
      <w:r w:rsidRPr="00892FD4">
        <w:rPr>
          <w:rFonts w:ascii="GHEA Grapalat" w:hAnsi="GHEA Grapalat" w:cs="Segoe UI"/>
          <w:bCs/>
          <w:i/>
          <w:iCs/>
          <w:u w:val="single"/>
        </w:rPr>
        <w:tab/>
      </w:r>
      <w:r w:rsidRPr="00892FD4">
        <w:rPr>
          <w:rFonts w:ascii="GHEA Grapalat" w:hAnsi="GHEA Grapalat" w:cs="Segoe UI"/>
          <w:bCs/>
          <w:i/>
          <w:iCs/>
          <w:u w:val="single"/>
        </w:rPr>
        <w:tab/>
      </w:r>
      <w:r w:rsidRPr="00892FD4">
        <w:rPr>
          <w:rFonts w:ascii="GHEA Grapalat" w:hAnsi="GHEA Grapalat" w:cs="Segoe UI"/>
          <w:i/>
          <w:iCs/>
        </w:rPr>
        <w:t>] որակավորման (միկրոորակավորման) մոդուլային ծրագրով ուսումնառող Աշկերտի ԳԱՈՒ-ն,»</w:t>
      </w:r>
    </w:p>
  </w:footnote>
  <w:footnote w:id="22">
    <w:p w14:paraId="0002F77C" w14:textId="77777777" w:rsidR="009A0AC0" w:rsidRPr="00892FD4" w:rsidRDefault="009A0AC0" w:rsidP="0000255A">
      <w:pPr>
        <w:pStyle w:val="pf0"/>
        <w:spacing w:before="0" w:beforeAutospacing="0" w:after="0" w:afterAutospacing="0"/>
        <w:contextualSpacing/>
        <w:jc w:val="both"/>
        <w:rPr>
          <w:rFonts w:ascii="GHEA Grapalat" w:hAnsi="GHEA Grapalat" w:cs="Segoe UI"/>
          <w:sz w:val="20"/>
          <w:szCs w:val="20"/>
          <w:lang w:val="hy-AM"/>
        </w:rPr>
      </w:pPr>
      <w:r w:rsidRPr="00892FD4">
        <w:rPr>
          <w:rStyle w:val="FootnoteReference"/>
          <w:rFonts w:ascii="GHEA Grapalat" w:hAnsi="GHEA Grapalat" w:cs="Segoe UI"/>
          <w:sz w:val="20"/>
          <w:szCs w:val="20"/>
        </w:rPr>
        <w:footnoteRef/>
      </w:r>
      <w:r w:rsidRPr="00892FD4">
        <w:rPr>
          <w:rFonts w:ascii="GHEA Grapalat" w:hAnsi="GHEA Grapalat" w:cs="Segoe UI"/>
          <w:sz w:val="20"/>
          <w:szCs w:val="20"/>
          <w:lang w:val="hy-AM"/>
        </w:rPr>
        <w:t xml:space="preserve"> </w:t>
      </w:r>
      <w:r w:rsidRPr="00E879BF">
        <w:rPr>
          <w:rStyle w:val="cf01"/>
          <w:rFonts w:ascii="GHEA Grapalat" w:eastAsia="Calibri" w:hAnsi="GHEA Grapalat"/>
          <w:sz w:val="20"/>
          <w:szCs w:val="20"/>
          <w:lang w:val="hy-AM"/>
        </w:rPr>
        <w:t xml:space="preserve">Եթե Գործատուն ունի գործունեության մի քանի վայր կամ ուսուցման ժամանակ Աշկերտը աշխատելու է Գործատու կազմակերպության տարբեր բաժիններում, ապա պետք է նշել դրանց բոլորի անվանումը (վայրը և հասցեն): </w:t>
      </w:r>
    </w:p>
    <w:p w14:paraId="0CDD004E" w14:textId="77777777" w:rsidR="009A0AC0" w:rsidRPr="00892FD4" w:rsidRDefault="009A0AC0" w:rsidP="0000255A">
      <w:pPr>
        <w:pStyle w:val="FootnoteText"/>
        <w:contextualSpacing/>
        <w:jc w:val="both"/>
        <w:rPr>
          <w:rFonts w:ascii="GHEA Grapalat" w:hAnsi="GHEA Grapalat" w:cs="Segoe UI"/>
        </w:rPr>
      </w:pPr>
    </w:p>
  </w:footnote>
  <w:footnote w:id="23">
    <w:p w14:paraId="156162EB" w14:textId="6EE21905" w:rsidR="009A0AC0" w:rsidRPr="00892FD4" w:rsidRDefault="009A0AC0" w:rsidP="0000255A">
      <w:pPr>
        <w:pStyle w:val="FootnoteText"/>
        <w:rPr>
          <w:rFonts w:ascii="GHEA Grapalat" w:hAnsi="GHEA Grapalat"/>
        </w:rPr>
      </w:pPr>
      <w:r w:rsidRPr="00892FD4">
        <w:rPr>
          <w:rStyle w:val="FootnoteReference"/>
          <w:rFonts w:ascii="GHEA Grapalat" w:hAnsi="GHEA Grapalat"/>
        </w:rPr>
        <w:footnoteRef/>
      </w:r>
      <w:r w:rsidRPr="00892FD4">
        <w:rPr>
          <w:rFonts w:ascii="GHEA Grapalat" w:hAnsi="GHEA Grapalat"/>
        </w:rPr>
        <w:t xml:space="preserve">  Եթե Աշկերտի աշխատանքը օրենսդրությամբ սահմանված է որպես ծանր, վնասակար, առանձնապես ծանր, առանձնապես վնասակար կամ մինչև 18 տարեկան անձանց համար ծանր և վնասակար համարվող, ապա </w:t>
      </w:r>
      <w:r w:rsidR="00226B8B" w:rsidRPr="00226B8B">
        <w:rPr>
          <w:rFonts w:ascii="GHEA Grapalat" w:hAnsi="GHEA Grapalat"/>
        </w:rPr>
        <w:t>Պ</w:t>
      </w:r>
      <w:r w:rsidRPr="00892FD4">
        <w:rPr>
          <w:rFonts w:ascii="GHEA Grapalat" w:hAnsi="GHEA Grapalat"/>
        </w:rPr>
        <w:t>այմանագրում պետք է ներառել նաև ստորև նշված կետերը</w:t>
      </w:r>
      <w:r w:rsidRPr="00892FD4">
        <w:rPr>
          <w:rFonts w:ascii="MS Mincho" w:eastAsia="MS Mincho" w:hAnsi="MS Mincho" w:cs="MS Mincho"/>
        </w:rPr>
        <w:t>․</w:t>
      </w:r>
      <w:r w:rsidRPr="00892FD4">
        <w:rPr>
          <w:rFonts w:ascii="GHEA Grapalat" w:hAnsi="GHEA Grapalat"/>
        </w:rPr>
        <w:t xml:space="preserve"> </w:t>
      </w:r>
    </w:p>
    <w:p w14:paraId="541C839E" w14:textId="77777777" w:rsidR="009A0AC0" w:rsidRPr="00E879BF" w:rsidRDefault="009A0AC0" w:rsidP="0000255A">
      <w:pPr>
        <w:tabs>
          <w:tab w:val="left" w:pos="851"/>
        </w:tabs>
        <w:spacing w:after="0" w:line="240" w:lineRule="auto"/>
        <w:jc w:val="both"/>
        <w:rPr>
          <w:rFonts w:ascii="GHEA Grapalat" w:hAnsi="GHEA Grapalat" w:cs="Segoe UI"/>
          <w:sz w:val="20"/>
          <w:szCs w:val="20"/>
          <w:lang w:val="hy-AM"/>
        </w:rPr>
      </w:pPr>
      <w:r w:rsidRPr="00E879BF">
        <w:rPr>
          <w:rFonts w:ascii="GHEA Grapalat" w:hAnsi="GHEA Grapalat" w:cs="Segoe UI"/>
          <w:b/>
          <w:bCs/>
          <w:sz w:val="20"/>
          <w:szCs w:val="20"/>
          <w:lang w:val="hy-AM"/>
        </w:rPr>
        <w:t>«2</w:t>
      </w:r>
      <w:r w:rsidRPr="00E879BF">
        <w:rPr>
          <w:rFonts w:ascii="MS Mincho" w:eastAsia="MS Mincho" w:hAnsi="MS Mincho" w:cs="MS Mincho"/>
          <w:b/>
          <w:bCs/>
          <w:sz w:val="20"/>
          <w:szCs w:val="20"/>
          <w:lang w:val="hy-AM"/>
        </w:rPr>
        <w:t>․</w:t>
      </w:r>
      <w:r w:rsidRPr="00E879BF">
        <w:rPr>
          <w:rFonts w:ascii="GHEA Grapalat" w:eastAsia="MS Gothic" w:hAnsi="GHEA Grapalat" w:cs="MS Gothic"/>
          <w:b/>
          <w:bCs/>
          <w:sz w:val="20"/>
          <w:szCs w:val="20"/>
          <w:lang w:val="hy-AM"/>
        </w:rPr>
        <w:t>1</w:t>
      </w:r>
      <w:r w:rsidRPr="00E879BF">
        <w:rPr>
          <w:rFonts w:ascii="MS Mincho" w:eastAsia="MS Mincho" w:hAnsi="MS Mincho" w:cs="MS Mincho"/>
          <w:b/>
          <w:bCs/>
          <w:sz w:val="20"/>
          <w:szCs w:val="20"/>
          <w:lang w:val="hy-AM"/>
        </w:rPr>
        <w:t>․</w:t>
      </w:r>
      <w:r w:rsidRPr="00E879BF">
        <w:rPr>
          <w:rFonts w:ascii="GHEA Grapalat" w:eastAsia="MS Gothic" w:hAnsi="GHEA Grapalat" w:cs="MS Gothic"/>
          <w:b/>
          <w:bCs/>
          <w:sz w:val="20"/>
          <w:szCs w:val="20"/>
          <w:lang w:val="hy-AM"/>
        </w:rPr>
        <w:t>X</w:t>
      </w:r>
      <w:r w:rsidRPr="00E879BF">
        <w:rPr>
          <w:rFonts w:ascii="MS Mincho" w:eastAsia="MS Mincho" w:hAnsi="MS Mincho" w:cs="MS Mincho"/>
          <w:sz w:val="20"/>
          <w:szCs w:val="20"/>
          <w:lang w:val="hy-AM"/>
        </w:rPr>
        <w:t>․</w:t>
      </w:r>
      <w:r w:rsidRPr="00E879BF">
        <w:rPr>
          <w:rFonts w:ascii="GHEA Grapalat" w:eastAsia="MS Gothic" w:hAnsi="GHEA Grapalat" w:cs="MS Gothic"/>
          <w:sz w:val="20"/>
          <w:szCs w:val="20"/>
          <w:lang w:val="hy-AM"/>
        </w:rPr>
        <w:t xml:space="preserve"> </w:t>
      </w:r>
      <w:r w:rsidRPr="00E879BF">
        <w:rPr>
          <w:rFonts w:ascii="GHEA Grapalat" w:hAnsi="GHEA Grapalat" w:cs="Segoe UI"/>
          <w:sz w:val="20"/>
          <w:szCs w:val="20"/>
          <w:lang w:val="hy-AM"/>
        </w:rPr>
        <w:t xml:space="preserve">նախքան Աշկերտին Պայմանագրով նախատեսված աշխատանքում ներգրավելը Աշկերտին և նրա օրինական ներկայացուցչին ծանոթացնել ՀՀ կառավարության 20.03.2025թ. թիվ 318-Ն որոշմամբ սահմանված կարգին (այսուհետ՝ Կարգ), </w:t>
      </w:r>
    </w:p>
    <w:p w14:paraId="64F2389C" w14:textId="77777777" w:rsidR="009A0AC0" w:rsidRPr="00E879BF" w:rsidRDefault="009A0AC0" w:rsidP="0000255A">
      <w:pPr>
        <w:tabs>
          <w:tab w:val="left" w:pos="851"/>
        </w:tabs>
        <w:spacing w:after="0" w:line="240" w:lineRule="auto"/>
        <w:jc w:val="both"/>
        <w:rPr>
          <w:rStyle w:val="PageNumber"/>
          <w:rFonts w:ascii="GHEA Grapalat" w:hAnsi="GHEA Grapalat"/>
          <w:sz w:val="20"/>
          <w:szCs w:val="20"/>
          <w:lang w:val="hy-AM"/>
        </w:rPr>
      </w:pPr>
      <w:r w:rsidRPr="00E879BF">
        <w:rPr>
          <w:rFonts w:ascii="GHEA Grapalat" w:hAnsi="GHEA Grapalat" w:cs="Segoe UI"/>
          <w:b/>
          <w:bCs/>
          <w:sz w:val="20"/>
          <w:szCs w:val="20"/>
          <w:lang w:val="hy-AM"/>
        </w:rPr>
        <w:t>2</w:t>
      </w:r>
      <w:r w:rsidRPr="00E879BF">
        <w:rPr>
          <w:rFonts w:ascii="MS Mincho" w:eastAsia="MS Mincho" w:hAnsi="MS Mincho" w:cs="MS Mincho"/>
          <w:b/>
          <w:bCs/>
          <w:sz w:val="20"/>
          <w:szCs w:val="20"/>
          <w:lang w:val="hy-AM"/>
        </w:rPr>
        <w:t>․</w:t>
      </w:r>
      <w:r w:rsidRPr="00E879BF">
        <w:rPr>
          <w:rFonts w:ascii="GHEA Grapalat" w:eastAsia="Microsoft JhengHei" w:hAnsi="GHEA Grapalat" w:cs="Microsoft JhengHei"/>
          <w:b/>
          <w:bCs/>
          <w:sz w:val="20"/>
          <w:szCs w:val="20"/>
          <w:lang w:val="hy-AM"/>
        </w:rPr>
        <w:t>1</w:t>
      </w:r>
      <w:r w:rsidRPr="00E879BF">
        <w:rPr>
          <w:rFonts w:ascii="MS Mincho" w:eastAsia="MS Mincho" w:hAnsi="MS Mincho" w:cs="MS Mincho"/>
          <w:b/>
          <w:bCs/>
          <w:sz w:val="20"/>
          <w:szCs w:val="20"/>
          <w:lang w:val="hy-AM"/>
        </w:rPr>
        <w:t>․</w:t>
      </w:r>
      <w:r w:rsidRPr="00E879BF">
        <w:rPr>
          <w:rFonts w:ascii="GHEA Grapalat" w:eastAsia="Microsoft JhengHei" w:hAnsi="GHEA Grapalat" w:cs="Microsoft JhengHei"/>
          <w:b/>
          <w:bCs/>
          <w:sz w:val="20"/>
          <w:szCs w:val="20"/>
          <w:lang w:val="hy-AM"/>
        </w:rPr>
        <w:t>XX.</w:t>
      </w:r>
      <w:r w:rsidRPr="00E879BF">
        <w:rPr>
          <w:rFonts w:ascii="GHEA Grapalat" w:eastAsia="Microsoft JhengHei" w:hAnsi="GHEA Grapalat" w:cs="Microsoft JhengHei"/>
          <w:sz w:val="20"/>
          <w:szCs w:val="20"/>
          <w:lang w:val="hy-AM"/>
        </w:rPr>
        <w:t xml:space="preserve"> 2.1.10.</w:t>
      </w:r>
      <w:r w:rsidRPr="00E879BF">
        <w:rPr>
          <w:rFonts w:ascii="GHEA Grapalat" w:eastAsia="Microsoft JhengHei" w:hAnsi="GHEA Grapalat" w:cs="Microsoft JhengHei"/>
          <w:sz w:val="20"/>
          <w:szCs w:val="20"/>
          <w:lang w:val="hy-AM"/>
        </w:rPr>
        <w:tab/>
        <w:t xml:space="preserve">Նախքան աշխատանքը սկսելը </w:t>
      </w:r>
      <w:r w:rsidRPr="00E879BF">
        <w:rPr>
          <w:rFonts w:ascii="GHEA Grapalat" w:hAnsi="GHEA Grapalat" w:cs="Segoe UI"/>
          <w:sz w:val="20"/>
          <w:szCs w:val="20"/>
          <w:lang w:val="hy-AM"/>
        </w:rPr>
        <w:t xml:space="preserve">Աշկերտին, իսկ մինչև տասնութ տարեկան աշկերտի դեպքում՝ նաև նրա օրինական ներկայացուցիչներին, տրամադրել տեղեկատվություն հանձնարարվելիք կոնկրետ աշխատանքների վերաբերյալ, գրավոր տեղեկացնել աշխատանքային պարտականություններով պայմանավորված՝ արտադրական և սպասարկման ոլորտի օբյեկտներում տեխնածին վթարների, արտադրական պատահարների և դրանց հետևանքների և աշխատանքի հետ կապված հնարավոր ռիսկերի, դրանցից պաշտպանվածության համար ձեռնարկվելիք միջոցառումների մասին, </w:t>
      </w:r>
    </w:p>
    <w:p w14:paraId="3B72AE4F" w14:textId="77777777" w:rsidR="009A0AC0" w:rsidRPr="00E879BF" w:rsidRDefault="009A0AC0" w:rsidP="0000255A">
      <w:pPr>
        <w:tabs>
          <w:tab w:val="left" w:pos="851"/>
        </w:tabs>
        <w:spacing w:after="0" w:line="240" w:lineRule="auto"/>
        <w:jc w:val="both"/>
        <w:rPr>
          <w:rFonts w:ascii="GHEA Grapalat" w:hAnsi="GHEA Grapalat"/>
          <w:sz w:val="20"/>
          <w:szCs w:val="20"/>
          <w:lang w:val="hy-AM"/>
        </w:rPr>
      </w:pPr>
      <w:r w:rsidRPr="00E879BF">
        <w:rPr>
          <w:rStyle w:val="PageNumber"/>
          <w:rFonts w:ascii="GHEA Grapalat" w:hAnsi="GHEA Grapalat"/>
          <w:b/>
          <w:bCs/>
          <w:sz w:val="20"/>
          <w:szCs w:val="20"/>
          <w:lang w:val="hy-AM"/>
        </w:rPr>
        <w:t>2.1.XXX.</w:t>
      </w:r>
      <w:r w:rsidRPr="00E879BF">
        <w:rPr>
          <w:rStyle w:val="PageNumber"/>
          <w:rFonts w:ascii="GHEA Grapalat" w:hAnsi="GHEA Grapalat"/>
          <w:sz w:val="20"/>
          <w:szCs w:val="20"/>
          <w:lang w:val="hy-AM"/>
        </w:rPr>
        <w:t xml:space="preserve"> </w:t>
      </w:r>
      <w:r w:rsidRPr="00E879BF">
        <w:rPr>
          <w:rFonts w:ascii="GHEA Grapalat" w:hAnsi="GHEA Grapalat" w:cs="Segoe UI"/>
          <w:sz w:val="20"/>
          <w:szCs w:val="20"/>
          <w:lang w:val="hy-AM"/>
        </w:rPr>
        <w:t xml:space="preserve">Պայմանագրի </w:t>
      </w:r>
      <w:r w:rsidRPr="00E879BF">
        <w:rPr>
          <w:rFonts w:ascii="GHEA Grapalat" w:hAnsi="GHEA Grapalat" w:cs="Segoe UI"/>
          <w:sz w:val="20"/>
          <w:szCs w:val="20"/>
          <w:lang w:val="hy-AM"/>
        </w:rPr>
        <w:fldChar w:fldCharType="begin"/>
      </w:r>
      <w:r w:rsidRPr="00E879BF">
        <w:rPr>
          <w:rFonts w:ascii="GHEA Grapalat" w:hAnsi="GHEA Grapalat" w:cs="Segoe UI"/>
          <w:sz w:val="20"/>
          <w:szCs w:val="20"/>
          <w:lang w:val="hy-AM"/>
        </w:rPr>
        <w:instrText xml:space="preserve"> REF _Ref223017609 \r \h  \* MERGEFORMAT </w:instrText>
      </w:r>
      <w:r w:rsidRPr="00E879BF">
        <w:rPr>
          <w:rFonts w:ascii="GHEA Grapalat" w:hAnsi="GHEA Grapalat" w:cs="Segoe UI"/>
          <w:sz w:val="20"/>
          <w:szCs w:val="20"/>
          <w:lang w:val="hy-AM"/>
        </w:rPr>
      </w:r>
      <w:r w:rsidRPr="00E879BF">
        <w:rPr>
          <w:rFonts w:ascii="GHEA Grapalat" w:hAnsi="GHEA Grapalat" w:cs="Segoe UI"/>
          <w:sz w:val="20"/>
          <w:szCs w:val="20"/>
          <w:lang w:val="hy-AM"/>
        </w:rPr>
        <w:fldChar w:fldCharType="separate"/>
      </w:r>
      <w:r w:rsidRPr="00E879BF">
        <w:rPr>
          <w:rFonts w:ascii="GHEA Grapalat" w:hAnsi="GHEA Grapalat" w:cs="Segoe UI"/>
          <w:sz w:val="20"/>
          <w:szCs w:val="20"/>
          <w:lang w:val="hy-AM"/>
        </w:rPr>
        <w:t>2.1.10</w:t>
      </w:r>
      <w:r w:rsidRPr="00E879BF">
        <w:rPr>
          <w:rFonts w:ascii="GHEA Grapalat" w:hAnsi="GHEA Grapalat" w:cs="Segoe UI"/>
          <w:sz w:val="20"/>
          <w:szCs w:val="20"/>
          <w:lang w:val="hy-AM"/>
        </w:rPr>
        <w:fldChar w:fldCharType="end"/>
      </w:r>
      <w:r w:rsidRPr="00E879BF">
        <w:rPr>
          <w:rFonts w:ascii="GHEA Grapalat" w:hAnsi="GHEA Grapalat" w:cs="Segoe UI"/>
          <w:sz w:val="20"/>
          <w:szCs w:val="20"/>
          <w:lang w:val="hy-AM"/>
        </w:rPr>
        <w:t xml:space="preserve"> կետում նշված աշխատանքում ներգրավված Աշկերտի համար աշխատավայրում տեսանելի վայրում փակցնել Կարգը, Աշկերտի աշխատանքի և հանգստի ռեժիմը, հանգստի կամ սնվելու համար, լրացուցիչ և հատուկ ընդմիջումները, ինչպես նաև իրավասու վերահսկող մարմնի գտնվելու վայրը և հեռախոսահամարը,»։ </w:t>
      </w:r>
    </w:p>
  </w:footnote>
  <w:footnote w:id="24">
    <w:p w14:paraId="3995ED48" w14:textId="77777777" w:rsidR="009A0AC0" w:rsidRPr="00892FD4" w:rsidRDefault="009A0AC0" w:rsidP="0000255A">
      <w:pPr>
        <w:pStyle w:val="FootnoteText"/>
        <w:jc w:val="both"/>
        <w:rPr>
          <w:rFonts w:ascii="GHEA Grapalat" w:hAnsi="GHEA Grapalat" w:cs="Segoe UI"/>
        </w:rPr>
      </w:pPr>
      <w:r w:rsidRPr="00892FD4">
        <w:rPr>
          <w:rStyle w:val="FootnoteReference"/>
          <w:rFonts w:ascii="GHEA Grapalat" w:hAnsi="GHEA Grapalat"/>
        </w:rPr>
        <w:footnoteRef/>
      </w:r>
      <w:r w:rsidRPr="00892FD4">
        <w:rPr>
          <w:rFonts w:ascii="GHEA Grapalat" w:hAnsi="GHEA Grapalat"/>
        </w:rPr>
        <w:t xml:space="preserve"> </w:t>
      </w:r>
      <w:r w:rsidRPr="00892FD4">
        <w:rPr>
          <w:rFonts w:ascii="GHEA Grapalat" w:hAnsi="GHEA Grapalat" w:cs="Segoe UI"/>
        </w:rPr>
        <w:t>Հանել այս դրույթը, եթե տեղափոխման կամ կեցության ծախսեր հոգալու անհրաժեշտություն չկա։</w:t>
      </w:r>
    </w:p>
  </w:footnote>
  <w:footnote w:id="25">
    <w:p w14:paraId="47BCC22A" w14:textId="77777777" w:rsidR="009A0AC0" w:rsidRPr="00E879BF" w:rsidRDefault="009A0AC0" w:rsidP="0000255A">
      <w:pPr>
        <w:spacing w:after="0" w:line="240" w:lineRule="auto"/>
        <w:jc w:val="both"/>
        <w:rPr>
          <w:rFonts w:ascii="GHEA Grapalat" w:hAnsi="GHEA Grapalat" w:cs="Segoe UI"/>
          <w:sz w:val="20"/>
          <w:szCs w:val="20"/>
          <w:lang w:val="hy-AM"/>
        </w:rPr>
      </w:pPr>
      <w:r w:rsidRPr="00E879BF">
        <w:rPr>
          <w:rStyle w:val="FootnoteReference"/>
          <w:rFonts w:ascii="GHEA Grapalat" w:hAnsi="GHEA Grapalat" w:cs="Segoe UI"/>
          <w:sz w:val="20"/>
          <w:szCs w:val="20"/>
        </w:rPr>
        <w:footnoteRef/>
      </w:r>
      <w:r w:rsidRPr="00E879BF">
        <w:rPr>
          <w:rFonts w:ascii="GHEA Grapalat" w:hAnsi="GHEA Grapalat" w:cs="Segoe UI"/>
          <w:sz w:val="20"/>
          <w:szCs w:val="20"/>
          <w:lang w:val="hy-AM"/>
        </w:rPr>
        <w:t xml:space="preserve"> </w:t>
      </w:r>
      <w:r w:rsidRPr="00E879BF">
        <w:rPr>
          <w:rFonts w:ascii="GHEA Grapalat" w:hAnsi="GHEA Grapalat" w:cs="Segoe UI"/>
          <w:i/>
          <w:iCs/>
          <w:sz w:val="20"/>
          <w:szCs w:val="20"/>
          <w:lang w:val="hy-AM"/>
        </w:rPr>
        <w:t>Այլընտրանքային տաբերակ</w:t>
      </w:r>
      <w:r w:rsidRPr="00E879BF">
        <w:rPr>
          <w:rFonts w:ascii="MS Mincho" w:eastAsia="MS Mincho" w:hAnsi="MS Mincho" w:cs="MS Mincho"/>
          <w:i/>
          <w:iCs/>
          <w:sz w:val="20"/>
          <w:szCs w:val="20"/>
          <w:lang w:val="hy-AM"/>
        </w:rPr>
        <w:t>․</w:t>
      </w:r>
      <w:r w:rsidRPr="00E879BF">
        <w:rPr>
          <w:rFonts w:ascii="GHEA Grapalat" w:hAnsi="GHEA Grapalat" w:cs="Segoe UI"/>
          <w:sz w:val="20"/>
          <w:szCs w:val="20"/>
          <w:lang w:val="hy-AM"/>
        </w:rPr>
        <w:t xml:space="preserve"> «՝ ամսական [___] ՀՀ դրամ (ներառում է հարկերը և օրենքով նախատեսված պարտադիր այլ վճարները): Աշխատավարձի ամսական չափը չի կարող պակաս լինել ՀՀ օրենսդրությամբ սահմանված նվազագույն չափից (նվազագույն ամսական աշխատավարձի մեջ չեն ներառվում աշխատավարձից վճարվող հարկերը, սոցիալական կամ օրենքով սահմանված պարտադիր այլ վճարները, հավելումները, հավելավճարները, պարգևատրումները և լրավճարները)։</w:t>
      </w:r>
    </w:p>
  </w:footnote>
  <w:footnote w:id="26">
    <w:p w14:paraId="2F71AB63" w14:textId="77777777" w:rsidR="009A0AC0" w:rsidRPr="00892FD4" w:rsidRDefault="009A0AC0" w:rsidP="0000255A">
      <w:pPr>
        <w:pStyle w:val="pf0"/>
        <w:spacing w:before="0" w:beforeAutospacing="0" w:after="0" w:afterAutospacing="0"/>
        <w:contextualSpacing/>
        <w:jc w:val="both"/>
        <w:rPr>
          <w:rFonts w:ascii="GHEA Grapalat" w:hAnsi="GHEA Grapalat" w:cs="Segoe UI"/>
          <w:sz w:val="20"/>
          <w:szCs w:val="20"/>
          <w:lang w:val="hy-AM"/>
        </w:rPr>
      </w:pPr>
      <w:r w:rsidRPr="00892FD4">
        <w:rPr>
          <w:rStyle w:val="FootnoteReference"/>
          <w:rFonts w:ascii="GHEA Grapalat" w:hAnsi="GHEA Grapalat" w:cs="Segoe UI"/>
          <w:sz w:val="20"/>
          <w:szCs w:val="20"/>
        </w:rPr>
        <w:footnoteRef/>
      </w:r>
      <w:r w:rsidRPr="00892FD4">
        <w:rPr>
          <w:rFonts w:ascii="GHEA Grapalat" w:hAnsi="GHEA Grapalat" w:cs="Segoe UI"/>
          <w:sz w:val="20"/>
          <w:szCs w:val="20"/>
          <w:lang w:val="hy-AM"/>
        </w:rPr>
        <w:t xml:space="preserve"> «</w:t>
      </w:r>
      <w:hyperlink r:id="rId1" w:history="1">
        <w:r w:rsidRPr="00892FD4">
          <w:rPr>
            <w:rStyle w:val="Hyperlink"/>
            <w:rFonts w:ascii="GHEA Grapalat" w:hAnsi="GHEA Grapalat" w:cs="Segoe UI"/>
            <w:sz w:val="20"/>
            <w:szCs w:val="20"/>
            <w:lang w:val="hy-AM"/>
          </w:rPr>
          <w:t>Նվազագույն ամսական աշխատավարձի մասին</w:t>
        </w:r>
      </w:hyperlink>
      <w:r w:rsidRPr="00892FD4">
        <w:rPr>
          <w:rStyle w:val="Hyperlink"/>
          <w:rFonts w:ascii="GHEA Grapalat" w:hAnsi="GHEA Grapalat" w:cs="Segoe UI"/>
          <w:sz w:val="20"/>
          <w:szCs w:val="20"/>
          <w:lang w:val="hy-AM"/>
        </w:rPr>
        <w:t>»</w:t>
      </w:r>
      <w:r w:rsidRPr="00E879BF">
        <w:rPr>
          <w:rStyle w:val="cf01"/>
          <w:rFonts w:ascii="GHEA Grapalat" w:eastAsia="Calibri" w:hAnsi="GHEA Grapalat"/>
          <w:sz w:val="20"/>
          <w:szCs w:val="20"/>
          <w:lang w:val="hy-AM"/>
        </w:rPr>
        <w:t xml:space="preserve"> ՀՀ օրենքի համաձայն (01.03.2026 թ</w:t>
      </w:r>
      <w:r w:rsidRPr="00E879BF">
        <w:rPr>
          <w:rStyle w:val="cf01"/>
          <w:rFonts w:ascii="MS Mincho" w:eastAsia="MS Mincho" w:hAnsi="MS Mincho" w:cs="MS Mincho"/>
          <w:sz w:val="20"/>
          <w:szCs w:val="20"/>
          <w:lang w:val="hy-AM"/>
        </w:rPr>
        <w:t>․</w:t>
      </w:r>
      <w:r w:rsidRPr="00E879BF">
        <w:rPr>
          <w:rStyle w:val="cf01"/>
          <w:rFonts w:ascii="GHEA Grapalat" w:eastAsia="Calibri" w:hAnsi="GHEA Grapalat"/>
          <w:sz w:val="20"/>
          <w:szCs w:val="20"/>
          <w:lang w:val="hy-AM"/>
        </w:rPr>
        <w:t xml:space="preserve"> դրությամբ) գործում են հետևյալ դրույքաչափերը՝</w:t>
      </w:r>
    </w:p>
    <w:p w14:paraId="36C8BE8C" w14:textId="77777777" w:rsidR="009A0AC0" w:rsidRPr="00892FD4" w:rsidRDefault="009A0AC0" w:rsidP="0000255A">
      <w:pPr>
        <w:pStyle w:val="pf0"/>
        <w:spacing w:before="0" w:beforeAutospacing="0" w:after="0" w:afterAutospacing="0"/>
        <w:contextualSpacing/>
        <w:jc w:val="both"/>
        <w:rPr>
          <w:rFonts w:ascii="GHEA Grapalat" w:hAnsi="GHEA Grapalat" w:cs="Segoe UI"/>
          <w:sz w:val="20"/>
          <w:szCs w:val="20"/>
          <w:lang w:val="hy-AM"/>
        </w:rPr>
      </w:pPr>
      <w:r w:rsidRPr="00892FD4">
        <w:rPr>
          <w:rStyle w:val="cf21"/>
          <w:rFonts w:ascii="GHEA Grapalat" w:hAnsi="GHEA Grapalat"/>
          <w:sz w:val="20"/>
          <w:szCs w:val="20"/>
          <w:lang w:val="hy-AM"/>
        </w:rPr>
        <w:t>1) աշխատաժամանակի նորմալ տևողության դեպքում՝ 40-ժամյա աշխատանքային շաբաթ՝ 450 դրամ.</w:t>
      </w:r>
      <w:r w:rsidRPr="00892FD4">
        <w:rPr>
          <w:rFonts w:ascii="GHEA Grapalat" w:hAnsi="GHEA Grapalat" w:cs="Segoe UI"/>
          <w:sz w:val="20"/>
          <w:szCs w:val="20"/>
          <w:lang w:val="hy-AM"/>
        </w:rPr>
        <w:t xml:space="preserve"> </w:t>
      </w:r>
    </w:p>
    <w:p w14:paraId="4E42C292" w14:textId="77777777" w:rsidR="009A0AC0" w:rsidRPr="00892FD4" w:rsidRDefault="009A0AC0" w:rsidP="0000255A">
      <w:pPr>
        <w:pStyle w:val="pf0"/>
        <w:spacing w:before="0" w:beforeAutospacing="0" w:after="0" w:afterAutospacing="0"/>
        <w:contextualSpacing/>
        <w:jc w:val="both"/>
        <w:rPr>
          <w:rFonts w:ascii="GHEA Grapalat" w:hAnsi="GHEA Grapalat" w:cs="Segoe UI"/>
          <w:sz w:val="20"/>
          <w:szCs w:val="20"/>
          <w:lang w:val="hy-AM"/>
        </w:rPr>
      </w:pPr>
      <w:r w:rsidRPr="00892FD4">
        <w:rPr>
          <w:rStyle w:val="cf21"/>
          <w:rFonts w:ascii="GHEA Grapalat" w:hAnsi="GHEA Grapalat"/>
          <w:sz w:val="20"/>
          <w:szCs w:val="20"/>
          <w:lang w:val="hy-AM"/>
        </w:rPr>
        <w:t>2) աշխատաժամանակի կրճատ տևողության դեպքում՝</w:t>
      </w:r>
    </w:p>
    <w:p w14:paraId="722F4057" w14:textId="77777777" w:rsidR="009A0AC0" w:rsidRPr="00892FD4" w:rsidRDefault="009A0AC0" w:rsidP="0000255A">
      <w:pPr>
        <w:pStyle w:val="pf0"/>
        <w:spacing w:before="0" w:beforeAutospacing="0" w:after="0" w:afterAutospacing="0"/>
        <w:contextualSpacing/>
        <w:jc w:val="both"/>
        <w:rPr>
          <w:rFonts w:ascii="GHEA Grapalat" w:hAnsi="GHEA Grapalat" w:cs="Segoe UI"/>
          <w:sz w:val="20"/>
          <w:szCs w:val="20"/>
          <w:lang w:val="hy-AM"/>
        </w:rPr>
      </w:pPr>
      <w:r w:rsidRPr="00892FD4">
        <w:rPr>
          <w:rStyle w:val="cf21"/>
          <w:rFonts w:ascii="GHEA Grapalat" w:hAnsi="GHEA Grapalat"/>
          <w:sz w:val="20"/>
          <w:szCs w:val="20"/>
          <w:lang w:val="hy-AM"/>
        </w:rPr>
        <w:t>ա. մինչև 24-ժամյա աշխատանքային շաբաթ՝ 750 դրամ,</w:t>
      </w:r>
    </w:p>
    <w:p w14:paraId="19C439A0" w14:textId="77777777" w:rsidR="009A0AC0" w:rsidRPr="00892FD4" w:rsidRDefault="009A0AC0" w:rsidP="0000255A">
      <w:pPr>
        <w:pStyle w:val="pf0"/>
        <w:spacing w:before="0" w:beforeAutospacing="0" w:after="0" w:afterAutospacing="0"/>
        <w:contextualSpacing/>
        <w:jc w:val="both"/>
        <w:rPr>
          <w:rFonts w:ascii="GHEA Grapalat" w:hAnsi="GHEA Grapalat" w:cs="Segoe UI"/>
          <w:sz w:val="20"/>
          <w:szCs w:val="20"/>
          <w:lang w:val="hy-AM"/>
        </w:rPr>
      </w:pPr>
      <w:r w:rsidRPr="00892FD4">
        <w:rPr>
          <w:rStyle w:val="cf21"/>
          <w:rFonts w:ascii="GHEA Grapalat" w:hAnsi="GHEA Grapalat"/>
          <w:sz w:val="20"/>
          <w:szCs w:val="20"/>
          <w:lang w:val="hy-AM"/>
        </w:rPr>
        <w:t>բ. 36-ժամյա աշխատանքային շաբաթ՝ 500 դրամ։</w:t>
      </w:r>
    </w:p>
  </w:footnote>
  <w:footnote w:id="27">
    <w:p w14:paraId="17E377E2" w14:textId="77777777" w:rsidR="009A0AC0" w:rsidRPr="00892FD4" w:rsidRDefault="009A0AC0" w:rsidP="0000255A">
      <w:pPr>
        <w:pStyle w:val="FootnoteText"/>
        <w:rPr>
          <w:rFonts w:ascii="GHEA Grapalat" w:hAnsi="GHEA Grapalat"/>
        </w:rPr>
      </w:pPr>
      <w:r w:rsidRPr="00892FD4">
        <w:rPr>
          <w:rStyle w:val="FootnoteReference"/>
          <w:rFonts w:ascii="GHEA Grapalat" w:hAnsi="GHEA Grapalat"/>
        </w:rPr>
        <w:footnoteRef/>
      </w:r>
      <w:r w:rsidRPr="00892FD4">
        <w:rPr>
          <w:rFonts w:ascii="GHEA Grapalat" w:hAnsi="GHEA Grapalat"/>
        </w:rPr>
        <w:t xml:space="preserve"> Անհրաժեշտ է թողնել ներքևում նշված տարբերակներից մեկը՝ հիմք ընդունելով Աշկերտի տարիքը։</w:t>
      </w:r>
    </w:p>
  </w:footnote>
  <w:footnote w:id="28">
    <w:p w14:paraId="0C7ADAE4" w14:textId="37CD204F" w:rsidR="009A0AC0" w:rsidRPr="00892FD4" w:rsidRDefault="009A0AC0" w:rsidP="0000255A">
      <w:pPr>
        <w:pStyle w:val="FootnoteText"/>
        <w:jc w:val="both"/>
        <w:rPr>
          <w:rFonts w:ascii="GHEA Grapalat" w:hAnsi="GHEA Grapalat" w:cs="Segoe UI"/>
        </w:rPr>
      </w:pPr>
      <w:r w:rsidRPr="00892FD4">
        <w:rPr>
          <w:rStyle w:val="FootnoteReference"/>
          <w:rFonts w:ascii="GHEA Grapalat" w:hAnsi="GHEA Grapalat" w:cs="Segoe UI"/>
        </w:rPr>
        <w:footnoteRef/>
      </w:r>
      <w:bookmarkStart w:id="40" w:name="_Hlk152756218"/>
      <w:r w:rsidR="00892FD4">
        <w:rPr>
          <w:rFonts w:ascii="GHEA Grapalat" w:hAnsi="GHEA Grapalat" w:cs="Segoe UI"/>
        </w:rPr>
        <w:t xml:space="preserve"> </w:t>
      </w:r>
      <w:r w:rsidRPr="00892FD4">
        <w:rPr>
          <w:rFonts w:ascii="GHEA Grapalat" w:hAnsi="GHEA Grapalat" w:cs="Segoe UI"/>
        </w:rPr>
        <w:t xml:space="preserve">Մինչև տասնվեց տարեկան աշխատողների աշխատանքային պայմանագիրը կնքվում է ծնողներից կամ խնամատար ծնողներից կամ որդեգրողներից մեկի կամ խնամակալի ստորագրությամբ։  </w:t>
      </w:r>
      <w:bookmarkEnd w:id="40"/>
      <w:r w:rsidRPr="00892FD4">
        <w:rPr>
          <w:rFonts w:ascii="GHEA Grapalat" w:hAnsi="GHEA Grapalat" w:cs="Segoe UI"/>
        </w:rPr>
        <w:t xml:space="preserve"> 16 տարեկանը լրացած աշխատողների պարագայում համապատասխան սյունակը հանվում է։</w:t>
      </w:r>
    </w:p>
  </w:footnote>
  <w:footnote w:id="29">
    <w:p w14:paraId="602C22BC" w14:textId="77777777" w:rsidR="009A0AC0" w:rsidRPr="00892FD4" w:rsidRDefault="009A0AC0" w:rsidP="0000255A">
      <w:pPr>
        <w:pStyle w:val="FootnoteText"/>
        <w:jc w:val="both"/>
        <w:rPr>
          <w:rFonts w:ascii="GHEA Grapalat" w:hAnsi="GHEA Grapalat"/>
        </w:rPr>
      </w:pPr>
      <w:r w:rsidRPr="00892FD4">
        <w:rPr>
          <w:rStyle w:val="FootnoteReference"/>
          <w:rFonts w:ascii="GHEA Grapalat" w:hAnsi="GHEA Grapalat" w:cs="Segoe UI"/>
        </w:rPr>
        <w:footnoteRef/>
      </w:r>
      <w:r w:rsidRPr="00892FD4">
        <w:rPr>
          <w:rFonts w:ascii="GHEA Grapalat" w:hAnsi="GHEA Grapalat" w:cs="Segoe UI"/>
        </w:rPr>
        <w:t xml:space="preserve"> Ֆիզիկական անձ գործատուի դեպքում անհրաժեշտ է նշել նրա անունը, ազգանունը և հայրանունը։</w:t>
      </w:r>
    </w:p>
  </w:footnote>
  <w:footnote w:id="30">
    <w:p w14:paraId="183D7232" w14:textId="77777777" w:rsidR="009A0AC0" w:rsidRPr="00892FD4" w:rsidRDefault="009A0AC0" w:rsidP="0000255A">
      <w:pPr>
        <w:pStyle w:val="FootnoteText"/>
        <w:rPr>
          <w:rFonts w:ascii="GHEA Grapalat" w:hAnsi="GHEA Grapalat"/>
        </w:rPr>
      </w:pPr>
      <w:r w:rsidRPr="00892FD4">
        <w:rPr>
          <w:rStyle w:val="FootnoteReference"/>
          <w:rFonts w:ascii="GHEA Grapalat" w:hAnsi="GHEA Grapalat"/>
        </w:rPr>
        <w:footnoteRef/>
      </w:r>
      <w:r w:rsidRPr="00892FD4">
        <w:rPr>
          <w:rFonts w:ascii="GHEA Grapalat" w:hAnsi="GHEA Grapalat"/>
        </w:rPr>
        <w:t xml:space="preserve"> </w:t>
      </w:r>
      <w:r w:rsidRPr="00892FD4">
        <w:rPr>
          <w:rFonts w:ascii="GHEA Grapalat" w:hAnsi="GHEA Grapalat" w:cs="Segoe UI"/>
        </w:rPr>
        <w:t>Եթե գործատուն ֆիզիկական անձ է։</w:t>
      </w:r>
    </w:p>
  </w:footnote>
  <w:footnote w:id="31">
    <w:p w14:paraId="76515830" w14:textId="77777777" w:rsidR="00D75570" w:rsidRPr="00892FD4" w:rsidRDefault="00D75570" w:rsidP="00D75570">
      <w:pPr>
        <w:pStyle w:val="FootnoteText"/>
        <w:rPr>
          <w:rFonts w:ascii="GHEA Grapalat" w:hAnsi="GHEA Grapalat"/>
        </w:rPr>
      </w:pPr>
      <w:r w:rsidRPr="00892FD4">
        <w:rPr>
          <w:rStyle w:val="FootnoteReference"/>
          <w:rFonts w:ascii="GHEA Grapalat" w:hAnsi="GHEA Grapalat"/>
        </w:rPr>
        <w:footnoteRef/>
      </w:r>
      <w:r w:rsidRPr="00892FD4">
        <w:rPr>
          <w:rFonts w:ascii="GHEA Grapalat" w:hAnsi="GHEA Grapalat"/>
        </w:rPr>
        <w:t xml:space="preserve"> </w:t>
      </w:r>
      <w:r w:rsidRPr="00892FD4">
        <w:rPr>
          <w:rFonts w:ascii="GHEA Grapalat" w:hAnsi="GHEA Grapalat" w:cs="Segoe UI"/>
        </w:rPr>
        <w:t>14-18 տարեկան անչափահասների դեպքում բանկային հաշիվը բանկում բացվում է նրանց օրինական ներկայացուցիչների` ծնողների, խնամատար ծնողների, որդեգրողների գրավոր համաձայնությամբ:</w:t>
      </w:r>
    </w:p>
  </w:footnote>
  <w:footnote w:id="32">
    <w:p w14:paraId="05B75727" w14:textId="04C05E1C" w:rsidR="003F1EF6" w:rsidRPr="00E879BF" w:rsidRDefault="003F1EF6" w:rsidP="0000255A">
      <w:pPr>
        <w:pStyle w:val="FootnoteText"/>
        <w:rPr>
          <w:rFonts w:ascii="GHEA Grapalat" w:hAnsi="GHEA Grapalat"/>
        </w:rPr>
      </w:pPr>
      <w:r w:rsidRPr="00E879BF">
        <w:rPr>
          <w:rStyle w:val="FootnoteReference"/>
          <w:rFonts w:ascii="GHEA Grapalat" w:hAnsi="GHEA Grapalat"/>
        </w:rPr>
        <w:footnoteRef/>
      </w:r>
      <w:r w:rsidRPr="00E879BF">
        <w:rPr>
          <w:rFonts w:ascii="GHEA Grapalat" w:hAnsi="GHEA Grapalat"/>
        </w:rPr>
        <w:t xml:space="preserve"> </w:t>
      </w:r>
      <w:r w:rsidR="00D54D46" w:rsidRPr="00D54D46">
        <w:rPr>
          <w:rFonts w:ascii="GHEA Grapalat" w:hAnsi="GHEA Grapalat"/>
        </w:rPr>
        <w:t>Փաստաթուղթը օրինակելի ձև է և, ըստ անհրաժեշտության, կարող է փոփոխվել և լրացվել կողմերի համաձայնությամբ։</w:t>
      </w:r>
      <w:r w:rsidR="00F0646A">
        <w:rPr>
          <w:rFonts w:ascii="GHEA Grapalat" w:hAnsi="GHEA Grapalat"/>
        </w:rPr>
        <w:t xml:space="preserve"> Տողատակերում</w:t>
      </w:r>
      <w:r w:rsidR="00F0646A" w:rsidRPr="00F0646A">
        <w:rPr>
          <w:rFonts w:ascii="GHEA Grapalat" w:hAnsi="GHEA Grapalat"/>
        </w:rPr>
        <w:t xml:space="preserve"> կատարված նշումները ունեն ծանոթագրական բնույթ և </w:t>
      </w:r>
      <w:r w:rsidR="00F0646A">
        <w:rPr>
          <w:rFonts w:ascii="GHEA Grapalat" w:hAnsi="GHEA Grapalat"/>
        </w:rPr>
        <w:t xml:space="preserve">փաստաթուղթը </w:t>
      </w:r>
      <w:r w:rsidR="00F0646A" w:rsidRPr="00F0646A">
        <w:rPr>
          <w:rFonts w:ascii="GHEA Grapalat" w:hAnsi="GHEA Grapalat"/>
        </w:rPr>
        <w:t>լրացնելիս պետք է ջնջել։</w:t>
      </w:r>
    </w:p>
  </w:footnote>
  <w:footnote w:id="33">
    <w:p w14:paraId="67658F01" w14:textId="77777777" w:rsidR="009A0AC0" w:rsidRPr="00892FD4" w:rsidRDefault="009A0AC0" w:rsidP="0000255A">
      <w:pPr>
        <w:pStyle w:val="FootnoteText"/>
        <w:jc w:val="both"/>
        <w:rPr>
          <w:rFonts w:ascii="GHEA Grapalat" w:hAnsi="GHEA Grapalat" w:cs="Segoe UI"/>
        </w:rPr>
      </w:pPr>
      <w:r w:rsidRPr="00892FD4">
        <w:rPr>
          <w:rStyle w:val="FootnoteReference"/>
          <w:rFonts w:ascii="GHEA Grapalat" w:hAnsi="GHEA Grapalat"/>
        </w:rPr>
        <w:footnoteRef/>
      </w:r>
      <w:r w:rsidRPr="00892FD4">
        <w:rPr>
          <w:rFonts w:ascii="GHEA Grapalat" w:hAnsi="GHEA Grapalat"/>
        </w:rPr>
        <w:t xml:space="preserve"> </w:t>
      </w:r>
      <w:r w:rsidRPr="00892FD4">
        <w:rPr>
          <w:rFonts w:ascii="GHEA Grapalat" w:hAnsi="GHEA Grapalat" w:cs="Segoe UI"/>
        </w:rPr>
        <w:t>Անհրաժեշտ է նշել կազմակերպության անվանումը և կազմակերպաիրավական ձևը։</w:t>
      </w:r>
    </w:p>
  </w:footnote>
  <w:footnote w:id="34">
    <w:p w14:paraId="3E2BF527" w14:textId="77777777" w:rsidR="009A0AC0" w:rsidRPr="00892FD4" w:rsidRDefault="009A0AC0" w:rsidP="0000255A">
      <w:pPr>
        <w:pStyle w:val="FootnoteText"/>
        <w:jc w:val="both"/>
        <w:rPr>
          <w:rFonts w:ascii="GHEA Grapalat" w:hAnsi="GHEA Grapalat" w:cs="Segoe UI"/>
        </w:rPr>
      </w:pPr>
      <w:r w:rsidRPr="00892FD4">
        <w:rPr>
          <w:rStyle w:val="FootnoteReference"/>
          <w:rFonts w:ascii="GHEA Grapalat" w:hAnsi="GHEA Grapalat" w:cs="Segoe UI"/>
        </w:rPr>
        <w:footnoteRef/>
      </w:r>
      <w:r w:rsidRPr="00892FD4">
        <w:rPr>
          <w:rFonts w:ascii="GHEA Grapalat" w:hAnsi="GHEA Grapalat" w:cs="Segoe UI"/>
        </w:rPr>
        <w:t xml:space="preserve"> Անհրաժեշտ է նշել ուսանողի անունը, ազգանունը և հայրանունը։</w:t>
      </w:r>
    </w:p>
  </w:footnote>
  <w:footnote w:id="35">
    <w:p w14:paraId="3768A033" w14:textId="77777777" w:rsidR="009A0AC0" w:rsidRPr="00892FD4" w:rsidRDefault="009A0AC0" w:rsidP="0000255A">
      <w:pPr>
        <w:pStyle w:val="pf0"/>
        <w:spacing w:before="0" w:beforeAutospacing="0" w:after="0" w:afterAutospacing="0"/>
        <w:contextualSpacing/>
        <w:jc w:val="both"/>
        <w:rPr>
          <w:rFonts w:ascii="GHEA Grapalat" w:eastAsia="MS Gothic" w:hAnsi="GHEA Grapalat" w:cs="Segoe UI"/>
          <w:sz w:val="20"/>
          <w:szCs w:val="20"/>
          <w:lang w:val="hy-AM"/>
        </w:rPr>
      </w:pPr>
      <w:r w:rsidRPr="00892FD4">
        <w:rPr>
          <w:rStyle w:val="FootnoteReference"/>
          <w:rFonts w:ascii="GHEA Grapalat" w:hAnsi="GHEA Grapalat" w:cs="Segoe UI"/>
          <w:sz w:val="20"/>
          <w:szCs w:val="20"/>
        </w:rPr>
        <w:footnoteRef/>
      </w:r>
      <w:r w:rsidRPr="00892FD4">
        <w:rPr>
          <w:rFonts w:ascii="GHEA Grapalat" w:hAnsi="GHEA Grapalat" w:cs="Segoe UI"/>
          <w:sz w:val="20"/>
          <w:szCs w:val="20"/>
          <w:lang w:val="hy-AM"/>
        </w:rPr>
        <w:t xml:space="preserve"> </w:t>
      </w:r>
      <w:r w:rsidRPr="00E879BF">
        <w:rPr>
          <w:rStyle w:val="cf01"/>
          <w:rFonts w:ascii="GHEA Grapalat" w:eastAsia="Calibri" w:hAnsi="GHEA Grapalat"/>
          <w:sz w:val="20"/>
          <w:szCs w:val="20"/>
          <w:lang w:val="hy-AM"/>
        </w:rPr>
        <w:t>Եթե լրացուցիչ կրթական ծրագիր է, ապա կիրառվում է այս ձևակերպումը</w:t>
      </w:r>
      <w:r w:rsidRPr="00E879BF">
        <w:rPr>
          <w:rStyle w:val="cf01"/>
          <w:rFonts w:ascii="MS Mincho" w:eastAsia="MS Mincho" w:hAnsi="MS Mincho" w:cs="MS Mincho"/>
          <w:sz w:val="20"/>
          <w:szCs w:val="20"/>
          <w:lang w:val="hy-AM"/>
        </w:rPr>
        <w:t>․</w:t>
      </w:r>
    </w:p>
    <w:p w14:paraId="43D6A5DC" w14:textId="322F68A0" w:rsidR="009A0AC0" w:rsidRPr="00892FD4" w:rsidRDefault="009A0AC0" w:rsidP="0000255A">
      <w:pPr>
        <w:pStyle w:val="FootnoteText"/>
        <w:jc w:val="both"/>
        <w:rPr>
          <w:rFonts w:ascii="GHEA Grapalat" w:hAnsi="GHEA Grapalat"/>
        </w:rPr>
      </w:pPr>
      <w:r w:rsidRPr="00892FD4">
        <w:rPr>
          <w:rFonts w:ascii="GHEA Grapalat" w:hAnsi="GHEA Grapalat" w:cs="Segoe UI"/>
        </w:rPr>
        <w:t>«</w:t>
      </w:r>
      <w:r w:rsidRPr="00892FD4">
        <w:rPr>
          <w:rFonts w:ascii="GHEA Grapalat" w:eastAsia="MS Gothic" w:hAnsi="GHEA Grapalat" w:cs="Segoe UI"/>
          <w:bCs/>
          <w:i/>
          <w:iCs/>
        </w:rPr>
        <w:t xml:space="preserve">կրթության և ուսուցման ծրագրեր իրականացնող </w:t>
      </w:r>
      <w:r w:rsidRPr="00892FD4">
        <w:rPr>
          <w:rFonts w:ascii="GHEA Grapalat" w:hAnsi="GHEA Grapalat" w:cs="Segoe UI"/>
          <w:bCs/>
          <w:i/>
          <w:iCs/>
        </w:rPr>
        <w:t>[</w:t>
      </w:r>
      <w:r w:rsidRPr="00892FD4">
        <w:rPr>
          <w:rFonts w:ascii="GHEA Grapalat" w:hAnsi="GHEA Grapalat" w:cs="Segoe UI"/>
          <w:bCs/>
          <w:i/>
          <w:iCs/>
          <w:u w:val="single"/>
        </w:rPr>
        <w:tab/>
      </w:r>
      <w:r w:rsidRPr="00892FD4">
        <w:rPr>
          <w:rFonts w:ascii="GHEA Grapalat" w:hAnsi="GHEA Grapalat" w:cs="Segoe UI"/>
          <w:bCs/>
          <w:i/>
          <w:iCs/>
          <w:u w:val="single"/>
        </w:rPr>
        <w:tab/>
      </w:r>
      <w:r w:rsidRPr="00892FD4">
        <w:rPr>
          <w:rFonts w:ascii="GHEA Grapalat" w:hAnsi="GHEA Grapalat" w:cs="Segoe UI"/>
          <w:bCs/>
          <w:i/>
          <w:iCs/>
          <w:u w:val="single"/>
        </w:rPr>
        <w:tab/>
      </w:r>
      <w:r w:rsidRPr="00892FD4">
        <w:rPr>
          <w:rFonts w:ascii="GHEA Grapalat" w:hAnsi="GHEA Grapalat" w:cs="Segoe UI"/>
          <w:bCs/>
          <w:i/>
          <w:iCs/>
          <w:u w:val="single"/>
        </w:rPr>
        <w:tab/>
      </w:r>
      <w:r w:rsidRPr="00892FD4">
        <w:rPr>
          <w:rFonts w:ascii="GHEA Grapalat" w:hAnsi="GHEA Grapalat" w:cs="Segoe UI"/>
          <w:bCs/>
          <w:i/>
          <w:iCs/>
          <w:u w:val="single"/>
        </w:rPr>
        <w:tab/>
      </w:r>
      <w:r w:rsidRPr="00892FD4">
        <w:rPr>
          <w:rFonts w:ascii="GHEA Grapalat" w:hAnsi="GHEA Grapalat" w:cs="Segoe UI"/>
          <w:bCs/>
          <w:i/>
          <w:iCs/>
        </w:rPr>
        <w:t xml:space="preserve">] </w:t>
      </w:r>
      <w:r w:rsidRPr="00892FD4">
        <w:rPr>
          <w:rFonts w:ascii="GHEA Grapalat" w:eastAsia="MS Gothic" w:hAnsi="GHEA Grapalat" w:cs="Segoe UI"/>
          <w:bCs/>
          <w:i/>
          <w:iCs/>
        </w:rPr>
        <w:t xml:space="preserve">կազմակերպության (այսուհետ՝ </w:t>
      </w:r>
      <w:r w:rsidRPr="00892FD4">
        <w:rPr>
          <w:rFonts w:ascii="GHEA Grapalat" w:eastAsia="MS Gothic" w:hAnsi="GHEA Grapalat" w:cs="Segoe UI"/>
          <w:b/>
          <w:i/>
          <w:iCs/>
        </w:rPr>
        <w:t>Կազմակերպություն</w:t>
      </w:r>
      <w:r w:rsidRPr="00892FD4">
        <w:rPr>
          <w:rFonts w:ascii="GHEA Grapalat" w:eastAsia="MS Gothic" w:hAnsi="GHEA Grapalat" w:cs="Segoe UI"/>
          <w:bCs/>
          <w:i/>
          <w:iCs/>
        </w:rPr>
        <w:t>)</w:t>
      </w:r>
      <w:r w:rsidRPr="00892FD4">
        <w:rPr>
          <w:rFonts w:ascii="GHEA Grapalat" w:hAnsi="GHEA Grapalat" w:cs="Segoe UI"/>
        </w:rPr>
        <w:t xml:space="preserve">»։ </w:t>
      </w:r>
      <w:r w:rsidRPr="00892FD4">
        <w:rPr>
          <w:rFonts w:ascii="GHEA Grapalat" w:hAnsi="GHEA Grapalat" w:cs="Segoe UI"/>
          <w:i/>
          <w:iCs/>
        </w:rPr>
        <w:t xml:space="preserve">Ըստ այդմ՝ </w:t>
      </w:r>
      <w:r w:rsidR="00226B8B" w:rsidRPr="00226B8B">
        <w:rPr>
          <w:rFonts w:ascii="GHEA Grapalat" w:hAnsi="GHEA Grapalat" w:cs="Segoe UI"/>
          <w:i/>
          <w:iCs/>
        </w:rPr>
        <w:t>Պ</w:t>
      </w:r>
      <w:r w:rsidRPr="00892FD4">
        <w:rPr>
          <w:rFonts w:ascii="GHEA Grapalat" w:hAnsi="GHEA Grapalat" w:cs="Segoe UI"/>
          <w:i/>
          <w:iCs/>
        </w:rPr>
        <w:t>այմանագրի ամբողջ տեքստում «ՄՈՒՀ» բառը փոխարինվում է «Կազմակերպություն» բառով։</w:t>
      </w:r>
    </w:p>
  </w:footnote>
  <w:footnote w:id="36">
    <w:p w14:paraId="1CA5C0E4" w14:textId="77777777" w:rsidR="009A0AC0" w:rsidRPr="00892FD4" w:rsidRDefault="009A0AC0" w:rsidP="0000255A">
      <w:pPr>
        <w:pStyle w:val="pf0"/>
        <w:spacing w:before="0" w:beforeAutospacing="0" w:after="0" w:afterAutospacing="0"/>
        <w:rPr>
          <w:rFonts w:ascii="GHEA Grapalat" w:hAnsi="GHEA Grapalat" w:cs="Arial"/>
          <w:sz w:val="20"/>
          <w:szCs w:val="20"/>
          <w:lang w:val="hy-AM"/>
        </w:rPr>
      </w:pPr>
      <w:r w:rsidRPr="00892FD4">
        <w:rPr>
          <w:rStyle w:val="FootnoteReference"/>
          <w:rFonts w:ascii="GHEA Grapalat" w:hAnsi="GHEA Grapalat"/>
          <w:sz w:val="20"/>
          <w:szCs w:val="20"/>
          <w:lang w:val="hy-AM"/>
        </w:rPr>
        <w:footnoteRef/>
      </w:r>
      <w:r w:rsidRPr="00892FD4">
        <w:rPr>
          <w:rFonts w:ascii="GHEA Grapalat" w:hAnsi="GHEA Grapalat"/>
          <w:sz w:val="20"/>
          <w:szCs w:val="20"/>
          <w:lang w:val="hy-AM"/>
        </w:rPr>
        <w:t xml:space="preserve"> </w:t>
      </w:r>
      <w:r w:rsidRPr="00E879BF">
        <w:rPr>
          <w:rStyle w:val="cf01"/>
          <w:rFonts w:ascii="GHEA Grapalat" w:eastAsia="Calibri" w:hAnsi="GHEA Grapalat"/>
          <w:sz w:val="20"/>
          <w:szCs w:val="20"/>
          <w:lang w:val="hy-AM"/>
        </w:rPr>
        <w:t xml:space="preserve">Եթե Կազմակերպության գործունեության մի քանի վայր կա կամ ուսուցման ժամանակ Ուսանողը ԳԱՈՒ  է անցնելու Կազմակերպության տարբեր բաժիններում, ապա նշել դրանց բոլորի անվանումը (վայրը և հասցեն): </w:t>
      </w:r>
    </w:p>
    <w:p w14:paraId="1DE5A7BF" w14:textId="77777777" w:rsidR="009A0AC0" w:rsidRPr="00892FD4" w:rsidRDefault="009A0AC0" w:rsidP="0000255A">
      <w:pPr>
        <w:pStyle w:val="FootnoteText"/>
        <w:rPr>
          <w:rFonts w:ascii="GHEA Grapalat" w:hAnsi="GHEA Grapalat"/>
        </w:rPr>
      </w:pPr>
    </w:p>
  </w:footnote>
  <w:footnote w:id="37">
    <w:p w14:paraId="0E6117B7" w14:textId="77777777" w:rsidR="009A0AC0" w:rsidRPr="00892FD4" w:rsidRDefault="009A0AC0" w:rsidP="0000255A">
      <w:pPr>
        <w:pStyle w:val="FootnoteText"/>
        <w:rPr>
          <w:rFonts w:ascii="GHEA Grapalat" w:hAnsi="GHEA Grapalat"/>
        </w:rPr>
      </w:pPr>
      <w:r w:rsidRPr="00892FD4">
        <w:rPr>
          <w:rStyle w:val="FootnoteReference"/>
          <w:rFonts w:ascii="GHEA Grapalat" w:hAnsi="GHEA Grapalat"/>
        </w:rPr>
        <w:footnoteRef/>
      </w:r>
      <w:r w:rsidRPr="00892FD4">
        <w:rPr>
          <w:rFonts w:ascii="GHEA Grapalat" w:hAnsi="GHEA Grapalat"/>
        </w:rPr>
        <w:t xml:space="preserve"> </w:t>
      </w:r>
      <w:r w:rsidRPr="00892FD4">
        <w:rPr>
          <w:rFonts w:ascii="GHEA Grapalat" w:hAnsi="GHEA Grapalat" w:cs="Segoe UI"/>
        </w:rPr>
        <w:t>Հանել այս դրույթը, եթե տեղափոխման կամ կեցության ծախսեր հոգալու անհրաժեշտություն չկա։</w:t>
      </w:r>
    </w:p>
  </w:footnote>
  <w:footnote w:id="38">
    <w:p w14:paraId="3DD78C57" w14:textId="77777777" w:rsidR="009A0AC0" w:rsidRPr="00892FD4" w:rsidRDefault="009A0AC0" w:rsidP="0000255A">
      <w:pPr>
        <w:pStyle w:val="FootnoteText"/>
        <w:rPr>
          <w:rFonts w:ascii="GHEA Grapalat" w:hAnsi="GHEA Grapalat" w:cs="Segoe UI"/>
        </w:rPr>
      </w:pPr>
      <w:r w:rsidRPr="00892FD4">
        <w:rPr>
          <w:rStyle w:val="FootnoteReference"/>
          <w:rFonts w:ascii="GHEA Grapalat" w:hAnsi="GHEA Grapalat"/>
        </w:rPr>
        <w:footnoteRef/>
      </w:r>
      <w:r w:rsidRPr="00892FD4">
        <w:rPr>
          <w:rFonts w:ascii="GHEA Grapalat" w:hAnsi="GHEA Grapalat"/>
        </w:rPr>
        <w:t xml:space="preserve"> </w:t>
      </w:r>
      <w:r w:rsidRPr="00892FD4">
        <w:rPr>
          <w:rFonts w:ascii="GHEA Grapalat" w:hAnsi="GHEA Grapalat" w:cs="Segoe UI"/>
        </w:rPr>
        <w:t>14-18 տարեկան Ուսանողի պարագայում ստորագրում են ինչպես Ուսանողը, այնպես էլ՝ նրա օրինական ներկայացուցիչը՝ ծնող, որդեգրող կամ հոգաբարձու:</w:t>
      </w:r>
    </w:p>
  </w:footnote>
  <w:footnote w:id="39">
    <w:p w14:paraId="112FBCAD" w14:textId="77777777" w:rsidR="009A0AC0" w:rsidRPr="00892FD4" w:rsidRDefault="009A0AC0" w:rsidP="0000255A">
      <w:pPr>
        <w:pStyle w:val="FootnoteText"/>
        <w:rPr>
          <w:rFonts w:ascii="GHEA Grapalat" w:hAnsi="GHEA Grapalat"/>
        </w:rPr>
      </w:pPr>
      <w:r w:rsidRPr="00892FD4">
        <w:rPr>
          <w:rStyle w:val="FootnoteReference"/>
          <w:rFonts w:ascii="GHEA Grapalat" w:hAnsi="GHEA Grapalat" w:cs="Segoe UI"/>
        </w:rPr>
        <w:footnoteRef/>
      </w:r>
      <w:r w:rsidRPr="00892FD4">
        <w:rPr>
          <w:rFonts w:ascii="GHEA Grapalat" w:hAnsi="GHEA Grapalat" w:cs="Segoe UI"/>
        </w:rPr>
        <w:t xml:space="preserve"> Լրացվում է ֆիզիկական անձ գործատուի դեպքում։</w:t>
      </w:r>
    </w:p>
  </w:footnote>
  <w:footnote w:id="40">
    <w:p w14:paraId="6F65EEDE" w14:textId="77777777" w:rsidR="009A0AC0" w:rsidRPr="00892FD4" w:rsidRDefault="009A0AC0" w:rsidP="0000255A">
      <w:pPr>
        <w:pStyle w:val="FootnoteText"/>
        <w:rPr>
          <w:rFonts w:ascii="GHEA Grapalat" w:hAnsi="GHEA Grapalat"/>
        </w:rPr>
      </w:pPr>
      <w:r w:rsidRPr="00892FD4">
        <w:rPr>
          <w:rStyle w:val="FootnoteReference"/>
          <w:rFonts w:ascii="GHEA Grapalat" w:hAnsi="GHEA Grapalat"/>
        </w:rPr>
        <w:footnoteRef/>
      </w:r>
      <w:r w:rsidRPr="00892FD4">
        <w:rPr>
          <w:rFonts w:ascii="GHEA Grapalat" w:hAnsi="GHEA Grapalat"/>
        </w:rPr>
        <w:t xml:space="preserve"> </w:t>
      </w:r>
      <w:r w:rsidRPr="00892FD4">
        <w:rPr>
          <w:rFonts w:ascii="GHEA Grapalat" w:hAnsi="GHEA Grapalat" w:cs="Segoe UI"/>
        </w:rPr>
        <w:t>14-18 տարեկան անչափահասների դեպքում բանկային հաշիվը բանկում բացվում է նրանց օրինական ներկայացուցիչների` ծնողների, որդեգրողների կամ հոգաբարձուի գրավոր համաձայնությամբ:</w:t>
      </w:r>
    </w:p>
  </w:footnote>
  <w:footnote w:id="41">
    <w:p w14:paraId="19EF8A8A" w14:textId="4761B97F" w:rsidR="003F1EF6" w:rsidRPr="00E879BF" w:rsidRDefault="003F1EF6" w:rsidP="0000255A">
      <w:pPr>
        <w:pStyle w:val="FootnoteText"/>
        <w:rPr>
          <w:rFonts w:ascii="GHEA Grapalat" w:hAnsi="GHEA Grapalat"/>
        </w:rPr>
      </w:pPr>
      <w:r w:rsidRPr="00E879BF">
        <w:rPr>
          <w:rStyle w:val="FootnoteReference"/>
          <w:rFonts w:ascii="GHEA Grapalat" w:hAnsi="GHEA Grapalat"/>
        </w:rPr>
        <w:footnoteRef/>
      </w:r>
      <w:r w:rsidRPr="00E879BF">
        <w:rPr>
          <w:rFonts w:ascii="GHEA Grapalat" w:hAnsi="GHEA Grapalat"/>
        </w:rPr>
        <w:t xml:space="preserve"> </w:t>
      </w:r>
      <w:r w:rsidR="00A82FEE" w:rsidRPr="00A82FEE">
        <w:rPr>
          <w:rFonts w:ascii="GHEA Grapalat" w:hAnsi="GHEA Grapalat"/>
        </w:rPr>
        <w:t>Փաստաթուղթը օրինակելի ձև է և, ըստ անհրաժեշտության, կարող է փոփոխվել և լրացվել կողմերի համաձայնությամբ։</w:t>
      </w:r>
    </w:p>
    <w:p w14:paraId="289387E0" w14:textId="15A29D63" w:rsidR="003F1EF6" w:rsidRPr="00E879BF" w:rsidRDefault="003F1EF6" w:rsidP="0000255A">
      <w:pPr>
        <w:pStyle w:val="FootnoteText"/>
        <w:rPr>
          <w:rFonts w:ascii="GHEA Grapalat" w:hAnsi="GHEA Grapalat"/>
        </w:rPr>
      </w:pPr>
    </w:p>
  </w:footnote>
  <w:footnote w:id="42">
    <w:p w14:paraId="3489B96E" w14:textId="77777777" w:rsidR="009A0AC0" w:rsidRDefault="009A0AC0" w:rsidP="0000255A">
      <w:pPr>
        <w:pStyle w:val="FootnoteText"/>
        <w:rPr>
          <w:rFonts w:ascii="GHEA Grapalat" w:hAnsi="GHEA Grapalat"/>
        </w:rPr>
      </w:pPr>
      <w:r w:rsidRPr="00892FD4">
        <w:rPr>
          <w:rStyle w:val="FootnoteReference"/>
          <w:rFonts w:ascii="GHEA Grapalat" w:hAnsi="GHEA Grapalat"/>
        </w:rPr>
        <w:footnoteRef/>
      </w:r>
      <w:r w:rsidRPr="00892FD4">
        <w:rPr>
          <w:rFonts w:ascii="GHEA Grapalat" w:hAnsi="GHEA Grapalat"/>
        </w:rPr>
        <w:t xml:space="preserve"> «Մասնագիտական կրթության և ուսուցման ծրագրով աշխատանքի վրա հիմնված ուսումնառության շրջանակում գործնական աշխատանքային ուսուցում անցնող և որոշակի աշխատանք կատարող տասնվեցից մինչև տասնութ տարեկան անձանց՝ ալկոհոլային խմիչքների արտադրության մեջ, Հայաստանի Հանրապետության օրենսդրությամբ սահմանված ծանր, վնասակար, առանձնապես ծանր, առանձնապես վնասակար աշխատանքներում, ինչպես նաև մինչև տասնութ տարեկան անձանց համար ծանր և վնասակար համարվող աշխատանքներում ներգրավելու, նրանց առողջությունը, անվտանգությունը և բարոյականությունը պահպանելու պայմանները սահամնելու մասին»</w:t>
      </w:r>
    </w:p>
    <w:p w14:paraId="09FEAEF4" w14:textId="77777777" w:rsidR="004D448D" w:rsidRDefault="004D448D" w:rsidP="0000255A">
      <w:pPr>
        <w:pStyle w:val="FootnoteText"/>
        <w:rPr>
          <w:rFonts w:ascii="GHEA Grapalat" w:hAnsi="GHEA Grapalat"/>
        </w:rPr>
      </w:pPr>
    </w:p>
    <w:p w14:paraId="7C95ACEA" w14:textId="77777777" w:rsidR="004D448D" w:rsidRDefault="004D448D" w:rsidP="0000255A">
      <w:pPr>
        <w:pStyle w:val="FootnoteText"/>
        <w:rPr>
          <w:rFonts w:ascii="GHEA Grapalat" w:hAnsi="GHEA Grapalat"/>
        </w:rPr>
      </w:pPr>
    </w:p>
    <w:p w14:paraId="14DD9BE2" w14:textId="77777777" w:rsidR="004D448D" w:rsidRDefault="004D448D" w:rsidP="0000255A">
      <w:pPr>
        <w:pStyle w:val="FootnoteText"/>
        <w:rPr>
          <w:rFonts w:ascii="GHEA Grapalat" w:hAnsi="GHEA Grapalat"/>
        </w:rPr>
      </w:pPr>
    </w:p>
    <w:p w14:paraId="338F8A99" w14:textId="77777777" w:rsidR="004D448D" w:rsidRDefault="004D448D" w:rsidP="0000255A">
      <w:pPr>
        <w:pStyle w:val="FootnoteText"/>
        <w:rPr>
          <w:rFonts w:ascii="GHEA Grapalat" w:hAnsi="GHEA Grapalat"/>
        </w:rPr>
      </w:pPr>
    </w:p>
    <w:p w14:paraId="7B0FE12F" w14:textId="77777777" w:rsidR="004D448D" w:rsidRDefault="004D448D" w:rsidP="0000255A">
      <w:pPr>
        <w:pStyle w:val="FootnoteText"/>
        <w:rPr>
          <w:rFonts w:ascii="GHEA Grapalat" w:hAnsi="GHEA Grapalat"/>
        </w:rPr>
      </w:pPr>
    </w:p>
    <w:p w14:paraId="59A0D152" w14:textId="77777777" w:rsidR="004D448D" w:rsidRDefault="004D448D" w:rsidP="0000255A">
      <w:pPr>
        <w:pStyle w:val="FootnoteText"/>
        <w:rPr>
          <w:rFonts w:ascii="GHEA Grapalat" w:hAnsi="GHEA Grapalat"/>
        </w:rPr>
      </w:pPr>
    </w:p>
    <w:p w14:paraId="33358557" w14:textId="77777777" w:rsidR="004D448D" w:rsidRDefault="004D448D" w:rsidP="0000255A">
      <w:pPr>
        <w:pStyle w:val="FootnoteText"/>
        <w:rPr>
          <w:rFonts w:ascii="GHEA Grapalat" w:hAnsi="GHEA Grapalat"/>
        </w:rPr>
      </w:pPr>
    </w:p>
    <w:p w14:paraId="7C10E2AC" w14:textId="77777777" w:rsidR="004D448D" w:rsidRDefault="004D448D" w:rsidP="0000255A">
      <w:pPr>
        <w:pStyle w:val="FootnoteText"/>
        <w:rPr>
          <w:rFonts w:ascii="GHEA Grapalat" w:hAnsi="GHEA Grapalat"/>
        </w:rPr>
      </w:pPr>
    </w:p>
    <w:p w14:paraId="6F1A5396" w14:textId="77777777" w:rsidR="004D448D" w:rsidRPr="00892FD4" w:rsidRDefault="004D448D" w:rsidP="0000255A">
      <w:pPr>
        <w:pStyle w:val="FootnoteText"/>
        <w:rPr>
          <w:rFonts w:ascii="GHEA Grapalat" w:hAnsi="GHEA Grapala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BA6D0" w14:textId="77777777" w:rsidR="004D03C1" w:rsidRDefault="004D03C1">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C84630A"/>
    <w:multiLevelType w:val="hybridMultilevel"/>
    <w:tmpl w:val="86061410"/>
    <w:lvl w:ilvl="0" w:tplc="DB18D498">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CA3756F"/>
    <w:multiLevelType w:val="hybridMultilevel"/>
    <w:tmpl w:val="588692B2"/>
    <w:lvl w:ilvl="0" w:tplc="3E7A29E6">
      <w:start w:val="1"/>
      <w:numFmt w:val="decimal"/>
      <w:pStyle w:val="paragraph"/>
      <w:lvlText w:val="%1)"/>
      <w:lvlJc w:val="left"/>
      <w:pPr>
        <w:ind w:left="1004" w:hanging="360"/>
      </w:pPr>
      <w:rPr>
        <w:rFonts w:eastAsia="Times New Roman" w:cs="Arial" w:hint="default"/>
        <w:color w:val="333333"/>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8" w15:restartNumberingAfterBreak="0">
    <w:nsid w:val="0D593E5D"/>
    <w:multiLevelType w:val="multilevel"/>
    <w:tmpl w:val="227897FC"/>
    <w:lvl w:ilvl="0">
      <w:start w:val="1"/>
      <w:numFmt w:val="decimal"/>
      <w:lvlText w:val="%1."/>
      <w:lvlJc w:val="left"/>
      <w:pPr>
        <w:ind w:left="928" w:hanging="360"/>
      </w:pPr>
      <w:rPr>
        <w:rFonts w:ascii="GHEA Grapalat" w:hAnsi="GHEA Grapalat" w:hint="default"/>
        <w:b w:val="0"/>
        <w:color w:val="auto"/>
        <w:sz w:val="24"/>
        <w:szCs w:val="24"/>
        <w:lang w:val="hy"/>
      </w:rPr>
    </w:lvl>
    <w:lvl w:ilvl="1">
      <w:start w:val="1"/>
      <w:numFmt w:val="lowerLetter"/>
      <w:lvlText w:val="%2."/>
      <w:lvlJc w:val="left"/>
      <w:pPr>
        <w:ind w:left="1739" w:hanging="360"/>
      </w:pPr>
    </w:lvl>
    <w:lvl w:ilvl="2">
      <w:start w:val="1"/>
      <w:numFmt w:val="lowerRoman"/>
      <w:lvlText w:val="%3."/>
      <w:lvlJc w:val="right"/>
      <w:pPr>
        <w:ind w:left="2459" w:hanging="180"/>
      </w:pPr>
    </w:lvl>
    <w:lvl w:ilvl="3">
      <w:start w:val="1"/>
      <w:numFmt w:val="decimal"/>
      <w:lvlText w:val="%4."/>
      <w:lvlJc w:val="left"/>
      <w:pPr>
        <w:ind w:left="3179" w:hanging="360"/>
      </w:pPr>
    </w:lvl>
    <w:lvl w:ilvl="4">
      <w:start w:val="1"/>
      <w:numFmt w:val="lowerLetter"/>
      <w:lvlText w:val="%5."/>
      <w:lvlJc w:val="left"/>
      <w:pPr>
        <w:ind w:left="3899" w:hanging="360"/>
      </w:pPr>
    </w:lvl>
    <w:lvl w:ilvl="5">
      <w:start w:val="1"/>
      <w:numFmt w:val="lowerRoman"/>
      <w:lvlText w:val="%6."/>
      <w:lvlJc w:val="right"/>
      <w:pPr>
        <w:ind w:left="4619" w:hanging="180"/>
      </w:pPr>
    </w:lvl>
    <w:lvl w:ilvl="6">
      <w:start w:val="1"/>
      <w:numFmt w:val="decimal"/>
      <w:lvlText w:val="%7."/>
      <w:lvlJc w:val="left"/>
      <w:pPr>
        <w:ind w:left="5339" w:hanging="360"/>
      </w:pPr>
    </w:lvl>
    <w:lvl w:ilvl="7">
      <w:start w:val="1"/>
      <w:numFmt w:val="lowerLetter"/>
      <w:lvlText w:val="%8."/>
      <w:lvlJc w:val="left"/>
      <w:pPr>
        <w:ind w:left="6059" w:hanging="360"/>
      </w:pPr>
    </w:lvl>
    <w:lvl w:ilvl="8">
      <w:start w:val="1"/>
      <w:numFmt w:val="lowerRoman"/>
      <w:lvlText w:val="%9."/>
      <w:lvlJc w:val="right"/>
      <w:pPr>
        <w:ind w:left="6779" w:hanging="180"/>
      </w:pPr>
    </w:lvl>
  </w:abstractNum>
  <w:abstractNum w:abstractNumId="9" w15:restartNumberingAfterBreak="0">
    <w:nsid w:val="0D6E7269"/>
    <w:multiLevelType w:val="hybridMultilevel"/>
    <w:tmpl w:val="B9825208"/>
    <w:lvl w:ilvl="0" w:tplc="7BF4BA4E">
      <w:start w:val="1"/>
      <w:numFmt w:val="decimal"/>
      <w:lvlText w:val="%1)"/>
      <w:lvlJc w:val="left"/>
      <w:pPr>
        <w:ind w:left="720" w:hanging="360"/>
      </w:pPr>
      <w:rPr>
        <w:rFonts w:eastAsia="Calibri"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0" w15:restartNumberingAfterBreak="0">
    <w:nsid w:val="0E1F6B59"/>
    <w:multiLevelType w:val="hybridMultilevel"/>
    <w:tmpl w:val="1C68127A"/>
    <w:lvl w:ilvl="0" w:tplc="08090011">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107918CA"/>
    <w:multiLevelType w:val="hybridMultilevel"/>
    <w:tmpl w:val="0D9C9C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72D6092"/>
    <w:multiLevelType w:val="multilevel"/>
    <w:tmpl w:val="963E57C6"/>
    <w:lvl w:ilvl="0">
      <w:start w:val="1"/>
      <w:numFmt w:val="decimal"/>
      <w:lvlText w:val="%1."/>
      <w:lvlJc w:val="left"/>
      <w:pPr>
        <w:ind w:left="720" w:hanging="360"/>
      </w:pPr>
    </w:lvl>
    <w:lvl w:ilvl="1">
      <w:start w:val="2"/>
      <w:numFmt w:val="decimal"/>
      <w:isLgl/>
      <w:lvlText w:val="%1.%2."/>
      <w:lvlJc w:val="left"/>
      <w:pPr>
        <w:ind w:left="780" w:hanging="420"/>
      </w:pPr>
      <w:rPr>
        <w:rFonts w:hint="default"/>
        <w:b w:val="0"/>
        <w:bCs w:val="0"/>
      </w:rPr>
    </w:lvl>
    <w:lvl w:ilvl="2">
      <w:start w:val="1"/>
      <w:numFmt w:val="decimal"/>
      <w:isLgl/>
      <w:lvlText w:val="%1.%2.%3."/>
      <w:lvlJc w:val="left"/>
      <w:pPr>
        <w:ind w:left="1080" w:hanging="720"/>
      </w:pPr>
      <w:rPr>
        <w:rFonts w:hint="default"/>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C9B2A93"/>
    <w:multiLevelType w:val="multilevel"/>
    <w:tmpl w:val="E59047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F907D9F"/>
    <w:multiLevelType w:val="multilevel"/>
    <w:tmpl w:val="3F786B8E"/>
    <w:lvl w:ilvl="0">
      <w:start w:val="1"/>
      <w:numFmt w:val="decimal"/>
      <w:lvlText w:val="%1."/>
      <w:lvlJc w:val="left"/>
      <w:pPr>
        <w:ind w:left="630" w:hanging="360"/>
      </w:pPr>
      <w:rPr>
        <w:rFonts w:hint="default"/>
        <w:b/>
        <w:bCs/>
      </w:rPr>
    </w:lvl>
    <w:lvl w:ilvl="1">
      <w:start w:val="1"/>
      <w:numFmt w:val="decimal"/>
      <w:lvlText w:val="%1.%2."/>
      <w:lvlJc w:val="left"/>
      <w:pPr>
        <w:ind w:left="792" w:hanging="432"/>
      </w:pPr>
      <w:rPr>
        <w:rFonts w:hint="default"/>
        <w:b w:val="0"/>
        <w:bCs/>
        <w:i w:val="0"/>
        <w:iCs w:val="0"/>
      </w:rPr>
    </w:lvl>
    <w:lvl w:ilvl="2">
      <w:start w:val="1"/>
      <w:numFmt w:val="decimal"/>
      <w:lvlText w:val="%1.%2.%3."/>
      <w:lvlJc w:val="left"/>
      <w:pPr>
        <w:ind w:left="1224" w:hanging="504"/>
      </w:pPr>
      <w:rPr>
        <w:rFonts w:hint="default"/>
        <w:b/>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6D445B2"/>
    <w:multiLevelType w:val="hybridMultilevel"/>
    <w:tmpl w:val="CBE23DA2"/>
    <w:lvl w:ilvl="0" w:tplc="FFFFFFFF">
      <w:start w:val="1"/>
      <w:numFmt w:val="decimal"/>
      <w:lvlText w:val="%1)"/>
      <w:lvlJc w:val="left"/>
      <w:pPr>
        <w:ind w:left="1440" w:hanging="360"/>
      </w:pPr>
      <w:rPr>
        <w:rFonts w:hint="default"/>
        <w:lang w:val="en-GB"/>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6" w15:restartNumberingAfterBreak="0">
    <w:nsid w:val="26E83A3A"/>
    <w:multiLevelType w:val="multilevel"/>
    <w:tmpl w:val="2B163308"/>
    <w:lvl w:ilvl="0">
      <w:start w:val="1"/>
      <w:numFmt w:val="bullet"/>
      <w:lvlText w:val=""/>
      <w:lvlJc w:val="left"/>
      <w:pPr>
        <w:tabs>
          <w:tab w:val="num" w:pos="2880"/>
        </w:tabs>
        <w:ind w:left="2880" w:hanging="360"/>
      </w:pPr>
      <w:rPr>
        <w:rFonts w:ascii="Symbol" w:hAnsi="Symbol" w:hint="default"/>
        <w:sz w:val="20"/>
      </w:rPr>
    </w:lvl>
    <w:lvl w:ilvl="1" w:tentative="1">
      <w:start w:val="1"/>
      <w:numFmt w:val="bullet"/>
      <w:lvlText w:val="o"/>
      <w:lvlJc w:val="left"/>
      <w:pPr>
        <w:tabs>
          <w:tab w:val="num" w:pos="3600"/>
        </w:tabs>
        <w:ind w:left="3600" w:hanging="360"/>
      </w:pPr>
      <w:rPr>
        <w:rFonts w:ascii="Courier New" w:hAnsi="Courier New" w:hint="default"/>
        <w:sz w:val="20"/>
      </w:rPr>
    </w:lvl>
    <w:lvl w:ilvl="2" w:tentative="1">
      <w:start w:val="1"/>
      <w:numFmt w:val="bullet"/>
      <w:lvlText w:val=""/>
      <w:lvlJc w:val="left"/>
      <w:pPr>
        <w:tabs>
          <w:tab w:val="num" w:pos="4320"/>
        </w:tabs>
        <w:ind w:left="4320" w:hanging="360"/>
      </w:pPr>
      <w:rPr>
        <w:rFonts w:ascii="Wingdings" w:hAnsi="Wingdings" w:hint="default"/>
        <w:sz w:val="20"/>
      </w:rPr>
    </w:lvl>
    <w:lvl w:ilvl="3" w:tentative="1">
      <w:start w:val="1"/>
      <w:numFmt w:val="bullet"/>
      <w:lvlText w:val=""/>
      <w:lvlJc w:val="left"/>
      <w:pPr>
        <w:tabs>
          <w:tab w:val="num" w:pos="5040"/>
        </w:tabs>
        <w:ind w:left="5040" w:hanging="360"/>
      </w:pPr>
      <w:rPr>
        <w:rFonts w:ascii="Wingdings" w:hAnsi="Wingdings" w:hint="default"/>
        <w:sz w:val="20"/>
      </w:rPr>
    </w:lvl>
    <w:lvl w:ilvl="4" w:tentative="1">
      <w:start w:val="1"/>
      <w:numFmt w:val="bullet"/>
      <w:lvlText w:val=""/>
      <w:lvlJc w:val="left"/>
      <w:pPr>
        <w:tabs>
          <w:tab w:val="num" w:pos="5760"/>
        </w:tabs>
        <w:ind w:left="5760" w:hanging="360"/>
      </w:pPr>
      <w:rPr>
        <w:rFonts w:ascii="Wingdings" w:hAnsi="Wingdings" w:hint="default"/>
        <w:sz w:val="20"/>
      </w:rPr>
    </w:lvl>
    <w:lvl w:ilvl="5" w:tentative="1">
      <w:start w:val="1"/>
      <w:numFmt w:val="bullet"/>
      <w:lvlText w:val=""/>
      <w:lvlJc w:val="left"/>
      <w:pPr>
        <w:tabs>
          <w:tab w:val="num" w:pos="6480"/>
        </w:tabs>
        <w:ind w:left="6480" w:hanging="360"/>
      </w:pPr>
      <w:rPr>
        <w:rFonts w:ascii="Wingdings" w:hAnsi="Wingdings" w:hint="default"/>
        <w:sz w:val="20"/>
      </w:rPr>
    </w:lvl>
    <w:lvl w:ilvl="6" w:tentative="1">
      <w:start w:val="1"/>
      <w:numFmt w:val="bullet"/>
      <w:lvlText w:val=""/>
      <w:lvlJc w:val="left"/>
      <w:pPr>
        <w:tabs>
          <w:tab w:val="num" w:pos="7200"/>
        </w:tabs>
        <w:ind w:left="7200" w:hanging="360"/>
      </w:pPr>
      <w:rPr>
        <w:rFonts w:ascii="Wingdings" w:hAnsi="Wingdings" w:hint="default"/>
        <w:sz w:val="20"/>
      </w:rPr>
    </w:lvl>
    <w:lvl w:ilvl="7" w:tentative="1">
      <w:start w:val="1"/>
      <w:numFmt w:val="bullet"/>
      <w:lvlText w:val=""/>
      <w:lvlJc w:val="left"/>
      <w:pPr>
        <w:tabs>
          <w:tab w:val="num" w:pos="7920"/>
        </w:tabs>
        <w:ind w:left="7920" w:hanging="360"/>
      </w:pPr>
      <w:rPr>
        <w:rFonts w:ascii="Wingdings" w:hAnsi="Wingdings" w:hint="default"/>
        <w:sz w:val="20"/>
      </w:rPr>
    </w:lvl>
    <w:lvl w:ilvl="8" w:tentative="1">
      <w:start w:val="1"/>
      <w:numFmt w:val="bullet"/>
      <w:lvlText w:val=""/>
      <w:lvlJc w:val="left"/>
      <w:pPr>
        <w:tabs>
          <w:tab w:val="num" w:pos="8640"/>
        </w:tabs>
        <w:ind w:left="8640" w:hanging="360"/>
      </w:pPr>
      <w:rPr>
        <w:rFonts w:ascii="Wingdings" w:hAnsi="Wingdings" w:hint="default"/>
        <w:sz w:val="20"/>
      </w:rPr>
    </w:lvl>
  </w:abstractNum>
  <w:abstractNum w:abstractNumId="17" w15:restartNumberingAfterBreak="0">
    <w:nsid w:val="2AAB0C2B"/>
    <w:multiLevelType w:val="hybridMultilevel"/>
    <w:tmpl w:val="041A9176"/>
    <w:lvl w:ilvl="0" w:tplc="042B0011">
      <w:start w:val="1"/>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8" w15:restartNumberingAfterBreak="0">
    <w:nsid w:val="2D863915"/>
    <w:multiLevelType w:val="hybridMultilevel"/>
    <w:tmpl w:val="CBE23DA2"/>
    <w:lvl w:ilvl="0" w:tplc="FFFFFFFF">
      <w:start w:val="1"/>
      <w:numFmt w:val="decimal"/>
      <w:lvlText w:val="%1)"/>
      <w:lvlJc w:val="left"/>
      <w:pPr>
        <w:ind w:left="1080" w:hanging="360"/>
      </w:pPr>
      <w:rPr>
        <w:rFonts w:hint="default"/>
        <w:lang w:val="en-GB"/>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312E73FB"/>
    <w:multiLevelType w:val="hybridMultilevel"/>
    <w:tmpl w:val="4A54D7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8CF1B4A"/>
    <w:multiLevelType w:val="multilevel"/>
    <w:tmpl w:val="10DAE090"/>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1" w15:restartNumberingAfterBreak="0">
    <w:nsid w:val="3A66242A"/>
    <w:multiLevelType w:val="hybridMultilevel"/>
    <w:tmpl w:val="C5C4867E"/>
    <w:lvl w:ilvl="0" w:tplc="E0F805B2">
      <w:start w:val="1"/>
      <w:numFmt w:val="decimal"/>
      <w:lvlText w:val="%1)"/>
      <w:lvlJc w:val="left"/>
      <w:pPr>
        <w:ind w:left="1439" w:hanging="360"/>
      </w:pPr>
      <w:rPr>
        <w:rFonts w:hint="default"/>
      </w:rPr>
    </w:lvl>
    <w:lvl w:ilvl="1" w:tplc="042B0019" w:tentative="1">
      <w:start w:val="1"/>
      <w:numFmt w:val="lowerLetter"/>
      <w:lvlText w:val="%2."/>
      <w:lvlJc w:val="left"/>
      <w:pPr>
        <w:ind w:left="2159" w:hanging="360"/>
      </w:pPr>
    </w:lvl>
    <w:lvl w:ilvl="2" w:tplc="042B001B" w:tentative="1">
      <w:start w:val="1"/>
      <w:numFmt w:val="lowerRoman"/>
      <w:lvlText w:val="%3."/>
      <w:lvlJc w:val="right"/>
      <w:pPr>
        <w:ind w:left="2879" w:hanging="180"/>
      </w:pPr>
    </w:lvl>
    <w:lvl w:ilvl="3" w:tplc="042B000F" w:tentative="1">
      <w:start w:val="1"/>
      <w:numFmt w:val="decimal"/>
      <w:lvlText w:val="%4."/>
      <w:lvlJc w:val="left"/>
      <w:pPr>
        <w:ind w:left="3599" w:hanging="360"/>
      </w:pPr>
    </w:lvl>
    <w:lvl w:ilvl="4" w:tplc="042B0019" w:tentative="1">
      <w:start w:val="1"/>
      <w:numFmt w:val="lowerLetter"/>
      <w:lvlText w:val="%5."/>
      <w:lvlJc w:val="left"/>
      <w:pPr>
        <w:ind w:left="4319" w:hanging="360"/>
      </w:pPr>
    </w:lvl>
    <w:lvl w:ilvl="5" w:tplc="042B001B" w:tentative="1">
      <w:start w:val="1"/>
      <w:numFmt w:val="lowerRoman"/>
      <w:lvlText w:val="%6."/>
      <w:lvlJc w:val="right"/>
      <w:pPr>
        <w:ind w:left="5039" w:hanging="180"/>
      </w:pPr>
    </w:lvl>
    <w:lvl w:ilvl="6" w:tplc="042B000F" w:tentative="1">
      <w:start w:val="1"/>
      <w:numFmt w:val="decimal"/>
      <w:lvlText w:val="%7."/>
      <w:lvlJc w:val="left"/>
      <w:pPr>
        <w:ind w:left="5759" w:hanging="360"/>
      </w:pPr>
    </w:lvl>
    <w:lvl w:ilvl="7" w:tplc="042B0019" w:tentative="1">
      <w:start w:val="1"/>
      <w:numFmt w:val="lowerLetter"/>
      <w:lvlText w:val="%8."/>
      <w:lvlJc w:val="left"/>
      <w:pPr>
        <w:ind w:left="6479" w:hanging="360"/>
      </w:pPr>
    </w:lvl>
    <w:lvl w:ilvl="8" w:tplc="042B001B" w:tentative="1">
      <w:start w:val="1"/>
      <w:numFmt w:val="lowerRoman"/>
      <w:lvlText w:val="%9."/>
      <w:lvlJc w:val="right"/>
      <w:pPr>
        <w:ind w:left="7199" w:hanging="180"/>
      </w:pPr>
    </w:lvl>
  </w:abstractNum>
  <w:abstractNum w:abstractNumId="22" w15:restartNumberingAfterBreak="0">
    <w:nsid w:val="3B9C144B"/>
    <w:multiLevelType w:val="multilevel"/>
    <w:tmpl w:val="DD6E4424"/>
    <w:lvl w:ilvl="0">
      <w:start w:val="1"/>
      <w:numFmt w:val="decimal"/>
      <w:lvlText w:val="%1."/>
      <w:lvlJc w:val="left"/>
      <w:pPr>
        <w:ind w:left="630" w:hanging="360"/>
      </w:pPr>
      <w:rPr>
        <w:rFonts w:hint="default"/>
      </w:rPr>
    </w:lvl>
    <w:lvl w:ilvl="1">
      <w:start w:val="1"/>
      <w:numFmt w:val="decimal"/>
      <w:lvlText w:val="%1.%2."/>
      <w:lvlJc w:val="left"/>
      <w:pPr>
        <w:ind w:left="792" w:hanging="432"/>
      </w:pPr>
      <w:rPr>
        <w:rFonts w:hint="default"/>
        <w:b/>
        <w:bCs/>
        <w:i w:val="0"/>
        <w:iCs w:val="0"/>
        <w:sz w:val="22"/>
        <w:szCs w:val="22"/>
      </w:rPr>
    </w:lvl>
    <w:lvl w:ilvl="2">
      <w:start w:val="1"/>
      <w:numFmt w:val="decimal"/>
      <w:lvlText w:val="%1.%2.%3."/>
      <w:lvlJc w:val="left"/>
      <w:pPr>
        <w:ind w:left="1224" w:hanging="504"/>
      </w:pPr>
      <w:rPr>
        <w:rFonts w:hint="default"/>
        <w:b/>
        <w:bCs/>
        <w:sz w:val="22"/>
        <w:szCs w:val="22"/>
      </w:rPr>
    </w:lvl>
    <w:lvl w:ilvl="3">
      <w:start w:val="1"/>
      <w:numFmt w:val="decimal"/>
      <w:lvlText w:val="%1.%2.%3.%4."/>
      <w:lvlJc w:val="left"/>
      <w:pPr>
        <w:ind w:left="1728" w:hanging="648"/>
      </w:pPr>
      <w:rPr>
        <w:rFonts w:hint="default"/>
        <w:b/>
        <w:bCs/>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3F6C5B1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F9B6F6A"/>
    <w:multiLevelType w:val="multilevel"/>
    <w:tmpl w:val="81926462"/>
    <w:lvl w:ilvl="0">
      <w:start w:val="1"/>
      <w:numFmt w:val="decimal"/>
      <w:lvlText w:val="%1."/>
      <w:lvlJc w:val="left"/>
      <w:pPr>
        <w:ind w:left="360" w:hanging="360"/>
      </w:pPr>
      <w:rPr>
        <w:b/>
        <w:bCs/>
        <w:color w:val="auto"/>
      </w:rPr>
    </w:lvl>
    <w:lvl w:ilvl="1">
      <w:start w:val="1"/>
      <w:numFmt w:val="decimal"/>
      <w:lvlText w:val="%1.%2."/>
      <w:lvlJc w:val="left"/>
      <w:pPr>
        <w:ind w:left="792" w:hanging="432"/>
      </w:pPr>
      <w:rPr>
        <w:b w:val="0"/>
        <w:bCs/>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1A81302"/>
    <w:multiLevelType w:val="multilevel"/>
    <w:tmpl w:val="838ACFC6"/>
    <w:lvl w:ilvl="0">
      <w:start w:val="1"/>
      <w:numFmt w:val="upperRoman"/>
      <w:lvlText w:val="%1."/>
      <w:lvlJc w:val="right"/>
      <w:pPr>
        <w:ind w:left="1440" w:hanging="360"/>
      </w:pPr>
    </w:lvl>
    <w:lvl w:ilvl="1">
      <w:start w:val="2"/>
      <w:numFmt w:val="decimal"/>
      <w:isLgl/>
      <w:lvlText w:val="%1.%2."/>
      <w:lvlJc w:val="left"/>
      <w:pPr>
        <w:ind w:left="1500" w:hanging="42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6" w15:restartNumberingAfterBreak="0">
    <w:nsid w:val="42492E5E"/>
    <w:multiLevelType w:val="hybridMultilevel"/>
    <w:tmpl w:val="18527C86"/>
    <w:lvl w:ilvl="0" w:tplc="04090011">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7" w15:restartNumberingAfterBreak="0">
    <w:nsid w:val="42F91011"/>
    <w:multiLevelType w:val="hybridMultilevel"/>
    <w:tmpl w:val="18527C86"/>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8" w15:restartNumberingAfterBreak="0">
    <w:nsid w:val="4A3220C1"/>
    <w:multiLevelType w:val="multilevel"/>
    <w:tmpl w:val="F0FC72FE"/>
    <w:lvl w:ilvl="0">
      <w:start w:val="3"/>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37D1CC2"/>
    <w:multiLevelType w:val="multilevel"/>
    <w:tmpl w:val="092AFFFC"/>
    <w:lvl w:ilvl="0">
      <w:start w:val="4"/>
      <w:numFmt w:val="decimal"/>
      <w:lvlText w:val="%1."/>
      <w:lvlJc w:val="left"/>
      <w:pPr>
        <w:ind w:left="360" w:hanging="360"/>
      </w:pPr>
      <w:rPr>
        <w:rFonts w:hint="default"/>
      </w:rPr>
    </w:lvl>
    <w:lvl w:ilvl="1">
      <w:start w:val="1"/>
      <w:numFmt w:val="decimal"/>
      <w:lvlText w:val="%1.%2."/>
      <w:lvlJc w:val="left"/>
      <w:pPr>
        <w:ind w:left="4613" w:hanging="360"/>
      </w:pPr>
      <w:rPr>
        <w:rFonts w:hint="default"/>
      </w:rPr>
    </w:lvl>
    <w:lvl w:ilvl="2">
      <w:start w:val="1"/>
      <w:numFmt w:val="decimal"/>
      <w:lvlText w:val="%1.%2.%3."/>
      <w:lvlJc w:val="left"/>
      <w:pPr>
        <w:ind w:left="9226" w:hanging="720"/>
      </w:pPr>
      <w:rPr>
        <w:rFonts w:hint="default"/>
      </w:rPr>
    </w:lvl>
    <w:lvl w:ilvl="3">
      <w:start w:val="1"/>
      <w:numFmt w:val="decimal"/>
      <w:lvlText w:val="%1.%2.%3.%4."/>
      <w:lvlJc w:val="left"/>
      <w:pPr>
        <w:ind w:left="13479" w:hanging="720"/>
      </w:pPr>
      <w:rPr>
        <w:rFonts w:hint="default"/>
      </w:rPr>
    </w:lvl>
    <w:lvl w:ilvl="4">
      <w:start w:val="1"/>
      <w:numFmt w:val="decimal"/>
      <w:lvlText w:val="%1.%2.%3.%4.%5."/>
      <w:lvlJc w:val="left"/>
      <w:pPr>
        <w:ind w:left="18092" w:hanging="1080"/>
      </w:pPr>
      <w:rPr>
        <w:rFonts w:hint="default"/>
      </w:rPr>
    </w:lvl>
    <w:lvl w:ilvl="5">
      <w:start w:val="1"/>
      <w:numFmt w:val="decimal"/>
      <w:lvlText w:val="%1.%2.%3.%4.%5.%6."/>
      <w:lvlJc w:val="left"/>
      <w:pPr>
        <w:ind w:left="22345" w:hanging="1080"/>
      </w:pPr>
      <w:rPr>
        <w:rFonts w:hint="default"/>
      </w:rPr>
    </w:lvl>
    <w:lvl w:ilvl="6">
      <w:start w:val="1"/>
      <w:numFmt w:val="decimal"/>
      <w:lvlText w:val="%1.%2.%3.%4.%5.%6.%7."/>
      <w:lvlJc w:val="left"/>
      <w:pPr>
        <w:ind w:left="26958" w:hanging="1440"/>
      </w:pPr>
      <w:rPr>
        <w:rFonts w:hint="default"/>
      </w:rPr>
    </w:lvl>
    <w:lvl w:ilvl="7">
      <w:start w:val="1"/>
      <w:numFmt w:val="decimal"/>
      <w:lvlText w:val="%1.%2.%3.%4.%5.%6.%7.%8."/>
      <w:lvlJc w:val="left"/>
      <w:pPr>
        <w:ind w:left="31211" w:hanging="1440"/>
      </w:pPr>
      <w:rPr>
        <w:rFonts w:hint="default"/>
      </w:rPr>
    </w:lvl>
    <w:lvl w:ilvl="8">
      <w:start w:val="1"/>
      <w:numFmt w:val="decimal"/>
      <w:lvlText w:val="%1.%2.%3.%4.%5.%6.%7.%8.%9."/>
      <w:lvlJc w:val="left"/>
      <w:pPr>
        <w:ind w:left="-29712" w:hanging="1800"/>
      </w:pPr>
      <w:rPr>
        <w:rFonts w:hint="default"/>
      </w:rPr>
    </w:lvl>
  </w:abstractNum>
  <w:abstractNum w:abstractNumId="30" w15:restartNumberingAfterBreak="0">
    <w:nsid w:val="55EF6828"/>
    <w:multiLevelType w:val="hybridMultilevel"/>
    <w:tmpl w:val="18527C86"/>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ADD143B"/>
    <w:multiLevelType w:val="hybridMultilevel"/>
    <w:tmpl w:val="CBE23DA2"/>
    <w:lvl w:ilvl="0" w:tplc="DC8A3218">
      <w:start w:val="1"/>
      <w:numFmt w:val="decimal"/>
      <w:lvlText w:val="%1)"/>
      <w:lvlJc w:val="left"/>
      <w:pPr>
        <w:ind w:left="1440" w:hanging="360"/>
      </w:pPr>
      <w:rPr>
        <w:rFonts w:hint="default"/>
        <w:lang w:val="en-GB"/>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2" w15:restartNumberingAfterBreak="0">
    <w:nsid w:val="5C5F6C86"/>
    <w:multiLevelType w:val="multilevel"/>
    <w:tmpl w:val="DD6E4424"/>
    <w:lvl w:ilvl="0">
      <w:start w:val="1"/>
      <w:numFmt w:val="decimal"/>
      <w:lvlText w:val="%1."/>
      <w:lvlJc w:val="left"/>
      <w:pPr>
        <w:ind w:left="630" w:hanging="360"/>
      </w:pPr>
      <w:rPr>
        <w:rFonts w:hint="default"/>
      </w:rPr>
    </w:lvl>
    <w:lvl w:ilvl="1">
      <w:start w:val="1"/>
      <w:numFmt w:val="decimal"/>
      <w:lvlText w:val="%1.%2."/>
      <w:lvlJc w:val="left"/>
      <w:pPr>
        <w:ind w:left="792" w:hanging="432"/>
      </w:pPr>
      <w:rPr>
        <w:rFonts w:hint="default"/>
        <w:b/>
        <w:bCs/>
        <w:i w:val="0"/>
        <w:iCs w:val="0"/>
        <w:sz w:val="22"/>
        <w:szCs w:val="22"/>
      </w:rPr>
    </w:lvl>
    <w:lvl w:ilvl="2">
      <w:start w:val="1"/>
      <w:numFmt w:val="decimal"/>
      <w:lvlText w:val="%1.%2.%3."/>
      <w:lvlJc w:val="left"/>
      <w:pPr>
        <w:ind w:left="1224" w:hanging="504"/>
      </w:pPr>
      <w:rPr>
        <w:rFonts w:hint="default"/>
        <w:b/>
        <w:bCs/>
        <w:sz w:val="22"/>
        <w:szCs w:val="22"/>
      </w:rPr>
    </w:lvl>
    <w:lvl w:ilvl="3">
      <w:start w:val="1"/>
      <w:numFmt w:val="decimal"/>
      <w:lvlText w:val="%1.%2.%3.%4."/>
      <w:lvlJc w:val="left"/>
      <w:pPr>
        <w:ind w:left="1728" w:hanging="648"/>
      </w:pPr>
      <w:rPr>
        <w:rFonts w:hint="default"/>
        <w:b/>
        <w:bCs/>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FDC4712"/>
    <w:multiLevelType w:val="multilevel"/>
    <w:tmpl w:val="BF64EE34"/>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6037714B"/>
    <w:multiLevelType w:val="multilevel"/>
    <w:tmpl w:val="B5D2E20C"/>
    <w:lvl w:ilvl="0">
      <w:start w:val="1"/>
      <w:numFmt w:val="upperRoman"/>
      <w:lvlText w:val="%1."/>
      <w:lvlJc w:val="right"/>
      <w:pPr>
        <w:ind w:left="5820" w:hanging="360"/>
      </w:pPr>
    </w:lvl>
    <w:lvl w:ilvl="1">
      <w:start w:val="2"/>
      <w:numFmt w:val="decimal"/>
      <w:isLgl/>
      <w:lvlText w:val="%1.%2."/>
      <w:lvlJc w:val="left"/>
      <w:pPr>
        <w:ind w:left="5880" w:hanging="420"/>
      </w:pPr>
      <w:rPr>
        <w:rFonts w:hint="default"/>
        <w:b/>
        <w:bCs/>
      </w:rPr>
    </w:lvl>
    <w:lvl w:ilvl="2">
      <w:start w:val="1"/>
      <w:numFmt w:val="decimal"/>
      <w:isLgl/>
      <w:lvlText w:val="%1.%2.%3."/>
      <w:lvlJc w:val="left"/>
      <w:pPr>
        <w:ind w:left="6180" w:hanging="720"/>
      </w:pPr>
      <w:rPr>
        <w:rFonts w:hint="default"/>
      </w:rPr>
    </w:lvl>
    <w:lvl w:ilvl="3">
      <w:start w:val="1"/>
      <w:numFmt w:val="decimal"/>
      <w:isLgl/>
      <w:lvlText w:val="%1.%2.%3.%4."/>
      <w:lvlJc w:val="left"/>
      <w:pPr>
        <w:ind w:left="6180" w:hanging="720"/>
      </w:pPr>
      <w:rPr>
        <w:rFonts w:hint="default"/>
      </w:rPr>
    </w:lvl>
    <w:lvl w:ilvl="4">
      <w:start w:val="1"/>
      <w:numFmt w:val="decimal"/>
      <w:isLgl/>
      <w:lvlText w:val="%1.%2.%3.%4.%5."/>
      <w:lvlJc w:val="left"/>
      <w:pPr>
        <w:ind w:left="6540" w:hanging="1080"/>
      </w:pPr>
      <w:rPr>
        <w:rFonts w:hint="default"/>
      </w:rPr>
    </w:lvl>
    <w:lvl w:ilvl="5">
      <w:start w:val="1"/>
      <w:numFmt w:val="decimal"/>
      <w:isLgl/>
      <w:lvlText w:val="%1.%2.%3.%4.%5.%6."/>
      <w:lvlJc w:val="left"/>
      <w:pPr>
        <w:ind w:left="6540" w:hanging="1080"/>
      </w:pPr>
      <w:rPr>
        <w:rFonts w:hint="default"/>
      </w:rPr>
    </w:lvl>
    <w:lvl w:ilvl="6">
      <w:start w:val="1"/>
      <w:numFmt w:val="decimal"/>
      <w:isLgl/>
      <w:lvlText w:val="%1.%2.%3.%4.%5.%6.%7."/>
      <w:lvlJc w:val="left"/>
      <w:pPr>
        <w:ind w:left="6900" w:hanging="1440"/>
      </w:pPr>
      <w:rPr>
        <w:rFonts w:hint="default"/>
      </w:rPr>
    </w:lvl>
    <w:lvl w:ilvl="7">
      <w:start w:val="1"/>
      <w:numFmt w:val="decimal"/>
      <w:isLgl/>
      <w:lvlText w:val="%1.%2.%3.%4.%5.%6.%7.%8."/>
      <w:lvlJc w:val="left"/>
      <w:pPr>
        <w:ind w:left="6900" w:hanging="1440"/>
      </w:pPr>
      <w:rPr>
        <w:rFonts w:hint="default"/>
      </w:rPr>
    </w:lvl>
    <w:lvl w:ilvl="8">
      <w:start w:val="1"/>
      <w:numFmt w:val="decimal"/>
      <w:isLgl/>
      <w:lvlText w:val="%1.%2.%3.%4.%5.%6.%7.%8.%9."/>
      <w:lvlJc w:val="left"/>
      <w:pPr>
        <w:ind w:left="7260" w:hanging="1800"/>
      </w:pPr>
      <w:rPr>
        <w:rFonts w:hint="default"/>
      </w:rPr>
    </w:lvl>
  </w:abstractNum>
  <w:abstractNum w:abstractNumId="35" w15:restartNumberingAfterBreak="0">
    <w:nsid w:val="625F2722"/>
    <w:multiLevelType w:val="multilevel"/>
    <w:tmpl w:val="1A580E74"/>
    <w:lvl w:ilvl="0">
      <w:start w:val="3"/>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67D93BF9"/>
    <w:multiLevelType w:val="hybridMultilevel"/>
    <w:tmpl w:val="7D36F296"/>
    <w:lvl w:ilvl="0" w:tplc="E55A6538">
      <w:start w:val="1"/>
      <w:numFmt w:val="decimal"/>
      <w:lvlText w:val="%1)"/>
      <w:lvlJc w:val="left"/>
      <w:pPr>
        <w:ind w:left="2935" w:hanging="360"/>
      </w:pPr>
      <w:rPr>
        <w:rFonts w:eastAsia="Times New Roman" w:cs="Arial" w:hint="default"/>
        <w:color w:val="333333"/>
      </w:rPr>
    </w:lvl>
    <w:lvl w:ilvl="1" w:tplc="042B0019" w:tentative="1">
      <w:start w:val="1"/>
      <w:numFmt w:val="lowerLetter"/>
      <w:lvlText w:val="%2."/>
      <w:lvlJc w:val="left"/>
      <w:pPr>
        <w:ind w:left="3255" w:hanging="360"/>
      </w:pPr>
    </w:lvl>
    <w:lvl w:ilvl="2" w:tplc="042B001B" w:tentative="1">
      <w:start w:val="1"/>
      <w:numFmt w:val="lowerRoman"/>
      <w:lvlText w:val="%3."/>
      <w:lvlJc w:val="right"/>
      <w:pPr>
        <w:ind w:left="3975" w:hanging="180"/>
      </w:pPr>
    </w:lvl>
    <w:lvl w:ilvl="3" w:tplc="042B000F" w:tentative="1">
      <w:start w:val="1"/>
      <w:numFmt w:val="decimal"/>
      <w:lvlText w:val="%4."/>
      <w:lvlJc w:val="left"/>
      <w:pPr>
        <w:ind w:left="4695" w:hanging="360"/>
      </w:pPr>
    </w:lvl>
    <w:lvl w:ilvl="4" w:tplc="042B0019" w:tentative="1">
      <w:start w:val="1"/>
      <w:numFmt w:val="lowerLetter"/>
      <w:lvlText w:val="%5."/>
      <w:lvlJc w:val="left"/>
      <w:pPr>
        <w:ind w:left="5415" w:hanging="360"/>
      </w:pPr>
    </w:lvl>
    <w:lvl w:ilvl="5" w:tplc="042B001B" w:tentative="1">
      <w:start w:val="1"/>
      <w:numFmt w:val="lowerRoman"/>
      <w:lvlText w:val="%6."/>
      <w:lvlJc w:val="right"/>
      <w:pPr>
        <w:ind w:left="6135" w:hanging="180"/>
      </w:pPr>
    </w:lvl>
    <w:lvl w:ilvl="6" w:tplc="042B000F" w:tentative="1">
      <w:start w:val="1"/>
      <w:numFmt w:val="decimal"/>
      <w:lvlText w:val="%7."/>
      <w:lvlJc w:val="left"/>
      <w:pPr>
        <w:ind w:left="6855" w:hanging="360"/>
      </w:pPr>
    </w:lvl>
    <w:lvl w:ilvl="7" w:tplc="042B0019" w:tentative="1">
      <w:start w:val="1"/>
      <w:numFmt w:val="lowerLetter"/>
      <w:lvlText w:val="%8."/>
      <w:lvlJc w:val="left"/>
      <w:pPr>
        <w:ind w:left="7575" w:hanging="360"/>
      </w:pPr>
    </w:lvl>
    <w:lvl w:ilvl="8" w:tplc="042B001B" w:tentative="1">
      <w:start w:val="1"/>
      <w:numFmt w:val="lowerRoman"/>
      <w:lvlText w:val="%9."/>
      <w:lvlJc w:val="right"/>
      <w:pPr>
        <w:ind w:left="8295" w:hanging="180"/>
      </w:pPr>
    </w:lvl>
  </w:abstractNum>
  <w:abstractNum w:abstractNumId="37" w15:restartNumberingAfterBreak="0">
    <w:nsid w:val="6B0E5084"/>
    <w:multiLevelType w:val="multilevel"/>
    <w:tmpl w:val="1AD4A5D0"/>
    <w:lvl w:ilvl="0">
      <w:start w:val="1"/>
      <w:numFmt w:val="decimal"/>
      <w:lvlText w:val="%1."/>
      <w:lvlJc w:val="left"/>
      <w:pPr>
        <w:ind w:left="735" w:hanging="360"/>
      </w:pPr>
      <w:rPr>
        <w:rFonts w:ascii="GHEA Grapalat" w:eastAsia="GHEA Grapalat" w:hAnsi="GHEA Grapalat" w:cs="GHEA Grapalat"/>
        <w:b/>
        <w:bCs/>
      </w:rPr>
    </w:lvl>
    <w:lvl w:ilvl="1">
      <w:start w:val="1"/>
      <w:numFmt w:val="lowerLetter"/>
      <w:lvlText w:val="%2."/>
      <w:lvlJc w:val="left"/>
      <w:pPr>
        <w:ind w:left="1455" w:hanging="360"/>
      </w:pPr>
    </w:lvl>
    <w:lvl w:ilvl="2">
      <w:start w:val="1"/>
      <w:numFmt w:val="lowerRoman"/>
      <w:lvlText w:val="%3."/>
      <w:lvlJc w:val="right"/>
      <w:pPr>
        <w:ind w:left="2175" w:hanging="180"/>
      </w:pPr>
    </w:lvl>
    <w:lvl w:ilvl="3">
      <w:start w:val="1"/>
      <w:numFmt w:val="decimal"/>
      <w:lvlText w:val="%4."/>
      <w:lvlJc w:val="left"/>
      <w:pPr>
        <w:ind w:left="2895" w:hanging="360"/>
      </w:pPr>
    </w:lvl>
    <w:lvl w:ilvl="4">
      <w:start w:val="1"/>
      <w:numFmt w:val="lowerLetter"/>
      <w:lvlText w:val="%5."/>
      <w:lvlJc w:val="left"/>
      <w:pPr>
        <w:ind w:left="3615" w:hanging="360"/>
      </w:pPr>
    </w:lvl>
    <w:lvl w:ilvl="5">
      <w:start w:val="1"/>
      <w:numFmt w:val="lowerRoman"/>
      <w:lvlText w:val="%6."/>
      <w:lvlJc w:val="right"/>
      <w:pPr>
        <w:ind w:left="4335" w:hanging="180"/>
      </w:pPr>
    </w:lvl>
    <w:lvl w:ilvl="6">
      <w:start w:val="1"/>
      <w:numFmt w:val="decimal"/>
      <w:lvlText w:val="%7."/>
      <w:lvlJc w:val="left"/>
      <w:pPr>
        <w:ind w:left="5055" w:hanging="360"/>
      </w:pPr>
    </w:lvl>
    <w:lvl w:ilvl="7">
      <w:start w:val="1"/>
      <w:numFmt w:val="lowerLetter"/>
      <w:lvlText w:val="%8."/>
      <w:lvlJc w:val="left"/>
      <w:pPr>
        <w:ind w:left="5775" w:hanging="360"/>
      </w:pPr>
    </w:lvl>
    <w:lvl w:ilvl="8">
      <w:start w:val="1"/>
      <w:numFmt w:val="lowerRoman"/>
      <w:lvlText w:val="%9."/>
      <w:lvlJc w:val="right"/>
      <w:pPr>
        <w:ind w:left="6495" w:hanging="180"/>
      </w:pPr>
    </w:lvl>
  </w:abstractNum>
  <w:abstractNum w:abstractNumId="38" w15:restartNumberingAfterBreak="0">
    <w:nsid w:val="6BF90F7D"/>
    <w:multiLevelType w:val="multilevel"/>
    <w:tmpl w:val="11AA20AC"/>
    <w:lvl w:ilvl="0">
      <w:start w:val="1"/>
      <w:numFmt w:val="decimal"/>
      <w:lvlText w:val="%1."/>
      <w:lvlJc w:val="left"/>
      <w:pPr>
        <w:ind w:left="720" w:hanging="360"/>
      </w:pPr>
      <w:rPr>
        <w:rFonts w:eastAsia="GHEA Grapalat" w:cs="GHEA Grapalat" w:hint="default"/>
      </w:rPr>
    </w:lvl>
    <w:lvl w:ilvl="1">
      <w:start w:val="1"/>
      <w:numFmt w:val="decimal"/>
      <w:isLgl/>
      <w:lvlText w:val="%1.%2."/>
      <w:lvlJc w:val="left"/>
      <w:pPr>
        <w:ind w:left="1080" w:hanging="720"/>
      </w:pPr>
      <w:rPr>
        <w:rFonts w:hint="default"/>
        <w:b w:val="0"/>
        <w:bCs/>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9" w15:restartNumberingAfterBreak="0">
    <w:nsid w:val="6E1A3CEF"/>
    <w:multiLevelType w:val="hybridMultilevel"/>
    <w:tmpl w:val="59E89CB8"/>
    <w:lvl w:ilvl="0" w:tplc="64BCDE3C">
      <w:start w:val="1"/>
      <w:numFmt w:val="decimal"/>
      <w:lvlText w:val="%1)"/>
      <w:lvlJc w:val="left"/>
      <w:pPr>
        <w:ind w:left="720" w:hanging="360"/>
      </w:pPr>
      <w:rPr>
        <w:rFonts w:eastAsia="Calibri" w:hint="default"/>
      </w:rPr>
    </w:lvl>
    <w:lvl w:ilvl="1" w:tplc="042B0019" w:tentative="1">
      <w:start w:val="1"/>
      <w:numFmt w:val="lowerLetter"/>
      <w:lvlText w:val="%2."/>
      <w:lvlJc w:val="left"/>
      <w:pPr>
        <w:ind w:left="1440" w:hanging="360"/>
      </w:pPr>
    </w:lvl>
    <w:lvl w:ilvl="2" w:tplc="042B001B">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40" w15:restartNumberingAfterBreak="0">
    <w:nsid w:val="6F0C5FA7"/>
    <w:multiLevelType w:val="hybridMultilevel"/>
    <w:tmpl w:val="BE46FA62"/>
    <w:lvl w:ilvl="0" w:tplc="04090011">
      <w:start w:val="1"/>
      <w:numFmt w:val="decimal"/>
      <w:lvlText w:val="%1)"/>
      <w:lvlJc w:val="left"/>
      <w:pPr>
        <w:ind w:left="8640" w:hanging="360"/>
      </w:pPr>
    </w:lvl>
    <w:lvl w:ilvl="1" w:tplc="04090019" w:tentative="1">
      <w:start w:val="1"/>
      <w:numFmt w:val="lowerLetter"/>
      <w:lvlText w:val="%2."/>
      <w:lvlJc w:val="left"/>
      <w:pPr>
        <w:ind w:left="9360" w:hanging="360"/>
      </w:pPr>
    </w:lvl>
    <w:lvl w:ilvl="2" w:tplc="0409001B" w:tentative="1">
      <w:start w:val="1"/>
      <w:numFmt w:val="lowerRoman"/>
      <w:lvlText w:val="%3."/>
      <w:lvlJc w:val="right"/>
      <w:pPr>
        <w:ind w:left="10080" w:hanging="180"/>
      </w:pPr>
    </w:lvl>
    <w:lvl w:ilvl="3" w:tplc="0409000F" w:tentative="1">
      <w:start w:val="1"/>
      <w:numFmt w:val="decimal"/>
      <w:lvlText w:val="%4."/>
      <w:lvlJc w:val="left"/>
      <w:pPr>
        <w:ind w:left="10800" w:hanging="360"/>
      </w:pPr>
    </w:lvl>
    <w:lvl w:ilvl="4" w:tplc="04090019" w:tentative="1">
      <w:start w:val="1"/>
      <w:numFmt w:val="lowerLetter"/>
      <w:lvlText w:val="%5."/>
      <w:lvlJc w:val="left"/>
      <w:pPr>
        <w:ind w:left="11520" w:hanging="360"/>
      </w:pPr>
    </w:lvl>
    <w:lvl w:ilvl="5" w:tplc="0409001B" w:tentative="1">
      <w:start w:val="1"/>
      <w:numFmt w:val="lowerRoman"/>
      <w:lvlText w:val="%6."/>
      <w:lvlJc w:val="right"/>
      <w:pPr>
        <w:ind w:left="12240" w:hanging="180"/>
      </w:pPr>
    </w:lvl>
    <w:lvl w:ilvl="6" w:tplc="0409000F" w:tentative="1">
      <w:start w:val="1"/>
      <w:numFmt w:val="decimal"/>
      <w:lvlText w:val="%7."/>
      <w:lvlJc w:val="left"/>
      <w:pPr>
        <w:ind w:left="12960" w:hanging="360"/>
      </w:pPr>
    </w:lvl>
    <w:lvl w:ilvl="7" w:tplc="04090019" w:tentative="1">
      <w:start w:val="1"/>
      <w:numFmt w:val="lowerLetter"/>
      <w:lvlText w:val="%8."/>
      <w:lvlJc w:val="left"/>
      <w:pPr>
        <w:ind w:left="13680" w:hanging="360"/>
      </w:pPr>
    </w:lvl>
    <w:lvl w:ilvl="8" w:tplc="0409001B" w:tentative="1">
      <w:start w:val="1"/>
      <w:numFmt w:val="lowerRoman"/>
      <w:lvlText w:val="%9."/>
      <w:lvlJc w:val="right"/>
      <w:pPr>
        <w:ind w:left="14400" w:hanging="180"/>
      </w:pPr>
    </w:lvl>
  </w:abstractNum>
  <w:abstractNum w:abstractNumId="41" w15:restartNumberingAfterBreak="0">
    <w:nsid w:val="7368204D"/>
    <w:multiLevelType w:val="hybridMultilevel"/>
    <w:tmpl w:val="E986650A"/>
    <w:lvl w:ilvl="0" w:tplc="6040CB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F31FF3"/>
    <w:multiLevelType w:val="hybridMultilevel"/>
    <w:tmpl w:val="B8C00C06"/>
    <w:lvl w:ilvl="0" w:tplc="08090011">
      <w:start w:val="1"/>
      <w:numFmt w:val="decimal"/>
      <w:lvlText w:val="%1)"/>
      <w:lvlJc w:val="left"/>
      <w:pPr>
        <w:ind w:left="1790" w:hanging="360"/>
      </w:pPr>
    </w:lvl>
    <w:lvl w:ilvl="1" w:tplc="08090019" w:tentative="1">
      <w:start w:val="1"/>
      <w:numFmt w:val="lowerLetter"/>
      <w:lvlText w:val="%2."/>
      <w:lvlJc w:val="left"/>
      <w:pPr>
        <w:ind w:left="2510" w:hanging="360"/>
      </w:pPr>
    </w:lvl>
    <w:lvl w:ilvl="2" w:tplc="0809001B" w:tentative="1">
      <w:start w:val="1"/>
      <w:numFmt w:val="lowerRoman"/>
      <w:lvlText w:val="%3."/>
      <w:lvlJc w:val="right"/>
      <w:pPr>
        <w:ind w:left="3230" w:hanging="180"/>
      </w:pPr>
    </w:lvl>
    <w:lvl w:ilvl="3" w:tplc="0809000F" w:tentative="1">
      <w:start w:val="1"/>
      <w:numFmt w:val="decimal"/>
      <w:lvlText w:val="%4."/>
      <w:lvlJc w:val="left"/>
      <w:pPr>
        <w:ind w:left="3950" w:hanging="360"/>
      </w:pPr>
    </w:lvl>
    <w:lvl w:ilvl="4" w:tplc="08090019" w:tentative="1">
      <w:start w:val="1"/>
      <w:numFmt w:val="lowerLetter"/>
      <w:lvlText w:val="%5."/>
      <w:lvlJc w:val="left"/>
      <w:pPr>
        <w:ind w:left="4670" w:hanging="360"/>
      </w:pPr>
    </w:lvl>
    <w:lvl w:ilvl="5" w:tplc="0809001B" w:tentative="1">
      <w:start w:val="1"/>
      <w:numFmt w:val="lowerRoman"/>
      <w:lvlText w:val="%6."/>
      <w:lvlJc w:val="right"/>
      <w:pPr>
        <w:ind w:left="5390" w:hanging="180"/>
      </w:pPr>
    </w:lvl>
    <w:lvl w:ilvl="6" w:tplc="0809000F" w:tentative="1">
      <w:start w:val="1"/>
      <w:numFmt w:val="decimal"/>
      <w:lvlText w:val="%7."/>
      <w:lvlJc w:val="left"/>
      <w:pPr>
        <w:ind w:left="6110" w:hanging="360"/>
      </w:pPr>
    </w:lvl>
    <w:lvl w:ilvl="7" w:tplc="08090019" w:tentative="1">
      <w:start w:val="1"/>
      <w:numFmt w:val="lowerLetter"/>
      <w:lvlText w:val="%8."/>
      <w:lvlJc w:val="left"/>
      <w:pPr>
        <w:ind w:left="6830" w:hanging="360"/>
      </w:pPr>
    </w:lvl>
    <w:lvl w:ilvl="8" w:tplc="0809001B" w:tentative="1">
      <w:start w:val="1"/>
      <w:numFmt w:val="lowerRoman"/>
      <w:lvlText w:val="%9."/>
      <w:lvlJc w:val="right"/>
      <w:pPr>
        <w:ind w:left="7550" w:hanging="180"/>
      </w:pPr>
    </w:lvl>
  </w:abstractNum>
  <w:abstractNum w:abstractNumId="43" w15:restartNumberingAfterBreak="0">
    <w:nsid w:val="7D69007B"/>
    <w:multiLevelType w:val="hybridMultilevel"/>
    <w:tmpl w:val="3D00B496"/>
    <w:lvl w:ilvl="0" w:tplc="042B0011">
      <w:start w:val="1"/>
      <w:numFmt w:val="decimal"/>
      <w:lvlText w:val="%1)"/>
      <w:lvlJc w:val="left"/>
      <w:pPr>
        <w:ind w:left="720" w:hanging="360"/>
      </w:pPr>
      <w:rPr>
        <w:rFonts w:hint="default"/>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num w:numId="1" w16cid:durableId="477190913">
    <w:abstractNumId w:val="13"/>
  </w:num>
  <w:num w:numId="2" w16cid:durableId="589121011">
    <w:abstractNumId w:val="37"/>
  </w:num>
  <w:num w:numId="3" w16cid:durableId="689264023">
    <w:abstractNumId w:val="8"/>
  </w:num>
  <w:num w:numId="4" w16cid:durableId="1907111387">
    <w:abstractNumId w:val="36"/>
  </w:num>
  <w:num w:numId="5" w16cid:durableId="377054875">
    <w:abstractNumId w:val="43"/>
  </w:num>
  <w:num w:numId="6" w16cid:durableId="1544976544">
    <w:abstractNumId w:val="9"/>
  </w:num>
  <w:num w:numId="7" w16cid:durableId="543374564">
    <w:abstractNumId w:val="39"/>
  </w:num>
  <w:num w:numId="8" w16cid:durableId="1332756040">
    <w:abstractNumId w:val="17"/>
  </w:num>
  <w:num w:numId="9" w16cid:durableId="145124978">
    <w:abstractNumId w:val="21"/>
  </w:num>
  <w:num w:numId="10" w16cid:durableId="631597165">
    <w:abstractNumId w:val="7"/>
  </w:num>
  <w:num w:numId="11" w16cid:durableId="2360664">
    <w:abstractNumId w:val="38"/>
  </w:num>
  <w:num w:numId="12" w16cid:durableId="802120295">
    <w:abstractNumId w:val="24"/>
  </w:num>
  <w:num w:numId="13" w16cid:durableId="300580723">
    <w:abstractNumId w:val="32"/>
  </w:num>
  <w:num w:numId="14" w16cid:durableId="1519810975">
    <w:abstractNumId w:val="11"/>
  </w:num>
  <w:num w:numId="15" w16cid:durableId="1451166601">
    <w:abstractNumId w:val="28"/>
  </w:num>
  <w:num w:numId="16" w16cid:durableId="446200829">
    <w:abstractNumId w:val="35"/>
  </w:num>
  <w:num w:numId="17" w16cid:durableId="1373924592">
    <w:abstractNumId w:val="33"/>
  </w:num>
  <w:num w:numId="18" w16cid:durableId="156919255">
    <w:abstractNumId w:val="29"/>
  </w:num>
  <w:num w:numId="19" w16cid:durableId="1748961298">
    <w:abstractNumId w:val="5"/>
  </w:num>
  <w:num w:numId="20" w16cid:durableId="1063604371">
    <w:abstractNumId w:val="3"/>
  </w:num>
  <w:num w:numId="21" w16cid:durableId="1368872474">
    <w:abstractNumId w:val="2"/>
  </w:num>
  <w:num w:numId="22" w16cid:durableId="666251893">
    <w:abstractNumId w:val="4"/>
  </w:num>
  <w:num w:numId="23" w16cid:durableId="1523780763">
    <w:abstractNumId w:val="1"/>
  </w:num>
  <w:num w:numId="24" w16cid:durableId="1095056142">
    <w:abstractNumId w:val="0"/>
  </w:num>
  <w:num w:numId="25" w16cid:durableId="1761683435">
    <w:abstractNumId w:val="41"/>
  </w:num>
  <w:num w:numId="26" w16cid:durableId="341474182">
    <w:abstractNumId w:val="19"/>
  </w:num>
  <w:num w:numId="27" w16cid:durableId="171408935">
    <w:abstractNumId w:val="6"/>
  </w:num>
  <w:num w:numId="28" w16cid:durableId="566039478">
    <w:abstractNumId w:val="40"/>
  </w:num>
  <w:num w:numId="29" w16cid:durableId="734158796">
    <w:abstractNumId w:val="16"/>
  </w:num>
  <w:num w:numId="30" w16cid:durableId="123888043">
    <w:abstractNumId w:val="34"/>
  </w:num>
  <w:num w:numId="31" w16cid:durableId="1613508905">
    <w:abstractNumId w:val="12"/>
  </w:num>
  <w:num w:numId="32" w16cid:durableId="1184393429">
    <w:abstractNumId w:val="26"/>
  </w:num>
  <w:num w:numId="33" w16cid:durableId="1635213370">
    <w:abstractNumId w:val="30"/>
  </w:num>
  <w:num w:numId="34" w16cid:durableId="751052208">
    <w:abstractNumId w:val="14"/>
  </w:num>
  <w:num w:numId="35" w16cid:durableId="742222554">
    <w:abstractNumId w:val="25"/>
  </w:num>
  <w:num w:numId="36" w16cid:durableId="507411060">
    <w:abstractNumId w:val="23"/>
  </w:num>
  <w:num w:numId="37" w16cid:durableId="1716781420">
    <w:abstractNumId w:val="10"/>
  </w:num>
  <w:num w:numId="38" w16cid:durableId="1006442635">
    <w:abstractNumId w:val="42"/>
  </w:num>
  <w:num w:numId="39" w16cid:durableId="46099954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701009480">
    <w:abstractNumId w:val="31"/>
  </w:num>
  <w:num w:numId="41" w16cid:durableId="568349039">
    <w:abstractNumId w:val="27"/>
  </w:num>
  <w:num w:numId="42" w16cid:durableId="409501343">
    <w:abstractNumId w:val="15"/>
  </w:num>
  <w:num w:numId="43" w16cid:durableId="1797872615">
    <w:abstractNumId w:val="18"/>
  </w:num>
  <w:num w:numId="44" w16cid:durableId="303388528">
    <w:abstractNumId w:val="20"/>
  </w:num>
  <w:num w:numId="45" w16cid:durableId="14675087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413"/>
    <w:rsid w:val="000011F6"/>
    <w:rsid w:val="0000255A"/>
    <w:rsid w:val="00004413"/>
    <w:rsid w:val="00007A8B"/>
    <w:rsid w:val="00027471"/>
    <w:rsid w:val="00090877"/>
    <w:rsid w:val="000A51E6"/>
    <w:rsid w:val="000A63B5"/>
    <w:rsid w:val="000D66A0"/>
    <w:rsid w:val="000F3845"/>
    <w:rsid w:val="00136088"/>
    <w:rsid w:val="001978B0"/>
    <w:rsid w:val="001F5D75"/>
    <w:rsid w:val="00226B8B"/>
    <w:rsid w:val="0023048B"/>
    <w:rsid w:val="00237505"/>
    <w:rsid w:val="00237D41"/>
    <w:rsid w:val="00285468"/>
    <w:rsid w:val="002A3C06"/>
    <w:rsid w:val="002C2E63"/>
    <w:rsid w:val="002C4F43"/>
    <w:rsid w:val="00304456"/>
    <w:rsid w:val="003122C3"/>
    <w:rsid w:val="00321825"/>
    <w:rsid w:val="00344D45"/>
    <w:rsid w:val="003A3A54"/>
    <w:rsid w:val="003C4BDA"/>
    <w:rsid w:val="003D093F"/>
    <w:rsid w:val="003E5186"/>
    <w:rsid w:val="003F1EF6"/>
    <w:rsid w:val="00407141"/>
    <w:rsid w:val="004214E1"/>
    <w:rsid w:val="00426991"/>
    <w:rsid w:val="00441CB1"/>
    <w:rsid w:val="00447437"/>
    <w:rsid w:val="004915A5"/>
    <w:rsid w:val="00492014"/>
    <w:rsid w:val="0049300E"/>
    <w:rsid w:val="004A0C57"/>
    <w:rsid w:val="004A2868"/>
    <w:rsid w:val="004A4C5B"/>
    <w:rsid w:val="004B5BEB"/>
    <w:rsid w:val="004D03C1"/>
    <w:rsid w:val="004D448D"/>
    <w:rsid w:val="004D71DE"/>
    <w:rsid w:val="004E2BAE"/>
    <w:rsid w:val="004E3B3B"/>
    <w:rsid w:val="004E58C5"/>
    <w:rsid w:val="005518A7"/>
    <w:rsid w:val="00587D93"/>
    <w:rsid w:val="00591D77"/>
    <w:rsid w:val="005E06FB"/>
    <w:rsid w:val="00602C3F"/>
    <w:rsid w:val="0062481E"/>
    <w:rsid w:val="00644098"/>
    <w:rsid w:val="006918A9"/>
    <w:rsid w:val="006A4EE8"/>
    <w:rsid w:val="006C6DFA"/>
    <w:rsid w:val="006D791E"/>
    <w:rsid w:val="006E0097"/>
    <w:rsid w:val="006F2BC3"/>
    <w:rsid w:val="007073C5"/>
    <w:rsid w:val="00735A1D"/>
    <w:rsid w:val="0078513C"/>
    <w:rsid w:val="0079156A"/>
    <w:rsid w:val="007A5F51"/>
    <w:rsid w:val="007C23CA"/>
    <w:rsid w:val="007F52D4"/>
    <w:rsid w:val="0082321E"/>
    <w:rsid w:val="00841AD1"/>
    <w:rsid w:val="00866F2D"/>
    <w:rsid w:val="00892FD4"/>
    <w:rsid w:val="008B0B96"/>
    <w:rsid w:val="008C578A"/>
    <w:rsid w:val="008E319A"/>
    <w:rsid w:val="008E775E"/>
    <w:rsid w:val="008F759F"/>
    <w:rsid w:val="00902725"/>
    <w:rsid w:val="009052AC"/>
    <w:rsid w:val="00923C94"/>
    <w:rsid w:val="00934E74"/>
    <w:rsid w:val="00943D63"/>
    <w:rsid w:val="0098467A"/>
    <w:rsid w:val="009A0AC0"/>
    <w:rsid w:val="009A4455"/>
    <w:rsid w:val="009A5A90"/>
    <w:rsid w:val="00A22E96"/>
    <w:rsid w:val="00A24CEE"/>
    <w:rsid w:val="00A33B94"/>
    <w:rsid w:val="00A40F42"/>
    <w:rsid w:val="00A702E8"/>
    <w:rsid w:val="00A70B78"/>
    <w:rsid w:val="00A82FEE"/>
    <w:rsid w:val="00AE12B5"/>
    <w:rsid w:val="00AE2B14"/>
    <w:rsid w:val="00AF6371"/>
    <w:rsid w:val="00B25EE7"/>
    <w:rsid w:val="00B40B87"/>
    <w:rsid w:val="00B41D70"/>
    <w:rsid w:val="00B473DC"/>
    <w:rsid w:val="00B53DD3"/>
    <w:rsid w:val="00B6767F"/>
    <w:rsid w:val="00B719E8"/>
    <w:rsid w:val="00B77B83"/>
    <w:rsid w:val="00BA123A"/>
    <w:rsid w:val="00BB595B"/>
    <w:rsid w:val="00BC2036"/>
    <w:rsid w:val="00BE253B"/>
    <w:rsid w:val="00BE7A70"/>
    <w:rsid w:val="00BF13A4"/>
    <w:rsid w:val="00C077A1"/>
    <w:rsid w:val="00C34639"/>
    <w:rsid w:val="00C3529A"/>
    <w:rsid w:val="00C613D9"/>
    <w:rsid w:val="00C64D03"/>
    <w:rsid w:val="00C82569"/>
    <w:rsid w:val="00C90A18"/>
    <w:rsid w:val="00C95C69"/>
    <w:rsid w:val="00D174FB"/>
    <w:rsid w:val="00D20AB5"/>
    <w:rsid w:val="00D43C93"/>
    <w:rsid w:val="00D50815"/>
    <w:rsid w:val="00D54D46"/>
    <w:rsid w:val="00D71339"/>
    <w:rsid w:val="00D75570"/>
    <w:rsid w:val="00D96A81"/>
    <w:rsid w:val="00DA3F71"/>
    <w:rsid w:val="00DA5348"/>
    <w:rsid w:val="00DA7C34"/>
    <w:rsid w:val="00E67C08"/>
    <w:rsid w:val="00E767AE"/>
    <w:rsid w:val="00E879BF"/>
    <w:rsid w:val="00EC5454"/>
    <w:rsid w:val="00EE6743"/>
    <w:rsid w:val="00EF3D4F"/>
    <w:rsid w:val="00F009EF"/>
    <w:rsid w:val="00F0646A"/>
    <w:rsid w:val="00F20AF7"/>
    <w:rsid w:val="00F3251F"/>
    <w:rsid w:val="00F36E09"/>
    <w:rsid w:val="00F70856"/>
    <w:rsid w:val="00F803BD"/>
    <w:rsid w:val="00F838C5"/>
    <w:rsid w:val="00FC347B"/>
    <w:rsid w:val="00FF70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D48FF"/>
  <w15:chartTrackingRefBased/>
  <w15:docId w15:val="{23CC0883-42F2-42F5-A60C-5BCF359C1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03C1"/>
    <w:pPr>
      <w:keepNext/>
      <w:spacing w:after="0" w:line="240" w:lineRule="auto"/>
      <w:jc w:val="center"/>
      <w:outlineLvl w:val="0"/>
    </w:pPr>
    <w:rPr>
      <w:rFonts w:ascii="Arial Armenian" w:eastAsia="Times New Roman" w:hAnsi="Arial Armenian" w:cs="Times New Roman"/>
      <w:b/>
      <w:szCs w:val="20"/>
      <w:lang w:eastAsia="ru-RU"/>
    </w:rPr>
  </w:style>
  <w:style w:type="paragraph" w:styleId="Heading2">
    <w:name w:val="heading 2"/>
    <w:basedOn w:val="Normal"/>
    <w:next w:val="Normal"/>
    <w:link w:val="Heading2Char"/>
    <w:uiPriority w:val="9"/>
    <w:qFormat/>
    <w:rsid w:val="004D03C1"/>
    <w:pPr>
      <w:keepNext/>
      <w:spacing w:after="0" w:line="240" w:lineRule="auto"/>
      <w:jc w:val="center"/>
      <w:outlineLvl w:val="1"/>
    </w:pPr>
    <w:rPr>
      <w:rFonts w:ascii="Baltica" w:eastAsia="Times New Roman" w:hAnsi="Baltica" w:cs="Times New Roman"/>
      <w:b/>
      <w:sz w:val="20"/>
      <w:szCs w:val="20"/>
      <w:lang w:eastAsia="ru-RU"/>
    </w:rPr>
  </w:style>
  <w:style w:type="paragraph" w:styleId="Heading3">
    <w:name w:val="heading 3"/>
    <w:basedOn w:val="Normal"/>
    <w:next w:val="Normal"/>
    <w:link w:val="Heading3Char"/>
    <w:uiPriority w:val="9"/>
    <w:qFormat/>
    <w:rsid w:val="004D03C1"/>
    <w:pPr>
      <w:keepNext/>
      <w:spacing w:after="0" w:line="240" w:lineRule="auto"/>
      <w:ind w:right="630"/>
      <w:jc w:val="center"/>
      <w:outlineLvl w:val="2"/>
    </w:pPr>
    <w:rPr>
      <w:rFonts w:ascii="Times Armenian" w:eastAsia="Times New Roman" w:hAnsi="Times Armenian" w:cs="Times New Roman"/>
      <w:sz w:val="30"/>
      <w:szCs w:val="20"/>
      <w:lang w:eastAsia="ru-RU"/>
    </w:rPr>
  </w:style>
  <w:style w:type="paragraph" w:styleId="Heading4">
    <w:name w:val="heading 4"/>
    <w:basedOn w:val="Normal"/>
    <w:next w:val="Normal"/>
    <w:link w:val="Heading4Char"/>
    <w:uiPriority w:val="9"/>
    <w:qFormat/>
    <w:rsid w:val="004D03C1"/>
    <w:pPr>
      <w:keepNext/>
      <w:spacing w:after="0" w:line="240" w:lineRule="auto"/>
      <w:jc w:val="center"/>
      <w:outlineLvl w:val="3"/>
    </w:pPr>
    <w:rPr>
      <w:rFonts w:ascii="Arial Armenian" w:eastAsia="Times New Roman" w:hAnsi="Arial Armenian" w:cs="Times New Roman"/>
      <w:b/>
      <w:sz w:val="23"/>
      <w:szCs w:val="20"/>
      <w:lang w:eastAsia="ru-RU"/>
    </w:rPr>
  </w:style>
  <w:style w:type="paragraph" w:styleId="Heading5">
    <w:name w:val="heading 5"/>
    <w:basedOn w:val="Normal"/>
    <w:next w:val="Normal"/>
    <w:link w:val="Heading5Char"/>
    <w:uiPriority w:val="9"/>
    <w:qFormat/>
    <w:rsid w:val="004D03C1"/>
    <w:pPr>
      <w:keepNext/>
      <w:spacing w:after="0" w:line="240" w:lineRule="auto"/>
      <w:jc w:val="center"/>
      <w:outlineLvl w:val="4"/>
    </w:pPr>
    <w:rPr>
      <w:rFonts w:ascii="Times Armenian" w:eastAsia="Times New Roman" w:hAnsi="Times Armenian" w:cs="Times New Roman"/>
      <w:b/>
      <w:sz w:val="28"/>
      <w:szCs w:val="20"/>
      <w:lang w:eastAsia="ru-RU"/>
    </w:rPr>
  </w:style>
  <w:style w:type="paragraph" w:styleId="Heading6">
    <w:name w:val="heading 6"/>
    <w:basedOn w:val="Normal"/>
    <w:next w:val="Normal"/>
    <w:link w:val="Heading6Char"/>
    <w:uiPriority w:val="9"/>
    <w:qFormat/>
    <w:rsid w:val="004D03C1"/>
    <w:pPr>
      <w:keepNext/>
      <w:spacing w:after="0" w:line="240" w:lineRule="auto"/>
      <w:ind w:left="-851"/>
      <w:outlineLvl w:val="5"/>
    </w:pPr>
    <w:rPr>
      <w:rFonts w:ascii="Times Armenian" w:eastAsia="Times New Roman" w:hAnsi="Times Armenian" w:cs="Times New Roman"/>
      <w:sz w:val="36"/>
      <w:szCs w:val="20"/>
      <w:lang w:eastAsia="ru-RU"/>
    </w:rPr>
  </w:style>
  <w:style w:type="paragraph" w:styleId="Heading7">
    <w:name w:val="heading 7"/>
    <w:basedOn w:val="Normal"/>
    <w:next w:val="Normal"/>
    <w:link w:val="Heading7Char"/>
    <w:uiPriority w:val="9"/>
    <w:qFormat/>
    <w:rsid w:val="004D03C1"/>
    <w:pPr>
      <w:keepNext/>
      <w:spacing w:after="0" w:line="240" w:lineRule="auto"/>
      <w:ind w:left="-851"/>
      <w:outlineLvl w:val="6"/>
    </w:pPr>
    <w:rPr>
      <w:rFonts w:ascii="Times Armenian" w:eastAsia="Times New Roman" w:hAnsi="Times Armenian" w:cs="Times New Roman"/>
      <w:sz w:val="24"/>
      <w:szCs w:val="20"/>
      <w:lang w:eastAsia="ru-RU"/>
    </w:rPr>
  </w:style>
  <w:style w:type="paragraph" w:styleId="Heading8">
    <w:name w:val="heading 8"/>
    <w:basedOn w:val="Normal"/>
    <w:next w:val="Normal"/>
    <w:link w:val="Heading8Char"/>
    <w:uiPriority w:val="9"/>
    <w:qFormat/>
    <w:rsid w:val="004D03C1"/>
    <w:pPr>
      <w:keepNext/>
      <w:spacing w:after="0" w:line="240" w:lineRule="auto"/>
      <w:jc w:val="center"/>
      <w:outlineLvl w:val="7"/>
    </w:pPr>
    <w:rPr>
      <w:rFonts w:ascii="Arial Armenian" w:eastAsia="Times New Roman" w:hAnsi="Arial Armenian" w:cs="Times New Roman"/>
      <w:b/>
      <w:sz w:val="24"/>
      <w:szCs w:val="20"/>
      <w:lang w:eastAsia="ru-RU"/>
    </w:rPr>
  </w:style>
  <w:style w:type="paragraph" w:styleId="Heading9">
    <w:name w:val="heading 9"/>
    <w:basedOn w:val="Normal"/>
    <w:next w:val="Normal"/>
    <w:link w:val="Heading9Char"/>
    <w:uiPriority w:val="9"/>
    <w:qFormat/>
    <w:rsid w:val="004D03C1"/>
    <w:pPr>
      <w:keepNext/>
      <w:spacing w:after="0" w:line="240" w:lineRule="auto"/>
      <w:jc w:val="center"/>
      <w:outlineLvl w:val="8"/>
    </w:pPr>
    <w:rPr>
      <w:rFonts w:ascii="Baltica" w:eastAsia="Times New Roman" w:hAnsi="Baltica" w:cs="Times New Roman"/>
      <w:sz w:val="24"/>
      <w:szCs w:val="20"/>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03C1"/>
    <w:rPr>
      <w:rFonts w:ascii="Arial Armenian" w:eastAsia="Times New Roman" w:hAnsi="Arial Armenian" w:cs="Times New Roman"/>
      <w:b/>
      <w:szCs w:val="20"/>
      <w:lang w:eastAsia="ru-RU"/>
    </w:rPr>
  </w:style>
  <w:style w:type="character" w:customStyle="1" w:styleId="Heading2Char">
    <w:name w:val="Heading 2 Char"/>
    <w:basedOn w:val="DefaultParagraphFont"/>
    <w:link w:val="Heading2"/>
    <w:uiPriority w:val="9"/>
    <w:rsid w:val="004D03C1"/>
    <w:rPr>
      <w:rFonts w:ascii="Baltica" w:eastAsia="Times New Roman" w:hAnsi="Baltica" w:cs="Times New Roman"/>
      <w:b/>
      <w:sz w:val="20"/>
      <w:szCs w:val="20"/>
      <w:lang w:eastAsia="ru-RU"/>
    </w:rPr>
  </w:style>
  <w:style w:type="character" w:customStyle="1" w:styleId="Heading3Char">
    <w:name w:val="Heading 3 Char"/>
    <w:basedOn w:val="DefaultParagraphFont"/>
    <w:link w:val="Heading3"/>
    <w:uiPriority w:val="9"/>
    <w:rsid w:val="004D03C1"/>
    <w:rPr>
      <w:rFonts w:ascii="Times Armenian" w:eastAsia="Times New Roman" w:hAnsi="Times Armenian" w:cs="Times New Roman"/>
      <w:sz w:val="30"/>
      <w:szCs w:val="20"/>
      <w:lang w:eastAsia="ru-RU"/>
    </w:rPr>
  </w:style>
  <w:style w:type="character" w:customStyle="1" w:styleId="Heading4Char">
    <w:name w:val="Heading 4 Char"/>
    <w:basedOn w:val="DefaultParagraphFont"/>
    <w:link w:val="Heading4"/>
    <w:uiPriority w:val="9"/>
    <w:rsid w:val="004D03C1"/>
    <w:rPr>
      <w:rFonts w:ascii="Arial Armenian" w:eastAsia="Times New Roman" w:hAnsi="Arial Armenian" w:cs="Times New Roman"/>
      <w:b/>
      <w:sz w:val="23"/>
      <w:szCs w:val="20"/>
      <w:lang w:eastAsia="ru-RU"/>
    </w:rPr>
  </w:style>
  <w:style w:type="character" w:customStyle="1" w:styleId="Heading5Char">
    <w:name w:val="Heading 5 Char"/>
    <w:basedOn w:val="DefaultParagraphFont"/>
    <w:link w:val="Heading5"/>
    <w:uiPriority w:val="9"/>
    <w:rsid w:val="004D03C1"/>
    <w:rPr>
      <w:rFonts w:ascii="Times Armenian" w:eastAsia="Times New Roman" w:hAnsi="Times Armenian" w:cs="Times New Roman"/>
      <w:b/>
      <w:sz w:val="28"/>
      <w:szCs w:val="20"/>
      <w:lang w:eastAsia="ru-RU"/>
    </w:rPr>
  </w:style>
  <w:style w:type="character" w:customStyle="1" w:styleId="Heading6Char">
    <w:name w:val="Heading 6 Char"/>
    <w:basedOn w:val="DefaultParagraphFont"/>
    <w:link w:val="Heading6"/>
    <w:uiPriority w:val="9"/>
    <w:rsid w:val="004D03C1"/>
    <w:rPr>
      <w:rFonts w:ascii="Times Armenian" w:eastAsia="Times New Roman" w:hAnsi="Times Armenian" w:cs="Times New Roman"/>
      <w:sz w:val="36"/>
      <w:szCs w:val="20"/>
      <w:lang w:eastAsia="ru-RU"/>
    </w:rPr>
  </w:style>
  <w:style w:type="character" w:customStyle="1" w:styleId="Heading7Char">
    <w:name w:val="Heading 7 Char"/>
    <w:basedOn w:val="DefaultParagraphFont"/>
    <w:link w:val="Heading7"/>
    <w:uiPriority w:val="9"/>
    <w:rsid w:val="004D03C1"/>
    <w:rPr>
      <w:rFonts w:ascii="Times Armenian" w:eastAsia="Times New Roman" w:hAnsi="Times Armenian" w:cs="Times New Roman"/>
      <w:sz w:val="24"/>
      <w:szCs w:val="20"/>
      <w:lang w:eastAsia="ru-RU"/>
    </w:rPr>
  </w:style>
  <w:style w:type="character" w:customStyle="1" w:styleId="Heading8Char">
    <w:name w:val="Heading 8 Char"/>
    <w:basedOn w:val="DefaultParagraphFont"/>
    <w:link w:val="Heading8"/>
    <w:uiPriority w:val="9"/>
    <w:rsid w:val="004D03C1"/>
    <w:rPr>
      <w:rFonts w:ascii="Arial Armenian" w:eastAsia="Times New Roman" w:hAnsi="Arial Armenian" w:cs="Times New Roman"/>
      <w:b/>
      <w:sz w:val="24"/>
      <w:szCs w:val="20"/>
      <w:lang w:eastAsia="ru-RU"/>
    </w:rPr>
  </w:style>
  <w:style w:type="character" w:customStyle="1" w:styleId="Heading9Char">
    <w:name w:val="Heading 9 Char"/>
    <w:basedOn w:val="DefaultParagraphFont"/>
    <w:link w:val="Heading9"/>
    <w:uiPriority w:val="9"/>
    <w:rsid w:val="004D03C1"/>
    <w:rPr>
      <w:rFonts w:ascii="Baltica" w:eastAsia="Times New Roman" w:hAnsi="Baltica" w:cs="Times New Roman"/>
      <w:sz w:val="24"/>
      <w:szCs w:val="20"/>
      <w:lang w:eastAsia="ru-RU"/>
    </w:rPr>
  </w:style>
  <w:style w:type="paragraph" w:styleId="BodyTextIndent">
    <w:name w:val="Body Text Indent"/>
    <w:basedOn w:val="Normal"/>
    <w:link w:val="BodyTextIndentChar"/>
    <w:uiPriority w:val="99"/>
    <w:rsid w:val="004D03C1"/>
    <w:pPr>
      <w:spacing w:after="0" w:line="240" w:lineRule="auto"/>
      <w:ind w:firstLine="720"/>
    </w:pPr>
    <w:rPr>
      <w:rFonts w:ascii="Arial Armenian" w:eastAsia="Times New Roman" w:hAnsi="Arial Armenian" w:cs="Times New Roman"/>
      <w:i/>
      <w:sz w:val="24"/>
      <w:szCs w:val="20"/>
      <w:lang w:eastAsia="ru-RU"/>
    </w:rPr>
  </w:style>
  <w:style w:type="character" w:customStyle="1" w:styleId="BodyTextIndentChar">
    <w:name w:val="Body Text Indent Char"/>
    <w:basedOn w:val="DefaultParagraphFont"/>
    <w:link w:val="BodyTextIndent"/>
    <w:uiPriority w:val="99"/>
    <w:rsid w:val="004D03C1"/>
    <w:rPr>
      <w:rFonts w:ascii="Arial Armenian" w:eastAsia="Times New Roman" w:hAnsi="Arial Armenian" w:cs="Times New Roman"/>
      <w:i/>
      <w:sz w:val="24"/>
      <w:szCs w:val="20"/>
      <w:lang w:eastAsia="ru-RU"/>
    </w:rPr>
  </w:style>
  <w:style w:type="paragraph" w:styleId="BodyText">
    <w:name w:val="Body Text"/>
    <w:basedOn w:val="Normal"/>
    <w:link w:val="BodyTextChar"/>
    <w:uiPriority w:val="99"/>
    <w:rsid w:val="004D03C1"/>
    <w:pPr>
      <w:spacing w:after="0" w:line="360" w:lineRule="auto"/>
    </w:pPr>
    <w:rPr>
      <w:rFonts w:ascii="Times Armenian" w:eastAsia="Times New Roman" w:hAnsi="Times Armenian" w:cs="Times New Roman"/>
      <w:sz w:val="28"/>
      <w:szCs w:val="20"/>
      <w:lang w:eastAsia="ru-RU"/>
    </w:rPr>
  </w:style>
  <w:style w:type="character" w:customStyle="1" w:styleId="BodyTextChar">
    <w:name w:val="Body Text Char"/>
    <w:basedOn w:val="DefaultParagraphFont"/>
    <w:link w:val="BodyText"/>
    <w:uiPriority w:val="99"/>
    <w:rsid w:val="004D03C1"/>
    <w:rPr>
      <w:rFonts w:ascii="Times Armenian" w:eastAsia="Times New Roman" w:hAnsi="Times Armenian" w:cs="Times New Roman"/>
      <w:sz w:val="28"/>
      <w:szCs w:val="20"/>
      <w:lang w:eastAsia="ru-RU"/>
    </w:rPr>
  </w:style>
  <w:style w:type="character" w:styleId="Hyperlink">
    <w:name w:val="Hyperlink"/>
    <w:basedOn w:val="DefaultParagraphFont"/>
    <w:rsid w:val="004D03C1"/>
    <w:rPr>
      <w:color w:val="0000FF"/>
      <w:u w:val="single"/>
    </w:rPr>
  </w:style>
  <w:style w:type="paragraph" w:styleId="BlockText">
    <w:name w:val="Block Text"/>
    <w:basedOn w:val="Normal"/>
    <w:rsid w:val="004D03C1"/>
    <w:pPr>
      <w:spacing w:after="0" w:line="240" w:lineRule="auto"/>
      <w:ind w:left="-709" w:right="-694"/>
    </w:pPr>
    <w:rPr>
      <w:rFonts w:ascii="Baltica" w:eastAsia="Times New Roman" w:hAnsi="Baltica" w:cs="Times New Roman"/>
      <w:sz w:val="18"/>
      <w:szCs w:val="20"/>
      <w:lang w:eastAsia="ru-RU"/>
    </w:rPr>
  </w:style>
  <w:style w:type="paragraph" w:styleId="BodyText2">
    <w:name w:val="Body Text 2"/>
    <w:basedOn w:val="Normal"/>
    <w:link w:val="BodyText2Char"/>
    <w:uiPriority w:val="99"/>
    <w:rsid w:val="004D03C1"/>
    <w:pPr>
      <w:spacing w:after="0" w:line="240" w:lineRule="auto"/>
    </w:pPr>
    <w:rPr>
      <w:rFonts w:ascii="Times New Roman" w:eastAsia="Times New Roman" w:hAnsi="Times New Roman" w:cs="Times New Roman"/>
      <w:sz w:val="18"/>
      <w:szCs w:val="20"/>
      <w:lang w:eastAsia="ru-RU"/>
    </w:rPr>
  </w:style>
  <w:style w:type="character" w:customStyle="1" w:styleId="BodyText2Char">
    <w:name w:val="Body Text 2 Char"/>
    <w:basedOn w:val="DefaultParagraphFont"/>
    <w:link w:val="BodyText2"/>
    <w:uiPriority w:val="99"/>
    <w:rsid w:val="004D03C1"/>
    <w:rPr>
      <w:rFonts w:ascii="Times New Roman" w:eastAsia="Times New Roman" w:hAnsi="Times New Roman" w:cs="Times New Roman"/>
      <w:sz w:val="18"/>
      <w:szCs w:val="20"/>
      <w:lang w:eastAsia="ru-RU"/>
    </w:rPr>
  </w:style>
  <w:style w:type="paragraph" w:styleId="BodyTextIndent3">
    <w:name w:val="Body Text Indent 3"/>
    <w:basedOn w:val="Normal"/>
    <w:link w:val="BodyTextIndent3Char"/>
    <w:rsid w:val="004D03C1"/>
    <w:pPr>
      <w:spacing w:after="120" w:line="240" w:lineRule="auto"/>
      <w:ind w:left="283"/>
    </w:pPr>
    <w:rPr>
      <w:rFonts w:ascii="Times New Roman" w:eastAsia="Times New Roman" w:hAnsi="Times New Roman" w:cs="Times New Roman"/>
      <w:sz w:val="16"/>
      <w:szCs w:val="16"/>
      <w:lang w:eastAsia="ru-RU"/>
    </w:rPr>
  </w:style>
  <w:style w:type="character" w:customStyle="1" w:styleId="BodyTextIndent3Char">
    <w:name w:val="Body Text Indent 3 Char"/>
    <w:basedOn w:val="DefaultParagraphFont"/>
    <w:link w:val="BodyTextIndent3"/>
    <w:rsid w:val="004D03C1"/>
    <w:rPr>
      <w:rFonts w:ascii="Times New Roman" w:eastAsia="Times New Roman" w:hAnsi="Times New Roman" w:cs="Times New Roman"/>
      <w:sz w:val="16"/>
      <w:szCs w:val="16"/>
      <w:lang w:eastAsia="ru-RU"/>
    </w:rPr>
  </w:style>
  <w:style w:type="paragraph" w:customStyle="1" w:styleId="Char">
    <w:name w:val="Char"/>
    <w:basedOn w:val="Normal"/>
    <w:rsid w:val="004D03C1"/>
    <w:pPr>
      <w:spacing w:line="240" w:lineRule="exact"/>
    </w:pPr>
    <w:rPr>
      <w:rFonts w:ascii="Arial" w:eastAsia="Times New Roman" w:hAnsi="Arial" w:cs="Arial"/>
      <w:sz w:val="20"/>
      <w:szCs w:val="20"/>
      <w:lang w:val="en-US"/>
    </w:rPr>
  </w:style>
  <w:style w:type="paragraph" w:styleId="Header">
    <w:name w:val="header"/>
    <w:basedOn w:val="Normal"/>
    <w:link w:val="HeaderChar"/>
    <w:uiPriority w:val="99"/>
    <w:rsid w:val="004D03C1"/>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HeaderChar">
    <w:name w:val="Header Char"/>
    <w:basedOn w:val="DefaultParagraphFont"/>
    <w:link w:val="Header"/>
    <w:uiPriority w:val="99"/>
    <w:rsid w:val="004D03C1"/>
    <w:rPr>
      <w:rFonts w:ascii="Times New Roman" w:eastAsia="Times New Roman" w:hAnsi="Times New Roman" w:cs="Times New Roman"/>
      <w:sz w:val="20"/>
      <w:szCs w:val="20"/>
      <w:lang w:eastAsia="ru-RU"/>
    </w:rPr>
  </w:style>
  <w:style w:type="paragraph" w:styleId="Footer">
    <w:name w:val="footer"/>
    <w:basedOn w:val="Normal"/>
    <w:link w:val="FooterChar"/>
    <w:uiPriority w:val="99"/>
    <w:rsid w:val="004D03C1"/>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FooterChar">
    <w:name w:val="Footer Char"/>
    <w:basedOn w:val="DefaultParagraphFont"/>
    <w:link w:val="Footer"/>
    <w:uiPriority w:val="99"/>
    <w:rsid w:val="004D03C1"/>
    <w:rPr>
      <w:rFonts w:ascii="Times New Roman" w:eastAsia="Times New Roman" w:hAnsi="Times New Roman" w:cs="Times New Roman"/>
      <w:sz w:val="20"/>
      <w:szCs w:val="20"/>
      <w:lang w:eastAsia="ru-RU"/>
    </w:rPr>
  </w:style>
  <w:style w:type="table" w:styleId="TableGrid">
    <w:name w:val="Table Grid"/>
    <w:basedOn w:val="TableNormal"/>
    <w:uiPriority w:val="39"/>
    <w:rsid w:val="004D03C1"/>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3">
    <w:name w:val="Char Char3"/>
    <w:basedOn w:val="DefaultParagraphFont"/>
    <w:locked/>
    <w:rsid w:val="004D03C1"/>
    <w:rPr>
      <w:rFonts w:ascii="Arial Armenian" w:hAnsi="Arial Armenian"/>
      <w:b/>
      <w:sz w:val="22"/>
      <w:lang w:val="en-GB" w:eastAsia="ru-RU" w:bidi="ar-SA"/>
    </w:rPr>
  </w:style>
  <w:style w:type="character" w:customStyle="1" w:styleId="CharChar1">
    <w:name w:val="Char Char1"/>
    <w:basedOn w:val="DefaultParagraphFont"/>
    <w:locked/>
    <w:rsid w:val="004D03C1"/>
    <w:rPr>
      <w:rFonts w:ascii="Arial Armenian" w:hAnsi="Arial Armenian"/>
      <w:b/>
      <w:sz w:val="23"/>
      <w:lang w:val="en-GB" w:eastAsia="ru-RU" w:bidi="ar-SA"/>
    </w:rPr>
  </w:style>
  <w:style w:type="paragraph" w:styleId="BodyTextIndent2">
    <w:name w:val="Body Text Indent 2"/>
    <w:basedOn w:val="Normal"/>
    <w:link w:val="BodyTextIndent2Char"/>
    <w:rsid w:val="004D03C1"/>
    <w:pPr>
      <w:spacing w:after="120" w:line="480" w:lineRule="auto"/>
      <w:ind w:left="283"/>
    </w:pPr>
    <w:rPr>
      <w:rFonts w:ascii="Times New Roman" w:eastAsia="Times New Roman" w:hAnsi="Times New Roman" w:cs="Times New Roman"/>
      <w:sz w:val="20"/>
      <w:szCs w:val="20"/>
      <w:lang w:eastAsia="ru-RU"/>
    </w:rPr>
  </w:style>
  <w:style w:type="character" w:customStyle="1" w:styleId="BodyTextIndent2Char">
    <w:name w:val="Body Text Indent 2 Char"/>
    <w:basedOn w:val="DefaultParagraphFont"/>
    <w:link w:val="BodyTextIndent2"/>
    <w:rsid w:val="004D03C1"/>
    <w:rPr>
      <w:rFonts w:ascii="Times New Roman" w:eastAsia="Times New Roman" w:hAnsi="Times New Roman" w:cs="Times New Roman"/>
      <w:sz w:val="20"/>
      <w:szCs w:val="20"/>
      <w:lang w:eastAsia="ru-RU"/>
    </w:rPr>
  </w:style>
  <w:style w:type="paragraph" w:customStyle="1" w:styleId="CharCharCharCharCharCharCharCharCharCharCharChar">
    <w:name w:val="Char Char Char Char Char Char Char Char Char Char Char Char"/>
    <w:basedOn w:val="Normal"/>
    <w:rsid w:val="004D03C1"/>
    <w:pPr>
      <w:spacing w:line="240" w:lineRule="exact"/>
    </w:pPr>
    <w:rPr>
      <w:rFonts w:ascii="Arial" w:eastAsia="Times New Roman" w:hAnsi="Arial" w:cs="Arial"/>
      <w:sz w:val="20"/>
      <w:szCs w:val="20"/>
      <w:lang w:val="en-US"/>
    </w:rPr>
  </w:style>
  <w:style w:type="paragraph" w:styleId="BalloonText">
    <w:name w:val="Balloon Text"/>
    <w:basedOn w:val="Normal"/>
    <w:link w:val="BalloonTextChar"/>
    <w:uiPriority w:val="99"/>
    <w:semiHidden/>
    <w:rsid w:val="004D03C1"/>
    <w:pPr>
      <w:spacing w:after="0" w:line="240" w:lineRule="auto"/>
    </w:pPr>
    <w:rPr>
      <w:rFonts w:ascii="Tahoma" w:eastAsia="Times New Roman" w:hAnsi="Tahoma" w:cs="Tahoma"/>
      <w:sz w:val="16"/>
      <w:szCs w:val="16"/>
      <w:lang w:eastAsia="ru-RU"/>
    </w:rPr>
  </w:style>
  <w:style w:type="character" w:customStyle="1" w:styleId="BalloonTextChar">
    <w:name w:val="Balloon Text Char"/>
    <w:basedOn w:val="DefaultParagraphFont"/>
    <w:link w:val="BalloonText"/>
    <w:uiPriority w:val="99"/>
    <w:semiHidden/>
    <w:rsid w:val="004D03C1"/>
    <w:rPr>
      <w:rFonts w:ascii="Tahoma" w:eastAsia="Times New Roman" w:hAnsi="Tahoma" w:cs="Tahoma"/>
      <w:sz w:val="16"/>
      <w:szCs w:val="16"/>
      <w:lang w:eastAsia="ru-RU"/>
    </w:rPr>
  </w:style>
  <w:style w:type="character" w:styleId="Emphasis">
    <w:name w:val="Emphasis"/>
    <w:uiPriority w:val="20"/>
    <w:qFormat/>
    <w:rsid w:val="004D03C1"/>
    <w:rPr>
      <w:i/>
      <w:iCs/>
    </w:rPr>
  </w:style>
  <w:style w:type="paragraph" w:styleId="ListParagraph">
    <w:name w:val="List Paragraph"/>
    <w:basedOn w:val="Normal"/>
    <w:uiPriority w:val="34"/>
    <w:qFormat/>
    <w:rsid w:val="004D03C1"/>
    <w:pPr>
      <w:spacing w:after="0" w:line="240" w:lineRule="auto"/>
      <w:ind w:left="720"/>
      <w:contextualSpacing/>
    </w:pPr>
    <w:rPr>
      <w:rFonts w:ascii="Times New Roman" w:eastAsia="Times New Roman" w:hAnsi="Times New Roman" w:cs="Times New Roman"/>
      <w:sz w:val="20"/>
      <w:szCs w:val="20"/>
      <w:lang w:eastAsia="ru-RU"/>
    </w:rPr>
  </w:style>
  <w:style w:type="paragraph" w:styleId="BodyText3">
    <w:name w:val="Body Text 3"/>
    <w:basedOn w:val="Normal"/>
    <w:link w:val="BodyText3Char"/>
    <w:uiPriority w:val="99"/>
    <w:rsid w:val="004D03C1"/>
    <w:pPr>
      <w:spacing w:after="120" w:line="240" w:lineRule="auto"/>
    </w:pPr>
    <w:rPr>
      <w:rFonts w:ascii="Times Armenian" w:eastAsia="Times New Roman" w:hAnsi="Times Armenian" w:cs="Times New Roman"/>
      <w:sz w:val="16"/>
      <w:szCs w:val="16"/>
      <w:lang w:val="en-US"/>
    </w:rPr>
  </w:style>
  <w:style w:type="character" w:customStyle="1" w:styleId="BodyText3Char">
    <w:name w:val="Body Text 3 Char"/>
    <w:basedOn w:val="DefaultParagraphFont"/>
    <w:link w:val="BodyText3"/>
    <w:uiPriority w:val="99"/>
    <w:rsid w:val="004D03C1"/>
    <w:rPr>
      <w:rFonts w:ascii="Times Armenian" w:eastAsia="Times New Roman" w:hAnsi="Times Armenian" w:cs="Times New Roman"/>
      <w:sz w:val="16"/>
      <w:szCs w:val="16"/>
      <w:lang w:val="en-US"/>
    </w:rPr>
  </w:style>
  <w:style w:type="character" w:styleId="Strong">
    <w:name w:val="Strong"/>
    <w:basedOn w:val="DefaultParagraphFont"/>
    <w:uiPriority w:val="22"/>
    <w:qFormat/>
    <w:rsid w:val="004D03C1"/>
    <w:rPr>
      <w:b/>
      <w:bCs/>
    </w:rPr>
  </w:style>
  <w:style w:type="paragraph" w:styleId="NormalWeb">
    <w:name w:val="Normal (Web)"/>
    <w:basedOn w:val="Normal"/>
    <w:uiPriority w:val="99"/>
    <w:unhideWhenUsed/>
    <w:rsid w:val="004D03C1"/>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unhideWhenUsed/>
    <w:rsid w:val="004D03C1"/>
    <w:pPr>
      <w:spacing w:after="0" w:line="240" w:lineRule="auto"/>
    </w:pPr>
    <w:rPr>
      <w:sz w:val="20"/>
      <w:szCs w:val="20"/>
      <w:lang w:val="hy-AM"/>
    </w:rPr>
  </w:style>
  <w:style w:type="character" w:customStyle="1" w:styleId="FootnoteTextChar">
    <w:name w:val="Footnote Text Char"/>
    <w:basedOn w:val="DefaultParagraphFont"/>
    <w:link w:val="FootnoteText"/>
    <w:uiPriority w:val="99"/>
    <w:rsid w:val="004D03C1"/>
    <w:rPr>
      <w:sz w:val="20"/>
      <w:szCs w:val="20"/>
      <w:lang w:val="hy-AM"/>
    </w:rPr>
  </w:style>
  <w:style w:type="character" w:styleId="FootnoteReference">
    <w:name w:val="footnote reference"/>
    <w:basedOn w:val="DefaultParagraphFont"/>
    <w:uiPriority w:val="99"/>
    <w:unhideWhenUsed/>
    <w:rsid w:val="004D03C1"/>
    <w:rPr>
      <w:vertAlign w:val="superscript"/>
    </w:rPr>
  </w:style>
  <w:style w:type="table" w:customStyle="1" w:styleId="TableNormal0">
    <w:name w:val="TableNormal"/>
    <w:rsid w:val="004D03C1"/>
    <w:rPr>
      <w:rFonts w:ascii="Calibri" w:eastAsia="Calibri" w:hAnsi="Calibri" w:cs="Calibri"/>
      <w:lang w:val="hy" w:eastAsia="hy-AM"/>
    </w:rPr>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4D03C1"/>
    <w:pPr>
      <w:keepNext/>
      <w:keepLines/>
      <w:spacing w:before="480" w:after="120"/>
    </w:pPr>
    <w:rPr>
      <w:rFonts w:ascii="Calibri" w:eastAsia="Calibri" w:hAnsi="Calibri" w:cs="Calibri"/>
      <w:b/>
      <w:sz w:val="72"/>
      <w:szCs w:val="72"/>
      <w:lang w:val="hy" w:eastAsia="hy-AM"/>
    </w:rPr>
  </w:style>
  <w:style w:type="character" w:customStyle="1" w:styleId="TitleChar">
    <w:name w:val="Title Char"/>
    <w:basedOn w:val="DefaultParagraphFont"/>
    <w:link w:val="Title"/>
    <w:uiPriority w:val="10"/>
    <w:rsid w:val="004D03C1"/>
    <w:rPr>
      <w:rFonts w:ascii="Calibri" w:eastAsia="Calibri" w:hAnsi="Calibri" w:cs="Calibri"/>
      <w:b/>
      <w:sz w:val="72"/>
      <w:szCs w:val="72"/>
      <w:lang w:val="hy" w:eastAsia="hy-AM"/>
    </w:rPr>
  </w:style>
  <w:style w:type="paragraph" w:styleId="Subtitle">
    <w:name w:val="Subtitle"/>
    <w:basedOn w:val="Normal"/>
    <w:next w:val="Normal"/>
    <w:link w:val="SubtitleChar"/>
    <w:uiPriority w:val="11"/>
    <w:qFormat/>
    <w:rsid w:val="004D03C1"/>
    <w:pPr>
      <w:keepNext/>
      <w:keepLines/>
      <w:spacing w:before="360" w:after="80"/>
    </w:pPr>
    <w:rPr>
      <w:rFonts w:ascii="Georgia" w:eastAsia="Georgia" w:hAnsi="Georgia" w:cs="Georgia"/>
      <w:i/>
      <w:color w:val="666666"/>
      <w:sz w:val="48"/>
      <w:szCs w:val="48"/>
      <w:lang w:val="hy" w:eastAsia="hy-AM"/>
    </w:rPr>
  </w:style>
  <w:style w:type="character" w:customStyle="1" w:styleId="SubtitleChar">
    <w:name w:val="Subtitle Char"/>
    <w:basedOn w:val="DefaultParagraphFont"/>
    <w:link w:val="Subtitle"/>
    <w:uiPriority w:val="11"/>
    <w:rsid w:val="004D03C1"/>
    <w:rPr>
      <w:rFonts w:ascii="Georgia" w:eastAsia="Georgia" w:hAnsi="Georgia" w:cs="Georgia"/>
      <w:i/>
      <w:color w:val="666666"/>
      <w:sz w:val="48"/>
      <w:szCs w:val="48"/>
      <w:lang w:val="hy" w:eastAsia="hy-AM"/>
    </w:rPr>
  </w:style>
  <w:style w:type="paragraph" w:styleId="CommentText">
    <w:name w:val="annotation text"/>
    <w:basedOn w:val="Normal"/>
    <w:link w:val="CommentTextChar"/>
    <w:uiPriority w:val="99"/>
    <w:unhideWhenUsed/>
    <w:rsid w:val="004D03C1"/>
    <w:pPr>
      <w:spacing w:line="240" w:lineRule="auto"/>
    </w:pPr>
    <w:rPr>
      <w:rFonts w:ascii="Calibri" w:eastAsia="Calibri" w:hAnsi="Calibri" w:cs="Calibri"/>
      <w:sz w:val="20"/>
      <w:szCs w:val="20"/>
      <w:lang w:val="hy" w:eastAsia="hy-AM"/>
    </w:rPr>
  </w:style>
  <w:style w:type="character" w:customStyle="1" w:styleId="CommentTextChar">
    <w:name w:val="Comment Text Char"/>
    <w:basedOn w:val="DefaultParagraphFont"/>
    <w:link w:val="CommentText"/>
    <w:uiPriority w:val="99"/>
    <w:rsid w:val="004D03C1"/>
    <w:rPr>
      <w:rFonts w:ascii="Calibri" w:eastAsia="Calibri" w:hAnsi="Calibri" w:cs="Calibri"/>
      <w:sz w:val="20"/>
      <w:szCs w:val="20"/>
      <w:lang w:val="hy" w:eastAsia="hy-AM"/>
    </w:rPr>
  </w:style>
  <w:style w:type="character" w:styleId="CommentReference">
    <w:name w:val="annotation reference"/>
    <w:basedOn w:val="DefaultParagraphFont"/>
    <w:uiPriority w:val="99"/>
    <w:semiHidden/>
    <w:unhideWhenUsed/>
    <w:rsid w:val="004D03C1"/>
    <w:rPr>
      <w:sz w:val="16"/>
      <w:szCs w:val="16"/>
    </w:rPr>
  </w:style>
  <w:style w:type="numbering" w:customStyle="1" w:styleId="NoList1">
    <w:name w:val="No List1"/>
    <w:next w:val="NoList"/>
    <w:uiPriority w:val="99"/>
    <w:semiHidden/>
    <w:unhideWhenUsed/>
    <w:rsid w:val="004D03C1"/>
  </w:style>
  <w:style w:type="table" w:customStyle="1" w:styleId="TableNormal1">
    <w:name w:val="TableNormal1"/>
    <w:rsid w:val="004D03C1"/>
    <w:rPr>
      <w:rFonts w:ascii="Calibri" w:eastAsia="Calibri" w:hAnsi="Calibri" w:cs="Calibri"/>
      <w:lang w:val="hy" w:eastAsia="hy-AM"/>
    </w:rPr>
    <w:tblPr>
      <w:tblCellMar>
        <w:top w:w="100" w:type="dxa"/>
        <w:left w:w="100" w:type="dxa"/>
        <w:bottom w:w="100" w:type="dxa"/>
        <w:right w:w="100" w:type="dxa"/>
      </w:tblCellMar>
    </w:tblPr>
  </w:style>
  <w:style w:type="paragraph" w:customStyle="1" w:styleId="pf0">
    <w:name w:val="pf0"/>
    <w:basedOn w:val="Normal"/>
    <w:rsid w:val="004D03C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f01">
    <w:name w:val="cf01"/>
    <w:basedOn w:val="DefaultParagraphFont"/>
    <w:rsid w:val="004D03C1"/>
    <w:rPr>
      <w:rFonts w:ascii="Segoe UI" w:hAnsi="Segoe UI" w:cs="Segoe UI" w:hint="default"/>
      <w:sz w:val="18"/>
      <w:szCs w:val="18"/>
    </w:rPr>
  </w:style>
  <w:style w:type="character" w:customStyle="1" w:styleId="cf11">
    <w:name w:val="cf11"/>
    <w:basedOn w:val="DefaultParagraphFont"/>
    <w:rsid w:val="004D03C1"/>
    <w:rPr>
      <w:rFonts w:ascii="Segoe UI" w:hAnsi="Segoe UI" w:cs="Segoe UI" w:hint="default"/>
      <w:sz w:val="18"/>
      <w:szCs w:val="18"/>
    </w:rPr>
  </w:style>
  <w:style w:type="paragraph" w:customStyle="1" w:styleId="paragraph">
    <w:name w:val="paragraph"/>
    <w:basedOn w:val="Normal"/>
    <w:autoRedefine/>
    <w:rsid w:val="004D03C1"/>
    <w:pPr>
      <w:numPr>
        <w:numId w:val="10"/>
      </w:numPr>
      <w:tabs>
        <w:tab w:val="left" w:pos="851"/>
      </w:tabs>
      <w:spacing w:before="120" w:after="120" w:line="360" w:lineRule="auto"/>
      <w:ind w:left="284" w:firstLine="284"/>
      <w:jc w:val="both"/>
    </w:pPr>
    <w:rPr>
      <w:rFonts w:ascii="GHEA Grapalat" w:eastAsia="Times New Roman" w:hAnsi="GHEA Grapalat" w:cs="Times New Roman"/>
      <w:szCs w:val="24"/>
      <w:shd w:val="clear" w:color="auto" w:fill="FFFFFF"/>
      <w:lang w:val="ru-RU"/>
    </w:rPr>
  </w:style>
  <w:style w:type="paragraph" w:styleId="Revision">
    <w:name w:val="Revision"/>
    <w:hidden/>
    <w:uiPriority w:val="99"/>
    <w:semiHidden/>
    <w:rsid w:val="004D03C1"/>
    <w:pPr>
      <w:spacing w:after="0" w:line="240" w:lineRule="auto"/>
    </w:pPr>
    <w:rPr>
      <w:rFonts w:ascii="Calibri" w:eastAsia="Calibri" w:hAnsi="Calibri" w:cs="Calibri"/>
      <w:lang w:val="hy" w:eastAsia="hy-AM"/>
    </w:rPr>
  </w:style>
  <w:style w:type="paragraph" w:styleId="CommentSubject">
    <w:name w:val="annotation subject"/>
    <w:basedOn w:val="CommentText"/>
    <w:next w:val="CommentText"/>
    <w:link w:val="CommentSubjectChar"/>
    <w:uiPriority w:val="99"/>
    <w:semiHidden/>
    <w:unhideWhenUsed/>
    <w:rsid w:val="004D03C1"/>
    <w:rPr>
      <w:b/>
      <w:bCs/>
    </w:rPr>
  </w:style>
  <w:style w:type="character" w:customStyle="1" w:styleId="CommentSubjectChar">
    <w:name w:val="Comment Subject Char"/>
    <w:basedOn w:val="CommentTextChar"/>
    <w:link w:val="CommentSubject"/>
    <w:uiPriority w:val="99"/>
    <w:semiHidden/>
    <w:rsid w:val="004D03C1"/>
    <w:rPr>
      <w:rFonts w:ascii="Calibri" w:eastAsia="Calibri" w:hAnsi="Calibri" w:cs="Calibri"/>
      <w:b/>
      <w:bCs/>
      <w:sz w:val="20"/>
      <w:szCs w:val="20"/>
      <w:lang w:val="hy" w:eastAsia="hy-AM"/>
    </w:rPr>
  </w:style>
  <w:style w:type="character" w:styleId="PageNumber">
    <w:name w:val="page number"/>
    <w:basedOn w:val="DefaultParagraphFont"/>
    <w:rsid w:val="004D03C1"/>
  </w:style>
  <w:style w:type="character" w:customStyle="1" w:styleId="cf21">
    <w:name w:val="cf21"/>
    <w:basedOn w:val="DefaultParagraphFont"/>
    <w:rsid w:val="004D03C1"/>
    <w:rPr>
      <w:rFonts w:ascii="Segoe UI" w:hAnsi="Segoe UI" w:cs="Segoe UI" w:hint="default"/>
      <w:sz w:val="18"/>
      <w:szCs w:val="18"/>
      <w:shd w:val="clear" w:color="auto" w:fill="FFFFFF"/>
    </w:rPr>
  </w:style>
  <w:style w:type="paragraph" w:styleId="NoSpacing">
    <w:name w:val="No Spacing"/>
    <w:uiPriority w:val="1"/>
    <w:qFormat/>
    <w:rsid w:val="004D03C1"/>
    <w:pPr>
      <w:spacing w:after="0" w:line="240" w:lineRule="auto"/>
    </w:pPr>
    <w:rPr>
      <w:rFonts w:eastAsiaTheme="minorEastAsia"/>
      <w:lang w:val="en-US"/>
    </w:rPr>
  </w:style>
  <w:style w:type="paragraph" w:styleId="List">
    <w:name w:val="List"/>
    <w:basedOn w:val="Normal"/>
    <w:uiPriority w:val="99"/>
    <w:unhideWhenUsed/>
    <w:rsid w:val="004D03C1"/>
    <w:pPr>
      <w:spacing w:after="200" w:line="276" w:lineRule="auto"/>
      <w:ind w:left="360" w:hanging="360"/>
      <w:contextualSpacing/>
    </w:pPr>
    <w:rPr>
      <w:rFonts w:eastAsiaTheme="minorEastAsia"/>
      <w:lang w:val="en-US"/>
    </w:rPr>
  </w:style>
  <w:style w:type="paragraph" w:styleId="List2">
    <w:name w:val="List 2"/>
    <w:basedOn w:val="Normal"/>
    <w:uiPriority w:val="99"/>
    <w:unhideWhenUsed/>
    <w:rsid w:val="004D03C1"/>
    <w:pPr>
      <w:spacing w:after="200" w:line="276" w:lineRule="auto"/>
      <w:ind w:left="720" w:hanging="360"/>
      <w:contextualSpacing/>
    </w:pPr>
    <w:rPr>
      <w:rFonts w:eastAsiaTheme="minorEastAsia"/>
      <w:lang w:val="en-US"/>
    </w:rPr>
  </w:style>
  <w:style w:type="paragraph" w:styleId="List3">
    <w:name w:val="List 3"/>
    <w:basedOn w:val="Normal"/>
    <w:uiPriority w:val="99"/>
    <w:unhideWhenUsed/>
    <w:rsid w:val="004D03C1"/>
    <w:pPr>
      <w:spacing w:after="200" w:line="276" w:lineRule="auto"/>
      <w:ind w:left="1080" w:hanging="360"/>
      <w:contextualSpacing/>
    </w:pPr>
    <w:rPr>
      <w:rFonts w:eastAsiaTheme="minorEastAsia"/>
      <w:lang w:val="en-US"/>
    </w:rPr>
  </w:style>
  <w:style w:type="paragraph" w:styleId="ListBullet">
    <w:name w:val="List Bullet"/>
    <w:basedOn w:val="Normal"/>
    <w:uiPriority w:val="99"/>
    <w:unhideWhenUsed/>
    <w:rsid w:val="004D03C1"/>
    <w:pPr>
      <w:numPr>
        <w:numId w:val="19"/>
      </w:numPr>
      <w:spacing w:after="200" w:line="276" w:lineRule="auto"/>
      <w:contextualSpacing/>
    </w:pPr>
    <w:rPr>
      <w:rFonts w:eastAsiaTheme="minorEastAsia"/>
      <w:lang w:val="en-US"/>
    </w:rPr>
  </w:style>
  <w:style w:type="paragraph" w:styleId="ListBullet2">
    <w:name w:val="List Bullet 2"/>
    <w:basedOn w:val="Normal"/>
    <w:uiPriority w:val="99"/>
    <w:unhideWhenUsed/>
    <w:rsid w:val="004D03C1"/>
    <w:pPr>
      <w:numPr>
        <w:numId w:val="20"/>
      </w:numPr>
      <w:spacing w:after="200" w:line="276" w:lineRule="auto"/>
      <w:contextualSpacing/>
    </w:pPr>
    <w:rPr>
      <w:rFonts w:eastAsiaTheme="minorEastAsia"/>
      <w:lang w:val="en-US"/>
    </w:rPr>
  </w:style>
  <w:style w:type="paragraph" w:styleId="ListBullet3">
    <w:name w:val="List Bullet 3"/>
    <w:basedOn w:val="Normal"/>
    <w:uiPriority w:val="99"/>
    <w:unhideWhenUsed/>
    <w:rsid w:val="004D03C1"/>
    <w:pPr>
      <w:numPr>
        <w:numId w:val="21"/>
      </w:numPr>
      <w:spacing w:after="200" w:line="276" w:lineRule="auto"/>
      <w:contextualSpacing/>
    </w:pPr>
    <w:rPr>
      <w:rFonts w:eastAsiaTheme="minorEastAsia"/>
      <w:lang w:val="en-US"/>
    </w:rPr>
  </w:style>
  <w:style w:type="paragraph" w:styleId="ListNumber">
    <w:name w:val="List Number"/>
    <w:basedOn w:val="Normal"/>
    <w:uiPriority w:val="99"/>
    <w:unhideWhenUsed/>
    <w:rsid w:val="004D03C1"/>
    <w:pPr>
      <w:numPr>
        <w:numId w:val="22"/>
      </w:numPr>
      <w:spacing w:after="200" w:line="276" w:lineRule="auto"/>
      <w:contextualSpacing/>
    </w:pPr>
    <w:rPr>
      <w:rFonts w:eastAsiaTheme="minorEastAsia"/>
      <w:lang w:val="en-US"/>
    </w:rPr>
  </w:style>
  <w:style w:type="paragraph" w:styleId="ListNumber2">
    <w:name w:val="List Number 2"/>
    <w:basedOn w:val="Normal"/>
    <w:uiPriority w:val="99"/>
    <w:unhideWhenUsed/>
    <w:rsid w:val="004D03C1"/>
    <w:pPr>
      <w:numPr>
        <w:numId w:val="23"/>
      </w:numPr>
      <w:spacing w:after="200" w:line="276" w:lineRule="auto"/>
      <w:contextualSpacing/>
    </w:pPr>
    <w:rPr>
      <w:rFonts w:eastAsiaTheme="minorEastAsia"/>
      <w:lang w:val="en-US"/>
    </w:rPr>
  </w:style>
  <w:style w:type="paragraph" w:styleId="ListNumber3">
    <w:name w:val="List Number 3"/>
    <w:basedOn w:val="Normal"/>
    <w:uiPriority w:val="99"/>
    <w:unhideWhenUsed/>
    <w:rsid w:val="004D03C1"/>
    <w:pPr>
      <w:numPr>
        <w:numId w:val="24"/>
      </w:numPr>
      <w:spacing w:after="200" w:line="276" w:lineRule="auto"/>
      <w:contextualSpacing/>
    </w:pPr>
    <w:rPr>
      <w:rFonts w:eastAsiaTheme="minorEastAsia"/>
      <w:lang w:val="en-US"/>
    </w:rPr>
  </w:style>
  <w:style w:type="paragraph" w:styleId="ListContinue">
    <w:name w:val="List Continue"/>
    <w:basedOn w:val="Normal"/>
    <w:uiPriority w:val="99"/>
    <w:unhideWhenUsed/>
    <w:rsid w:val="004D03C1"/>
    <w:pPr>
      <w:spacing w:after="120" w:line="276" w:lineRule="auto"/>
      <w:ind w:left="360"/>
      <w:contextualSpacing/>
    </w:pPr>
    <w:rPr>
      <w:rFonts w:eastAsiaTheme="minorEastAsia"/>
      <w:lang w:val="en-US"/>
    </w:rPr>
  </w:style>
  <w:style w:type="paragraph" w:styleId="ListContinue2">
    <w:name w:val="List Continue 2"/>
    <w:basedOn w:val="Normal"/>
    <w:uiPriority w:val="99"/>
    <w:unhideWhenUsed/>
    <w:rsid w:val="004D03C1"/>
    <w:pPr>
      <w:spacing w:after="120" w:line="276" w:lineRule="auto"/>
      <w:ind w:left="720"/>
      <w:contextualSpacing/>
    </w:pPr>
    <w:rPr>
      <w:rFonts w:eastAsiaTheme="minorEastAsia"/>
      <w:lang w:val="en-US"/>
    </w:rPr>
  </w:style>
  <w:style w:type="paragraph" w:styleId="ListContinue3">
    <w:name w:val="List Continue 3"/>
    <w:basedOn w:val="Normal"/>
    <w:uiPriority w:val="99"/>
    <w:unhideWhenUsed/>
    <w:rsid w:val="004D03C1"/>
    <w:pPr>
      <w:spacing w:after="120" w:line="276" w:lineRule="auto"/>
      <w:ind w:left="1080"/>
      <w:contextualSpacing/>
    </w:pPr>
    <w:rPr>
      <w:rFonts w:eastAsiaTheme="minorEastAsia"/>
      <w:lang w:val="en-US"/>
    </w:rPr>
  </w:style>
  <w:style w:type="paragraph" w:styleId="MacroText">
    <w:name w:val="macro"/>
    <w:link w:val="MacroTextChar"/>
    <w:uiPriority w:val="99"/>
    <w:unhideWhenUsed/>
    <w:rsid w:val="004D03C1"/>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lang w:val="en-US"/>
    </w:rPr>
  </w:style>
  <w:style w:type="character" w:customStyle="1" w:styleId="MacroTextChar">
    <w:name w:val="Macro Text Char"/>
    <w:basedOn w:val="DefaultParagraphFont"/>
    <w:link w:val="MacroText"/>
    <w:uiPriority w:val="99"/>
    <w:rsid w:val="004D03C1"/>
    <w:rPr>
      <w:rFonts w:ascii="Courier" w:eastAsiaTheme="minorEastAsia" w:hAnsi="Courier"/>
      <w:sz w:val="20"/>
      <w:szCs w:val="20"/>
      <w:lang w:val="en-US"/>
    </w:rPr>
  </w:style>
  <w:style w:type="paragraph" w:styleId="Quote">
    <w:name w:val="Quote"/>
    <w:basedOn w:val="Normal"/>
    <w:next w:val="Normal"/>
    <w:link w:val="QuoteChar"/>
    <w:uiPriority w:val="29"/>
    <w:qFormat/>
    <w:rsid w:val="004D03C1"/>
    <w:pPr>
      <w:spacing w:after="200" w:line="276" w:lineRule="auto"/>
    </w:pPr>
    <w:rPr>
      <w:rFonts w:eastAsiaTheme="minorEastAsia"/>
      <w:i/>
      <w:iCs/>
      <w:color w:val="000000" w:themeColor="text1"/>
      <w:lang w:val="en-US"/>
    </w:rPr>
  </w:style>
  <w:style w:type="character" w:customStyle="1" w:styleId="QuoteChar">
    <w:name w:val="Quote Char"/>
    <w:basedOn w:val="DefaultParagraphFont"/>
    <w:link w:val="Quote"/>
    <w:uiPriority w:val="29"/>
    <w:rsid w:val="004D03C1"/>
    <w:rPr>
      <w:rFonts w:eastAsiaTheme="minorEastAsia"/>
      <w:i/>
      <w:iCs/>
      <w:color w:val="000000" w:themeColor="text1"/>
      <w:lang w:val="en-US"/>
    </w:rPr>
  </w:style>
  <w:style w:type="paragraph" w:styleId="Caption">
    <w:name w:val="caption"/>
    <w:basedOn w:val="Normal"/>
    <w:next w:val="Normal"/>
    <w:uiPriority w:val="35"/>
    <w:semiHidden/>
    <w:unhideWhenUsed/>
    <w:qFormat/>
    <w:rsid w:val="004D03C1"/>
    <w:pPr>
      <w:spacing w:after="200" w:line="240" w:lineRule="auto"/>
    </w:pPr>
    <w:rPr>
      <w:rFonts w:eastAsiaTheme="minorEastAsia"/>
      <w:b/>
      <w:bCs/>
      <w:color w:val="4472C4" w:themeColor="accent1"/>
      <w:sz w:val="18"/>
      <w:szCs w:val="18"/>
      <w:lang w:val="en-US"/>
    </w:rPr>
  </w:style>
  <w:style w:type="paragraph" w:styleId="IntenseQuote">
    <w:name w:val="Intense Quote"/>
    <w:basedOn w:val="Normal"/>
    <w:next w:val="Normal"/>
    <w:link w:val="IntenseQuoteChar"/>
    <w:uiPriority w:val="30"/>
    <w:qFormat/>
    <w:rsid w:val="004D03C1"/>
    <w:pPr>
      <w:pBdr>
        <w:bottom w:val="single" w:sz="4" w:space="4" w:color="4472C4" w:themeColor="accent1"/>
      </w:pBdr>
      <w:spacing w:before="200" w:after="280" w:line="276" w:lineRule="auto"/>
      <w:ind w:left="936" w:right="936"/>
    </w:pPr>
    <w:rPr>
      <w:rFonts w:eastAsiaTheme="minorEastAsia"/>
      <w:b/>
      <w:bCs/>
      <w:i/>
      <w:iCs/>
      <w:color w:val="4472C4" w:themeColor="accent1"/>
      <w:lang w:val="en-US"/>
    </w:rPr>
  </w:style>
  <w:style w:type="character" w:customStyle="1" w:styleId="IntenseQuoteChar">
    <w:name w:val="Intense Quote Char"/>
    <w:basedOn w:val="DefaultParagraphFont"/>
    <w:link w:val="IntenseQuote"/>
    <w:uiPriority w:val="30"/>
    <w:rsid w:val="004D03C1"/>
    <w:rPr>
      <w:rFonts w:eastAsiaTheme="minorEastAsia"/>
      <w:b/>
      <w:bCs/>
      <w:i/>
      <w:iCs/>
      <w:color w:val="4472C4" w:themeColor="accent1"/>
      <w:lang w:val="en-US"/>
    </w:rPr>
  </w:style>
  <w:style w:type="character" w:styleId="SubtleEmphasis">
    <w:name w:val="Subtle Emphasis"/>
    <w:basedOn w:val="DefaultParagraphFont"/>
    <w:uiPriority w:val="19"/>
    <w:qFormat/>
    <w:rsid w:val="004D03C1"/>
    <w:rPr>
      <w:i/>
      <w:iCs/>
      <w:color w:val="808080" w:themeColor="text1" w:themeTint="7F"/>
    </w:rPr>
  </w:style>
  <w:style w:type="character" w:styleId="IntenseEmphasis">
    <w:name w:val="Intense Emphasis"/>
    <w:basedOn w:val="DefaultParagraphFont"/>
    <w:uiPriority w:val="21"/>
    <w:qFormat/>
    <w:rsid w:val="004D03C1"/>
    <w:rPr>
      <w:b/>
      <w:bCs/>
      <w:i/>
      <w:iCs/>
      <w:color w:val="4472C4" w:themeColor="accent1"/>
    </w:rPr>
  </w:style>
  <w:style w:type="character" w:styleId="SubtleReference">
    <w:name w:val="Subtle Reference"/>
    <w:basedOn w:val="DefaultParagraphFont"/>
    <w:uiPriority w:val="31"/>
    <w:qFormat/>
    <w:rsid w:val="004D03C1"/>
    <w:rPr>
      <w:smallCaps/>
      <w:color w:val="ED7D31" w:themeColor="accent2"/>
      <w:u w:val="single"/>
    </w:rPr>
  </w:style>
  <w:style w:type="character" w:styleId="IntenseReference">
    <w:name w:val="Intense Reference"/>
    <w:basedOn w:val="DefaultParagraphFont"/>
    <w:uiPriority w:val="32"/>
    <w:qFormat/>
    <w:rsid w:val="004D03C1"/>
    <w:rPr>
      <w:b/>
      <w:bCs/>
      <w:smallCaps/>
      <w:color w:val="ED7D31" w:themeColor="accent2"/>
      <w:spacing w:val="5"/>
      <w:u w:val="single"/>
    </w:rPr>
  </w:style>
  <w:style w:type="character" w:styleId="BookTitle">
    <w:name w:val="Book Title"/>
    <w:basedOn w:val="DefaultParagraphFont"/>
    <w:uiPriority w:val="33"/>
    <w:qFormat/>
    <w:rsid w:val="004D03C1"/>
    <w:rPr>
      <w:b/>
      <w:bCs/>
      <w:smallCaps/>
      <w:spacing w:val="5"/>
    </w:rPr>
  </w:style>
  <w:style w:type="paragraph" w:styleId="TOCHeading">
    <w:name w:val="TOC Heading"/>
    <w:basedOn w:val="Heading1"/>
    <w:next w:val="Normal"/>
    <w:uiPriority w:val="39"/>
    <w:semiHidden/>
    <w:unhideWhenUsed/>
    <w:qFormat/>
    <w:rsid w:val="004D03C1"/>
    <w:pPr>
      <w:keepLines/>
      <w:spacing w:before="480" w:line="276" w:lineRule="auto"/>
      <w:ind w:left="720" w:hanging="360"/>
      <w:outlineLvl w:val="9"/>
    </w:pPr>
    <w:rPr>
      <w:rFonts w:ascii="GHEA Grapalat" w:eastAsiaTheme="majorEastAsia" w:hAnsi="GHEA Grapalat" w:cstheme="majorBidi"/>
      <w:bCs/>
      <w:color w:val="2F5496" w:themeColor="accent1" w:themeShade="BF"/>
      <w:sz w:val="28"/>
      <w:szCs w:val="28"/>
      <w:lang w:val="hy-AM" w:eastAsia="en-US"/>
    </w:rPr>
  </w:style>
  <w:style w:type="table" w:styleId="LightShading">
    <w:name w:val="Light Shading"/>
    <w:basedOn w:val="TableNormal"/>
    <w:uiPriority w:val="60"/>
    <w:rsid w:val="004D03C1"/>
    <w:pPr>
      <w:spacing w:after="0" w:line="240" w:lineRule="auto"/>
    </w:pPr>
    <w:rPr>
      <w:rFonts w:eastAsiaTheme="minorEastAsia"/>
      <w:color w:val="000000" w:themeColor="text1" w:themeShade="BF"/>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4D03C1"/>
    <w:pPr>
      <w:spacing w:after="0" w:line="240" w:lineRule="auto"/>
    </w:pPr>
    <w:rPr>
      <w:rFonts w:eastAsiaTheme="minorEastAsia"/>
      <w:color w:val="2F5496" w:themeColor="accent1" w:themeShade="BF"/>
      <w:lang w:val="en-US"/>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4D03C1"/>
    <w:pPr>
      <w:spacing w:after="0" w:line="240" w:lineRule="auto"/>
    </w:pPr>
    <w:rPr>
      <w:rFonts w:eastAsiaTheme="minorEastAsia"/>
      <w:color w:val="C45911" w:themeColor="accent2" w:themeShade="BF"/>
      <w:lang w:val="en-US"/>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4D03C1"/>
    <w:pPr>
      <w:spacing w:after="0" w:line="240" w:lineRule="auto"/>
    </w:pPr>
    <w:rPr>
      <w:rFonts w:eastAsiaTheme="minorEastAsia"/>
      <w:color w:val="7B7B7B" w:themeColor="accent3" w:themeShade="BF"/>
      <w:lang w:val="en-US"/>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4D03C1"/>
    <w:pPr>
      <w:spacing w:after="0" w:line="240" w:lineRule="auto"/>
    </w:pPr>
    <w:rPr>
      <w:rFonts w:eastAsiaTheme="minorEastAsia"/>
      <w:color w:val="BF8F00" w:themeColor="accent4" w:themeShade="BF"/>
      <w:lang w:val="en-US"/>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4D03C1"/>
    <w:pPr>
      <w:spacing w:after="0" w:line="240" w:lineRule="auto"/>
    </w:pPr>
    <w:rPr>
      <w:rFonts w:eastAsiaTheme="minorEastAsia"/>
      <w:color w:val="2E74B5" w:themeColor="accent5" w:themeShade="BF"/>
      <w:lang w:val="en-US"/>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4D03C1"/>
    <w:pPr>
      <w:spacing w:after="0" w:line="240" w:lineRule="auto"/>
    </w:pPr>
    <w:rPr>
      <w:rFonts w:eastAsiaTheme="minorEastAsia"/>
      <w:color w:val="538135" w:themeColor="accent6" w:themeShade="BF"/>
      <w:lang w:val="en-US"/>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4D03C1"/>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4D03C1"/>
    <w:pPr>
      <w:spacing w:after="0" w:line="240" w:lineRule="auto"/>
    </w:pPr>
    <w:rPr>
      <w:rFonts w:eastAsiaTheme="minorEastAsia"/>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4D03C1"/>
    <w:pPr>
      <w:spacing w:after="0" w:line="240" w:lineRule="auto"/>
    </w:pPr>
    <w:rPr>
      <w:rFonts w:eastAsiaTheme="minorEastAsia"/>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4D03C1"/>
    <w:pPr>
      <w:spacing w:after="0" w:line="240" w:lineRule="auto"/>
    </w:pPr>
    <w:rPr>
      <w:rFonts w:eastAsiaTheme="minorEastAsia"/>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4D03C1"/>
    <w:pPr>
      <w:spacing w:after="0" w:line="240" w:lineRule="auto"/>
    </w:pPr>
    <w:rPr>
      <w:rFonts w:eastAsiaTheme="minorEastAsia"/>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4D03C1"/>
    <w:pPr>
      <w:spacing w:after="0" w:line="240" w:lineRule="auto"/>
    </w:pPr>
    <w:rPr>
      <w:rFonts w:eastAsiaTheme="minorEastAsia"/>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4D03C1"/>
    <w:pPr>
      <w:spacing w:after="0" w:line="240" w:lineRule="auto"/>
    </w:pPr>
    <w:rPr>
      <w:rFonts w:eastAsiaTheme="minorEastAsia"/>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4D03C1"/>
    <w:pPr>
      <w:spacing w:after="0" w:line="240" w:lineRule="auto"/>
    </w:pPr>
    <w:rPr>
      <w:rFonts w:eastAsiaTheme="minorEastAsia"/>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4D03C1"/>
    <w:pPr>
      <w:spacing w:after="0" w:line="240" w:lineRule="auto"/>
    </w:pPr>
    <w:rPr>
      <w:rFonts w:eastAsiaTheme="minorEastAsia"/>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4D03C1"/>
    <w:pPr>
      <w:spacing w:after="0" w:line="240" w:lineRule="auto"/>
    </w:pPr>
    <w:rPr>
      <w:rFonts w:eastAsiaTheme="minorEastAsia"/>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4D03C1"/>
    <w:pPr>
      <w:spacing w:after="0" w:line="240" w:lineRule="auto"/>
    </w:pPr>
    <w:rPr>
      <w:rFonts w:eastAsiaTheme="minorEastAsia"/>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4D03C1"/>
    <w:pPr>
      <w:spacing w:after="0" w:line="240" w:lineRule="auto"/>
    </w:pPr>
    <w:rPr>
      <w:rFonts w:eastAsiaTheme="minorEastAsia"/>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4D03C1"/>
    <w:pPr>
      <w:spacing w:after="0" w:line="240" w:lineRule="auto"/>
    </w:pPr>
    <w:rPr>
      <w:rFonts w:eastAsiaTheme="minorEastAsia"/>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4D03C1"/>
    <w:pPr>
      <w:spacing w:after="0" w:line="240" w:lineRule="auto"/>
    </w:pPr>
    <w:rPr>
      <w:rFonts w:eastAsiaTheme="minorEastAsia"/>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4D03C1"/>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03C1"/>
    <w:pPr>
      <w:spacing w:after="0" w:line="240" w:lineRule="auto"/>
    </w:pPr>
    <w:rPr>
      <w:rFonts w:eastAsiaTheme="minorEastAsia"/>
      <w:lang w:val="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03C1"/>
    <w:pPr>
      <w:spacing w:after="0" w:line="240" w:lineRule="auto"/>
    </w:pPr>
    <w:rPr>
      <w:rFonts w:eastAsiaTheme="minorEastAsia"/>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03C1"/>
    <w:pPr>
      <w:spacing w:after="0" w:line="240" w:lineRule="auto"/>
    </w:pPr>
    <w:rPr>
      <w:rFonts w:eastAsiaTheme="minorEastAsia"/>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03C1"/>
    <w:pPr>
      <w:spacing w:after="0" w:line="240" w:lineRule="auto"/>
    </w:pPr>
    <w:rPr>
      <w:rFonts w:eastAsiaTheme="minorEastAsia"/>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03C1"/>
    <w:pPr>
      <w:spacing w:after="0" w:line="240" w:lineRule="auto"/>
    </w:pPr>
    <w:rPr>
      <w:rFonts w:eastAsiaTheme="minorEastAsia"/>
      <w:lang w:val="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03C1"/>
    <w:pPr>
      <w:spacing w:after="0" w:line="240" w:lineRule="auto"/>
    </w:pPr>
    <w:rPr>
      <w:rFonts w:eastAsiaTheme="minorEastAsia"/>
      <w:lang w:val="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4D03C1"/>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03C1"/>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03C1"/>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03C1"/>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03C1"/>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03C1"/>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03C1"/>
    <w:pPr>
      <w:spacing w:after="0" w:line="240" w:lineRule="auto"/>
    </w:pPr>
    <w:rPr>
      <w:rFonts w:eastAsiaTheme="minorEastAsia"/>
      <w:lang w:val="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4D03C1"/>
    <w:pPr>
      <w:spacing w:after="0" w:line="240" w:lineRule="auto"/>
    </w:pPr>
    <w:rPr>
      <w:rFonts w:eastAsiaTheme="minorEastAsia"/>
      <w:color w:val="000000" w:themeColor="text1"/>
      <w:lang w:val="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4D03C1"/>
    <w:pPr>
      <w:spacing w:after="0" w:line="240" w:lineRule="auto"/>
    </w:pPr>
    <w:rPr>
      <w:rFonts w:eastAsiaTheme="minorEastAsia"/>
      <w:color w:val="000000" w:themeColor="text1"/>
      <w:lang w:val="en-US"/>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4D03C1"/>
    <w:pPr>
      <w:spacing w:after="0" w:line="240" w:lineRule="auto"/>
    </w:pPr>
    <w:rPr>
      <w:rFonts w:eastAsiaTheme="minorEastAsia"/>
      <w:color w:val="000000" w:themeColor="text1"/>
      <w:lang w:val="en-US"/>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4D03C1"/>
    <w:pPr>
      <w:spacing w:after="0" w:line="240" w:lineRule="auto"/>
    </w:pPr>
    <w:rPr>
      <w:rFonts w:eastAsiaTheme="minorEastAsia"/>
      <w:color w:val="000000" w:themeColor="text1"/>
      <w:lang w:val="en-US"/>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4D03C1"/>
    <w:pPr>
      <w:spacing w:after="0" w:line="240" w:lineRule="auto"/>
    </w:pPr>
    <w:rPr>
      <w:rFonts w:eastAsiaTheme="minorEastAsia"/>
      <w:color w:val="000000" w:themeColor="text1"/>
      <w:lang w:val="en-US"/>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4D03C1"/>
    <w:pPr>
      <w:spacing w:after="0" w:line="240" w:lineRule="auto"/>
    </w:pPr>
    <w:rPr>
      <w:rFonts w:eastAsiaTheme="minorEastAsia"/>
      <w:color w:val="000000" w:themeColor="text1"/>
      <w:lang w:val="en-US"/>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4D03C1"/>
    <w:pPr>
      <w:spacing w:after="0" w:line="240" w:lineRule="auto"/>
    </w:pPr>
    <w:rPr>
      <w:rFonts w:eastAsiaTheme="minorEastAsia"/>
      <w:color w:val="000000" w:themeColor="text1"/>
      <w:lang w:val="en-US"/>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4D03C1"/>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4D03C1"/>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4D03C1"/>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4D03C1"/>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4D03C1"/>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4D03C1"/>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4D03C1"/>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4D03C1"/>
    <w:pPr>
      <w:spacing w:after="0" w:line="240" w:lineRule="auto"/>
    </w:pPr>
    <w:rPr>
      <w:rFonts w:eastAsiaTheme="minorEastAsia"/>
      <w:lang w:val="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4D03C1"/>
    <w:pPr>
      <w:spacing w:after="0" w:line="240" w:lineRule="auto"/>
    </w:pPr>
    <w:rPr>
      <w:rFonts w:eastAsiaTheme="minorEastAsia"/>
      <w:lang w:val="en-US"/>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4D03C1"/>
    <w:pPr>
      <w:spacing w:after="0" w:line="240" w:lineRule="auto"/>
    </w:pPr>
    <w:rPr>
      <w:rFonts w:eastAsiaTheme="minorEastAsia"/>
      <w:lang w:val="en-US"/>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4D03C1"/>
    <w:pPr>
      <w:spacing w:after="0" w:line="240" w:lineRule="auto"/>
    </w:pPr>
    <w:rPr>
      <w:rFonts w:eastAsiaTheme="minorEastAsia"/>
      <w:lang w:val="en-US"/>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4D03C1"/>
    <w:pPr>
      <w:spacing w:after="0" w:line="240" w:lineRule="auto"/>
    </w:pPr>
    <w:rPr>
      <w:rFonts w:eastAsiaTheme="minorEastAsia"/>
      <w:lang w:val="en-US"/>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4D03C1"/>
    <w:pPr>
      <w:spacing w:after="0" w:line="240" w:lineRule="auto"/>
    </w:pPr>
    <w:rPr>
      <w:rFonts w:eastAsiaTheme="minorEastAsia"/>
      <w:lang w:val="en-US"/>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4D03C1"/>
    <w:pPr>
      <w:spacing w:after="0" w:line="240" w:lineRule="auto"/>
    </w:pPr>
    <w:rPr>
      <w:rFonts w:eastAsiaTheme="minorEastAsia"/>
      <w:lang w:val="en-US"/>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4D03C1"/>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4D03C1"/>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4D03C1"/>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4D03C1"/>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4D03C1"/>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4D03C1"/>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4D03C1"/>
    <w:pPr>
      <w:spacing w:after="0" w:line="240" w:lineRule="auto"/>
    </w:pPr>
    <w:rPr>
      <w:rFonts w:asciiTheme="majorHAnsi" w:eastAsiaTheme="majorEastAsia" w:hAnsiTheme="majorHAnsi" w:cstheme="majorBidi"/>
      <w:color w:val="000000" w:themeColor="text1"/>
      <w:lang w:val="en-US"/>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4D03C1"/>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4D03C1"/>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4D03C1"/>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4D03C1"/>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4D03C1"/>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4D03C1"/>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4D03C1"/>
    <w:pPr>
      <w:spacing w:after="0" w:line="240" w:lineRule="auto"/>
    </w:pPr>
    <w:rPr>
      <w:rFonts w:eastAsiaTheme="minorEastAsia"/>
      <w:lang w:val="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4D03C1"/>
    <w:pPr>
      <w:spacing w:after="0" w:line="240" w:lineRule="auto"/>
    </w:pPr>
    <w:rPr>
      <w:rFonts w:eastAsiaTheme="minorEastAsia"/>
      <w:color w:val="FFFFFF" w:themeColor="background1"/>
      <w:lang w:val="en-US"/>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4D03C1"/>
    <w:pPr>
      <w:spacing w:after="0" w:line="240" w:lineRule="auto"/>
    </w:pPr>
    <w:rPr>
      <w:rFonts w:eastAsiaTheme="minorEastAsia"/>
      <w:color w:val="FFFFFF" w:themeColor="background1"/>
      <w:lang w:val="en-US"/>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4D03C1"/>
    <w:pPr>
      <w:spacing w:after="0" w:line="240" w:lineRule="auto"/>
    </w:pPr>
    <w:rPr>
      <w:rFonts w:eastAsiaTheme="minorEastAsia"/>
      <w:color w:val="FFFFFF" w:themeColor="background1"/>
      <w:lang w:val="en-US"/>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4D03C1"/>
    <w:pPr>
      <w:spacing w:after="0" w:line="240" w:lineRule="auto"/>
    </w:pPr>
    <w:rPr>
      <w:rFonts w:eastAsiaTheme="minorEastAsia"/>
      <w:color w:val="FFFFFF" w:themeColor="background1"/>
      <w:lang w:val="en-US"/>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4D03C1"/>
    <w:pPr>
      <w:spacing w:after="0" w:line="240" w:lineRule="auto"/>
    </w:pPr>
    <w:rPr>
      <w:rFonts w:eastAsiaTheme="minorEastAsia"/>
      <w:color w:val="FFFFFF" w:themeColor="background1"/>
      <w:lang w:val="en-US"/>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4D03C1"/>
    <w:pPr>
      <w:spacing w:after="0" w:line="240" w:lineRule="auto"/>
    </w:pPr>
    <w:rPr>
      <w:rFonts w:eastAsiaTheme="minorEastAsia"/>
      <w:color w:val="FFFFFF" w:themeColor="background1"/>
      <w:lang w:val="en-US"/>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4D03C1"/>
    <w:pPr>
      <w:spacing w:after="0" w:line="240" w:lineRule="auto"/>
    </w:pPr>
    <w:rPr>
      <w:rFonts w:eastAsiaTheme="minorEastAsia"/>
      <w:color w:val="FFFFFF" w:themeColor="background1"/>
      <w:lang w:val="en-US"/>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4D03C1"/>
    <w:pPr>
      <w:spacing w:after="0" w:line="240" w:lineRule="auto"/>
    </w:pPr>
    <w:rPr>
      <w:rFonts w:eastAsiaTheme="minorEastAsia"/>
      <w:color w:val="000000" w:themeColor="text1"/>
      <w:lang w:val="en-US"/>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4D03C1"/>
    <w:pPr>
      <w:spacing w:after="0" w:line="240" w:lineRule="auto"/>
    </w:pPr>
    <w:rPr>
      <w:rFonts w:eastAsiaTheme="minorEastAsia"/>
      <w:color w:val="000000" w:themeColor="text1"/>
      <w:lang w:val="en-US"/>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4D03C1"/>
    <w:pPr>
      <w:spacing w:after="0" w:line="240" w:lineRule="auto"/>
    </w:pPr>
    <w:rPr>
      <w:rFonts w:eastAsiaTheme="minorEastAsia"/>
      <w:color w:val="000000" w:themeColor="text1"/>
      <w:lang w:val="en-US"/>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4D03C1"/>
    <w:pPr>
      <w:spacing w:after="0" w:line="240" w:lineRule="auto"/>
    </w:pPr>
    <w:rPr>
      <w:rFonts w:eastAsiaTheme="minorEastAsia"/>
      <w:color w:val="000000" w:themeColor="text1"/>
      <w:lang w:val="en-US"/>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4D03C1"/>
    <w:pPr>
      <w:spacing w:after="0" w:line="240" w:lineRule="auto"/>
    </w:pPr>
    <w:rPr>
      <w:rFonts w:eastAsiaTheme="minorEastAsia"/>
      <w:color w:val="000000" w:themeColor="text1"/>
      <w:lang w:val="en-US"/>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4D03C1"/>
    <w:pPr>
      <w:spacing w:after="0" w:line="240" w:lineRule="auto"/>
    </w:pPr>
    <w:rPr>
      <w:rFonts w:eastAsiaTheme="minorEastAsia"/>
      <w:color w:val="000000" w:themeColor="text1"/>
      <w:lang w:val="en-US"/>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4D03C1"/>
    <w:pPr>
      <w:spacing w:after="0" w:line="240" w:lineRule="auto"/>
    </w:pPr>
    <w:rPr>
      <w:rFonts w:eastAsiaTheme="minorEastAsia"/>
      <w:color w:val="000000" w:themeColor="text1"/>
      <w:lang w:val="en-US"/>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4D03C1"/>
    <w:pPr>
      <w:spacing w:after="0" w:line="240" w:lineRule="auto"/>
    </w:pPr>
    <w:rPr>
      <w:rFonts w:eastAsiaTheme="minorEastAsia"/>
      <w:color w:val="000000" w:themeColor="text1"/>
      <w:lang w:val="en-US"/>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4D03C1"/>
    <w:pPr>
      <w:spacing w:after="0" w:line="240" w:lineRule="auto"/>
    </w:pPr>
    <w:rPr>
      <w:rFonts w:eastAsiaTheme="minorEastAsia"/>
      <w:color w:val="000000" w:themeColor="text1"/>
      <w:lang w:val="en-US"/>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4D03C1"/>
    <w:pPr>
      <w:spacing w:after="0" w:line="240" w:lineRule="auto"/>
    </w:pPr>
    <w:rPr>
      <w:rFonts w:eastAsiaTheme="minorEastAsia"/>
      <w:color w:val="000000" w:themeColor="text1"/>
      <w:lang w:val="en-US"/>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4D03C1"/>
    <w:pPr>
      <w:spacing w:after="0" w:line="240" w:lineRule="auto"/>
    </w:pPr>
    <w:rPr>
      <w:rFonts w:eastAsiaTheme="minorEastAsia"/>
      <w:color w:val="000000" w:themeColor="text1"/>
      <w:lang w:val="en-US"/>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4D03C1"/>
    <w:pPr>
      <w:spacing w:after="0" w:line="240" w:lineRule="auto"/>
    </w:pPr>
    <w:rPr>
      <w:rFonts w:eastAsiaTheme="minorEastAsia"/>
      <w:color w:val="000000" w:themeColor="text1"/>
      <w:lang w:val="en-US"/>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4D03C1"/>
    <w:pPr>
      <w:spacing w:after="0" w:line="240" w:lineRule="auto"/>
    </w:pPr>
    <w:rPr>
      <w:rFonts w:eastAsiaTheme="minorEastAsia"/>
      <w:color w:val="000000" w:themeColor="text1"/>
      <w:lang w:val="en-US"/>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4D03C1"/>
    <w:pPr>
      <w:spacing w:after="0" w:line="240" w:lineRule="auto"/>
    </w:pPr>
    <w:rPr>
      <w:rFonts w:eastAsiaTheme="minorEastAsia"/>
      <w:color w:val="000000" w:themeColor="text1"/>
      <w:lang w:val="en-US"/>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4D03C1"/>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4D03C1"/>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4D03C1"/>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4D03C1"/>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4D03C1"/>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4D03C1"/>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4D03C1"/>
    <w:pPr>
      <w:spacing w:after="0" w:line="240" w:lineRule="auto"/>
    </w:pPr>
    <w:rPr>
      <w:rFonts w:eastAsiaTheme="minorEastAsia"/>
      <w:color w:val="000000" w:themeColor="text1"/>
      <w:lang w:val="en-US"/>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PlaceholderText">
    <w:name w:val="Placeholder Text"/>
    <w:basedOn w:val="DefaultParagraphFont"/>
    <w:uiPriority w:val="99"/>
    <w:semiHidden/>
    <w:rsid w:val="004D03C1"/>
    <w:rPr>
      <w:color w:val="666666"/>
    </w:rPr>
  </w:style>
  <w:style w:type="paragraph" w:styleId="EndnoteText">
    <w:name w:val="endnote text"/>
    <w:basedOn w:val="Normal"/>
    <w:link w:val="EndnoteTextChar"/>
    <w:uiPriority w:val="99"/>
    <w:semiHidden/>
    <w:unhideWhenUsed/>
    <w:rsid w:val="0002747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27471"/>
    <w:rPr>
      <w:sz w:val="20"/>
      <w:szCs w:val="20"/>
    </w:rPr>
  </w:style>
  <w:style w:type="character" w:styleId="EndnoteReference">
    <w:name w:val="endnote reference"/>
    <w:basedOn w:val="DefaultParagraphFont"/>
    <w:uiPriority w:val="99"/>
    <w:semiHidden/>
    <w:unhideWhenUsed/>
    <w:rsid w:val="000274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s>
</file>

<file path=word/_rels/footnotes.xml.rels><?xml version="1.0" encoding="UTF-8" standalone="yes"?>
<Relationships xmlns="http://schemas.openxmlformats.org/package/2006/relationships"><Relationship Id="rId1" Type="http://schemas.openxmlformats.org/officeDocument/2006/relationships/hyperlink" Target="https://www.arlis.am/DocumentView.aspx?DocID=17216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C5AEF-4DCB-4B9B-A66E-914F401FB6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15276</Words>
  <Characters>87074</Characters>
  <Application>Microsoft Office Word</Application>
  <DocSecurity>0</DocSecurity>
  <Lines>725</Lines>
  <Paragraphs>204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Aghbalyan</dc:creator>
  <cp:keywords>https://mul2-edu.gov.am/tasks/2142935/oneclick?token=eab4756b9846cf2e438fdd85f348e5ea</cp:keywords>
  <dc:description/>
  <cp:lastModifiedBy>Arpine Khachatryan</cp:lastModifiedBy>
  <cp:revision>10</cp:revision>
  <dcterms:created xsi:type="dcterms:W3CDTF">2026-09-09T17:27:00Z</dcterms:created>
  <dcterms:modified xsi:type="dcterms:W3CDTF">2026-09-17T12:21:00Z</dcterms:modified>
</cp:coreProperties>
</file>