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826CD" w14:textId="522F0786" w:rsidR="004A27F2" w:rsidRPr="004A27F2" w:rsidRDefault="004A27F2" w:rsidP="004A2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14:paraId="1144A52E" w14:textId="6F622FAC" w:rsidR="004A27F2" w:rsidRPr="00B26AA0" w:rsidRDefault="004A27F2" w:rsidP="004A27F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Հավելված 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en-US" w:eastAsia="ru-RU"/>
        </w:rPr>
        <w:t xml:space="preserve">N </w:t>
      </w:r>
      <w:r w:rsidR="00CF7496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1</w:t>
      </w:r>
      <w:r w:rsidR="00B3321F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3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</w:p>
    <w:p w14:paraId="11819CAC" w14:textId="77777777" w:rsidR="004A27F2" w:rsidRPr="00B26AA0" w:rsidRDefault="004A27F2" w:rsidP="004A27F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ՀՀ առողջապահության նախարարի</w:t>
      </w:r>
    </w:p>
    <w:p w14:paraId="2DCEA683" w14:textId="4927DF6D" w:rsidR="00B26AA0" w:rsidRPr="00B26AA0" w:rsidRDefault="00B26AA0" w:rsidP="00B26AA0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2026</w:t>
      </w:r>
      <w:r w:rsidR="00661B3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թ</w:t>
      </w:r>
      <w:r w:rsidR="00661B3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վականի</w:t>
      </w:r>
      <w:r w:rsidR="00286079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="00286079" w:rsidRPr="00286079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հուլիս «23»-ի N 55-Ն 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հրամանի</w:t>
      </w:r>
    </w:p>
    <w:p w14:paraId="6588DC63" w14:textId="730AFEF0" w:rsidR="00917655" w:rsidRDefault="00917655" w:rsidP="004A27F2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6DB9CAFB" w14:textId="73F6B48F" w:rsidR="00917655" w:rsidRDefault="004A27F2" w:rsidP="004B1472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Ձև</w:t>
      </w:r>
    </w:p>
    <w:p w14:paraId="0FAFA4BB" w14:textId="77777777" w:rsidR="00661B3A" w:rsidRPr="00377D0B" w:rsidRDefault="00661B3A" w:rsidP="00661B3A">
      <w:pPr>
        <w:shd w:val="clear" w:color="auto" w:fill="FFFFFF"/>
        <w:spacing w:after="0" w:line="240" w:lineRule="auto"/>
        <w:ind w:firstLine="375"/>
        <w:jc w:val="right"/>
        <w:rPr>
          <w:rFonts w:ascii="Arial Unicode" w:eastAsia="Times New Roman" w:hAnsi="Arial Unicode" w:cs="Times New Roman"/>
          <w:color w:val="000000"/>
          <w:sz w:val="21"/>
          <w:szCs w:val="21"/>
          <w:lang w:val="hy-AM" w:eastAsia="ru-RU"/>
        </w:rPr>
      </w:pPr>
      <w:r w:rsidRPr="00377D0B">
        <w:rPr>
          <w:rFonts w:ascii="Arial Unicode" w:eastAsia="Times New Roman" w:hAnsi="Arial Unicode" w:cs="Times New Roman"/>
          <w:color w:val="000000"/>
          <w:sz w:val="21"/>
          <w:szCs w:val="21"/>
          <w:lang w:val="hy-AM" w:eastAsia="ru-RU"/>
        </w:rPr>
        <w:t> </w:t>
      </w:r>
    </w:p>
    <w:p w14:paraId="604F5CFE" w14:textId="77777777" w:rsidR="00661B3A" w:rsidRPr="00105D78" w:rsidRDefault="00661B3A" w:rsidP="00661B3A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ru-RU"/>
        </w:rPr>
      </w:pPr>
      <w:r w:rsidRPr="00105D7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ru-RU"/>
        </w:rPr>
        <w:t>Մ Ա Տ Յ Ա Ն</w:t>
      </w:r>
    </w:p>
    <w:p w14:paraId="67CBE292" w14:textId="286CB064" w:rsidR="00661B3A" w:rsidRPr="00105D78" w:rsidRDefault="00661B3A" w:rsidP="007964C1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ru-RU"/>
        </w:rPr>
      </w:pPr>
      <w:r w:rsidRPr="00105D7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ru-RU"/>
        </w:rPr>
        <w:t xml:space="preserve">ՎԱՐԱԿԻՉ ՀԻՎԱՆԴՈՒԹՅՈՒՆՆԵՐ ՈՒՆԵՑՈՂ </w:t>
      </w:r>
      <w:r w:rsidR="00D0345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ru-RU"/>
        </w:rPr>
        <w:t>ԿԱԼԱՆԱՎՈՐՎԱԾ</w:t>
      </w:r>
      <w:r w:rsidRPr="00105D7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ru-RU"/>
        </w:rPr>
        <w:t xml:space="preserve"> ԱՆՁԱՆՑ </w:t>
      </w:r>
      <w:r w:rsidR="00D0345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ru-RU"/>
        </w:rPr>
        <w:t xml:space="preserve">ԵՎ ԴԱՏԱՊԱՐՏՅԱԼՆԵՐԻ </w:t>
      </w:r>
      <w:r w:rsidRPr="00105D7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ru-RU"/>
        </w:rPr>
        <w:t xml:space="preserve">ՀԱՇՎԱՌՄԱՆ </w:t>
      </w:r>
    </w:p>
    <w:p w14:paraId="13BFF0D4" w14:textId="77777777" w:rsidR="00661B3A" w:rsidRPr="00D63613" w:rsidRDefault="00661B3A" w:rsidP="00661B3A">
      <w:pPr>
        <w:shd w:val="clear" w:color="auto" w:fill="FFFFFF"/>
        <w:spacing w:after="0" w:line="240" w:lineRule="auto"/>
        <w:jc w:val="center"/>
        <w:rPr>
          <w:rFonts w:ascii="Arial Unicode" w:eastAsia="Times New Roman" w:hAnsi="Arial Unicode" w:cs="Times New Roman"/>
          <w:color w:val="000000"/>
          <w:sz w:val="21"/>
          <w:szCs w:val="21"/>
          <w:lang w:val="hy-AM" w:eastAsia="ru-RU"/>
        </w:rPr>
      </w:pPr>
      <w:r w:rsidRPr="00D63613">
        <w:rPr>
          <w:rFonts w:ascii="Arial Unicode" w:eastAsia="Times New Roman" w:hAnsi="Arial Unicode" w:cs="Times New Roman"/>
          <w:color w:val="000000"/>
          <w:sz w:val="21"/>
          <w:szCs w:val="21"/>
          <w:lang w:val="hy-AM" w:eastAsia="ru-RU"/>
        </w:rPr>
        <w:t> </w:t>
      </w:r>
    </w:p>
    <w:tbl>
      <w:tblPr>
        <w:tblW w:w="13893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51"/>
        <w:gridCol w:w="1559"/>
        <w:gridCol w:w="1134"/>
        <w:gridCol w:w="1985"/>
        <w:gridCol w:w="1843"/>
        <w:gridCol w:w="2410"/>
        <w:gridCol w:w="1985"/>
      </w:tblGrid>
      <w:tr w:rsidR="00661B3A" w:rsidRPr="00286079" w14:paraId="3188E7F8" w14:textId="77777777" w:rsidTr="00DF369E">
        <w:trPr>
          <w:trHeight w:val="936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86BD2C" w14:textId="77777777" w:rsidR="00661B3A" w:rsidRPr="00814520" w:rsidRDefault="00661B3A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</w:p>
          <w:p w14:paraId="5D1417C0" w14:textId="77777777" w:rsidR="00661B3A" w:rsidRPr="00814520" w:rsidRDefault="00661B3A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 w:rsidRPr="008145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Հ/Հ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916E06" w14:textId="77777777" w:rsidR="00661B3A" w:rsidRPr="00814520" w:rsidRDefault="00661B3A" w:rsidP="008145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 w:rsidRPr="008145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Անուն, ազգանուն, հայրանուն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A69BD5" w14:textId="77777777" w:rsidR="00661B3A" w:rsidRPr="00814520" w:rsidRDefault="00661B3A" w:rsidP="008145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ru-RU"/>
              </w:rPr>
            </w:pPr>
            <w:r w:rsidRPr="008145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Ծննդյան</w:t>
            </w:r>
            <w:r w:rsidRPr="008145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ru-RU"/>
              </w:rPr>
              <w:t xml:space="preserve"> օր, ամիս, տար</w:t>
            </w:r>
            <w:r w:rsidRPr="008145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ի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E15084" w14:textId="64BFB661" w:rsidR="00661B3A" w:rsidRPr="00814520" w:rsidRDefault="00747FD2" w:rsidP="008145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 w:rsidRPr="00747FD2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Խ</w:t>
            </w:r>
            <w:r w:rsidR="00661B3A" w:rsidRPr="00747FD2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ց</w:t>
            </w:r>
            <w:r w:rsidR="00661B3A" w:rsidRPr="008145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ի համար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CBF46A" w14:textId="77777777" w:rsidR="00661B3A" w:rsidRPr="00814520" w:rsidRDefault="00661B3A" w:rsidP="008145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 w:rsidRPr="008145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Որտեղի՞ց և ե՞րբ է տեղափոխվել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D84F8F" w14:textId="4711D37A" w:rsidR="00661B3A" w:rsidRPr="00814520" w:rsidRDefault="00661B3A" w:rsidP="008145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 w:rsidRPr="008145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Հիվանդության հայտնաբերման օր</w:t>
            </w:r>
            <w:r w:rsidR="00DF369E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, ամիս, տարի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42DBA9" w14:textId="77777777" w:rsidR="00661B3A" w:rsidRPr="00814520" w:rsidRDefault="00661B3A" w:rsidP="008145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 w:rsidRPr="008145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Նախնական ախտորոշում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72C8AA" w14:textId="52CF4648" w:rsidR="00661B3A" w:rsidRPr="00814520" w:rsidRDefault="00661B3A" w:rsidP="008145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 w:rsidRPr="008145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Հոսպիտալացման</w:t>
            </w:r>
            <w:r w:rsidR="00400BF8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 xml:space="preserve"> կամ ամբուլատոր բուժման</w:t>
            </w:r>
            <w:r w:rsidRPr="008145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 xml:space="preserve"> վայր</w:t>
            </w:r>
            <w:r w:rsidR="008145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, օր, ամիս, տարի</w:t>
            </w:r>
          </w:p>
        </w:tc>
      </w:tr>
      <w:tr w:rsidR="00661B3A" w:rsidRPr="00747FD2" w14:paraId="22DBD917" w14:textId="77777777" w:rsidTr="00792839">
        <w:trPr>
          <w:trHeight w:val="254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37D023" w14:textId="49A225B3" w:rsidR="00661B3A" w:rsidRPr="00DF369E" w:rsidRDefault="00F1494A" w:rsidP="008F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y-AM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y-AM" w:eastAsia="ru-RU"/>
              </w:rPr>
              <w:t>1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38ADA6" w14:textId="6C8D10C0" w:rsidR="00661B3A" w:rsidRPr="00747FD2" w:rsidRDefault="00F1494A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6A9889" w14:textId="7AC895F3" w:rsidR="00661B3A" w:rsidRPr="00747FD2" w:rsidRDefault="00F1494A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6ABACC" w14:textId="7C2D8362" w:rsidR="00661B3A" w:rsidRPr="00747FD2" w:rsidRDefault="00F1494A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4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8D2E35" w14:textId="79164D65" w:rsidR="00661B3A" w:rsidRPr="00747FD2" w:rsidRDefault="00F1494A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3251BC" w14:textId="67A41333" w:rsidR="00661B3A" w:rsidRPr="00747FD2" w:rsidRDefault="00F1494A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769921" w14:textId="1C8180F1" w:rsidR="00661B3A" w:rsidRPr="00747FD2" w:rsidRDefault="00F1494A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7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DD4CE5" w14:textId="2F3C693B" w:rsidR="00661B3A" w:rsidRPr="00747FD2" w:rsidRDefault="00F1494A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8</w:t>
            </w:r>
          </w:p>
        </w:tc>
      </w:tr>
      <w:tr w:rsidR="00661B3A" w:rsidRPr="00747FD2" w14:paraId="58FCD147" w14:textId="77777777" w:rsidTr="00792839">
        <w:trPr>
          <w:trHeight w:val="243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241069" w14:textId="67C6864A" w:rsidR="00661B3A" w:rsidRPr="00DF369E" w:rsidRDefault="00661B3A" w:rsidP="008F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9669CD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65DFA0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40C43B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B4F3BD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F74724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7113BD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0EE890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661B3A" w:rsidRPr="00747FD2" w14:paraId="11EBE8E3" w14:textId="77777777" w:rsidTr="00792839">
        <w:trPr>
          <w:trHeight w:val="254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F5647C" w14:textId="461ABFD7" w:rsidR="00661B3A" w:rsidRPr="00DF369E" w:rsidRDefault="00661B3A" w:rsidP="008F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1CE520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8EF50A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5B3023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528EB2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3936A7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F28567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F486FF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661B3A" w:rsidRPr="00747FD2" w14:paraId="194DCAC7" w14:textId="77777777" w:rsidTr="00DF369E">
        <w:trPr>
          <w:trHeight w:val="243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E03120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C95791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311F54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8BC890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99F721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AA9D61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647DC3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396E6B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661B3A" w:rsidRPr="00747FD2" w14:paraId="126CA532" w14:textId="77777777" w:rsidTr="00DF369E">
        <w:trPr>
          <w:trHeight w:val="243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68E7D8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93221C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906170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F6FAA6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FAA0E6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FB754B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CF7AA3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A0A87D" w14:textId="77777777" w:rsidR="00661B3A" w:rsidRPr="008A7894" w:rsidRDefault="00661B3A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DF369E" w:rsidRPr="00747FD2" w14:paraId="63EBB319" w14:textId="77777777" w:rsidTr="00DF369E">
        <w:trPr>
          <w:trHeight w:val="243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BB8871" w14:textId="77777777" w:rsidR="00DF369E" w:rsidRPr="008A7894" w:rsidRDefault="00DF369E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6E2342" w14:textId="77777777" w:rsidR="00DF369E" w:rsidRPr="008A7894" w:rsidRDefault="00DF369E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4B440A" w14:textId="77777777" w:rsidR="00DF369E" w:rsidRPr="008A7894" w:rsidRDefault="00DF369E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7DFBCA" w14:textId="77777777" w:rsidR="00DF369E" w:rsidRPr="008A7894" w:rsidRDefault="00DF369E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314B26" w14:textId="77777777" w:rsidR="00DF369E" w:rsidRPr="008A7894" w:rsidRDefault="00DF369E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1CD7AF" w14:textId="77777777" w:rsidR="00DF369E" w:rsidRPr="008A7894" w:rsidRDefault="00DF369E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8B171D" w14:textId="77777777" w:rsidR="00DF369E" w:rsidRPr="008A7894" w:rsidRDefault="00DF369E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027266" w14:textId="77777777" w:rsidR="00DF369E" w:rsidRPr="008A7894" w:rsidRDefault="00DF369E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</w:tr>
    </w:tbl>
    <w:p w14:paraId="6D0A2436" w14:textId="77777777" w:rsidR="00661B3A" w:rsidRPr="00747FD2" w:rsidRDefault="00661B3A" w:rsidP="00661B3A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  <w:lang w:val="hy-AM" w:eastAsia="ru-RU"/>
        </w:rPr>
      </w:pPr>
    </w:p>
    <w:p w14:paraId="391C1C89" w14:textId="77777777" w:rsidR="00661B3A" w:rsidRPr="00747FD2" w:rsidRDefault="00661B3A" w:rsidP="00661B3A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  <w:lang w:val="hy-AM" w:eastAsia="ru-RU"/>
        </w:rPr>
      </w:pPr>
    </w:p>
    <w:p w14:paraId="067F836C" w14:textId="77777777" w:rsidR="00661B3A" w:rsidRPr="00747FD2" w:rsidRDefault="00661B3A" w:rsidP="00661B3A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  <w:lang w:val="hy-AM" w:eastAsia="ru-RU"/>
        </w:rPr>
      </w:pPr>
    </w:p>
    <w:tbl>
      <w:tblPr>
        <w:tblW w:w="13750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127"/>
        <w:gridCol w:w="2126"/>
        <w:gridCol w:w="1984"/>
        <w:gridCol w:w="2268"/>
        <w:gridCol w:w="1843"/>
        <w:gridCol w:w="1134"/>
      </w:tblGrid>
      <w:tr w:rsidR="00400BF8" w:rsidRPr="00A2674A" w14:paraId="51A33EF9" w14:textId="77777777" w:rsidTr="007F7754">
        <w:trPr>
          <w:trHeight w:val="1024"/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82A73B" w14:textId="7A592EEA" w:rsidR="00400BF8" w:rsidRPr="00814520" w:rsidRDefault="00400BF8" w:rsidP="00243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 w:rsidRPr="008145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Վերջնական ախտորոշում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564412" w14:textId="3E3E0FF4" w:rsidR="00400BF8" w:rsidRPr="00814520" w:rsidRDefault="00400BF8" w:rsidP="0024323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 w:rsidRPr="008145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Համաճարակաբանական հետազոտության</w:t>
            </w:r>
            <w:r w:rsidR="00C54C1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 xml:space="preserve"> </w:t>
            </w:r>
            <w:r w:rsidRPr="008145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 xml:space="preserve"> </w:t>
            </w:r>
            <w:r w:rsidR="00C54C19" w:rsidRPr="00C54C1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 xml:space="preserve">(հետախուզություն) </w:t>
            </w:r>
            <w:r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օր, ամիս, տարի</w:t>
            </w:r>
            <w:r w:rsidRPr="008145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, հետազոտողի ԱԱՀ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7E44DF" w14:textId="5761ADDE" w:rsidR="00400BF8" w:rsidRPr="00814520" w:rsidRDefault="00400BF8" w:rsidP="00400BF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 w:rsidRPr="008145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 xml:space="preserve">Հաղորդման </w:t>
            </w:r>
            <w:r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 xml:space="preserve">օր, ամիս, տարի, հերթական համար                       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734764" w14:textId="270EC7AA" w:rsidR="00400BF8" w:rsidRPr="00814520" w:rsidRDefault="00400BF8" w:rsidP="00243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 xml:space="preserve">Հաղորդման </w:t>
            </w:r>
            <w:r w:rsidR="00C54C1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տվողի</w:t>
            </w:r>
            <w:r w:rsidRPr="008145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 xml:space="preserve"> և ստացողի ԱԱՀ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B163F1" w14:textId="015817C0" w:rsidR="00400BF8" w:rsidRDefault="00400BF8" w:rsidP="00243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 w:rsidRPr="008145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 xml:space="preserve">Լաբորատոր </w:t>
            </w:r>
            <w:r w:rsidR="00906BA2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 xml:space="preserve">ախտորոշիչ </w:t>
            </w:r>
            <w:r w:rsidRPr="008145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հետազոտությունների արդյունքները</w:t>
            </w:r>
          </w:p>
          <w:p w14:paraId="73251326" w14:textId="3C318B14" w:rsidR="00400BF8" w:rsidRPr="00814520" w:rsidRDefault="00400BF8" w:rsidP="00243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B903CC" w14:textId="77777777" w:rsidR="00400BF8" w:rsidRDefault="00400BF8" w:rsidP="0024323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 w:rsidRPr="008145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Բժշկի ԱԱՀ, ստորագրություն</w:t>
            </w:r>
          </w:p>
          <w:p w14:paraId="705C8779" w14:textId="5754010C" w:rsidR="00400BF8" w:rsidRPr="00814520" w:rsidRDefault="00400BF8" w:rsidP="0024323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C611BD" w14:textId="2B4C0C24" w:rsidR="00400BF8" w:rsidRPr="00814520" w:rsidRDefault="00400BF8" w:rsidP="0024323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 w:rsidRPr="00814520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Լրացուցիչ նշումներ</w:t>
            </w:r>
          </w:p>
        </w:tc>
      </w:tr>
      <w:tr w:rsidR="00400BF8" w:rsidRPr="00A2674A" w14:paraId="6FE8BD7E" w14:textId="77777777" w:rsidTr="007F7754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B3C2F3" w14:textId="3B9DC171" w:rsidR="00400BF8" w:rsidRPr="00A2674A" w:rsidRDefault="00400BF8" w:rsidP="00243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9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4AE514" w14:textId="27B67A3B" w:rsidR="00400BF8" w:rsidRPr="00A2674A" w:rsidRDefault="00400BF8" w:rsidP="00243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431365" w14:textId="167C8745" w:rsidR="00400BF8" w:rsidRPr="00A2674A" w:rsidRDefault="00400BF8" w:rsidP="00243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9095F2" w14:textId="76DC2281" w:rsidR="00400BF8" w:rsidRDefault="007F7754" w:rsidP="00243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12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4BEF72" w14:textId="77FE1543" w:rsidR="00400BF8" w:rsidRPr="00A2674A" w:rsidRDefault="00400BF8" w:rsidP="00243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1</w:t>
            </w:r>
            <w:r w:rsidR="007F77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2DB585" w14:textId="54664BF8" w:rsidR="00400BF8" w:rsidRPr="00A2674A" w:rsidRDefault="00400BF8" w:rsidP="00243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1</w:t>
            </w:r>
            <w:r w:rsidR="007F77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995F46" w14:textId="26164CAA" w:rsidR="00400BF8" w:rsidRPr="00A2674A" w:rsidRDefault="00400BF8" w:rsidP="00243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1</w:t>
            </w:r>
            <w:r w:rsidR="007F775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5</w:t>
            </w:r>
          </w:p>
        </w:tc>
      </w:tr>
      <w:tr w:rsidR="00400BF8" w:rsidRPr="00A2674A" w14:paraId="0C2E8369" w14:textId="77777777" w:rsidTr="007F7754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BA8C66" w14:textId="241A6A2D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A9082F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ABD8D4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3625FD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AA0A1D" w14:textId="23D562A5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52F737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E2DC6A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00BF8" w:rsidRPr="00A2674A" w14:paraId="2007709F" w14:textId="77777777" w:rsidTr="007F7754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740FC2" w14:textId="43AB4FB2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8D83A8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009961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C82246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08CD72" w14:textId="545C30C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BE5287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70BCCB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00BF8" w:rsidRPr="00A2674A" w14:paraId="6ECCD5F0" w14:textId="77777777" w:rsidTr="007F7754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783D91" w14:textId="603152AF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DED5E8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C0E891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A3A89A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A6E0DD" w14:textId="6BD7CB6B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0D3E1F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15222C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00BF8" w:rsidRPr="00A2674A" w14:paraId="35CD763E" w14:textId="77777777" w:rsidTr="007F7754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383DDE" w14:textId="64A30ED3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AA33DB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9439F8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CCD095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8097AB" w14:textId="318808F8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4733EB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9F8C12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00BF8" w:rsidRPr="00A2674A" w14:paraId="1ED3A324" w14:textId="77777777" w:rsidTr="007F7754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3DEAFD" w14:textId="6BD2252D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6CA3CF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D50301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D5446F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E13027" w14:textId="2E6AD0B4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012C7F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A2674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14E64B" w14:textId="77777777" w:rsidR="00400BF8" w:rsidRPr="00A2674A" w:rsidRDefault="00400BF8" w:rsidP="00243232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</w:tr>
    </w:tbl>
    <w:p w14:paraId="5A79C0EB" w14:textId="77777777" w:rsidR="004B1472" w:rsidRPr="00DF369E" w:rsidRDefault="004B1472" w:rsidP="00DF369E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b/>
          <w:sz w:val="24"/>
          <w:szCs w:val="24"/>
          <w:lang w:val="hy-AM" w:eastAsia="ru-RU"/>
        </w:rPr>
      </w:pPr>
    </w:p>
    <w:sectPr w:rsidR="004B1472" w:rsidRPr="00DF369E" w:rsidSect="00DF369E">
      <w:pgSz w:w="15840" w:h="12240" w:orient="landscape"/>
      <w:pgMar w:top="851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3041694">
    <w:abstractNumId w:val="8"/>
  </w:num>
  <w:num w:numId="2" w16cid:durableId="16854331">
    <w:abstractNumId w:val="6"/>
  </w:num>
  <w:num w:numId="3" w16cid:durableId="427627405">
    <w:abstractNumId w:val="5"/>
  </w:num>
  <w:num w:numId="4" w16cid:durableId="2015187878">
    <w:abstractNumId w:val="4"/>
  </w:num>
  <w:num w:numId="5" w16cid:durableId="1842818562">
    <w:abstractNumId w:val="7"/>
  </w:num>
  <w:num w:numId="6" w16cid:durableId="2097702782">
    <w:abstractNumId w:val="3"/>
  </w:num>
  <w:num w:numId="7" w16cid:durableId="740758015">
    <w:abstractNumId w:val="2"/>
  </w:num>
  <w:num w:numId="8" w16cid:durableId="1721055412">
    <w:abstractNumId w:val="1"/>
  </w:num>
  <w:num w:numId="9" w16cid:durableId="713431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8EC"/>
    <w:rsid w:val="00000785"/>
    <w:rsid w:val="0000102A"/>
    <w:rsid w:val="00005FA8"/>
    <w:rsid w:val="00023978"/>
    <w:rsid w:val="00033BA7"/>
    <w:rsid w:val="000474E1"/>
    <w:rsid w:val="00047738"/>
    <w:rsid w:val="00052A98"/>
    <w:rsid w:val="00056FC1"/>
    <w:rsid w:val="0006664C"/>
    <w:rsid w:val="00067478"/>
    <w:rsid w:val="00070A1D"/>
    <w:rsid w:val="00083C6D"/>
    <w:rsid w:val="00086D99"/>
    <w:rsid w:val="0009623A"/>
    <w:rsid w:val="000C0BD3"/>
    <w:rsid w:val="000F1033"/>
    <w:rsid w:val="000F78A4"/>
    <w:rsid w:val="00101343"/>
    <w:rsid w:val="0010149F"/>
    <w:rsid w:val="00105D78"/>
    <w:rsid w:val="00113222"/>
    <w:rsid w:val="0012648F"/>
    <w:rsid w:val="00141F19"/>
    <w:rsid w:val="00153627"/>
    <w:rsid w:val="00156858"/>
    <w:rsid w:val="00164169"/>
    <w:rsid w:val="00171181"/>
    <w:rsid w:val="00174690"/>
    <w:rsid w:val="001B4937"/>
    <w:rsid w:val="001C561D"/>
    <w:rsid w:val="001D32CC"/>
    <w:rsid w:val="00200731"/>
    <w:rsid w:val="002033BF"/>
    <w:rsid w:val="00217938"/>
    <w:rsid w:val="00227AFF"/>
    <w:rsid w:val="00230516"/>
    <w:rsid w:val="00230BA6"/>
    <w:rsid w:val="0023647A"/>
    <w:rsid w:val="00243232"/>
    <w:rsid w:val="002432F0"/>
    <w:rsid w:val="0027380A"/>
    <w:rsid w:val="002756C9"/>
    <w:rsid w:val="00286079"/>
    <w:rsid w:val="002871E6"/>
    <w:rsid w:val="00295E18"/>
    <w:rsid w:val="002C7D55"/>
    <w:rsid w:val="002E47EF"/>
    <w:rsid w:val="002F523F"/>
    <w:rsid w:val="0030465C"/>
    <w:rsid w:val="00326E62"/>
    <w:rsid w:val="00332585"/>
    <w:rsid w:val="00345DB4"/>
    <w:rsid w:val="003544AF"/>
    <w:rsid w:val="00355E8A"/>
    <w:rsid w:val="003560E5"/>
    <w:rsid w:val="00357309"/>
    <w:rsid w:val="0037302F"/>
    <w:rsid w:val="003748A3"/>
    <w:rsid w:val="00376F3D"/>
    <w:rsid w:val="003C0114"/>
    <w:rsid w:val="003C49D8"/>
    <w:rsid w:val="003E0AF6"/>
    <w:rsid w:val="003E65D5"/>
    <w:rsid w:val="00400BF8"/>
    <w:rsid w:val="00407F89"/>
    <w:rsid w:val="00415492"/>
    <w:rsid w:val="00421586"/>
    <w:rsid w:val="0042271E"/>
    <w:rsid w:val="004316DB"/>
    <w:rsid w:val="00451F9C"/>
    <w:rsid w:val="00467EBA"/>
    <w:rsid w:val="00477A5E"/>
    <w:rsid w:val="00481054"/>
    <w:rsid w:val="00491C1B"/>
    <w:rsid w:val="004A27F2"/>
    <w:rsid w:val="004B1472"/>
    <w:rsid w:val="004D0C0A"/>
    <w:rsid w:val="00511CB6"/>
    <w:rsid w:val="005325E3"/>
    <w:rsid w:val="005554AB"/>
    <w:rsid w:val="005561FC"/>
    <w:rsid w:val="0056422F"/>
    <w:rsid w:val="00566C80"/>
    <w:rsid w:val="005736FA"/>
    <w:rsid w:val="00581741"/>
    <w:rsid w:val="00584EF8"/>
    <w:rsid w:val="00585129"/>
    <w:rsid w:val="0059012B"/>
    <w:rsid w:val="00592944"/>
    <w:rsid w:val="005A3CB4"/>
    <w:rsid w:val="005B2A72"/>
    <w:rsid w:val="005D3AE9"/>
    <w:rsid w:val="005E3AA5"/>
    <w:rsid w:val="005E6329"/>
    <w:rsid w:val="0060098B"/>
    <w:rsid w:val="006227C4"/>
    <w:rsid w:val="00623F1B"/>
    <w:rsid w:val="00636765"/>
    <w:rsid w:val="00642078"/>
    <w:rsid w:val="00661B3A"/>
    <w:rsid w:val="0067146D"/>
    <w:rsid w:val="00682822"/>
    <w:rsid w:val="00687ED4"/>
    <w:rsid w:val="006A7423"/>
    <w:rsid w:val="006B59B9"/>
    <w:rsid w:val="006B74F4"/>
    <w:rsid w:val="006E6724"/>
    <w:rsid w:val="006F7A5A"/>
    <w:rsid w:val="00710992"/>
    <w:rsid w:val="00711122"/>
    <w:rsid w:val="00743F8A"/>
    <w:rsid w:val="00747499"/>
    <w:rsid w:val="00747FD2"/>
    <w:rsid w:val="00773F7B"/>
    <w:rsid w:val="0078659D"/>
    <w:rsid w:val="00787088"/>
    <w:rsid w:val="00792839"/>
    <w:rsid w:val="00795DD6"/>
    <w:rsid w:val="007964C1"/>
    <w:rsid w:val="007C438B"/>
    <w:rsid w:val="007C576C"/>
    <w:rsid w:val="007D404F"/>
    <w:rsid w:val="007F602B"/>
    <w:rsid w:val="007F7754"/>
    <w:rsid w:val="008001C8"/>
    <w:rsid w:val="00814520"/>
    <w:rsid w:val="00820087"/>
    <w:rsid w:val="00820AD1"/>
    <w:rsid w:val="00821156"/>
    <w:rsid w:val="008304B3"/>
    <w:rsid w:val="00833FBA"/>
    <w:rsid w:val="008438EC"/>
    <w:rsid w:val="00856FDA"/>
    <w:rsid w:val="008A2778"/>
    <w:rsid w:val="008B0D6C"/>
    <w:rsid w:val="008C7323"/>
    <w:rsid w:val="008D237B"/>
    <w:rsid w:val="008E0332"/>
    <w:rsid w:val="008E50C0"/>
    <w:rsid w:val="008F4074"/>
    <w:rsid w:val="008F7C6A"/>
    <w:rsid w:val="00901CB4"/>
    <w:rsid w:val="009068D2"/>
    <w:rsid w:val="00906BA2"/>
    <w:rsid w:val="00917655"/>
    <w:rsid w:val="009259C4"/>
    <w:rsid w:val="00936554"/>
    <w:rsid w:val="00941100"/>
    <w:rsid w:val="0094735B"/>
    <w:rsid w:val="0096112D"/>
    <w:rsid w:val="0096534A"/>
    <w:rsid w:val="00982E7C"/>
    <w:rsid w:val="00987237"/>
    <w:rsid w:val="00990EAB"/>
    <w:rsid w:val="00992CF5"/>
    <w:rsid w:val="0099303E"/>
    <w:rsid w:val="009A10A7"/>
    <w:rsid w:val="009A40D3"/>
    <w:rsid w:val="009B7297"/>
    <w:rsid w:val="009C0418"/>
    <w:rsid w:val="009C078B"/>
    <w:rsid w:val="009D1B6B"/>
    <w:rsid w:val="009D4C01"/>
    <w:rsid w:val="009F57BA"/>
    <w:rsid w:val="00A07596"/>
    <w:rsid w:val="00A14F45"/>
    <w:rsid w:val="00A16F66"/>
    <w:rsid w:val="00A24BAD"/>
    <w:rsid w:val="00A24D31"/>
    <w:rsid w:val="00A375B3"/>
    <w:rsid w:val="00A74BE2"/>
    <w:rsid w:val="00AC5874"/>
    <w:rsid w:val="00AC6EE9"/>
    <w:rsid w:val="00AD7842"/>
    <w:rsid w:val="00AE06C5"/>
    <w:rsid w:val="00AF492A"/>
    <w:rsid w:val="00AF5BDE"/>
    <w:rsid w:val="00B04B12"/>
    <w:rsid w:val="00B10B1E"/>
    <w:rsid w:val="00B26AA0"/>
    <w:rsid w:val="00B3321F"/>
    <w:rsid w:val="00B40E2F"/>
    <w:rsid w:val="00B4428D"/>
    <w:rsid w:val="00B51ECE"/>
    <w:rsid w:val="00BC017F"/>
    <w:rsid w:val="00BD38CC"/>
    <w:rsid w:val="00BE6D17"/>
    <w:rsid w:val="00BF3F06"/>
    <w:rsid w:val="00BF444A"/>
    <w:rsid w:val="00BF69D4"/>
    <w:rsid w:val="00C01952"/>
    <w:rsid w:val="00C07D09"/>
    <w:rsid w:val="00C112F7"/>
    <w:rsid w:val="00C13635"/>
    <w:rsid w:val="00C24B51"/>
    <w:rsid w:val="00C51DAE"/>
    <w:rsid w:val="00C54C19"/>
    <w:rsid w:val="00C565B5"/>
    <w:rsid w:val="00C57F01"/>
    <w:rsid w:val="00C77919"/>
    <w:rsid w:val="00C834AD"/>
    <w:rsid w:val="00C86C11"/>
    <w:rsid w:val="00C94B6E"/>
    <w:rsid w:val="00CA65BC"/>
    <w:rsid w:val="00CC500E"/>
    <w:rsid w:val="00CD2F9A"/>
    <w:rsid w:val="00CF3273"/>
    <w:rsid w:val="00CF7496"/>
    <w:rsid w:val="00D017E2"/>
    <w:rsid w:val="00D02BBA"/>
    <w:rsid w:val="00D03450"/>
    <w:rsid w:val="00D03E41"/>
    <w:rsid w:val="00D1527D"/>
    <w:rsid w:val="00D23388"/>
    <w:rsid w:val="00D630FD"/>
    <w:rsid w:val="00D71A5B"/>
    <w:rsid w:val="00D804E1"/>
    <w:rsid w:val="00D91855"/>
    <w:rsid w:val="00D931F6"/>
    <w:rsid w:val="00DA2C16"/>
    <w:rsid w:val="00DA3548"/>
    <w:rsid w:val="00DC1016"/>
    <w:rsid w:val="00DC436E"/>
    <w:rsid w:val="00DD6163"/>
    <w:rsid w:val="00DD7055"/>
    <w:rsid w:val="00DE136E"/>
    <w:rsid w:val="00DF369E"/>
    <w:rsid w:val="00DF3F5F"/>
    <w:rsid w:val="00DF7C56"/>
    <w:rsid w:val="00E207D0"/>
    <w:rsid w:val="00E43C4D"/>
    <w:rsid w:val="00E4663C"/>
    <w:rsid w:val="00E5159E"/>
    <w:rsid w:val="00E616FD"/>
    <w:rsid w:val="00E64C01"/>
    <w:rsid w:val="00E75B42"/>
    <w:rsid w:val="00E766DD"/>
    <w:rsid w:val="00E86332"/>
    <w:rsid w:val="00E910E8"/>
    <w:rsid w:val="00EB39A8"/>
    <w:rsid w:val="00EB5483"/>
    <w:rsid w:val="00EC6A1E"/>
    <w:rsid w:val="00ED3D89"/>
    <w:rsid w:val="00EE61E0"/>
    <w:rsid w:val="00EF1628"/>
    <w:rsid w:val="00EF4C71"/>
    <w:rsid w:val="00EF53C2"/>
    <w:rsid w:val="00F0301C"/>
    <w:rsid w:val="00F03F49"/>
    <w:rsid w:val="00F04BCD"/>
    <w:rsid w:val="00F1494A"/>
    <w:rsid w:val="00F33717"/>
    <w:rsid w:val="00F36F68"/>
    <w:rsid w:val="00F53CD5"/>
    <w:rsid w:val="00F8015E"/>
    <w:rsid w:val="00F85E74"/>
    <w:rsid w:val="00F9389D"/>
    <w:rsid w:val="00F96321"/>
    <w:rsid w:val="00F963BE"/>
    <w:rsid w:val="00FA2E8E"/>
    <w:rsid w:val="00FC4F41"/>
    <w:rsid w:val="00FE16F0"/>
    <w:rsid w:val="00FE228A"/>
    <w:rsid w:val="00FF2531"/>
    <w:rsid w:val="00FF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E06AF"/>
  <w15:docId w15:val="{C887FC94-97F6-4459-A635-51FA736A8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8EC"/>
    <w:rPr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32F0"/>
    <w:pPr>
      <w:widowControl w:val="0"/>
      <w:autoSpaceDE w:val="0"/>
      <w:autoSpaceDN w:val="0"/>
      <w:adjustRightInd w:val="0"/>
      <w:spacing w:before="73" w:after="0" w:line="240" w:lineRule="auto"/>
      <w:ind w:left="137"/>
      <w:jc w:val="center"/>
      <w:outlineLvl w:val="0"/>
    </w:pPr>
    <w:rPr>
      <w:rFonts w:ascii="GHEA Grapalat" w:eastAsia="Times New Roman" w:hAnsi="GHEA Grapalat" w:cs="GHEA Grapalat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7C6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7C6A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2F0"/>
    <w:rPr>
      <w:rFonts w:ascii="GHEA Grapalat" w:eastAsia="Times New Roman" w:hAnsi="GHEA Grapalat" w:cs="GHEA Grapalat"/>
      <w:b/>
      <w:bCs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2F0"/>
    <w:rPr>
      <w:sz w:val="20"/>
      <w:szCs w:val="20"/>
      <w:lang w:val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2F0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2F0"/>
    <w:rPr>
      <w:b/>
      <w:bCs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2F0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2F0"/>
    <w:rPr>
      <w:rFonts w:ascii="Segoe UI" w:hAnsi="Segoe UI" w:cs="Segoe UI"/>
      <w:sz w:val="18"/>
      <w:szCs w:val="18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2432F0"/>
    <w:rPr>
      <w:rFonts w:ascii="GHEA Grapalat" w:eastAsia="Times New Roman" w:hAnsi="GHEA Grapalat" w:cs="GHEA Grapalat"/>
      <w:sz w:val="20"/>
      <w:szCs w:val="20"/>
    </w:rPr>
  </w:style>
  <w:style w:type="paragraph" w:styleId="BodyText">
    <w:name w:val="Body Text"/>
    <w:basedOn w:val="Normal"/>
    <w:link w:val="BodyTextChar"/>
    <w:uiPriority w:val="99"/>
    <w:qFormat/>
    <w:rsid w:val="002432F0"/>
    <w:pPr>
      <w:widowControl w:val="0"/>
      <w:autoSpaceDE w:val="0"/>
      <w:autoSpaceDN w:val="0"/>
      <w:adjustRightInd w:val="0"/>
      <w:spacing w:after="0" w:line="240" w:lineRule="auto"/>
    </w:pPr>
    <w:rPr>
      <w:rFonts w:ascii="GHEA Grapalat" w:eastAsia="Times New Roman" w:hAnsi="GHEA Grapalat" w:cs="GHEA Grapalat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243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Normal"/>
    <w:uiPriority w:val="1"/>
    <w:qFormat/>
    <w:rsid w:val="002432F0"/>
    <w:pPr>
      <w:widowControl w:val="0"/>
      <w:autoSpaceDE w:val="0"/>
      <w:autoSpaceDN w:val="0"/>
      <w:adjustRightInd w:val="0"/>
      <w:spacing w:after="0" w:line="240" w:lineRule="auto"/>
    </w:pPr>
    <w:rPr>
      <w:rFonts w:ascii="GHEA Grapalat" w:eastAsia="Times New Roman" w:hAnsi="GHEA Grapalat" w:cs="GHEA Grapalat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86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A27F2"/>
    <w:rPr>
      <w:b/>
      <w:bCs/>
    </w:rPr>
  </w:style>
  <w:style w:type="character" w:styleId="Emphasis">
    <w:name w:val="Emphasis"/>
    <w:basedOn w:val="DefaultParagraphFont"/>
    <w:uiPriority w:val="20"/>
    <w:qFormat/>
    <w:rsid w:val="004A27F2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8F7C6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7C6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C6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C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C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C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C6A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C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7C6A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F7C6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F7C6A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F7C6A"/>
    <w:rPr>
      <w:rFonts w:eastAsiaTheme="minorEastAsia"/>
    </w:rPr>
  </w:style>
  <w:style w:type="paragraph" w:styleId="NoSpacing">
    <w:name w:val="No Spacing"/>
    <w:uiPriority w:val="1"/>
    <w:qFormat/>
    <w:rsid w:val="008F7C6A"/>
    <w:pPr>
      <w:spacing w:after="0" w:line="240" w:lineRule="auto"/>
    </w:pPr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8F7C6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F7C6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C6A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F7C6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F7C6A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8F7C6A"/>
    <w:pPr>
      <w:spacing w:after="120" w:line="480" w:lineRule="auto"/>
    </w:pPr>
    <w:rPr>
      <w:rFonts w:eastAsiaTheme="minorEastAsia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8F7C6A"/>
    <w:rPr>
      <w:rFonts w:eastAsiaTheme="minorEastAsia"/>
    </w:rPr>
  </w:style>
  <w:style w:type="paragraph" w:styleId="BodyText3">
    <w:name w:val="Body Text 3"/>
    <w:basedOn w:val="Normal"/>
    <w:link w:val="BodyText3Char"/>
    <w:uiPriority w:val="99"/>
    <w:unhideWhenUsed/>
    <w:rsid w:val="008F7C6A"/>
    <w:pPr>
      <w:spacing w:after="120" w:line="276" w:lineRule="auto"/>
    </w:pPr>
    <w:rPr>
      <w:rFonts w:eastAsiaTheme="minorEastAsia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8F7C6A"/>
    <w:rPr>
      <w:rFonts w:eastAsiaTheme="minorEastAsia"/>
      <w:sz w:val="16"/>
      <w:szCs w:val="16"/>
    </w:rPr>
  </w:style>
  <w:style w:type="paragraph" w:styleId="List">
    <w:name w:val="List"/>
    <w:basedOn w:val="Normal"/>
    <w:uiPriority w:val="99"/>
    <w:unhideWhenUsed/>
    <w:rsid w:val="008F7C6A"/>
    <w:pPr>
      <w:spacing w:after="200" w:line="276" w:lineRule="auto"/>
      <w:ind w:left="360" w:hanging="360"/>
      <w:contextualSpacing/>
    </w:pPr>
    <w:rPr>
      <w:rFonts w:eastAsiaTheme="minorEastAsia"/>
      <w:lang w:val="en-US"/>
    </w:rPr>
  </w:style>
  <w:style w:type="paragraph" w:styleId="List2">
    <w:name w:val="List 2"/>
    <w:basedOn w:val="Normal"/>
    <w:uiPriority w:val="99"/>
    <w:unhideWhenUsed/>
    <w:rsid w:val="008F7C6A"/>
    <w:pPr>
      <w:spacing w:after="200" w:line="276" w:lineRule="auto"/>
      <w:ind w:left="720" w:hanging="360"/>
      <w:contextualSpacing/>
    </w:pPr>
    <w:rPr>
      <w:rFonts w:eastAsiaTheme="minorEastAsia"/>
      <w:lang w:val="en-US"/>
    </w:rPr>
  </w:style>
  <w:style w:type="paragraph" w:styleId="List3">
    <w:name w:val="List 3"/>
    <w:basedOn w:val="Normal"/>
    <w:uiPriority w:val="99"/>
    <w:unhideWhenUsed/>
    <w:rsid w:val="008F7C6A"/>
    <w:pPr>
      <w:spacing w:after="200" w:line="276" w:lineRule="auto"/>
      <w:ind w:left="1080" w:hanging="360"/>
      <w:contextualSpacing/>
    </w:pPr>
    <w:rPr>
      <w:rFonts w:eastAsiaTheme="minorEastAsia"/>
      <w:lang w:val="en-US"/>
    </w:rPr>
  </w:style>
  <w:style w:type="paragraph" w:styleId="ListBullet">
    <w:name w:val="List Bullet"/>
    <w:basedOn w:val="Normal"/>
    <w:uiPriority w:val="99"/>
    <w:unhideWhenUsed/>
    <w:rsid w:val="008F7C6A"/>
    <w:pPr>
      <w:numPr>
        <w:numId w:val="1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Bullet2">
    <w:name w:val="List Bullet 2"/>
    <w:basedOn w:val="Normal"/>
    <w:uiPriority w:val="99"/>
    <w:unhideWhenUsed/>
    <w:rsid w:val="008F7C6A"/>
    <w:pPr>
      <w:numPr>
        <w:numId w:val="2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Bullet3">
    <w:name w:val="List Bullet 3"/>
    <w:basedOn w:val="Normal"/>
    <w:uiPriority w:val="99"/>
    <w:unhideWhenUsed/>
    <w:rsid w:val="008F7C6A"/>
    <w:pPr>
      <w:numPr>
        <w:numId w:val="3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">
    <w:name w:val="List Number"/>
    <w:basedOn w:val="Normal"/>
    <w:uiPriority w:val="99"/>
    <w:unhideWhenUsed/>
    <w:rsid w:val="008F7C6A"/>
    <w:pPr>
      <w:numPr>
        <w:numId w:val="5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2">
    <w:name w:val="List Number 2"/>
    <w:basedOn w:val="Normal"/>
    <w:uiPriority w:val="99"/>
    <w:unhideWhenUsed/>
    <w:rsid w:val="008F7C6A"/>
    <w:pPr>
      <w:numPr>
        <w:numId w:val="6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3">
    <w:name w:val="List Number 3"/>
    <w:basedOn w:val="Normal"/>
    <w:uiPriority w:val="99"/>
    <w:unhideWhenUsed/>
    <w:rsid w:val="008F7C6A"/>
    <w:pPr>
      <w:numPr>
        <w:numId w:val="7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Continue">
    <w:name w:val="List Continue"/>
    <w:basedOn w:val="Normal"/>
    <w:uiPriority w:val="99"/>
    <w:unhideWhenUsed/>
    <w:rsid w:val="008F7C6A"/>
    <w:pPr>
      <w:spacing w:after="120" w:line="276" w:lineRule="auto"/>
      <w:ind w:left="360"/>
      <w:contextualSpacing/>
    </w:pPr>
    <w:rPr>
      <w:rFonts w:eastAsiaTheme="minorEastAsia"/>
      <w:lang w:val="en-US"/>
    </w:rPr>
  </w:style>
  <w:style w:type="paragraph" w:styleId="ListContinue2">
    <w:name w:val="List Continue 2"/>
    <w:basedOn w:val="Normal"/>
    <w:uiPriority w:val="99"/>
    <w:unhideWhenUsed/>
    <w:rsid w:val="008F7C6A"/>
    <w:pPr>
      <w:spacing w:after="120" w:line="276" w:lineRule="auto"/>
      <w:ind w:left="720"/>
      <w:contextualSpacing/>
    </w:pPr>
    <w:rPr>
      <w:rFonts w:eastAsiaTheme="minorEastAsia"/>
      <w:lang w:val="en-US"/>
    </w:rPr>
  </w:style>
  <w:style w:type="paragraph" w:styleId="ListContinue3">
    <w:name w:val="List Continue 3"/>
    <w:basedOn w:val="Normal"/>
    <w:uiPriority w:val="99"/>
    <w:unhideWhenUsed/>
    <w:rsid w:val="008F7C6A"/>
    <w:pPr>
      <w:spacing w:after="120" w:line="276" w:lineRule="auto"/>
      <w:ind w:left="1080"/>
      <w:contextualSpacing/>
    </w:pPr>
    <w:rPr>
      <w:rFonts w:eastAsiaTheme="minorEastAsia"/>
      <w:lang w:val="en-US"/>
    </w:rPr>
  </w:style>
  <w:style w:type="paragraph" w:styleId="MacroText">
    <w:name w:val="macro"/>
    <w:link w:val="MacroTextChar"/>
    <w:uiPriority w:val="99"/>
    <w:unhideWhenUsed/>
    <w:rsid w:val="008F7C6A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F7C6A"/>
    <w:rPr>
      <w:rFonts w:ascii="Courier" w:eastAsiaTheme="minorEastAsia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F7C6A"/>
    <w:pPr>
      <w:spacing w:after="200" w:line="276" w:lineRule="auto"/>
    </w:pPr>
    <w:rPr>
      <w:rFonts w:eastAsiaTheme="minorEastAsia"/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F7C6A"/>
    <w:rPr>
      <w:rFonts w:eastAsiaTheme="minorEastAsia"/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7C6A"/>
    <w:pPr>
      <w:spacing w:after="200" w:line="240" w:lineRule="auto"/>
    </w:pPr>
    <w:rPr>
      <w:rFonts w:eastAsiaTheme="minorEastAsia"/>
      <w:b/>
      <w:bCs/>
      <w:color w:val="4472C4" w:themeColor="accent1"/>
      <w:sz w:val="18"/>
      <w:szCs w:val="18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C6A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4472C4" w:themeColor="accent1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C6A"/>
    <w:rPr>
      <w:rFonts w:eastAsiaTheme="minorEastAsia"/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8F7C6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8F7C6A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8F7C6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8F7C6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8F7C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7C6A"/>
    <w:pPr>
      <w:keepNext/>
      <w:keepLines/>
      <w:widowControl/>
      <w:autoSpaceDE/>
      <w:autoSpaceDN/>
      <w:adjustRightInd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table" w:styleId="LightShading">
    <w:name w:val="Light Shading"/>
    <w:basedOn w:val="TableNormal"/>
    <w:uiPriority w:val="60"/>
    <w:rsid w:val="008F7C6A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C6A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C6A"/>
    <w:pPr>
      <w:spacing w:after="0" w:line="240" w:lineRule="auto"/>
    </w:pPr>
    <w:rPr>
      <w:rFonts w:eastAsiaTheme="minorEastAsia"/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C6A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C6A"/>
    <w:pPr>
      <w:spacing w:after="0" w:line="240" w:lineRule="auto"/>
    </w:pPr>
    <w:rPr>
      <w:rFonts w:eastAsiaTheme="minorEastAsia"/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C6A"/>
    <w:pPr>
      <w:spacing w:after="0" w:line="240" w:lineRule="auto"/>
    </w:pPr>
    <w:rPr>
      <w:rFonts w:eastAsiaTheme="minorEastAsia"/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C6A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">
    <w:name w:val="Colorful Grid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customStyle="1" w:styleId="msonormal0">
    <w:name w:val="msonormal"/>
    <w:basedOn w:val="Normal"/>
    <w:rsid w:val="008F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1ABC7-115A-4883-A932-0FB574836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 ghazaryan</dc:creator>
  <cp:keywords/>
  <dc:description/>
  <cp:lastModifiedBy>Arpine Khachatryan</cp:lastModifiedBy>
  <cp:revision>221</cp:revision>
  <dcterms:created xsi:type="dcterms:W3CDTF">2024-01-04T12:57:00Z</dcterms:created>
  <dcterms:modified xsi:type="dcterms:W3CDTF">2026-08-03T13:12:00Z</dcterms:modified>
</cp:coreProperties>
</file>