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826CD" w14:textId="522F0786" w:rsidR="004A27F2" w:rsidRPr="004A27F2" w:rsidRDefault="004A27F2" w:rsidP="004A27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val="en-US"/>
        </w:rPr>
      </w:pPr>
    </w:p>
    <w:p w14:paraId="1144A52E" w14:textId="48C30560" w:rsidR="004A27F2" w:rsidRPr="008703BC" w:rsidRDefault="004A27F2" w:rsidP="004A27F2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</w:pPr>
      <w:r w:rsidRPr="00B26AA0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 xml:space="preserve">Հավելված </w:t>
      </w:r>
      <w:r w:rsidRPr="00B26AA0">
        <w:rPr>
          <w:rFonts w:ascii="GHEA Grapalat" w:eastAsia="Times New Roman" w:hAnsi="GHEA Grapalat" w:cs="Times New Roman"/>
          <w:bCs/>
          <w:sz w:val="20"/>
          <w:szCs w:val="20"/>
          <w:lang w:val="en-US" w:eastAsia="ru-RU"/>
        </w:rPr>
        <w:t xml:space="preserve">N </w:t>
      </w:r>
      <w:r w:rsidR="008703BC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>9</w:t>
      </w:r>
    </w:p>
    <w:p w14:paraId="11819CAC" w14:textId="77777777" w:rsidR="004A27F2" w:rsidRPr="00B26AA0" w:rsidRDefault="004A27F2" w:rsidP="004A27F2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</w:pPr>
      <w:r w:rsidRPr="00B26AA0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>ՀՀ առողջապահության նախարարի</w:t>
      </w:r>
    </w:p>
    <w:p w14:paraId="2DCEA683" w14:textId="794CF7DC" w:rsidR="00B26AA0" w:rsidRPr="00B26AA0" w:rsidRDefault="00B26AA0" w:rsidP="00B26AA0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</w:pPr>
      <w:r w:rsidRPr="00B26AA0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>2026</w:t>
      </w:r>
      <w:r w:rsidR="000E6DB8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 xml:space="preserve"> </w:t>
      </w:r>
      <w:r w:rsidRPr="00B26AA0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>թ</w:t>
      </w:r>
      <w:r w:rsidR="005819ED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>վականի</w:t>
      </w:r>
      <w:r w:rsidRPr="00B26AA0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 xml:space="preserve"> </w:t>
      </w:r>
      <w:r w:rsidR="001130F7" w:rsidRPr="001130F7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 xml:space="preserve">հուլիս «23»-ի N 55-Ն </w:t>
      </w:r>
      <w:r w:rsidRPr="00B26AA0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>հրամանի</w:t>
      </w:r>
    </w:p>
    <w:p w14:paraId="6588DC63" w14:textId="730AFEF0" w:rsidR="00917655" w:rsidRDefault="00917655" w:rsidP="004A27F2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</w:p>
    <w:p w14:paraId="6DB9CAFB" w14:textId="73F6B48F" w:rsidR="00917655" w:rsidRDefault="004A27F2" w:rsidP="004B1472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Ձև</w:t>
      </w:r>
    </w:p>
    <w:p w14:paraId="5A79C0EB" w14:textId="7BD02F96" w:rsidR="004B1472" w:rsidRDefault="004B1472" w:rsidP="004B1472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</w:p>
    <w:p w14:paraId="6F906F17" w14:textId="77777777" w:rsidR="000E6DB8" w:rsidRPr="000E6DB8" w:rsidRDefault="000E6DB8" w:rsidP="000E6DB8">
      <w:pPr>
        <w:shd w:val="clear" w:color="auto" w:fill="FFFFFF"/>
        <w:spacing w:after="0" w:line="240" w:lineRule="auto"/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</w:pP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 </w:t>
      </w:r>
    </w:p>
    <w:p w14:paraId="1302C8C8" w14:textId="75050EF7" w:rsidR="000E6DB8" w:rsidRPr="000E6DB8" w:rsidRDefault="000E6DB8" w:rsidP="000E6DB8">
      <w:pPr>
        <w:spacing w:after="0" w:line="240" w:lineRule="auto"/>
        <w:jc w:val="center"/>
        <w:rPr>
          <w:rFonts w:ascii="GHEA Grapalat" w:eastAsia="Times New Roman" w:hAnsi="GHEA Grapalat" w:cs="Arial"/>
          <w:b/>
          <w:bCs/>
          <w:color w:val="333333"/>
          <w:sz w:val="24"/>
          <w:szCs w:val="24"/>
          <w:shd w:val="clear" w:color="auto" w:fill="FFFFFF"/>
          <w:lang w:val="hy-AM" w:eastAsia="ru-RU"/>
        </w:rPr>
      </w:pPr>
      <w:r w:rsidRPr="000E6DB8">
        <w:rPr>
          <w:rFonts w:ascii="GHEA Grapalat" w:eastAsia="Times New Roman" w:hAnsi="GHEA Grapalat" w:cs="Arial"/>
          <w:b/>
          <w:bCs/>
          <w:color w:val="333333"/>
          <w:sz w:val="24"/>
          <w:szCs w:val="24"/>
          <w:shd w:val="clear" w:color="auto" w:fill="FFFFFF"/>
          <w:lang w:val="hy-AM" w:eastAsia="ru-RU"/>
        </w:rPr>
        <w:t>ՔԱՐՏ</w:t>
      </w:r>
    </w:p>
    <w:p w14:paraId="6CDD6B35" w14:textId="501F56E1" w:rsidR="000E6DB8" w:rsidRPr="000E6DB8" w:rsidRDefault="00E50745" w:rsidP="000E6DB8">
      <w:pPr>
        <w:spacing w:after="0" w:line="240" w:lineRule="auto"/>
        <w:jc w:val="center"/>
        <w:rPr>
          <w:rFonts w:ascii="GHEA Grapalat" w:eastAsia="Times New Roman" w:hAnsi="GHEA Grapalat" w:cs="Arial"/>
          <w:b/>
          <w:bCs/>
          <w:color w:val="333333"/>
          <w:sz w:val="24"/>
          <w:szCs w:val="24"/>
          <w:shd w:val="clear" w:color="auto" w:fill="FFFFFF"/>
          <w:lang w:val="hy-AM" w:eastAsia="ru-RU"/>
        </w:rPr>
      </w:pPr>
      <w:r>
        <w:rPr>
          <w:rFonts w:ascii="GHEA Grapalat" w:eastAsia="Times New Roman" w:hAnsi="GHEA Grapalat" w:cs="Arial"/>
          <w:b/>
          <w:bCs/>
          <w:color w:val="333333"/>
          <w:sz w:val="24"/>
          <w:szCs w:val="24"/>
          <w:shd w:val="clear" w:color="auto" w:fill="FFFFFF"/>
          <w:lang w:val="hy-AM" w:eastAsia="ru-RU"/>
        </w:rPr>
        <w:t>ԿԱԼԱՆԱՎՈՐՎԱԾ</w:t>
      </w:r>
      <w:r w:rsidR="000E18EE">
        <w:rPr>
          <w:rFonts w:ascii="GHEA Grapalat" w:eastAsia="Times New Roman" w:hAnsi="GHEA Grapalat" w:cs="Arial"/>
          <w:b/>
          <w:bCs/>
          <w:color w:val="333333"/>
          <w:sz w:val="24"/>
          <w:szCs w:val="24"/>
          <w:shd w:val="clear" w:color="auto" w:fill="FFFFFF"/>
          <w:lang w:val="hy-AM" w:eastAsia="ru-RU"/>
        </w:rPr>
        <w:t xml:space="preserve"> ԱՆՁ</w:t>
      </w:r>
      <w:r>
        <w:rPr>
          <w:rFonts w:ascii="GHEA Grapalat" w:eastAsia="Times New Roman" w:hAnsi="GHEA Grapalat" w:cs="Arial"/>
          <w:b/>
          <w:bCs/>
          <w:color w:val="333333"/>
          <w:sz w:val="24"/>
          <w:szCs w:val="24"/>
          <w:shd w:val="clear" w:color="auto" w:fill="FFFFFF"/>
          <w:lang w:val="hy-AM" w:eastAsia="ru-RU"/>
        </w:rPr>
        <w:t>Ի ԿԱՄ ԴԱՏԱՊԱՐՏՅԱԼԻ</w:t>
      </w:r>
      <w:r w:rsidR="007F2CC9">
        <w:rPr>
          <w:rFonts w:ascii="GHEA Grapalat" w:eastAsia="Times New Roman" w:hAnsi="GHEA Grapalat" w:cs="Arial"/>
          <w:b/>
          <w:bCs/>
          <w:color w:val="333333"/>
          <w:sz w:val="24"/>
          <w:szCs w:val="24"/>
          <w:shd w:val="clear" w:color="auto" w:fill="FFFFFF"/>
          <w:lang w:val="hy-AM" w:eastAsia="ru-RU"/>
        </w:rPr>
        <w:t xml:space="preserve"> </w:t>
      </w:r>
      <w:r w:rsidR="000E6DB8" w:rsidRPr="000E6DB8">
        <w:rPr>
          <w:rFonts w:ascii="GHEA Grapalat" w:eastAsia="Times New Roman" w:hAnsi="GHEA Grapalat" w:cs="Arial"/>
          <w:b/>
          <w:bCs/>
          <w:color w:val="333333"/>
          <w:sz w:val="24"/>
          <w:szCs w:val="24"/>
          <w:shd w:val="clear" w:color="auto" w:fill="FFFFFF"/>
          <w:lang w:val="hy-AM" w:eastAsia="ru-RU"/>
        </w:rPr>
        <w:t>ՀԻՎԱՆԴԱՆՈՑԱՅԻՆ ՊԱՅՄԱՆՆԵՐՈՒՄ ԱՐՏԱՀԻՎԱՆԴԱՆՈՑԱՅԻՆ ԲԺՇԿԱԿԱՆ ՕԳՆՈՒԹՅԱՆ ԵՎ ՍՊԱՍԱՐԿՄԱՆ</w:t>
      </w:r>
    </w:p>
    <w:p w14:paraId="39A142EC" w14:textId="77777777" w:rsidR="000E18EE" w:rsidRDefault="002042B5" w:rsidP="002042B5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 xml:space="preserve"> </w:t>
      </w:r>
    </w:p>
    <w:p w14:paraId="0566C632" w14:textId="6E4A7617" w:rsidR="000E6DB8" w:rsidRDefault="000E6DB8" w:rsidP="002042B5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Arial"/>
          <w:b/>
          <w:bCs/>
          <w:color w:val="333333"/>
          <w:sz w:val="24"/>
          <w:szCs w:val="24"/>
          <w:shd w:val="clear" w:color="auto" w:fill="FFFFFF"/>
          <w:lang w:val="hy-AM" w:eastAsia="ru-RU"/>
        </w:rPr>
      </w:pP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 </w:t>
      </w:r>
      <w:r w:rsidR="002042B5" w:rsidRPr="000E6DB8">
        <w:rPr>
          <w:rFonts w:ascii="GHEA Grapalat" w:eastAsia="Times New Roman" w:hAnsi="GHEA Grapalat" w:cs="Arial"/>
          <w:b/>
          <w:bCs/>
          <w:color w:val="333333"/>
          <w:sz w:val="24"/>
          <w:szCs w:val="24"/>
          <w:shd w:val="clear" w:color="auto" w:fill="FFFFFF"/>
          <w:lang w:val="hy-AM" w:eastAsia="ru-RU"/>
        </w:rPr>
        <w:t>N</w:t>
      </w:r>
      <w:r w:rsidR="002042B5">
        <w:rPr>
          <w:rFonts w:ascii="GHEA Grapalat" w:eastAsia="Times New Roman" w:hAnsi="GHEA Grapalat" w:cs="Arial"/>
          <w:b/>
          <w:bCs/>
          <w:color w:val="333333"/>
          <w:sz w:val="24"/>
          <w:szCs w:val="24"/>
          <w:shd w:val="clear" w:color="auto" w:fill="FFFFFF"/>
          <w:lang w:val="hy-AM" w:eastAsia="ru-RU"/>
        </w:rPr>
        <w:t xml:space="preserve"> ________</w:t>
      </w:r>
    </w:p>
    <w:p w14:paraId="7FD0F96E" w14:textId="77777777" w:rsidR="002042B5" w:rsidRPr="000E6DB8" w:rsidRDefault="002042B5" w:rsidP="002042B5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</w:pPr>
    </w:p>
    <w:p w14:paraId="52CE1C0B" w14:textId="142F911C" w:rsidR="000E6DB8" w:rsidRPr="000E6DB8" w:rsidRDefault="000E6DB8" w:rsidP="000E6DB8">
      <w:pPr>
        <w:shd w:val="clear" w:color="auto" w:fill="FFFFFF"/>
        <w:spacing w:after="0" w:line="360" w:lineRule="auto"/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Ազատազրկված անձի</w:t>
      </w: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 xml:space="preserve"> անուն,</w:t>
      </w:r>
      <w:r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 xml:space="preserve"> ազգանուն,</w:t>
      </w: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 xml:space="preserve"> հայրանուն _______________________________</w:t>
      </w:r>
    </w:p>
    <w:p w14:paraId="4816AE75" w14:textId="0C11A66B" w:rsidR="000E6DB8" w:rsidRPr="000E6DB8" w:rsidRDefault="000E6DB8" w:rsidP="000E6DB8">
      <w:pPr>
        <w:shd w:val="clear" w:color="auto" w:fill="FFFFFF"/>
        <w:spacing w:after="0" w:line="360" w:lineRule="auto"/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</w:pP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Տարիք _______ Սեռ</w:t>
      </w:r>
      <w:r w:rsidR="007A40E5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 xml:space="preserve"> </w:t>
      </w:r>
      <w:r w:rsidRPr="000E6DB8">
        <w:rPr>
          <w:rFonts w:ascii="GHEA Grapalat" w:eastAsia="Times New Roman" w:hAnsi="GHEA Grapalat" w:cs="Arial"/>
          <w:color w:val="333333"/>
          <w:sz w:val="16"/>
          <w:szCs w:val="16"/>
          <w:lang w:val="hy-AM" w:eastAsia="ru-RU"/>
        </w:rPr>
        <w:t>(նշել)</w:t>
      </w:r>
      <w:r w:rsidR="007A40E5">
        <w:rPr>
          <w:rFonts w:ascii="GHEA Grapalat" w:eastAsia="Times New Roman" w:hAnsi="GHEA Grapalat" w:cs="Arial"/>
          <w:color w:val="333333"/>
          <w:sz w:val="16"/>
          <w:szCs w:val="16"/>
          <w:lang w:val="hy-AM" w:eastAsia="ru-RU"/>
        </w:rPr>
        <w:t>`</w:t>
      </w:r>
      <w:r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 xml:space="preserve"> </w:t>
      </w:r>
      <w:r w:rsidR="007A40E5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ա</w:t>
      </w:r>
      <w:r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 xml:space="preserve">րական, </w:t>
      </w:r>
      <w:r w:rsidR="007A40E5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ի</w:t>
      </w:r>
      <w:r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գական</w:t>
      </w: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 xml:space="preserve"> </w:t>
      </w:r>
    </w:p>
    <w:p w14:paraId="04416B30" w14:textId="66F1525D" w:rsidR="000E6DB8" w:rsidRDefault="000E6DB8" w:rsidP="000E6DB8">
      <w:pPr>
        <w:shd w:val="clear" w:color="auto" w:fill="FFFFFF"/>
        <w:spacing w:after="0" w:line="360" w:lineRule="auto"/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</w:pP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 xml:space="preserve">Ընդունվելու </w:t>
      </w:r>
      <w:r w:rsidR="007A40E5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օր, ամիս, տարի_____________________</w:t>
      </w: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 xml:space="preserve"> ժամ</w:t>
      </w:r>
      <w:r w:rsidR="007A40E5" w:rsidRPr="007A40E5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`</w:t>
      </w: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 xml:space="preserve"> ___________ </w:t>
      </w:r>
    </w:p>
    <w:p w14:paraId="22C8F013" w14:textId="6138FE10" w:rsidR="000E6DB8" w:rsidRPr="00117808" w:rsidRDefault="000E6DB8" w:rsidP="000E6DB8">
      <w:pPr>
        <w:shd w:val="clear" w:color="auto" w:fill="FFFFFF"/>
        <w:spacing w:after="0" w:line="360" w:lineRule="auto"/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</w:pP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Ում կողմից է բերված __________________________________________________________</w:t>
      </w:r>
      <w:r w:rsidR="00117808" w:rsidRPr="0011780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_</w:t>
      </w:r>
    </w:p>
    <w:p w14:paraId="11AEBDE1" w14:textId="2248BB90" w:rsidR="000E6DB8" w:rsidRPr="00437A3B" w:rsidRDefault="000E6DB8" w:rsidP="00684254">
      <w:pPr>
        <w:shd w:val="clear" w:color="auto" w:fill="FFFFFF"/>
        <w:spacing w:after="0" w:line="360" w:lineRule="auto"/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</w:pP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Դուրս է գրվել/տեղափոխվել է ___________________________________________________</w:t>
      </w:r>
    </w:p>
    <w:p w14:paraId="751694F3" w14:textId="2F1937A4" w:rsidR="00684254" w:rsidRPr="00437A3B" w:rsidRDefault="00684254" w:rsidP="00684254">
      <w:pPr>
        <w:shd w:val="clear" w:color="auto" w:fill="FFFFFF"/>
        <w:spacing w:after="0" w:line="276" w:lineRule="auto"/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</w:pPr>
      <w:r w:rsidRPr="00437A3B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______________________________________________________________________________</w:t>
      </w:r>
    </w:p>
    <w:p w14:paraId="77B72452" w14:textId="74DA10A2" w:rsidR="000E6DB8" w:rsidRPr="00437A3B" w:rsidRDefault="000E6DB8" w:rsidP="00684254">
      <w:pPr>
        <w:shd w:val="clear" w:color="auto" w:fill="FFFFFF"/>
        <w:spacing w:after="0" w:line="276" w:lineRule="auto"/>
        <w:jc w:val="center"/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</w:pPr>
      <w:r w:rsidRPr="00437A3B">
        <w:rPr>
          <w:rFonts w:ascii="GHEA Grapalat" w:eastAsia="Times New Roman" w:hAnsi="GHEA Grapalat" w:cs="Arial"/>
          <w:color w:val="333333"/>
          <w:sz w:val="15"/>
          <w:szCs w:val="15"/>
          <w:lang w:val="hy-AM" w:eastAsia="ru-RU"/>
        </w:rPr>
        <w:t xml:space="preserve">  /</w:t>
      </w:r>
      <w:r w:rsidRPr="000E6DB8">
        <w:rPr>
          <w:rFonts w:ascii="GHEA Grapalat" w:eastAsia="Times New Roman" w:hAnsi="GHEA Grapalat" w:cs="Arial"/>
          <w:color w:val="333333"/>
          <w:sz w:val="15"/>
          <w:szCs w:val="15"/>
          <w:lang w:val="hy-AM" w:eastAsia="ru-RU"/>
        </w:rPr>
        <w:t xml:space="preserve">տեղափոխման վայր, </w:t>
      </w:r>
      <w:r w:rsidR="00AA02E2">
        <w:rPr>
          <w:rFonts w:ascii="GHEA Grapalat" w:eastAsia="Times New Roman" w:hAnsi="GHEA Grapalat" w:cs="Arial"/>
          <w:color w:val="333333"/>
          <w:sz w:val="15"/>
          <w:szCs w:val="15"/>
          <w:lang w:val="hy-AM" w:eastAsia="ru-RU"/>
        </w:rPr>
        <w:t>օր</w:t>
      </w:r>
      <w:r w:rsidRPr="000E6DB8">
        <w:rPr>
          <w:rFonts w:ascii="GHEA Grapalat" w:eastAsia="Times New Roman" w:hAnsi="GHEA Grapalat" w:cs="Arial"/>
          <w:color w:val="333333"/>
          <w:sz w:val="15"/>
          <w:szCs w:val="15"/>
          <w:lang w:val="hy-AM" w:eastAsia="ru-RU"/>
        </w:rPr>
        <w:t>,</w:t>
      </w:r>
      <w:r w:rsidR="00AA02E2">
        <w:rPr>
          <w:rFonts w:ascii="GHEA Grapalat" w:eastAsia="Times New Roman" w:hAnsi="GHEA Grapalat" w:cs="Arial"/>
          <w:color w:val="333333"/>
          <w:sz w:val="15"/>
          <w:szCs w:val="15"/>
          <w:lang w:val="hy-AM" w:eastAsia="ru-RU"/>
        </w:rPr>
        <w:t xml:space="preserve"> ամիս, տարի</w:t>
      </w:r>
      <w:r w:rsidRPr="000E6DB8">
        <w:rPr>
          <w:rFonts w:ascii="GHEA Grapalat" w:eastAsia="Times New Roman" w:hAnsi="GHEA Grapalat" w:cs="Arial"/>
          <w:color w:val="333333"/>
          <w:sz w:val="15"/>
          <w:szCs w:val="15"/>
          <w:lang w:val="hy-AM" w:eastAsia="ru-RU"/>
        </w:rPr>
        <w:t xml:space="preserve"> ժամ</w:t>
      </w:r>
      <w:r w:rsidRPr="00437A3B">
        <w:rPr>
          <w:rFonts w:ascii="GHEA Grapalat" w:eastAsia="Times New Roman" w:hAnsi="GHEA Grapalat" w:cs="Arial"/>
          <w:color w:val="333333"/>
          <w:sz w:val="15"/>
          <w:szCs w:val="15"/>
          <w:lang w:val="hy-AM" w:eastAsia="ru-RU"/>
        </w:rPr>
        <w:t>/</w:t>
      </w:r>
    </w:p>
    <w:p w14:paraId="47F957D9" w14:textId="77777777" w:rsidR="000E6DB8" w:rsidRPr="000E6DB8" w:rsidRDefault="000E6DB8" w:rsidP="000E6DB8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</w:pP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 </w:t>
      </w:r>
    </w:p>
    <w:p w14:paraId="43ABF5A0" w14:textId="77777777" w:rsidR="000E6DB8" w:rsidRPr="000E6DB8" w:rsidRDefault="000E6DB8" w:rsidP="000E6DB8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</w:pPr>
      <w:r w:rsidRPr="000E6DB8">
        <w:rPr>
          <w:rFonts w:ascii="GHEA Grapalat" w:eastAsia="Times New Roman" w:hAnsi="GHEA Grapalat" w:cs="Arial"/>
          <w:b/>
          <w:bCs/>
          <w:color w:val="333333"/>
          <w:sz w:val="24"/>
          <w:szCs w:val="24"/>
          <w:lang w:val="hy-AM" w:eastAsia="ru-RU"/>
        </w:rPr>
        <w:t>ՀԻՎԱՆԴՈՒԹՅԱՆ ՊԱՏՄՈՒԹՅՈՒՆ-ANAMNESIS MORBI</w:t>
      </w:r>
    </w:p>
    <w:p w14:paraId="36FAD424" w14:textId="5BE65F1A" w:rsidR="000E6DB8" w:rsidRPr="000E6DB8" w:rsidRDefault="000E6DB8" w:rsidP="00117808">
      <w:pPr>
        <w:shd w:val="clear" w:color="auto" w:fill="FFFFFF"/>
        <w:spacing w:after="0" w:line="360" w:lineRule="auto"/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</w:pP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__________________________________________________________________________</w:t>
      </w:r>
      <w:r w:rsidR="00117808" w:rsidRPr="00DC4106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___</w:t>
      </w: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_</w:t>
      </w:r>
    </w:p>
    <w:p w14:paraId="4FA93AD3" w14:textId="3FE9DB6D" w:rsidR="000E6DB8" w:rsidRPr="00DC4106" w:rsidRDefault="000E6DB8" w:rsidP="00117808">
      <w:pPr>
        <w:shd w:val="clear" w:color="auto" w:fill="FFFFFF"/>
        <w:spacing w:after="0" w:line="360" w:lineRule="auto"/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</w:pP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___________________________________________________________________________</w:t>
      </w:r>
      <w:r w:rsidR="00117808" w:rsidRPr="00DC4106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___</w:t>
      </w:r>
    </w:p>
    <w:p w14:paraId="2A429103" w14:textId="4BF29EAE" w:rsidR="000E6DB8" w:rsidRPr="000E18EE" w:rsidRDefault="000E6DB8" w:rsidP="00117808">
      <w:pPr>
        <w:shd w:val="clear" w:color="auto" w:fill="FFFFFF"/>
        <w:spacing w:after="0" w:line="360" w:lineRule="auto"/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</w:pP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___________________________________________________________________________</w:t>
      </w:r>
      <w:r w:rsidR="00117808" w:rsidRPr="00DC4106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___</w:t>
      </w:r>
      <w:r w:rsidR="007A40E5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6C1EA31" w14:textId="77777777" w:rsidR="000E6DB8" w:rsidRPr="000E6DB8" w:rsidRDefault="000E6DB8" w:rsidP="00117808">
      <w:pPr>
        <w:shd w:val="clear" w:color="auto" w:fill="FFFFFF"/>
        <w:spacing w:after="0" w:line="240" w:lineRule="auto"/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</w:pP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 </w:t>
      </w:r>
    </w:p>
    <w:p w14:paraId="68424C4A" w14:textId="77777777" w:rsidR="000E6DB8" w:rsidRPr="000E6DB8" w:rsidRDefault="000E6DB8" w:rsidP="00117808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</w:pPr>
      <w:r w:rsidRPr="000E6DB8">
        <w:rPr>
          <w:rFonts w:ascii="GHEA Grapalat" w:eastAsia="Times New Roman" w:hAnsi="GHEA Grapalat" w:cs="Arial"/>
          <w:b/>
          <w:bCs/>
          <w:color w:val="333333"/>
          <w:sz w:val="24"/>
          <w:szCs w:val="24"/>
          <w:lang w:val="hy-AM" w:eastAsia="ru-RU"/>
        </w:rPr>
        <w:t>ԿՅԱՆՔԻ ՊԱՏՄՈՒԹՅՈՒՆ-ANAMNESIS VITAE</w:t>
      </w:r>
    </w:p>
    <w:p w14:paraId="5275A1B3" w14:textId="2B01C7FB" w:rsidR="000E6DB8" w:rsidRPr="000E6DB8" w:rsidRDefault="000E6DB8" w:rsidP="00117808">
      <w:pPr>
        <w:shd w:val="clear" w:color="auto" w:fill="FFFFFF"/>
        <w:spacing w:after="0" w:line="360" w:lineRule="auto"/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</w:pP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__________________________________________________________________________</w:t>
      </w:r>
      <w:r w:rsidR="00117808" w:rsidRPr="00DC4106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___</w:t>
      </w: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_</w:t>
      </w:r>
    </w:p>
    <w:p w14:paraId="05C942AC" w14:textId="4A9E4001" w:rsidR="000E6DB8" w:rsidRPr="00DC4106" w:rsidRDefault="000E6DB8" w:rsidP="00117808">
      <w:pPr>
        <w:shd w:val="clear" w:color="auto" w:fill="FFFFFF"/>
        <w:spacing w:after="0" w:line="360" w:lineRule="auto"/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</w:pP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__________________________________________________________________________</w:t>
      </w:r>
      <w:r w:rsidR="00117808" w:rsidRPr="00DC4106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____</w:t>
      </w:r>
    </w:p>
    <w:p w14:paraId="150F7084" w14:textId="00A198FC" w:rsidR="000E6DB8" w:rsidRPr="00DC4106" w:rsidRDefault="000E6DB8" w:rsidP="00117808">
      <w:pPr>
        <w:shd w:val="clear" w:color="auto" w:fill="FFFFFF"/>
        <w:spacing w:after="0" w:line="360" w:lineRule="auto"/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</w:pP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___________________________________________________________________________</w:t>
      </w:r>
      <w:r w:rsidR="00117808" w:rsidRPr="00DC4106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___</w:t>
      </w:r>
      <w:r w:rsidR="007A40E5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____________________________________________________________________________________________________________________________________________________________</w:t>
      </w:r>
    </w:p>
    <w:p w14:paraId="561E4614" w14:textId="25A8FA49" w:rsidR="000E6DB8" w:rsidRDefault="000E6DB8" w:rsidP="007A40E5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</w:pPr>
      <w:r w:rsidRPr="000E6DB8">
        <w:rPr>
          <w:rFonts w:ascii="GHEA Grapalat" w:eastAsia="Times New Roman" w:hAnsi="GHEA Grapalat" w:cs="Arial"/>
          <w:b/>
          <w:bCs/>
          <w:color w:val="333333"/>
          <w:sz w:val="24"/>
          <w:szCs w:val="24"/>
          <w:lang w:val="hy-AM" w:eastAsia="ru-RU"/>
        </w:rPr>
        <w:lastRenderedPageBreak/>
        <w:t>ՕԲՅԵԿՏԻՎ ՀԵՏԱԶՈՏՈՒԹՅԱՆ ՏՎՅԱԼՆԵՐ-STATUS PRАESENS OBJECTIVUS</w:t>
      </w:r>
    </w:p>
    <w:p w14:paraId="5E96868E" w14:textId="77777777" w:rsidR="00117808" w:rsidRPr="000E6DB8" w:rsidRDefault="00117808" w:rsidP="00117808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</w:pPr>
    </w:p>
    <w:p w14:paraId="6273418F" w14:textId="217EF635" w:rsidR="000E6DB8" w:rsidRPr="000E6DB8" w:rsidRDefault="000E6DB8" w:rsidP="000E6DB8">
      <w:pPr>
        <w:shd w:val="clear" w:color="auto" w:fill="FFFFFF"/>
        <w:spacing w:after="0" w:line="360" w:lineRule="auto"/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</w:pP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Մաշկ</w:t>
      </w:r>
      <w:r w:rsidRPr="000E6DB8">
        <w:rPr>
          <w:rFonts w:ascii="GHEA Grapalat" w:eastAsia="Times New Roman" w:hAnsi="GHEA Grapalat" w:cs="Arial"/>
          <w:color w:val="333333"/>
          <w:sz w:val="16"/>
          <w:szCs w:val="16"/>
          <w:lang w:val="hy-AM" w:eastAsia="ru-RU"/>
        </w:rPr>
        <w:t>(նշել)`</w:t>
      </w:r>
      <w:r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 xml:space="preserve"> </w:t>
      </w: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 xml:space="preserve"> նորմալ, գունատ, ցիանոտիկ (ցիանոզ տոտալ, ակրոցիանոզ)</w:t>
      </w:r>
    </w:p>
    <w:p w14:paraId="7AA6F20C" w14:textId="19E18375" w:rsidR="000E6DB8" w:rsidRPr="000E6DB8" w:rsidRDefault="000E6DB8" w:rsidP="000E6DB8">
      <w:pPr>
        <w:shd w:val="clear" w:color="auto" w:fill="FFFFFF"/>
        <w:spacing w:after="0" w:line="360" w:lineRule="auto"/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</w:pP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Այտուցներ (տեղակայումը) ______________________________________________________</w:t>
      </w:r>
    </w:p>
    <w:p w14:paraId="71A0B429" w14:textId="6F445F2B" w:rsidR="000E6DB8" w:rsidRPr="000E6DB8" w:rsidRDefault="000E6DB8" w:rsidP="000E6DB8">
      <w:pPr>
        <w:shd w:val="clear" w:color="auto" w:fill="FFFFFF"/>
        <w:spacing w:after="0" w:line="360" w:lineRule="auto"/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</w:pP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Բերանի խոռոչ, լեզու</w:t>
      </w:r>
      <w:r w:rsidRPr="000E6DB8">
        <w:rPr>
          <w:rFonts w:ascii="GHEA Grapalat" w:eastAsia="Times New Roman" w:hAnsi="GHEA Grapalat" w:cs="Arial"/>
          <w:color w:val="333333"/>
          <w:sz w:val="16"/>
          <w:szCs w:val="16"/>
          <w:lang w:val="hy-AM" w:eastAsia="ru-RU"/>
        </w:rPr>
        <w:t>(նշել)</w:t>
      </w: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` խոնավ, չոր, փառակալված, փսխազանգված, արյուն, լորձ</w:t>
      </w:r>
    </w:p>
    <w:p w14:paraId="3D2C8833" w14:textId="4F329CA1" w:rsidR="000E6DB8" w:rsidRPr="000E6DB8" w:rsidRDefault="000E6DB8" w:rsidP="000E6DB8">
      <w:pPr>
        <w:shd w:val="clear" w:color="auto" w:fill="FFFFFF"/>
        <w:spacing w:after="0" w:line="360" w:lineRule="auto"/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</w:pP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Սիրտ-անոթային համակարգ, սրտային տոներ</w:t>
      </w:r>
      <w:r w:rsidRPr="000E6DB8">
        <w:rPr>
          <w:rFonts w:ascii="GHEA Grapalat" w:eastAsia="Times New Roman" w:hAnsi="GHEA Grapalat" w:cs="Arial"/>
          <w:color w:val="333333"/>
          <w:sz w:val="16"/>
          <w:szCs w:val="16"/>
          <w:lang w:val="hy-AM" w:eastAsia="ru-RU"/>
        </w:rPr>
        <w:t>(նշել)`</w:t>
      </w: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 xml:space="preserve"> մաքուր, խուլ</w:t>
      </w:r>
    </w:p>
    <w:p w14:paraId="7071D761" w14:textId="78809765" w:rsidR="000E6DB8" w:rsidRPr="000E6DB8" w:rsidRDefault="000E6DB8" w:rsidP="000E6DB8">
      <w:pPr>
        <w:shd w:val="clear" w:color="auto" w:fill="FFFFFF"/>
        <w:spacing w:after="0" w:line="360" w:lineRule="auto"/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</w:pP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Աղմուկ</w:t>
      </w:r>
      <w:r w:rsidRPr="000E6DB8">
        <w:rPr>
          <w:rFonts w:ascii="GHEA Grapalat" w:eastAsia="Times New Roman" w:hAnsi="GHEA Grapalat" w:cs="Arial"/>
          <w:color w:val="333333"/>
          <w:sz w:val="16"/>
          <w:szCs w:val="16"/>
          <w:lang w:val="hy-AM" w:eastAsia="ru-RU"/>
        </w:rPr>
        <w:t>(նշել)`</w:t>
      </w:r>
      <w:r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 xml:space="preserve"> </w:t>
      </w: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 xml:space="preserve"> սիստոլիկ, դիաստոլիկ, աորտայի վրա, Բոտկինի կետում, եռփեղկ փականի վրա</w:t>
      </w:r>
    </w:p>
    <w:p w14:paraId="5A608FAF" w14:textId="495AFE64" w:rsidR="000E6DB8" w:rsidRPr="000E6DB8" w:rsidRDefault="000E6DB8" w:rsidP="000E6DB8">
      <w:pPr>
        <w:shd w:val="clear" w:color="auto" w:fill="FFFFFF"/>
        <w:spacing w:after="0" w:line="360" w:lineRule="auto"/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</w:pP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Զ/Ճ________________________մմ ս.ս.    ՍՀ____________________   Պուլս_____________</w:t>
      </w:r>
    </w:p>
    <w:p w14:paraId="384142A0" w14:textId="7B7CDD3E" w:rsidR="000E6DB8" w:rsidRPr="000E6DB8" w:rsidRDefault="000E6DB8" w:rsidP="000E6DB8">
      <w:pPr>
        <w:shd w:val="clear" w:color="auto" w:fill="FFFFFF"/>
        <w:spacing w:after="0" w:line="360" w:lineRule="auto"/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</w:pP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Սրտի ռիթմի խանգարում</w:t>
      </w:r>
      <w:r w:rsidRPr="000E6DB8">
        <w:rPr>
          <w:rFonts w:ascii="GHEA Grapalat" w:eastAsia="Times New Roman" w:hAnsi="GHEA Grapalat" w:cs="Arial"/>
          <w:color w:val="333333"/>
          <w:sz w:val="16"/>
          <w:szCs w:val="16"/>
          <w:lang w:val="hy-AM" w:eastAsia="ru-RU"/>
        </w:rPr>
        <w:t>(նշել)</w:t>
      </w: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 xml:space="preserve"> ____________________________________________________</w:t>
      </w:r>
    </w:p>
    <w:p w14:paraId="3AA5C56C" w14:textId="468D2E0B" w:rsidR="000E6DB8" w:rsidRPr="000E6DB8" w:rsidRDefault="000E6DB8" w:rsidP="000E6DB8">
      <w:pPr>
        <w:shd w:val="clear" w:color="auto" w:fill="FFFFFF"/>
        <w:spacing w:after="0" w:line="360" w:lineRule="auto"/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</w:pPr>
      <w:r w:rsidRPr="00437A3B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_</w:t>
      </w: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_____________________________________________________________________________</w:t>
      </w:r>
    </w:p>
    <w:p w14:paraId="04939D26" w14:textId="09594473" w:rsidR="000E6DB8" w:rsidRPr="000E6DB8" w:rsidRDefault="000E6DB8" w:rsidP="000E6DB8">
      <w:pPr>
        <w:shd w:val="clear" w:color="auto" w:fill="FFFFFF"/>
        <w:spacing w:after="0" w:line="360" w:lineRule="auto"/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</w:pP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______________________________________________________________________________</w:t>
      </w:r>
    </w:p>
    <w:p w14:paraId="2E007746" w14:textId="6061AA4B" w:rsidR="000E6DB8" w:rsidRPr="000E6DB8" w:rsidRDefault="000E6DB8" w:rsidP="000E6DB8">
      <w:pPr>
        <w:shd w:val="clear" w:color="auto" w:fill="FFFFFF"/>
        <w:spacing w:after="0" w:line="360" w:lineRule="auto"/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</w:pP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Շնչառական համակարգ  ___________________________  ՇՇՀ ______________ րոպեում</w:t>
      </w:r>
    </w:p>
    <w:p w14:paraId="62EC824F" w14:textId="6C68960F" w:rsidR="000E6DB8" w:rsidRPr="00117808" w:rsidRDefault="000E6DB8" w:rsidP="000E6DB8">
      <w:pPr>
        <w:shd w:val="clear" w:color="auto" w:fill="FFFFFF"/>
        <w:spacing w:after="0" w:line="360" w:lineRule="auto"/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</w:pP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 xml:space="preserve">Թոքերի աուսկուլտացիա </w:t>
      </w:r>
      <w:r w:rsidRPr="000E6DB8">
        <w:rPr>
          <w:rFonts w:ascii="GHEA Grapalat" w:eastAsia="Times New Roman" w:hAnsi="GHEA Grapalat" w:cs="Arial"/>
          <w:color w:val="333333"/>
          <w:sz w:val="16"/>
          <w:szCs w:val="16"/>
          <w:lang w:val="hy-AM" w:eastAsia="ru-RU"/>
        </w:rPr>
        <w:t>(նշել)`</w:t>
      </w:r>
      <w:r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 xml:space="preserve"> </w:t>
      </w: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վեզիկուլյար շնչառություն, թուլացած, կոշտացած</w:t>
      </w:r>
      <w:r w:rsidR="003D6A4B" w:rsidRPr="003D6A4B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 xml:space="preserve"> </w:t>
      </w:r>
      <w:r w:rsidR="00117808" w:rsidRPr="0011780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______</w:t>
      </w:r>
    </w:p>
    <w:p w14:paraId="63753B56" w14:textId="1389BA15" w:rsidR="000E6DB8" w:rsidRPr="000E6DB8" w:rsidRDefault="000E6DB8" w:rsidP="000E6DB8">
      <w:pPr>
        <w:shd w:val="clear" w:color="auto" w:fill="FFFFFF"/>
        <w:spacing w:after="0" w:line="360" w:lineRule="auto"/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</w:pP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____________________________________________________________________________________________________________________________________________________________</w:t>
      </w:r>
    </w:p>
    <w:p w14:paraId="237243C3" w14:textId="6DD7D02D" w:rsidR="000E6DB8" w:rsidRPr="000E6DB8" w:rsidRDefault="000E6DB8" w:rsidP="000E6DB8">
      <w:pPr>
        <w:shd w:val="clear" w:color="auto" w:fill="FFFFFF"/>
        <w:spacing w:after="0" w:line="360" w:lineRule="auto"/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</w:pP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Խզզոցներ</w:t>
      </w:r>
      <w:r w:rsidR="003D6A4B" w:rsidRPr="003D6A4B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 xml:space="preserve"> </w:t>
      </w:r>
      <w:r w:rsidRPr="000E6DB8">
        <w:rPr>
          <w:rFonts w:ascii="GHEA Grapalat" w:eastAsia="Times New Roman" w:hAnsi="GHEA Grapalat" w:cs="Arial"/>
          <w:color w:val="333333"/>
          <w:sz w:val="16"/>
          <w:szCs w:val="16"/>
          <w:lang w:val="hy-AM" w:eastAsia="ru-RU"/>
        </w:rPr>
        <w:t>(նշել)`</w:t>
      </w:r>
      <w:r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 xml:space="preserve"> </w:t>
      </w: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 xml:space="preserve">  չոր, թաց, կրեպիտացիոն (տեղակայումը)</w:t>
      </w:r>
      <w:r w:rsidR="003D6A4B" w:rsidRPr="003D6A4B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 xml:space="preserve"> _________________________</w:t>
      </w:r>
    </w:p>
    <w:p w14:paraId="609A5FCF" w14:textId="6795E872" w:rsidR="000E6DB8" w:rsidRPr="000E6DB8" w:rsidRDefault="000E6DB8" w:rsidP="000E6DB8">
      <w:pPr>
        <w:shd w:val="clear" w:color="auto" w:fill="FFFFFF"/>
        <w:spacing w:after="0" w:line="360" w:lineRule="auto"/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</w:pP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____________________________________________________________________________________________________________________________________________________________</w:t>
      </w:r>
    </w:p>
    <w:p w14:paraId="1D5A8029" w14:textId="2363409F" w:rsidR="000E6DB8" w:rsidRPr="000E6DB8" w:rsidRDefault="000E6DB8" w:rsidP="000E6DB8">
      <w:pPr>
        <w:shd w:val="clear" w:color="auto" w:fill="FFFFFF"/>
        <w:spacing w:after="0" w:line="360" w:lineRule="auto"/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</w:pP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Պաթոլոգիական շնչառություն</w:t>
      </w:r>
      <w:r w:rsidR="003D6A4B" w:rsidRPr="000E6DB8">
        <w:rPr>
          <w:rFonts w:ascii="GHEA Grapalat" w:eastAsia="Times New Roman" w:hAnsi="GHEA Grapalat" w:cs="Arial"/>
          <w:color w:val="333333"/>
          <w:sz w:val="16"/>
          <w:szCs w:val="16"/>
          <w:lang w:val="hy-AM" w:eastAsia="ru-RU"/>
        </w:rPr>
        <w:t>(նշել)`</w:t>
      </w:r>
      <w:r w:rsidR="003D6A4B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 xml:space="preserve"> </w:t>
      </w: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Չեյն-Ստոքսի, Կուս-Մաուլի, Բիոտի</w:t>
      </w:r>
    </w:p>
    <w:p w14:paraId="33F37751" w14:textId="6C972257" w:rsidR="000E6DB8" w:rsidRPr="000E6DB8" w:rsidRDefault="000E6DB8" w:rsidP="003D6A4B">
      <w:pPr>
        <w:shd w:val="clear" w:color="auto" w:fill="FFFFFF"/>
        <w:spacing w:after="0" w:line="360" w:lineRule="auto"/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</w:pP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Աղեստամոքսային համակարգ, կլման ակտը</w:t>
      </w:r>
      <w:r w:rsidR="003D6A4B" w:rsidRPr="003D6A4B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 xml:space="preserve"> </w:t>
      </w:r>
      <w:r w:rsidR="003D6A4B" w:rsidRPr="000E6DB8">
        <w:rPr>
          <w:rFonts w:ascii="GHEA Grapalat" w:eastAsia="Times New Roman" w:hAnsi="GHEA Grapalat" w:cs="Arial"/>
          <w:color w:val="333333"/>
          <w:sz w:val="16"/>
          <w:szCs w:val="16"/>
          <w:lang w:val="hy-AM" w:eastAsia="ru-RU"/>
        </w:rPr>
        <w:t>(նշել)`</w:t>
      </w: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 xml:space="preserve"> (ազատ, դժվարացած)</w:t>
      </w:r>
    </w:p>
    <w:p w14:paraId="1E3530C6" w14:textId="1A749747" w:rsidR="000E6DB8" w:rsidRPr="000E6DB8" w:rsidRDefault="000E6DB8" w:rsidP="003D6A4B">
      <w:pPr>
        <w:shd w:val="clear" w:color="auto" w:fill="FFFFFF"/>
        <w:spacing w:after="0" w:line="360" w:lineRule="auto"/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</w:pP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Որովայնը մասնակցում է շնչառական ակտին, չի մասնակցում</w:t>
      </w:r>
      <w:r w:rsidR="003D6A4B" w:rsidRPr="003D6A4B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 xml:space="preserve"> </w:t>
      </w:r>
      <w:r w:rsidR="003D6A4B" w:rsidRPr="000E6DB8">
        <w:rPr>
          <w:rFonts w:ascii="GHEA Grapalat" w:eastAsia="Times New Roman" w:hAnsi="GHEA Grapalat" w:cs="Arial"/>
          <w:color w:val="333333"/>
          <w:sz w:val="16"/>
          <w:szCs w:val="16"/>
          <w:lang w:val="hy-AM" w:eastAsia="ru-RU"/>
        </w:rPr>
        <w:t>(նշել)</w:t>
      </w:r>
      <w:r w:rsidR="003D6A4B"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 xml:space="preserve"> </w:t>
      </w:r>
    </w:p>
    <w:p w14:paraId="13629134" w14:textId="55D5CF27" w:rsidR="000E6DB8" w:rsidRPr="00117808" w:rsidRDefault="000E6DB8" w:rsidP="003D6A4B">
      <w:pPr>
        <w:shd w:val="clear" w:color="auto" w:fill="FFFFFF"/>
        <w:spacing w:after="0" w:line="360" w:lineRule="auto"/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</w:pP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Որովայնի գրգռվածության ախտանիշներ</w:t>
      </w:r>
      <w:r w:rsidR="003D6A4B" w:rsidRPr="003D6A4B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 xml:space="preserve"> </w:t>
      </w:r>
      <w:r w:rsidR="003D6A4B" w:rsidRPr="000E6DB8">
        <w:rPr>
          <w:rFonts w:ascii="GHEA Grapalat" w:eastAsia="Times New Roman" w:hAnsi="GHEA Grapalat" w:cs="Arial"/>
          <w:color w:val="333333"/>
          <w:sz w:val="16"/>
          <w:szCs w:val="16"/>
          <w:lang w:val="hy-AM" w:eastAsia="ru-RU"/>
        </w:rPr>
        <w:t>(նշել)`</w:t>
      </w:r>
      <w:r w:rsidR="003D6A4B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 xml:space="preserve"> </w:t>
      </w:r>
      <w:r w:rsidR="003D6A4B"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 xml:space="preserve"> </w:t>
      </w: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 xml:space="preserve"> դրական, բացասական</w:t>
      </w:r>
      <w:r w:rsidR="00117808" w:rsidRPr="0011780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 xml:space="preserve"> </w:t>
      </w:r>
      <w:r w:rsidRPr="00117808">
        <w:rPr>
          <w:rFonts w:ascii="GHEA Grapalat" w:eastAsia="Times New Roman" w:hAnsi="GHEA Grapalat" w:cs="Arial"/>
          <w:color w:val="333333"/>
          <w:sz w:val="20"/>
          <w:szCs w:val="20"/>
          <w:lang w:val="hy-AM" w:eastAsia="ru-RU"/>
        </w:rPr>
        <w:t>(տեղակայումը)</w:t>
      </w:r>
      <w:r w:rsidR="00117808" w:rsidRPr="00117808">
        <w:rPr>
          <w:rFonts w:ascii="GHEA Grapalat" w:eastAsia="Times New Roman" w:hAnsi="GHEA Grapalat" w:cs="Arial"/>
          <w:color w:val="333333"/>
          <w:sz w:val="20"/>
          <w:szCs w:val="20"/>
          <w:lang w:val="hy-AM" w:eastAsia="ru-RU"/>
        </w:rPr>
        <w:t xml:space="preserve"> </w:t>
      </w:r>
      <w:r w:rsidR="00117808" w:rsidRPr="0011780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 xml:space="preserve">__ </w:t>
      </w: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_________________________________________________________________</w:t>
      </w:r>
      <w:r w:rsidR="00117808" w:rsidRPr="0011780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_____________</w:t>
      </w:r>
    </w:p>
    <w:p w14:paraId="476920BA" w14:textId="023D09D4" w:rsidR="000E6DB8" w:rsidRPr="000E6DB8" w:rsidRDefault="000E6DB8" w:rsidP="003D6A4B">
      <w:pPr>
        <w:shd w:val="clear" w:color="auto" w:fill="FFFFFF"/>
        <w:spacing w:after="0" w:line="360" w:lineRule="auto"/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</w:pP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Ցավեր պալպացիայի ժամանակ (տեղակայումը)</w:t>
      </w:r>
      <w:r w:rsidR="003D6A4B" w:rsidRPr="003D6A4B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 xml:space="preserve"> ___________________________________</w:t>
      </w:r>
    </w:p>
    <w:p w14:paraId="27195930" w14:textId="1CD09AA4" w:rsidR="000E6DB8" w:rsidRPr="000E6DB8" w:rsidRDefault="000E6DB8" w:rsidP="003D6A4B">
      <w:pPr>
        <w:shd w:val="clear" w:color="auto" w:fill="FFFFFF"/>
        <w:spacing w:after="0" w:line="360" w:lineRule="auto"/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</w:pP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___________________________________________________</w:t>
      </w:r>
      <w:r w:rsidR="003D6A4B" w:rsidRPr="003D6A4B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___</w:t>
      </w: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________________________</w:t>
      </w:r>
    </w:p>
    <w:p w14:paraId="127F4335" w14:textId="09C93C5B" w:rsidR="000E6DB8" w:rsidRPr="000E6DB8" w:rsidRDefault="000E6DB8" w:rsidP="003D6A4B">
      <w:pPr>
        <w:shd w:val="clear" w:color="auto" w:fill="FFFFFF"/>
        <w:spacing w:after="0" w:line="360" w:lineRule="auto"/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</w:pP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Սրտխառնոց, փսխում (նշել փսխազանգվածի բաղադրությունը)</w:t>
      </w:r>
      <w:r w:rsidR="003D6A4B" w:rsidRPr="003D6A4B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 xml:space="preserve"> _____________________</w:t>
      </w:r>
    </w:p>
    <w:p w14:paraId="374207A5" w14:textId="5F7DE20E" w:rsidR="000E6DB8" w:rsidRPr="000E6DB8" w:rsidRDefault="000E6DB8" w:rsidP="003D6A4B">
      <w:pPr>
        <w:shd w:val="clear" w:color="auto" w:fill="FFFFFF"/>
        <w:spacing w:after="0" w:line="360" w:lineRule="auto"/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</w:pP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______________________________________________________________________________</w:t>
      </w:r>
    </w:p>
    <w:p w14:paraId="7B2C120A" w14:textId="2FF5895D" w:rsidR="000E6DB8" w:rsidRPr="00437A3B" w:rsidRDefault="000E6DB8" w:rsidP="003D6A4B">
      <w:pPr>
        <w:shd w:val="clear" w:color="auto" w:fill="FFFFFF"/>
        <w:spacing w:after="0" w:line="360" w:lineRule="auto"/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</w:pP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 xml:space="preserve">Լյարդ </w:t>
      </w:r>
      <w:r w:rsidR="003D6A4B" w:rsidRPr="00437A3B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_</w:t>
      </w: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_______________________________________________________________________</w:t>
      </w:r>
    </w:p>
    <w:p w14:paraId="3663670E" w14:textId="18E30548" w:rsidR="003D6A4B" w:rsidRPr="00DC4106" w:rsidRDefault="003D6A4B" w:rsidP="003D6A4B">
      <w:pPr>
        <w:shd w:val="clear" w:color="auto" w:fill="FFFFFF"/>
        <w:spacing w:after="0" w:line="360" w:lineRule="auto"/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</w:pPr>
      <w:r w:rsidRPr="00437A3B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_____________________________________________________________________________</w:t>
      </w:r>
      <w:r w:rsidR="00117808" w:rsidRPr="00DC4106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_</w:t>
      </w:r>
    </w:p>
    <w:p w14:paraId="64BD0650" w14:textId="4F762B29" w:rsidR="000E6DB8" w:rsidRDefault="000E6DB8" w:rsidP="003D6A4B">
      <w:pPr>
        <w:shd w:val="clear" w:color="auto" w:fill="FFFFFF"/>
        <w:spacing w:after="0" w:line="360" w:lineRule="auto"/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</w:pP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lastRenderedPageBreak/>
        <w:t>Փայծաղ ___________________________________________________________________</w:t>
      </w:r>
      <w:r w:rsidR="003D6A4B" w:rsidRPr="00437A3B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___</w:t>
      </w:r>
    </w:p>
    <w:p w14:paraId="727CCD13" w14:textId="7A697A08" w:rsidR="003D6A4B" w:rsidRPr="00437A3B" w:rsidRDefault="003D6A4B" w:rsidP="003D6A4B">
      <w:pPr>
        <w:shd w:val="clear" w:color="auto" w:fill="FFFFFF"/>
        <w:spacing w:after="0" w:line="360" w:lineRule="auto"/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</w:pPr>
      <w:r w:rsidRPr="00437A3B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______________________________________________________________________________</w:t>
      </w:r>
    </w:p>
    <w:p w14:paraId="42A80E7E" w14:textId="168BC50C" w:rsidR="000E6DB8" w:rsidRPr="00437A3B" w:rsidRDefault="000E6DB8" w:rsidP="003D6A4B">
      <w:pPr>
        <w:shd w:val="clear" w:color="auto" w:fill="FFFFFF"/>
        <w:spacing w:after="0" w:line="360" w:lineRule="auto"/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</w:pP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Ասցիտ</w:t>
      </w:r>
      <w:r w:rsidR="003D6A4B" w:rsidRPr="00437A3B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 xml:space="preserve"> </w:t>
      </w:r>
      <w:r w:rsidR="003D6A4B" w:rsidRPr="000E6DB8">
        <w:rPr>
          <w:rFonts w:ascii="GHEA Grapalat" w:eastAsia="Times New Roman" w:hAnsi="GHEA Grapalat" w:cs="Arial"/>
          <w:color w:val="333333"/>
          <w:sz w:val="16"/>
          <w:szCs w:val="16"/>
          <w:lang w:val="hy-AM" w:eastAsia="ru-RU"/>
        </w:rPr>
        <w:t>(նշել)</w:t>
      </w:r>
      <w:r w:rsidR="003D6A4B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 xml:space="preserve"> </w:t>
      </w:r>
      <w:r w:rsidR="003D6A4B"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 xml:space="preserve"> </w:t>
      </w: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կա/չկա</w:t>
      </w:r>
      <w:r w:rsidR="003D6A4B" w:rsidRPr="00437A3B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 xml:space="preserve"> </w:t>
      </w:r>
      <w:r w:rsidR="003D6A4B"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 xml:space="preserve"> </w:t>
      </w:r>
    </w:p>
    <w:p w14:paraId="4440D309" w14:textId="7E70E450" w:rsidR="000E6DB8" w:rsidRPr="000E6DB8" w:rsidRDefault="000E6DB8" w:rsidP="003D6A4B">
      <w:pPr>
        <w:shd w:val="clear" w:color="auto" w:fill="FFFFFF"/>
        <w:spacing w:after="0" w:line="360" w:lineRule="auto"/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</w:pP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Միզասեռական համակարգ</w:t>
      </w:r>
      <w:r w:rsidR="003D6A4B" w:rsidRPr="00437A3B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 xml:space="preserve"> </w:t>
      </w:r>
      <w:r w:rsidR="003D6A4B" w:rsidRPr="000E6DB8">
        <w:rPr>
          <w:rFonts w:ascii="GHEA Grapalat" w:eastAsia="Times New Roman" w:hAnsi="GHEA Grapalat" w:cs="Arial"/>
          <w:color w:val="333333"/>
          <w:sz w:val="16"/>
          <w:szCs w:val="16"/>
          <w:lang w:val="hy-AM" w:eastAsia="ru-RU"/>
        </w:rPr>
        <w:t>(նշել)`</w:t>
      </w:r>
      <w:r w:rsidR="003D6A4B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 xml:space="preserve"> </w:t>
      </w: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 xml:space="preserve">Պաստերնացկու ախտանիշ </w:t>
      </w:r>
      <w:r w:rsidR="00776BD3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 xml:space="preserve">դրական` </w:t>
      </w: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աջից/ձախից</w:t>
      </w:r>
      <w:r w:rsidR="00776BD3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, բացասական</w:t>
      </w:r>
    </w:p>
    <w:p w14:paraId="05ECE341" w14:textId="4E52AABC" w:rsidR="000E6DB8" w:rsidRPr="007A40E5" w:rsidRDefault="000E6DB8" w:rsidP="003D6A4B">
      <w:pPr>
        <w:shd w:val="clear" w:color="auto" w:fill="FFFFFF"/>
        <w:spacing w:after="0" w:line="360" w:lineRule="auto"/>
        <w:rPr>
          <w:rFonts w:ascii="GHEA Grapalat" w:eastAsia="Times New Roman" w:hAnsi="GHEA Grapalat" w:cs="Arial"/>
          <w:sz w:val="24"/>
          <w:szCs w:val="24"/>
          <w:lang w:val="hy-AM" w:eastAsia="ru-RU"/>
        </w:rPr>
      </w:pPr>
      <w:r w:rsidRPr="007A40E5">
        <w:rPr>
          <w:rFonts w:ascii="GHEA Grapalat" w:eastAsia="Times New Roman" w:hAnsi="GHEA Grapalat" w:cs="Arial"/>
          <w:sz w:val="24"/>
          <w:szCs w:val="24"/>
          <w:lang w:val="hy-AM" w:eastAsia="ru-RU"/>
        </w:rPr>
        <w:t>Երիկամների պալպացիա</w:t>
      </w:r>
      <w:r w:rsidR="003D6A4B" w:rsidRPr="007A40E5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 </w:t>
      </w:r>
      <w:r w:rsidR="003D6A4B" w:rsidRPr="007A40E5">
        <w:rPr>
          <w:rFonts w:ascii="GHEA Grapalat" w:eastAsia="Times New Roman" w:hAnsi="GHEA Grapalat" w:cs="Arial"/>
          <w:sz w:val="16"/>
          <w:szCs w:val="16"/>
          <w:lang w:val="hy-AM" w:eastAsia="ru-RU"/>
        </w:rPr>
        <w:t>(նշել)`</w:t>
      </w:r>
      <w:r w:rsidRPr="007A40E5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 չափերի մեծացում, նեֆրոպտոզ աջից/ձախից</w:t>
      </w:r>
    </w:p>
    <w:p w14:paraId="6BD6E610" w14:textId="40EE5EEF" w:rsidR="000E6DB8" w:rsidRPr="000E6DB8" w:rsidRDefault="000E6DB8" w:rsidP="003D6A4B">
      <w:pPr>
        <w:shd w:val="clear" w:color="auto" w:fill="FFFFFF"/>
        <w:spacing w:after="0" w:line="360" w:lineRule="auto"/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</w:pP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Դիուրեզ</w:t>
      </w:r>
      <w:r w:rsidR="003D6A4B" w:rsidRPr="003D6A4B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 xml:space="preserve"> </w:t>
      </w:r>
      <w:r w:rsidR="003D6A4B" w:rsidRPr="000E6DB8">
        <w:rPr>
          <w:rFonts w:ascii="GHEA Grapalat" w:eastAsia="Times New Roman" w:hAnsi="GHEA Grapalat" w:cs="Arial"/>
          <w:color w:val="333333"/>
          <w:sz w:val="16"/>
          <w:szCs w:val="16"/>
          <w:lang w:val="hy-AM" w:eastAsia="ru-RU"/>
        </w:rPr>
        <w:t>(նշել)`</w:t>
      </w:r>
      <w:r w:rsidR="003D6A4B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 xml:space="preserve"> </w:t>
      </w: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ինքնուրույն, դժվարացած, միզակապություն, օլիգուրիա, անուրիա</w:t>
      </w:r>
    </w:p>
    <w:p w14:paraId="25A596F6" w14:textId="031B98B1" w:rsidR="000E6DB8" w:rsidRPr="000E6DB8" w:rsidRDefault="000E6DB8" w:rsidP="003D6A4B">
      <w:pPr>
        <w:shd w:val="clear" w:color="auto" w:fill="FFFFFF"/>
        <w:spacing w:after="0" w:line="360" w:lineRule="auto"/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</w:pP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Նյարդային համակարգ</w:t>
      </w:r>
      <w:r w:rsidR="003D6A4B" w:rsidRPr="003D6A4B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 xml:space="preserve"> </w:t>
      </w:r>
      <w:r w:rsidR="003D6A4B" w:rsidRPr="000E6DB8">
        <w:rPr>
          <w:rFonts w:ascii="GHEA Grapalat" w:eastAsia="Times New Roman" w:hAnsi="GHEA Grapalat" w:cs="Arial"/>
          <w:color w:val="333333"/>
          <w:sz w:val="16"/>
          <w:szCs w:val="16"/>
          <w:lang w:val="hy-AM" w:eastAsia="ru-RU"/>
        </w:rPr>
        <w:t>(նշել)`</w:t>
      </w:r>
      <w:r w:rsidR="003D6A4B" w:rsidRPr="003D6A4B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 xml:space="preserve"> </w:t>
      </w: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գիտակցություն</w:t>
      </w:r>
      <w:r w:rsidR="00776BD3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 xml:space="preserve"> </w:t>
      </w: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- հստակ, խանգարված (կոմաների սանդղակ ըստ Գլազգոյի</w:t>
      </w:r>
      <w:r w:rsidR="007A40E5" w:rsidRPr="007A40E5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)</w:t>
      </w:r>
      <w:r w:rsidR="003D6A4B" w:rsidRPr="003D6A4B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 xml:space="preserve"> _______________________________________________________</w:t>
      </w:r>
    </w:p>
    <w:p w14:paraId="5C9D2672" w14:textId="5DA4B9F3" w:rsidR="000E6DB8" w:rsidRPr="000E6DB8" w:rsidRDefault="000E6DB8" w:rsidP="003D6A4B">
      <w:pPr>
        <w:shd w:val="clear" w:color="auto" w:fill="FFFFFF"/>
        <w:spacing w:after="0" w:line="360" w:lineRule="auto"/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</w:pP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Հոգեշարժական գրգռվածություն ____________</w:t>
      </w:r>
      <w:r w:rsidR="003D6A4B" w:rsidRPr="003D6A4B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____________________________________</w:t>
      </w:r>
    </w:p>
    <w:p w14:paraId="13D8BD68" w14:textId="7AB08F40" w:rsidR="000E6DB8" w:rsidRPr="000E6DB8" w:rsidRDefault="000E6DB8" w:rsidP="003D6A4B">
      <w:pPr>
        <w:shd w:val="clear" w:color="auto" w:fill="FFFFFF"/>
        <w:spacing w:after="0" w:line="360" w:lineRule="auto"/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</w:pP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 xml:space="preserve">Սիմետրիկ բիբեր, անիզոկորիա (DS) միդրիազ, միոզ, միջին </w:t>
      </w:r>
      <w:r w:rsidR="003D6A4B" w:rsidRPr="003D6A4B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________________________</w:t>
      </w:r>
    </w:p>
    <w:p w14:paraId="7CE6F806" w14:textId="1E548DA7" w:rsidR="000E6DB8" w:rsidRPr="000E6DB8" w:rsidRDefault="000E6DB8" w:rsidP="003D6A4B">
      <w:pPr>
        <w:shd w:val="clear" w:color="auto" w:fill="FFFFFF"/>
        <w:spacing w:after="0" w:line="360" w:lineRule="auto"/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</w:pP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Ռեֆլեքսներ</w:t>
      </w:r>
      <w:r w:rsidR="003D6A4B" w:rsidRPr="003D6A4B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 xml:space="preserve"> </w:t>
      </w:r>
      <w:r w:rsidR="003D6A4B" w:rsidRPr="000E6DB8">
        <w:rPr>
          <w:rFonts w:ascii="GHEA Grapalat" w:eastAsia="Times New Roman" w:hAnsi="GHEA Grapalat" w:cs="Arial"/>
          <w:color w:val="333333"/>
          <w:sz w:val="16"/>
          <w:szCs w:val="16"/>
          <w:lang w:val="hy-AM" w:eastAsia="ru-RU"/>
        </w:rPr>
        <w:t>(նշել)`</w:t>
      </w:r>
      <w:r w:rsidR="003D6A4B" w:rsidRPr="003D6A4B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 xml:space="preserve"> </w:t>
      </w: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Կոնյուկտիվալ ________________________________________________</w:t>
      </w:r>
      <w:r w:rsidR="003D6A4B" w:rsidRPr="003D6A4B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__</w:t>
      </w:r>
    </w:p>
    <w:p w14:paraId="43C5F5B1" w14:textId="2B329E6D" w:rsidR="000E6DB8" w:rsidRPr="000E6DB8" w:rsidRDefault="000E6DB8" w:rsidP="003D6A4B">
      <w:pPr>
        <w:shd w:val="clear" w:color="auto" w:fill="FFFFFF"/>
        <w:spacing w:after="0" w:line="360" w:lineRule="auto"/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</w:pP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Կորնեալ ______________________________________________________________________</w:t>
      </w:r>
    </w:p>
    <w:p w14:paraId="1C6F565A" w14:textId="70D44C5F" w:rsidR="000E6DB8" w:rsidRPr="00437A3B" w:rsidRDefault="000E6DB8" w:rsidP="003D6A4B">
      <w:pPr>
        <w:shd w:val="clear" w:color="auto" w:fill="FFFFFF"/>
        <w:spacing w:after="0" w:line="360" w:lineRule="auto"/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</w:pP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Պլեգիա, պարեզ _______________________________________________________________</w:t>
      </w:r>
    </w:p>
    <w:p w14:paraId="7650865F" w14:textId="7E3853E6" w:rsidR="000E6DB8" w:rsidRPr="000E6DB8" w:rsidRDefault="000E6DB8" w:rsidP="003D6A4B">
      <w:pPr>
        <w:shd w:val="clear" w:color="auto" w:fill="FFFFFF"/>
        <w:spacing w:after="0" w:line="360" w:lineRule="auto"/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</w:pP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Մենինգեալ ախտանիշներ</w:t>
      </w:r>
      <w:r w:rsidR="003D6A4B" w:rsidRPr="00437A3B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 xml:space="preserve"> </w:t>
      </w:r>
      <w:r w:rsidR="003D6A4B" w:rsidRPr="000E6DB8">
        <w:rPr>
          <w:rFonts w:ascii="GHEA Grapalat" w:eastAsia="Times New Roman" w:hAnsi="GHEA Grapalat" w:cs="Arial"/>
          <w:color w:val="333333"/>
          <w:sz w:val="16"/>
          <w:szCs w:val="16"/>
          <w:lang w:val="hy-AM" w:eastAsia="ru-RU"/>
        </w:rPr>
        <w:t>(նշել)`</w:t>
      </w:r>
      <w:r w:rsidR="003D6A4B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 xml:space="preserve"> </w:t>
      </w: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(բացասական, դրական, կասկածելի)</w:t>
      </w:r>
    </w:p>
    <w:p w14:paraId="0A3FD5E3" w14:textId="6BFB1BB1" w:rsidR="000E6DB8" w:rsidRPr="00117808" w:rsidRDefault="000E6DB8" w:rsidP="003D6A4B">
      <w:pPr>
        <w:shd w:val="clear" w:color="auto" w:fill="FFFFFF"/>
        <w:spacing w:after="0" w:line="360" w:lineRule="auto"/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</w:pP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Վնասվածքներ (տեղակայումը), քերծվածքներ, վերքեր</w:t>
      </w:r>
      <w:r w:rsidR="00117808" w:rsidRPr="0011780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 xml:space="preserve"> ____________________________</w:t>
      </w:r>
    </w:p>
    <w:p w14:paraId="1827904D" w14:textId="77777777" w:rsidR="00117808" w:rsidRDefault="000E6DB8" w:rsidP="003D6A4B">
      <w:pPr>
        <w:shd w:val="clear" w:color="auto" w:fill="FFFFFF"/>
        <w:spacing w:after="0" w:line="360" w:lineRule="auto"/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</w:pP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______________________________________________________________________________</w:t>
      </w:r>
    </w:p>
    <w:p w14:paraId="60F4FEB8" w14:textId="4F829A34" w:rsidR="000E6DB8" w:rsidRPr="00117808" w:rsidRDefault="000E6DB8" w:rsidP="003D6A4B">
      <w:pPr>
        <w:shd w:val="clear" w:color="auto" w:fill="FFFFFF"/>
        <w:spacing w:after="0" w:line="360" w:lineRule="auto"/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</w:pP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___________________________________________________________________________________________________________________________________________________________</w:t>
      </w:r>
      <w:r w:rsidR="00117808" w:rsidRPr="0011780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_</w:t>
      </w:r>
    </w:p>
    <w:p w14:paraId="31DCD3CD" w14:textId="061B4507" w:rsidR="000E6DB8" w:rsidRPr="000E6DB8" w:rsidRDefault="000E6DB8" w:rsidP="003D6A4B">
      <w:pPr>
        <w:shd w:val="clear" w:color="auto" w:fill="FFFFFF"/>
        <w:spacing w:after="0" w:line="360" w:lineRule="auto"/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</w:pP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Այրվածքի աստիճանը _______________</w:t>
      </w:r>
      <w:r w:rsidR="003D6A4B" w:rsidRPr="003D6A4B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_</w:t>
      </w: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______________</w:t>
      </w:r>
      <w:r w:rsidR="003D6A4B" w:rsidRPr="003D6A4B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__________________________</w:t>
      </w:r>
      <w:r w:rsidR="00117808" w:rsidRPr="0011780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_</w:t>
      </w:r>
      <w:r w:rsidR="003D6A4B" w:rsidRPr="003D6A4B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_</w:t>
      </w:r>
      <w:r w:rsidR="00117808" w:rsidRPr="0011780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 xml:space="preserve"> </w:t>
      </w: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Մարմնի մակերեսը _____</w:t>
      </w:r>
      <w:r w:rsidR="003D6A4B" w:rsidRPr="003D6A4B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_________________________________________</w:t>
      </w: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_______________</w:t>
      </w:r>
    </w:p>
    <w:p w14:paraId="0D2BDEF4" w14:textId="5F33CEEB" w:rsidR="000E6DB8" w:rsidRPr="000E6DB8" w:rsidRDefault="000E6DB8" w:rsidP="003D6A4B">
      <w:pPr>
        <w:shd w:val="clear" w:color="auto" w:fill="FFFFFF"/>
        <w:spacing w:after="0" w:line="360" w:lineRule="auto"/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</w:pP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Տեղակայումը</w:t>
      </w:r>
      <w:r w:rsidR="003D6A4B" w:rsidRPr="003D6A4B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 xml:space="preserve"> </w:t>
      </w: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________________________________</w:t>
      </w:r>
      <w:r w:rsidR="003D6A4B" w:rsidRPr="00437A3B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_______________________________</w:t>
      </w: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___</w:t>
      </w:r>
    </w:p>
    <w:p w14:paraId="6714EAB7" w14:textId="3702B0F1" w:rsidR="000E6DB8" w:rsidRPr="000E6DB8" w:rsidRDefault="000E6DB8" w:rsidP="003D6A4B">
      <w:pPr>
        <w:shd w:val="clear" w:color="auto" w:fill="FFFFFF"/>
        <w:spacing w:after="0" w:line="360" w:lineRule="auto"/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</w:pP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______________________________________________________________________________</w:t>
      </w:r>
      <w:r w:rsidR="002522C3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______________________________________________________________________________</w:t>
      </w:r>
    </w:p>
    <w:p w14:paraId="287D518A" w14:textId="57F9EF37" w:rsidR="000E6DB8" w:rsidRPr="00117808" w:rsidRDefault="000E6DB8" w:rsidP="003D6A4B">
      <w:pPr>
        <w:shd w:val="clear" w:color="auto" w:fill="FFFFFF"/>
        <w:spacing w:after="0" w:line="360" w:lineRule="auto"/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</w:pP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Հետազոտության ժամանակ հայտնաբերված այլ տեղեկություններ</w:t>
      </w:r>
      <w:r w:rsidR="00117808" w:rsidRPr="0011780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 xml:space="preserve"> __________________</w:t>
      </w:r>
    </w:p>
    <w:p w14:paraId="2999BFCF" w14:textId="2A5B07AB" w:rsidR="000E6DB8" w:rsidRPr="000E6DB8" w:rsidRDefault="000E6DB8" w:rsidP="003D6A4B">
      <w:pPr>
        <w:shd w:val="clear" w:color="auto" w:fill="FFFFFF"/>
        <w:spacing w:after="0" w:line="360" w:lineRule="auto"/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</w:pP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____________________________________________________________________________________________________________________________________________________________________________</w:t>
      </w:r>
      <w:r w:rsidR="003D6A4B" w:rsidRPr="00437A3B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______________________________________________________________</w:t>
      </w:r>
    </w:p>
    <w:p w14:paraId="0A603E25" w14:textId="77777777" w:rsidR="000E6DB8" w:rsidRPr="000E6DB8" w:rsidRDefault="000E6DB8" w:rsidP="000E6DB8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</w:pP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 </w:t>
      </w:r>
    </w:p>
    <w:p w14:paraId="293CD208" w14:textId="77777777" w:rsidR="000E6DB8" w:rsidRPr="000E6DB8" w:rsidRDefault="000E6DB8" w:rsidP="000E6DB8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</w:pPr>
      <w:r w:rsidRPr="000E6DB8">
        <w:rPr>
          <w:rFonts w:ascii="GHEA Grapalat" w:eastAsia="Times New Roman" w:hAnsi="GHEA Grapalat" w:cs="Arial"/>
          <w:b/>
          <w:bCs/>
          <w:color w:val="333333"/>
          <w:sz w:val="24"/>
          <w:szCs w:val="24"/>
          <w:lang w:val="hy-AM" w:eastAsia="ru-RU"/>
        </w:rPr>
        <w:lastRenderedPageBreak/>
        <w:t>ՆԱԽՆԱԿԱՆ ԵԶՐԱԿԱՑՈՒԹՅՈՒՆ</w:t>
      </w:r>
    </w:p>
    <w:p w14:paraId="364DF81E" w14:textId="3E0411CA" w:rsidR="000E6DB8" w:rsidRPr="00437A3B" w:rsidRDefault="000E6DB8" w:rsidP="00455BD2">
      <w:pPr>
        <w:shd w:val="clear" w:color="auto" w:fill="FFFFFF"/>
        <w:spacing w:after="0" w:line="360" w:lineRule="auto"/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</w:pP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8345F6D" w14:textId="77777777" w:rsidR="000E6DB8" w:rsidRPr="000E6DB8" w:rsidRDefault="000E6DB8" w:rsidP="00455BD2">
      <w:pPr>
        <w:shd w:val="clear" w:color="auto" w:fill="FFFFFF"/>
        <w:spacing w:after="0" w:line="360" w:lineRule="auto"/>
        <w:ind w:firstLine="375"/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</w:pPr>
      <w:r w:rsidRPr="000E6DB8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 </w:t>
      </w:r>
    </w:p>
    <w:p w14:paraId="3C3DD235" w14:textId="552B3991" w:rsidR="000E6DB8" w:rsidRPr="000E6DB8" w:rsidRDefault="000E6DB8" w:rsidP="000E6DB8">
      <w:pPr>
        <w:spacing w:after="0" w:line="240" w:lineRule="auto"/>
        <w:jc w:val="center"/>
        <w:rPr>
          <w:rFonts w:ascii="GHEA Grapalat" w:eastAsia="Times New Roman" w:hAnsi="GHEA Grapalat" w:cs="Arial"/>
          <w:b/>
          <w:bCs/>
          <w:color w:val="333333"/>
          <w:sz w:val="24"/>
          <w:szCs w:val="24"/>
          <w:shd w:val="clear" w:color="auto" w:fill="FFFFFF"/>
          <w:lang w:val="hy-AM" w:eastAsia="ru-RU"/>
        </w:rPr>
      </w:pPr>
      <w:r w:rsidRPr="000E6DB8">
        <w:rPr>
          <w:rFonts w:ascii="GHEA Grapalat" w:eastAsia="Times New Roman" w:hAnsi="GHEA Grapalat" w:cs="Arial"/>
          <w:b/>
          <w:bCs/>
          <w:color w:val="333333"/>
          <w:sz w:val="24"/>
          <w:szCs w:val="24"/>
          <w:shd w:val="clear" w:color="auto" w:fill="FFFFFF"/>
          <w:lang w:val="hy-AM" w:eastAsia="ru-RU"/>
        </w:rPr>
        <w:t xml:space="preserve">ԽՈՐՀՐԴԱՏՎՈՒԹՅՈՒՆ, ԿԱՏԱՐՎԱԾ </w:t>
      </w:r>
      <w:r w:rsidR="00894711">
        <w:rPr>
          <w:rFonts w:ascii="GHEA Grapalat" w:eastAsia="Times New Roman" w:hAnsi="GHEA Grapalat" w:cs="Arial"/>
          <w:b/>
          <w:bCs/>
          <w:color w:val="333333"/>
          <w:sz w:val="24"/>
          <w:szCs w:val="24"/>
          <w:shd w:val="clear" w:color="auto" w:fill="FFFFFF"/>
          <w:lang w:val="hy-AM" w:eastAsia="ru-RU"/>
        </w:rPr>
        <w:t xml:space="preserve">ԲԺՇԿԱԿԱՆ </w:t>
      </w:r>
      <w:r w:rsidRPr="000E6DB8">
        <w:rPr>
          <w:rFonts w:ascii="GHEA Grapalat" w:eastAsia="Times New Roman" w:hAnsi="GHEA Grapalat" w:cs="Arial"/>
          <w:b/>
          <w:bCs/>
          <w:color w:val="333333"/>
          <w:sz w:val="24"/>
          <w:szCs w:val="24"/>
          <w:shd w:val="clear" w:color="auto" w:fill="FFFFFF"/>
          <w:lang w:val="hy-AM" w:eastAsia="ru-RU"/>
        </w:rPr>
        <w:t xml:space="preserve">ՄԻՋԱՄՏՈՒԹՅՈՒՆՆԵՐ, </w:t>
      </w:r>
      <w:r w:rsidR="00894711">
        <w:rPr>
          <w:rFonts w:ascii="GHEA Grapalat" w:eastAsia="Times New Roman" w:hAnsi="GHEA Grapalat" w:cs="Arial"/>
          <w:b/>
          <w:bCs/>
          <w:color w:val="333333"/>
          <w:sz w:val="24"/>
          <w:szCs w:val="24"/>
          <w:shd w:val="clear" w:color="auto" w:fill="FFFFFF"/>
          <w:lang w:val="hy-AM" w:eastAsia="ru-RU"/>
        </w:rPr>
        <w:t xml:space="preserve">ԱԽՏՈՐՈՇԻՉ </w:t>
      </w:r>
      <w:r w:rsidRPr="000E6DB8">
        <w:rPr>
          <w:rFonts w:ascii="GHEA Grapalat" w:eastAsia="Times New Roman" w:hAnsi="GHEA Grapalat" w:cs="Arial"/>
          <w:b/>
          <w:bCs/>
          <w:color w:val="333333"/>
          <w:sz w:val="24"/>
          <w:szCs w:val="24"/>
          <w:shd w:val="clear" w:color="auto" w:fill="FFFFFF"/>
          <w:lang w:val="hy-AM" w:eastAsia="ru-RU"/>
        </w:rPr>
        <w:t>ՀԵՏԱԶՈՏՈՒԹՅՈՒՆՆԵՐ</w:t>
      </w:r>
    </w:p>
    <w:p w14:paraId="13AF562E" w14:textId="1FED2654" w:rsidR="000E6DB8" w:rsidRPr="00CB7009" w:rsidRDefault="000E6DB8" w:rsidP="00455BD2">
      <w:pPr>
        <w:shd w:val="clear" w:color="auto" w:fill="FFFFFF"/>
        <w:spacing w:after="0" w:line="360" w:lineRule="auto"/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</w:pPr>
      <w:r w:rsidRPr="00CB7009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03E2E94" w14:textId="7E5399FB" w:rsidR="000E6DB8" w:rsidRDefault="000E6DB8" w:rsidP="00117808">
      <w:pPr>
        <w:shd w:val="clear" w:color="auto" w:fill="FFFFFF"/>
        <w:spacing w:after="0" w:line="360" w:lineRule="auto"/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</w:pPr>
      <w:r w:rsidRPr="00CB7009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  <w:r w:rsidR="00CB7009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 xml:space="preserve">Վերջնական ախտորոշում ______________________________________________________ </w:t>
      </w:r>
      <w:r w:rsidRPr="00CB7009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B48007" w14:textId="77777777" w:rsidR="00CB7009" w:rsidRPr="00CB7009" w:rsidRDefault="00CB7009" w:rsidP="00117808">
      <w:pPr>
        <w:shd w:val="clear" w:color="auto" w:fill="FFFFFF"/>
        <w:spacing w:after="0" w:line="360" w:lineRule="auto"/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</w:pPr>
    </w:p>
    <w:p w14:paraId="2C8DBA76" w14:textId="78E58525" w:rsidR="000E6DB8" w:rsidRPr="00CB7009" w:rsidRDefault="002522C3" w:rsidP="00AA02E2">
      <w:pPr>
        <w:shd w:val="clear" w:color="auto" w:fill="FFFFFF"/>
        <w:spacing w:after="0" w:line="240" w:lineRule="auto"/>
        <w:ind w:right="-93"/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 xml:space="preserve">         </w:t>
      </w:r>
      <w:r w:rsidR="00AA02E2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Բուժող բ</w:t>
      </w:r>
      <w:r w:rsidR="000E6DB8" w:rsidRPr="00CB7009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ժիշկ</w:t>
      </w:r>
      <w:r w:rsidR="00712B35" w:rsidRPr="00CB7009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 xml:space="preserve">  </w:t>
      </w:r>
      <w:r w:rsidR="000E6DB8" w:rsidRPr="00CB7009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 xml:space="preserve"> _________________________</w:t>
      </w:r>
      <w:r w:rsidR="00AA02E2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______</w:t>
      </w:r>
      <w:r w:rsidR="000E6DB8" w:rsidRPr="00CB7009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_</w:t>
      </w:r>
      <w:r w:rsidR="00AA02E2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_</w:t>
      </w:r>
      <w:r w:rsidR="00712B35" w:rsidRPr="00CB7009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 xml:space="preserve">       _______________</w:t>
      </w:r>
      <w:r w:rsidR="00AA02E2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____</w:t>
      </w:r>
      <w:r w:rsidR="00712B35" w:rsidRPr="00CB7009"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  <w:t>_</w:t>
      </w:r>
    </w:p>
    <w:p w14:paraId="07A3AC90" w14:textId="0F0C6EC5" w:rsidR="00ED25CA" w:rsidRPr="00712B35" w:rsidRDefault="00712B35" w:rsidP="00712B35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i/>
          <w:iCs/>
          <w:color w:val="000000"/>
          <w:sz w:val="16"/>
          <w:szCs w:val="16"/>
          <w:lang w:val="hy-AM" w:eastAsia="ru-RU"/>
        </w:rPr>
      </w:pPr>
      <w:r w:rsidRPr="00357309">
        <w:rPr>
          <w:rFonts w:ascii="GHEA Grapalat" w:eastAsia="Times New Roman" w:hAnsi="GHEA Grapalat" w:cs="Times New Roman"/>
          <w:i/>
          <w:iCs/>
          <w:color w:val="000000"/>
          <w:sz w:val="16"/>
          <w:szCs w:val="16"/>
          <w:lang w:val="hy-AM" w:eastAsia="ru-RU"/>
        </w:rPr>
        <w:t xml:space="preserve">                                                </w:t>
      </w:r>
      <w:r w:rsidR="00AA02E2">
        <w:rPr>
          <w:rFonts w:ascii="GHEA Grapalat" w:eastAsia="Times New Roman" w:hAnsi="GHEA Grapalat" w:cs="Times New Roman"/>
          <w:i/>
          <w:iCs/>
          <w:color w:val="000000"/>
          <w:sz w:val="16"/>
          <w:szCs w:val="16"/>
          <w:lang w:val="hy-AM" w:eastAsia="ru-RU"/>
        </w:rPr>
        <w:t xml:space="preserve">                              </w:t>
      </w:r>
      <w:r w:rsidRPr="00357309">
        <w:rPr>
          <w:rFonts w:ascii="GHEA Grapalat" w:eastAsia="Times New Roman" w:hAnsi="GHEA Grapalat" w:cs="Times New Roman"/>
          <w:i/>
          <w:iCs/>
          <w:color w:val="000000"/>
          <w:sz w:val="16"/>
          <w:szCs w:val="16"/>
          <w:lang w:val="hy-AM" w:eastAsia="ru-RU"/>
        </w:rPr>
        <w:t xml:space="preserve"> /անուն, ազգանուն/                                   </w:t>
      </w:r>
      <w:r w:rsidRPr="000B671A">
        <w:rPr>
          <w:rFonts w:ascii="GHEA Grapalat" w:eastAsia="Times New Roman" w:hAnsi="GHEA Grapalat" w:cs="Times New Roman"/>
          <w:i/>
          <w:iCs/>
          <w:color w:val="000000"/>
          <w:sz w:val="16"/>
          <w:szCs w:val="16"/>
          <w:lang w:val="hy-AM" w:eastAsia="ru-RU"/>
        </w:rPr>
        <w:t xml:space="preserve">         </w:t>
      </w:r>
      <w:r w:rsidRPr="00357309">
        <w:rPr>
          <w:rFonts w:ascii="GHEA Grapalat" w:eastAsia="Times New Roman" w:hAnsi="GHEA Grapalat" w:cs="Times New Roman"/>
          <w:i/>
          <w:iCs/>
          <w:color w:val="000000"/>
          <w:sz w:val="16"/>
          <w:szCs w:val="16"/>
          <w:lang w:val="hy-AM" w:eastAsia="ru-RU"/>
        </w:rPr>
        <w:t xml:space="preserve"> /ստորագրություն/</w:t>
      </w:r>
    </w:p>
    <w:sectPr w:rsidR="00ED25CA" w:rsidRPr="00712B35" w:rsidSect="002403A0">
      <w:pgSz w:w="12240" w:h="15840"/>
      <w:pgMar w:top="851" w:right="1134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31057057">
    <w:abstractNumId w:val="8"/>
  </w:num>
  <w:num w:numId="2" w16cid:durableId="1727221583">
    <w:abstractNumId w:val="6"/>
  </w:num>
  <w:num w:numId="3" w16cid:durableId="812260485">
    <w:abstractNumId w:val="5"/>
  </w:num>
  <w:num w:numId="4" w16cid:durableId="1495755628">
    <w:abstractNumId w:val="4"/>
  </w:num>
  <w:num w:numId="5" w16cid:durableId="1615937995">
    <w:abstractNumId w:val="7"/>
  </w:num>
  <w:num w:numId="6" w16cid:durableId="475877109">
    <w:abstractNumId w:val="3"/>
  </w:num>
  <w:num w:numId="7" w16cid:durableId="887492621">
    <w:abstractNumId w:val="2"/>
  </w:num>
  <w:num w:numId="8" w16cid:durableId="1023215594">
    <w:abstractNumId w:val="1"/>
  </w:num>
  <w:num w:numId="9" w16cid:durableId="1321695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38EC"/>
    <w:rsid w:val="00000785"/>
    <w:rsid w:val="0000102A"/>
    <w:rsid w:val="00005FA8"/>
    <w:rsid w:val="00023978"/>
    <w:rsid w:val="00033BA7"/>
    <w:rsid w:val="000474E1"/>
    <w:rsid w:val="00047738"/>
    <w:rsid w:val="00056FC1"/>
    <w:rsid w:val="0006664C"/>
    <w:rsid w:val="00067478"/>
    <w:rsid w:val="00070A1D"/>
    <w:rsid w:val="00083C6D"/>
    <w:rsid w:val="00086D99"/>
    <w:rsid w:val="0009623A"/>
    <w:rsid w:val="000C0BD3"/>
    <w:rsid w:val="000E18EE"/>
    <w:rsid w:val="000E5C69"/>
    <w:rsid w:val="000E6DB8"/>
    <w:rsid w:val="000F1033"/>
    <w:rsid w:val="000F78A4"/>
    <w:rsid w:val="00101343"/>
    <w:rsid w:val="0010149F"/>
    <w:rsid w:val="001130F7"/>
    <w:rsid w:val="00113222"/>
    <w:rsid w:val="00117808"/>
    <w:rsid w:val="0012648F"/>
    <w:rsid w:val="00141F19"/>
    <w:rsid w:val="00153627"/>
    <w:rsid w:val="00156858"/>
    <w:rsid w:val="00164169"/>
    <w:rsid w:val="00171181"/>
    <w:rsid w:val="00174690"/>
    <w:rsid w:val="001B4937"/>
    <w:rsid w:val="001C561D"/>
    <w:rsid w:val="001D32CC"/>
    <w:rsid w:val="00200731"/>
    <w:rsid w:val="002042B5"/>
    <w:rsid w:val="00217938"/>
    <w:rsid w:val="00227AFF"/>
    <w:rsid w:val="00230516"/>
    <w:rsid w:val="00230BA6"/>
    <w:rsid w:val="0023647A"/>
    <w:rsid w:val="002403A0"/>
    <w:rsid w:val="002432F0"/>
    <w:rsid w:val="002522C3"/>
    <w:rsid w:val="0027380A"/>
    <w:rsid w:val="002752C0"/>
    <w:rsid w:val="002756C9"/>
    <w:rsid w:val="002871E6"/>
    <w:rsid w:val="00295E18"/>
    <w:rsid w:val="002C7D55"/>
    <w:rsid w:val="002E47EF"/>
    <w:rsid w:val="0030465C"/>
    <w:rsid w:val="00326E62"/>
    <w:rsid w:val="00332585"/>
    <w:rsid w:val="00345DB4"/>
    <w:rsid w:val="003544AF"/>
    <w:rsid w:val="00355E8A"/>
    <w:rsid w:val="003560E5"/>
    <w:rsid w:val="00357309"/>
    <w:rsid w:val="0037302F"/>
    <w:rsid w:val="003748A3"/>
    <w:rsid w:val="00376F3D"/>
    <w:rsid w:val="003C0114"/>
    <w:rsid w:val="003C49D8"/>
    <w:rsid w:val="003D29C2"/>
    <w:rsid w:val="003D6A4B"/>
    <w:rsid w:val="003E0AF6"/>
    <w:rsid w:val="003E65D5"/>
    <w:rsid w:val="00407F89"/>
    <w:rsid w:val="00415492"/>
    <w:rsid w:val="00421586"/>
    <w:rsid w:val="0042271E"/>
    <w:rsid w:val="004274CD"/>
    <w:rsid w:val="004316DB"/>
    <w:rsid w:val="00437A3B"/>
    <w:rsid w:val="00451F9C"/>
    <w:rsid w:val="00455BD2"/>
    <w:rsid w:val="00467EBA"/>
    <w:rsid w:val="00477A5E"/>
    <w:rsid w:val="00481054"/>
    <w:rsid w:val="00491C1B"/>
    <w:rsid w:val="004A27F2"/>
    <w:rsid w:val="004B1472"/>
    <w:rsid w:val="004C0EB0"/>
    <w:rsid w:val="004D0C0A"/>
    <w:rsid w:val="00511CB6"/>
    <w:rsid w:val="005325E3"/>
    <w:rsid w:val="005554AB"/>
    <w:rsid w:val="005561FC"/>
    <w:rsid w:val="0056422F"/>
    <w:rsid w:val="00566C80"/>
    <w:rsid w:val="005736FA"/>
    <w:rsid w:val="00581741"/>
    <w:rsid w:val="005819ED"/>
    <w:rsid w:val="00584EF8"/>
    <w:rsid w:val="00585129"/>
    <w:rsid w:val="0059012B"/>
    <w:rsid w:val="00592944"/>
    <w:rsid w:val="005B2A72"/>
    <w:rsid w:val="005D3AE9"/>
    <w:rsid w:val="005E3AA5"/>
    <w:rsid w:val="005E6329"/>
    <w:rsid w:val="0060098B"/>
    <w:rsid w:val="006227C4"/>
    <w:rsid w:val="00623F1B"/>
    <w:rsid w:val="00636765"/>
    <w:rsid w:val="00642078"/>
    <w:rsid w:val="0067146D"/>
    <w:rsid w:val="00682822"/>
    <w:rsid w:val="00684254"/>
    <w:rsid w:val="00687ED4"/>
    <w:rsid w:val="006B59B9"/>
    <w:rsid w:val="006B74F4"/>
    <w:rsid w:val="006E6724"/>
    <w:rsid w:val="006F7A5A"/>
    <w:rsid w:val="00710992"/>
    <w:rsid w:val="00711122"/>
    <w:rsid w:val="00712B35"/>
    <w:rsid w:val="00743F8A"/>
    <w:rsid w:val="00747499"/>
    <w:rsid w:val="00773F7B"/>
    <w:rsid w:val="00776BD3"/>
    <w:rsid w:val="0078659D"/>
    <w:rsid w:val="00787088"/>
    <w:rsid w:val="00795DD6"/>
    <w:rsid w:val="007A40E5"/>
    <w:rsid w:val="007C438B"/>
    <w:rsid w:val="007C576C"/>
    <w:rsid w:val="007D404F"/>
    <w:rsid w:val="007F2CC9"/>
    <w:rsid w:val="007F602B"/>
    <w:rsid w:val="008001C8"/>
    <w:rsid w:val="00820087"/>
    <w:rsid w:val="00820AD1"/>
    <w:rsid w:val="008304B3"/>
    <w:rsid w:val="00833FBA"/>
    <w:rsid w:val="008438EC"/>
    <w:rsid w:val="00856FDA"/>
    <w:rsid w:val="008703BC"/>
    <w:rsid w:val="00894711"/>
    <w:rsid w:val="008A2778"/>
    <w:rsid w:val="008B0D6C"/>
    <w:rsid w:val="008C7323"/>
    <w:rsid w:val="008D237B"/>
    <w:rsid w:val="008E0332"/>
    <w:rsid w:val="008E50C0"/>
    <w:rsid w:val="008F4074"/>
    <w:rsid w:val="008F7C6A"/>
    <w:rsid w:val="00901CB4"/>
    <w:rsid w:val="009068D2"/>
    <w:rsid w:val="00917655"/>
    <w:rsid w:val="009259C4"/>
    <w:rsid w:val="00936554"/>
    <w:rsid w:val="00941100"/>
    <w:rsid w:val="0094735B"/>
    <w:rsid w:val="0096112D"/>
    <w:rsid w:val="0096534A"/>
    <w:rsid w:val="00982E7C"/>
    <w:rsid w:val="00987237"/>
    <w:rsid w:val="00990EAB"/>
    <w:rsid w:val="00992CF5"/>
    <w:rsid w:val="0099303E"/>
    <w:rsid w:val="009A10A7"/>
    <w:rsid w:val="009B7297"/>
    <w:rsid w:val="009C0418"/>
    <w:rsid w:val="009C078B"/>
    <w:rsid w:val="009D1B6B"/>
    <w:rsid w:val="009D4C01"/>
    <w:rsid w:val="009F4214"/>
    <w:rsid w:val="009F57BA"/>
    <w:rsid w:val="00A07596"/>
    <w:rsid w:val="00A14F45"/>
    <w:rsid w:val="00A16F66"/>
    <w:rsid w:val="00A24BAD"/>
    <w:rsid w:val="00A24D31"/>
    <w:rsid w:val="00A375B3"/>
    <w:rsid w:val="00A52C73"/>
    <w:rsid w:val="00A74BE2"/>
    <w:rsid w:val="00AA02E2"/>
    <w:rsid w:val="00AC5874"/>
    <w:rsid w:val="00AC6EE9"/>
    <w:rsid w:val="00AD7842"/>
    <w:rsid w:val="00AE06C5"/>
    <w:rsid w:val="00AF492A"/>
    <w:rsid w:val="00AF5BDE"/>
    <w:rsid w:val="00B04B12"/>
    <w:rsid w:val="00B10B1E"/>
    <w:rsid w:val="00B26AA0"/>
    <w:rsid w:val="00B40E2F"/>
    <w:rsid w:val="00B4428D"/>
    <w:rsid w:val="00BC017F"/>
    <w:rsid w:val="00BD38CC"/>
    <w:rsid w:val="00BE6D17"/>
    <w:rsid w:val="00BF3F06"/>
    <w:rsid w:val="00BF444A"/>
    <w:rsid w:val="00BF69D4"/>
    <w:rsid w:val="00C01952"/>
    <w:rsid w:val="00C07D09"/>
    <w:rsid w:val="00C112F7"/>
    <w:rsid w:val="00C13635"/>
    <w:rsid w:val="00C24B51"/>
    <w:rsid w:val="00C51DAE"/>
    <w:rsid w:val="00C565B5"/>
    <w:rsid w:val="00C57F01"/>
    <w:rsid w:val="00C77919"/>
    <w:rsid w:val="00C834AD"/>
    <w:rsid w:val="00C86C11"/>
    <w:rsid w:val="00C94B6E"/>
    <w:rsid w:val="00CA65BC"/>
    <w:rsid w:val="00CB7009"/>
    <w:rsid w:val="00CC500E"/>
    <w:rsid w:val="00CF3273"/>
    <w:rsid w:val="00D017E2"/>
    <w:rsid w:val="00D02BBA"/>
    <w:rsid w:val="00D03E41"/>
    <w:rsid w:val="00D1527D"/>
    <w:rsid w:val="00D23388"/>
    <w:rsid w:val="00D630FD"/>
    <w:rsid w:val="00D71A5B"/>
    <w:rsid w:val="00D804E1"/>
    <w:rsid w:val="00D91855"/>
    <w:rsid w:val="00D931F6"/>
    <w:rsid w:val="00DA2C16"/>
    <w:rsid w:val="00DA3548"/>
    <w:rsid w:val="00DC1016"/>
    <w:rsid w:val="00DC4106"/>
    <w:rsid w:val="00DC436E"/>
    <w:rsid w:val="00DD6163"/>
    <w:rsid w:val="00DD7055"/>
    <w:rsid w:val="00DE136E"/>
    <w:rsid w:val="00DF3F5F"/>
    <w:rsid w:val="00DF7C56"/>
    <w:rsid w:val="00E207D0"/>
    <w:rsid w:val="00E43C4D"/>
    <w:rsid w:val="00E4663C"/>
    <w:rsid w:val="00E50745"/>
    <w:rsid w:val="00E5159E"/>
    <w:rsid w:val="00E616FD"/>
    <w:rsid w:val="00E64C01"/>
    <w:rsid w:val="00E75B42"/>
    <w:rsid w:val="00E766DD"/>
    <w:rsid w:val="00E86332"/>
    <w:rsid w:val="00E910E8"/>
    <w:rsid w:val="00EB39A8"/>
    <w:rsid w:val="00EB5483"/>
    <w:rsid w:val="00EC6A1E"/>
    <w:rsid w:val="00ED25CA"/>
    <w:rsid w:val="00ED3D89"/>
    <w:rsid w:val="00EE61E0"/>
    <w:rsid w:val="00EF1628"/>
    <w:rsid w:val="00EF4C71"/>
    <w:rsid w:val="00EF53C2"/>
    <w:rsid w:val="00F0301C"/>
    <w:rsid w:val="00F03F49"/>
    <w:rsid w:val="00F04BCD"/>
    <w:rsid w:val="00F33717"/>
    <w:rsid w:val="00F36F68"/>
    <w:rsid w:val="00F53CD5"/>
    <w:rsid w:val="00F768B2"/>
    <w:rsid w:val="00F8015E"/>
    <w:rsid w:val="00F85E74"/>
    <w:rsid w:val="00F9389D"/>
    <w:rsid w:val="00F96321"/>
    <w:rsid w:val="00F963BE"/>
    <w:rsid w:val="00FA2E8E"/>
    <w:rsid w:val="00FC4F41"/>
    <w:rsid w:val="00FE16F0"/>
    <w:rsid w:val="00FE228A"/>
    <w:rsid w:val="00FF2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E06AF"/>
  <w15:docId w15:val="{C887FC94-97F6-4459-A635-51FA736A8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38EC"/>
    <w:rPr>
      <w:lang w:val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32F0"/>
    <w:pPr>
      <w:widowControl w:val="0"/>
      <w:autoSpaceDE w:val="0"/>
      <w:autoSpaceDN w:val="0"/>
      <w:adjustRightInd w:val="0"/>
      <w:spacing w:before="73" w:after="0" w:line="240" w:lineRule="auto"/>
      <w:ind w:left="137"/>
      <w:jc w:val="center"/>
      <w:outlineLvl w:val="0"/>
    </w:pPr>
    <w:rPr>
      <w:rFonts w:ascii="GHEA Grapalat" w:eastAsia="Times New Roman" w:hAnsi="GHEA Grapalat" w:cs="GHEA Grapalat"/>
      <w:b/>
      <w:bCs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7C6A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F7C6A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7C6A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7C6A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7C6A"/>
    <w:pPr>
      <w:keepNext/>
      <w:keepLines/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7C6A"/>
    <w:pPr>
      <w:keepNext/>
      <w:keepLines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7C6A"/>
    <w:pPr>
      <w:keepNext/>
      <w:keepLines/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7C6A"/>
    <w:pPr>
      <w:keepNext/>
      <w:keepLines/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32F0"/>
    <w:rPr>
      <w:rFonts w:ascii="GHEA Grapalat" w:eastAsia="Times New Roman" w:hAnsi="GHEA Grapalat" w:cs="GHEA Grapalat"/>
      <w:b/>
      <w:bCs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32F0"/>
    <w:rPr>
      <w:sz w:val="20"/>
      <w:szCs w:val="20"/>
      <w:lang w:val="ru-RU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32F0"/>
    <w:pPr>
      <w:spacing w:line="240" w:lineRule="auto"/>
    </w:pPr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32F0"/>
    <w:rPr>
      <w:b/>
      <w:bCs/>
      <w:sz w:val="20"/>
      <w:szCs w:val="20"/>
      <w:lang w:val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32F0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2F0"/>
    <w:rPr>
      <w:rFonts w:ascii="Segoe UI" w:hAnsi="Segoe UI" w:cs="Segoe UI"/>
      <w:sz w:val="18"/>
      <w:szCs w:val="18"/>
      <w:lang w:val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32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rsid w:val="002432F0"/>
    <w:rPr>
      <w:rFonts w:ascii="GHEA Grapalat" w:eastAsia="Times New Roman" w:hAnsi="GHEA Grapalat" w:cs="GHEA Grapalat"/>
      <w:sz w:val="20"/>
      <w:szCs w:val="20"/>
    </w:rPr>
  </w:style>
  <w:style w:type="paragraph" w:styleId="BodyText">
    <w:name w:val="Body Text"/>
    <w:basedOn w:val="Normal"/>
    <w:link w:val="BodyTextChar"/>
    <w:uiPriority w:val="99"/>
    <w:qFormat/>
    <w:rsid w:val="002432F0"/>
    <w:pPr>
      <w:widowControl w:val="0"/>
      <w:autoSpaceDE w:val="0"/>
      <w:autoSpaceDN w:val="0"/>
      <w:adjustRightInd w:val="0"/>
      <w:spacing w:after="0" w:line="240" w:lineRule="auto"/>
    </w:pPr>
    <w:rPr>
      <w:rFonts w:ascii="GHEA Grapalat" w:eastAsia="Times New Roman" w:hAnsi="GHEA Grapalat" w:cs="GHEA Grapalat"/>
      <w:sz w:val="20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243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Normal"/>
    <w:uiPriority w:val="1"/>
    <w:qFormat/>
    <w:rsid w:val="002432F0"/>
    <w:pPr>
      <w:widowControl w:val="0"/>
      <w:autoSpaceDE w:val="0"/>
      <w:autoSpaceDN w:val="0"/>
      <w:adjustRightInd w:val="0"/>
      <w:spacing w:after="0" w:line="240" w:lineRule="auto"/>
    </w:pPr>
    <w:rPr>
      <w:rFonts w:ascii="GHEA Grapalat" w:eastAsia="Times New Roman" w:hAnsi="GHEA Grapalat" w:cs="GHEA Grapalat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086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4A27F2"/>
    <w:rPr>
      <w:b/>
      <w:bCs/>
    </w:rPr>
  </w:style>
  <w:style w:type="character" w:styleId="Emphasis">
    <w:name w:val="Emphasis"/>
    <w:basedOn w:val="DefaultParagraphFont"/>
    <w:uiPriority w:val="20"/>
    <w:qFormat/>
    <w:rsid w:val="004A27F2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8F7C6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F7C6A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7C6A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7C6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7C6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7C6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7C6A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7C6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F7C6A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8F7C6A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F7C6A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8F7C6A"/>
    <w:rPr>
      <w:rFonts w:eastAsiaTheme="minorEastAsia"/>
    </w:rPr>
  </w:style>
  <w:style w:type="paragraph" w:styleId="NoSpacing">
    <w:name w:val="No Spacing"/>
    <w:uiPriority w:val="1"/>
    <w:qFormat/>
    <w:rsid w:val="008F7C6A"/>
    <w:pPr>
      <w:spacing w:after="0" w:line="240" w:lineRule="auto"/>
    </w:pPr>
    <w:rPr>
      <w:rFonts w:eastAsiaTheme="minorEastAsia"/>
    </w:rPr>
  </w:style>
  <w:style w:type="paragraph" w:styleId="Title">
    <w:name w:val="Title"/>
    <w:basedOn w:val="Normal"/>
    <w:next w:val="Normal"/>
    <w:link w:val="TitleChar"/>
    <w:uiPriority w:val="10"/>
    <w:qFormat/>
    <w:rsid w:val="008F7C6A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F7C6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7C6A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8F7C6A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8F7C6A"/>
    <w:pPr>
      <w:spacing w:after="200" w:line="276" w:lineRule="auto"/>
      <w:ind w:left="720"/>
      <w:contextualSpacing/>
    </w:pPr>
    <w:rPr>
      <w:rFonts w:eastAsiaTheme="minorEastAsia"/>
      <w:lang w:val="en-US"/>
    </w:rPr>
  </w:style>
  <w:style w:type="paragraph" w:styleId="BodyText2">
    <w:name w:val="Body Text 2"/>
    <w:basedOn w:val="Normal"/>
    <w:link w:val="BodyText2Char"/>
    <w:uiPriority w:val="99"/>
    <w:unhideWhenUsed/>
    <w:rsid w:val="008F7C6A"/>
    <w:pPr>
      <w:spacing w:after="120" w:line="480" w:lineRule="auto"/>
    </w:pPr>
    <w:rPr>
      <w:rFonts w:eastAsiaTheme="minorEastAsia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8F7C6A"/>
    <w:rPr>
      <w:rFonts w:eastAsiaTheme="minorEastAsia"/>
    </w:rPr>
  </w:style>
  <w:style w:type="paragraph" w:styleId="BodyText3">
    <w:name w:val="Body Text 3"/>
    <w:basedOn w:val="Normal"/>
    <w:link w:val="BodyText3Char"/>
    <w:uiPriority w:val="99"/>
    <w:unhideWhenUsed/>
    <w:rsid w:val="008F7C6A"/>
    <w:pPr>
      <w:spacing w:after="120" w:line="276" w:lineRule="auto"/>
    </w:pPr>
    <w:rPr>
      <w:rFonts w:eastAsiaTheme="minorEastAsia"/>
      <w:sz w:val="16"/>
      <w:szCs w:val="16"/>
      <w:lang w:val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8F7C6A"/>
    <w:rPr>
      <w:rFonts w:eastAsiaTheme="minorEastAsia"/>
      <w:sz w:val="16"/>
      <w:szCs w:val="16"/>
    </w:rPr>
  </w:style>
  <w:style w:type="paragraph" w:styleId="List">
    <w:name w:val="List"/>
    <w:basedOn w:val="Normal"/>
    <w:uiPriority w:val="99"/>
    <w:unhideWhenUsed/>
    <w:rsid w:val="008F7C6A"/>
    <w:pPr>
      <w:spacing w:after="200" w:line="276" w:lineRule="auto"/>
      <w:ind w:left="360" w:hanging="360"/>
      <w:contextualSpacing/>
    </w:pPr>
    <w:rPr>
      <w:rFonts w:eastAsiaTheme="minorEastAsia"/>
      <w:lang w:val="en-US"/>
    </w:rPr>
  </w:style>
  <w:style w:type="paragraph" w:styleId="List2">
    <w:name w:val="List 2"/>
    <w:basedOn w:val="Normal"/>
    <w:uiPriority w:val="99"/>
    <w:unhideWhenUsed/>
    <w:rsid w:val="008F7C6A"/>
    <w:pPr>
      <w:spacing w:after="200" w:line="276" w:lineRule="auto"/>
      <w:ind w:left="720" w:hanging="360"/>
      <w:contextualSpacing/>
    </w:pPr>
    <w:rPr>
      <w:rFonts w:eastAsiaTheme="minorEastAsia"/>
      <w:lang w:val="en-US"/>
    </w:rPr>
  </w:style>
  <w:style w:type="paragraph" w:styleId="List3">
    <w:name w:val="List 3"/>
    <w:basedOn w:val="Normal"/>
    <w:uiPriority w:val="99"/>
    <w:unhideWhenUsed/>
    <w:rsid w:val="008F7C6A"/>
    <w:pPr>
      <w:spacing w:after="200" w:line="276" w:lineRule="auto"/>
      <w:ind w:left="1080" w:hanging="360"/>
      <w:contextualSpacing/>
    </w:pPr>
    <w:rPr>
      <w:rFonts w:eastAsiaTheme="minorEastAsia"/>
      <w:lang w:val="en-US"/>
    </w:rPr>
  </w:style>
  <w:style w:type="paragraph" w:styleId="ListBullet">
    <w:name w:val="List Bullet"/>
    <w:basedOn w:val="Normal"/>
    <w:uiPriority w:val="99"/>
    <w:unhideWhenUsed/>
    <w:rsid w:val="008F7C6A"/>
    <w:pPr>
      <w:numPr>
        <w:numId w:val="1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ListBullet2">
    <w:name w:val="List Bullet 2"/>
    <w:basedOn w:val="Normal"/>
    <w:uiPriority w:val="99"/>
    <w:unhideWhenUsed/>
    <w:rsid w:val="008F7C6A"/>
    <w:pPr>
      <w:numPr>
        <w:numId w:val="2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ListBullet3">
    <w:name w:val="List Bullet 3"/>
    <w:basedOn w:val="Normal"/>
    <w:uiPriority w:val="99"/>
    <w:unhideWhenUsed/>
    <w:rsid w:val="008F7C6A"/>
    <w:pPr>
      <w:numPr>
        <w:numId w:val="3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ListNumber">
    <w:name w:val="List Number"/>
    <w:basedOn w:val="Normal"/>
    <w:uiPriority w:val="99"/>
    <w:unhideWhenUsed/>
    <w:rsid w:val="008F7C6A"/>
    <w:pPr>
      <w:numPr>
        <w:numId w:val="5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ListNumber2">
    <w:name w:val="List Number 2"/>
    <w:basedOn w:val="Normal"/>
    <w:uiPriority w:val="99"/>
    <w:unhideWhenUsed/>
    <w:rsid w:val="008F7C6A"/>
    <w:pPr>
      <w:numPr>
        <w:numId w:val="6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ListNumber3">
    <w:name w:val="List Number 3"/>
    <w:basedOn w:val="Normal"/>
    <w:uiPriority w:val="99"/>
    <w:unhideWhenUsed/>
    <w:rsid w:val="008F7C6A"/>
    <w:pPr>
      <w:numPr>
        <w:numId w:val="7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ListContinue">
    <w:name w:val="List Continue"/>
    <w:basedOn w:val="Normal"/>
    <w:uiPriority w:val="99"/>
    <w:unhideWhenUsed/>
    <w:rsid w:val="008F7C6A"/>
    <w:pPr>
      <w:spacing w:after="120" w:line="276" w:lineRule="auto"/>
      <w:ind w:left="360"/>
      <w:contextualSpacing/>
    </w:pPr>
    <w:rPr>
      <w:rFonts w:eastAsiaTheme="minorEastAsia"/>
      <w:lang w:val="en-US"/>
    </w:rPr>
  </w:style>
  <w:style w:type="paragraph" w:styleId="ListContinue2">
    <w:name w:val="List Continue 2"/>
    <w:basedOn w:val="Normal"/>
    <w:uiPriority w:val="99"/>
    <w:unhideWhenUsed/>
    <w:rsid w:val="008F7C6A"/>
    <w:pPr>
      <w:spacing w:after="120" w:line="276" w:lineRule="auto"/>
      <w:ind w:left="720"/>
      <w:contextualSpacing/>
    </w:pPr>
    <w:rPr>
      <w:rFonts w:eastAsiaTheme="minorEastAsia"/>
      <w:lang w:val="en-US"/>
    </w:rPr>
  </w:style>
  <w:style w:type="paragraph" w:styleId="ListContinue3">
    <w:name w:val="List Continue 3"/>
    <w:basedOn w:val="Normal"/>
    <w:uiPriority w:val="99"/>
    <w:unhideWhenUsed/>
    <w:rsid w:val="008F7C6A"/>
    <w:pPr>
      <w:spacing w:after="120" w:line="276" w:lineRule="auto"/>
      <w:ind w:left="1080"/>
      <w:contextualSpacing/>
    </w:pPr>
    <w:rPr>
      <w:rFonts w:eastAsiaTheme="minorEastAsia"/>
      <w:lang w:val="en-US"/>
    </w:rPr>
  </w:style>
  <w:style w:type="paragraph" w:styleId="MacroText">
    <w:name w:val="macro"/>
    <w:link w:val="MacroTextChar"/>
    <w:uiPriority w:val="99"/>
    <w:unhideWhenUsed/>
    <w:rsid w:val="008F7C6A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8F7C6A"/>
    <w:rPr>
      <w:rFonts w:ascii="Courier" w:eastAsiaTheme="minorEastAsia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8F7C6A"/>
    <w:pPr>
      <w:spacing w:after="200" w:line="276" w:lineRule="auto"/>
    </w:pPr>
    <w:rPr>
      <w:rFonts w:eastAsiaTheme="minorEastAsia"/>
      <w:i/>
      <w:iCs/>
      <w:color w:val="000000" w:themeColor="text1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8F7C6A"/>
    <w:rPr>
      <w:rFonts w:eastAsiaTheme="minorEastAsia"/>
      <w:i/>
      <w:iCs/>
      <w:color w:val="000000" w:themeColor="text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F7C6A"/>
    <w:pPr>
      <w:spacing w:after="200" w:line="240" w:lineRule="auto"/>
    </w:pPr>
    <w:rPr>
      <w:rFonts w:eastAsiaTheme="minorEastAsia"/>
      <w:b/>
      <w:bCs/>
      <w:color w:val="4472C4" w:themeColor="accent1"/>
      <w:sz w:val="18"/>
      <w:szCs w:val="18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7C6A"/>
    <w:pPr>
      <w:pBdr>
        <w:bottom w:val="single" w:sz="4" w:space="4" w:color="4472C4" w:themeColor="accent1"/>
      </w:pBdr>
      <w:spacing w:before="200" w:after="280" w:line="276" w:lineRule="auto"/>
      <w:ind w:left="936" w:right="936"/>
    </w:pPr>
    <w:rPr>
      <w:rFonts w:eastAsiaTheme="minorEastAsia"/>
      <w:b/>
      <w:bCs/>
      <w:i/>
      <w:iCs/>
      <w:color w:val="4472C4" w:themeColor="accent1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7C6A"/>
    <w:rPr>
      <w:rFonts w:eastAsiaTheme="minorEastAsia"/>
      <w:b/>
      <w:bCs/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8F7C6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8F7C6A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8F7C6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8F7C6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8F7C6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7C6A"/>
    <w:pPr>
      <w:keepNext/>
      <w:keepLines/>
      <w:widowControl/>
      <w:autoSpaceDE/>
      <w:autoSpaceDN/>
      <w:adjustRightInd/>
      <w:spacing w:before="480" w:line="276" w:lineRule="auto"/>
      <w:ind w:left="0"/>
      <w:jc w:val="left"/>
      <w:outlineLvl w:val="9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table" w:styleId="LightShading">
    <w:name w:val="Light Shading"/>
    <w:basedOn w:val="TableNormal"/>
    <w:uiPriority w:val="60"/>
    <w:rsid w:val="008F7C6A"/>
    <w:pPr>
      <w:spacing w:after="0" w:line="240" w:lineRule="auto"/>
    </w:pPr>
    <w:rPr>
      <w:rFonts w:eastAsiaTheme="minorEastAsia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C6A"/>
    <w:pPr>
      <w:spacing w:after="0" w:line="240" w:lineRule="auto"/>
    </w:pPr>
    <w:rPr>
      <w:rFonts w:eastAsiaTheme="minorEastAsia"/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C6A"/>
    <w:pPr>
      <w:spacing w:after="0" w:line="240" w:lineRule="auto"/>
    </w:pPr>
    <w:rPr>
      <w:rFonts w:eastAsiaTheme="minorEastAsia"/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C6A"/>
    <w:pPr>
      <w:spacing w:after="0" w:line="240" w:lineRule="auto"/>
    </w:pPr>
    <w:rPr>
      <w:rFonts w:eastAsiaTheme="minorEastAsia"/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C6A"/>
    <w:pPr>
      <w:spacing w:after="0" w:line="240" w:lineRule="auto"/>
    </w:pPr>
    <w:rPr>
      <w:rFonts w:eastAsiaTheme="minorEastAsia"/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C6A"/>
    <w:pPr>
      <w:spacing w:after="0" w:line="240" w:lineRule="auto"/>
    </w:pPr>
    <w:rPr>
      <w:rFonts w:eastAsiaTheme="minorEastAsia"/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C6A"/>
    <w:pPr>
      <w:spacing w:after="0" w:line="240" w:lineRule="auto"/>
    </w:pPr>
    <w:rPr>
      <w:rFonts w:eastAsiaTheme="minorEastAsia"/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ightList">
    <w:name w:val="Light List"/>
    <w:basedOn w:val="TableNormal"/>
    <w:uiPriority w:val="61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Grid">
    <w:name w:val="Light Grid"/>
    <w:basedOn w:val="TableNormal"/>
    <w:uiPriority w:val="62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DarkList">
    <w:name w:val="Dark List"/>
    <w:basedOn w:val="TableNormal"/>
    <w:uiPriority w:val="70"/>
    <w:rsid w:val="008F7C6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C6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C6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C6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C6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C6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C6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Grid">
    <w:name w:val="Colorful Grid"/>
    <w:basedOn w:val="TableNormal"/>
    <w:uiPriority w:val="73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customStyle="1" w:styleId="msonormal0">
    <w:name w:val="msonormal"/>
    <w:basedOn w:val="Normal"/>
    <w:rsid w:val="008F7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7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E1ABC7-115A-4883-A932-0FB574836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1026</TotalTime>
  <Pages>1</Pages>
  <Words>1179</Words>
  <Characters>6724</Characters>
  <Application>Microsoft Office Word</Application>
  <DocSecurity>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mery ghazaryan</dc:creator>
  <cp:keywords/>
  <dc:description/>
  <cp:lastModifiedBy>Arpine Khachatryan</cp:lastModifiedBy>
  <cp:revision>221</cp:revision>
  <dcterms:created xsi:type="dcterms:W3CDTF">2024-01-04T12:57:00Z</dcterms:created>
  <dcterms:modified xsi:type="dcterms:W3CDTF">2026-08-03T13:11:00Z</dcterms:modified>
</cp:coreProperties>
</file>