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252B6083" w:rsidR="004A27F2" w:rsidRPr="00816F0E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816F0E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8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5B3DF2CE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2026թ</w:t>
      </w:r>
      <w:r w:rsidR="005819E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E645B9" w:rsidRPr="00E645B9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հուլիս «23»-ի N 55-Ն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5A79C0EB" w14:textId="7BD02F96" w:rsidR="004B1472" w:rsidRDefault="004B147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2BD929FF" w14:textId="77777777" w:rsidR="005819ED" w:rsidRPr="005819ED" w:rsidRDefault="005819ED" w:rsidP="005819E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52CEECF" w14:textId="77777777" w:rsidR="005819ED" w:rsidRPr="005819ED" w:rsidRDefault="005819ED" w:rsidP="005819E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5819E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ՄԱՏՅԱՆ</w:t>
      </w:r>
    </w:p>
    <w:p w14:paraId="67D24680" w14:textId="577B6007" w:rsidR="005819ED" w:rsidRPr="005819ED" w:rsidRDefault="00D61F6F" w:rsidP="005819E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ԿԱԼԱՆԱՎՈՐՎԱԾ</w:t>
      </w:r>
      <w:r w:rsidR="005819ED" w:rsidRPr="005819E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819ED" w:rsidRPr="00D61F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ԱՆՁԱՆՑ</w:t>
      </w:r>
      <w:r w:rsidR="00253826" w:rsidRPr="00D61F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D61F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ԵՎ ԴԱՏԱՊԱՐՏՅԱԼՆԵՐԻ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y-AM" w:eastAsia="ru-RU"/>
        </w:rPr>
        <w:t xml:space="preserve"> </w:t>
      </w:r>
      <w:r w:rsidR="0025382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ԱՐՏԱՀԻՎԱՆԴԱՆՈՑԱՅԻՆ ՊԱՅՄԱՆՆԵՐՈՒՄ ԲԺՇԿԱԿԱՆ ՕԳՆՈՒԹՅԱՆ ԵՎ ՍՊԱՍԱՐԿՄԱՆ ՏՐԱՄԱԴՐՄԱՆ </w:t>
      </w:r>
    </w:p>
    <w:p w14:paraId="08E78B66" w14:textId="77777777" w:rsidR="005819ED" w:rsidRPr="005819ED" w:rsidRDefault="005819ED" w:rsidP="005819E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5819ED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 </w:t>
      </w:r>
    </w:p>
    <w:tbl>
      <w:tblPr>
        <w:tblW w:w="102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431"/>
        <w:gridCol w:w="2039"/>
        <w:gridCol w:w="1948"/>
        <w:gridCol w:w="1950"/>
        <w:gridCol w:w="2385"/>
      </w:tblGrid>
      <w:tr w:rsidR="00FE5D6D" w:rsidRPr="00CC3E86" w14:paraId="2CF34039" w14:textId="77777777" w:rsidTr="00A52C73">
        <w:trPr>
          <w:trHeight w:val="656"/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B74F0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1ED76" w14:textId="4CA95369" w:rsidR="00ED25CA" w:rsidRPr="00CC3E86" w:rsidRDefault="00ED25CA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Դիմելու ամսաթիվ, ժամ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9F8C48" w14:textId="45BA0457" w:rsidR="00ED25CA" w:rsidRPr="00CC3E86" w:rsidRDefault="00ED25CA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Անուն, ազգանուն, հայրանուն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D55369" w14:textId="70ADA41A" w:rsidR="00ED25CA" w:rsidRPr="00CC3E86" w:rsidRDefault="00ED25CA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Ծննդյան </w:t>
            </w:r>
            <w:r w:rsidR="00CC3E86"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օր, ամիս, տարի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DD843" w14:textId="0CDB39B9" w:rsidR="00ED25CA" w:rsidRPr="00CC3E86" w:rsidRDefault="00CC3E86" w:rsidP="00ED25C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Գանգատներ, օբյեկտիվ վիճակ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8E3239" w14:textId="200AF5AA" w:rsidR="00ED25CA" w:rsidRPr="00CC3E86" w:rsidRDefault="00CC3E86" w:rsidP="00ED25C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Ախտորոշում</w:t>
            </w:r>
          </w:p>
        </w:tc>
      </w:tr>
      <w:tr w:rsidR="00FE5D6D" w:rsidRPr="00CC3E86" w14:paraId="1A24DC4B" w14:textId="77777777" w:rsidTr="00A52C73">
        <w:trPr>
          <w:trHeight w:val="270"/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386F4" w14:textId="16FDB87F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CFF1E" w14:textId="1E9B9770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23F422" w14:textId="520D591C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59906C" w14:textId="65207491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06516F" w14:textId="2924C002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6ECCC4" w14:textId="01E6E4B2" w:rsidR="00ED25CA" w:rsidRPr="00CC3E86" w:rsidRDefault="00FE5D6D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6</w:t>
            </w:r>
          </w:p>
        </w:tc>
      </w:tr>
      <w:tr w:rsidR="00FE5D6D" w:rsidRPr="00CC3E86" w14:paraId="7A841F52" w14:textId="77777777" w:rsidTr="00A52C73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3DCBA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D776E1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F86F21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C1336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9F0BB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52846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</w:tr>
      <w:tr w:rsidR="00FE5D6D" w:rsidRPr="00CC3E86" w14:paraId="2B02BF2A" w14:textId="77777777" w:rsidTr="00A52C73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2808E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FA937E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F8FC54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F4D4CB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944504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28790D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E5D6D" w:rsidRPr="00CC3E86" w14:paraId="2C290719" w14:textId="77777777" w:rsidTr="00A52C73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6C6AA8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446296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86C6C6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8448D5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EB0857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ABE034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E5D6D" w:rsidRPr="00CC3E86" w14:paraId="7BBF8B0E" w14:textId="77777777" w:rsidTr="00A52C73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20CFE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B94DFC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16AA0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47129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C62774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48D32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E5D6D" w:rsidRPr="00CC3E86" w14:paraId="1492B75E" w14:textId="77777777" w:rsidTr="00A52C73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54D7A8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E23940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B1155" w14:textId="77777777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94D5D9" w14:textId="45297B96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DCDC38" w14:textId="791F275F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F929E1" w14:textId="1AE7AECC" w:rsidR="00ED25CA" w:rsidRPr="00CC3E86" w:rsidRDefault="00ED25CA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</w:tc>
      </w:tr>
    </w:tbl>
    <w:p w14:paraId="7CBE88D2" w14:textId="67E642F5" w:rsidR="005819ED" w:rsidRPr="00CC3E86" w:rsidRDefault="005819ED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0"/>
          <w:szCs w:val="20"/>
          <w:lang w:val="hy-AM" w:eastAsia="ru-RU"/>
        </w:rPr>
      </w:pPr>
    </w:p>
    <w:tbl>
      <w:tblPr>
        <w:tblW w:w="1029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6"/>
        <w:gridCol w:w="2551"/>
        <w:gridCol w:w="3495"/>
        <w:gridCol w:w="1250"/>
      </w:tblGrid>
      <w:tr w:rsidR="00CC3E86" w:rsidRPr="00CC3E86" w14:paraId="796F474A" w14:textId="77777777" w:rsidTr="00CC3E86">
        <w:trPr>
          <w:trHeight w:val="656"/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FD7F2" w14:textId="797AA33F" w:rsidR="00CC3E86" w:rsidRPr="00CC3E86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Ցույց տրված բժշկական օգնություն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702517" w14:textId="3123ECBF" w:rsidR="00CC3E86" w:rsidRPr="00CC3E86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Բժշկի անուն, ազգանուն 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4BBAE0" w14:textId="300A3724" w:rsidR="00CC3E86" w:rsidRPr="00CC3E86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>Անձի կողմից բժշկական միջամտությունից հրաժարվելու դեպքում` բժշկական միջամտությունից հրաժարվելու ձևաթղթի ստորագրման ամսաթիվ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C13085" w14:textId="5D4D4D4F" w:rsidR="00CC3E86" w:rsidRPr="00CC3E86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Նշումներ</w:t>
            </w:r>
          </w:p>
        </w:tc>
      </w:tr>
      <w:tr w:rsidR="00CC3E86" w:rsidRPr="00ED25CA" w14:paraId="48D5D77B" w14:textId="77777777" w:rsidTr="00CC3E86">
        <w:trPr>
          <w:trHeight w:val="270"/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0ECE14" w14:textId="11E03D95" w:rsidR="00CC3E86" w:rsidRPr="00FE5D6D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FE5D6D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A3300B" w14:textId="7B385C17" w:rsidR="00CC3E86" w:rsidRPr="00FE5D6D" w:rsidRDefault="00B041D3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76DCE0" w14:textId="1081A6B8" w:rsidR="00CC3E86" w:rsidRPr="00FE5D6D" w:rsidRDefault="00B041D3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B338F" w14:textId="7A38A24E" w:rsidR="00CC3E86" w:rsidRPr="00FE5D6D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FE5D6D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  <w:r w:rsidR="00B041D3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0</w:t>
            </w:r>
          </w:p>
        </w:tc>
      </w:tr>
      <w:tr w:rsidR="00CC3E86" w:rsidRPr="00ED25CA" w14:paraId="075141E3" w14:textId="77777777" w:rsidTr="00CC3E86">
        <w:trPr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85E0D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6FE6A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CB0F2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4D522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  <w:tr w:rsidR="00CC3E86" w:rsidRPr="00ED25CA" w14:paraId="73DD7CD5" w14:textId="77777777" w:rsidTr="00CC3E86">
        <w:trPr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594E59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F9A76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C595FC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A5F60F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228DA728" w14:textId="77777777" w:rsidTr="00CC3E86">
        <w:trPr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AD9FD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DFB96B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9139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72C8C9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37CDF5CD" w14:textId="77777777" w:rsidTr="00CC3E86">
        <w:trPr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525EBB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3D14E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B164D1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5700FF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4C2AC408" w14:textId="77777777" w:rsidTr="00CC3E86">
        <w:trPr>
          <w:tblCellSpacing w:w="0" w:type="dxa"/>
          <w:jc w:val="center"/>
        </w:trPr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5B980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C838CF" w14:textId="20FDE8F5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hy-AM" w:eastAsia="ru-RU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82D26" w14:textId="27F1AF43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hy-AM" w:eastAsia="ru-RU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C18C2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</w:tbl>
    <w:p w14:paraId="07A3AC90" w14:textId="77777777" w:rsidR="00ED25CA" w:rsidRPr="009D4C01" w:rsidRDefault="00ED25CA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sectPr w:rsidR="00ED25CA" w:rsidRPr="009D4C01" w:rsidSect="00D03E41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2554811">
    <w:abstractNumId w:val="8"/>
  </w:num>
  <w:num w:numId="2" w16cid:durableId="2059476755">
    <w:abstractNumId w:val="6"/>
  </w:num>
  <w:num w:numId="3" w16cid:durableId="1918318717">
    <w:abstractNumId w:val="5"/>
  </w:num>
  <w:num w:numId="4" w16cid:durableId="1034816229">
    <w:abstractNumId w:val="4"/>
  </w:num>
  <w:num w:numId="5" w16cid:durableId="1417635320">
    <w:abstractNumId w:val="7"/>
  </w:num>
  <w:num w:numId="6" w16cid:durableId="1022778405">
    <w:abstractNumId w:val="3"/>
  </w:num>
  <w:num w:numId="7" w16cid:durableId="1787432527">
    <w:abstractNumId w:val="2"/>
  </w:num>
  <w:num w:numId="8" w16cid:durableId="329064295">
    <w:abstractNumId w:val="1"/>
  </w:num>
  <w:num w:numId="9" w16cid:durableId="209114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23978"/>
    <w:rsid w:val="00025B01"/>
    <w:rsid w:val="00033BA7"/>
    <w:rsid w:val="000474E1"/>
    <w:rsid w:val="00047738"/>
    <w:rsid w:val="00056FC1"/>
    <w:rsid w:val="0006664C"/>
    <w:rsid w:val="00067478"/>
    <w:rsid w:val="00070A1D"/>
    <w:rsid w:val="00083C6D"/>
    <w:rsid w:val="00086D99"/>
    <w:rsid w:val="0009623A"/>
    <w:rsid w:val="000C0BD3"/>
    <w:rsid w:val="000E5C69"/>
    <w:rsid w:val="000F1033"/>
    <w:rsid w:val="000F78A4"/>
    <w:rsid w:val="00101343"/>
    <w:rsid w:val="0010149F"/>
    <w:rsid w:val="00113222"/>
    <w:rsid w:val="0012648F"/>
    <w:rsid w:val="00141F19"/>
    <w:rsid w:val="00153627"/>
    <w:rsid w:val="00156858"/>
    <w:rsid w:val="00164169"/>
    <w:rsid w:val="00171181"/>
    <w:rsid w:val="00174690"/>
    <w:rsid w:val="001B4937"/>
    <w:rsid w:val="001C561D"/>
    <w:rsid w:val="001D32CC"/>
    <w:rsid w:val="00200731"/>
    <w:rsid w:val="00217938"/>
    <w:rsid w:val="00227AFF"/>
    <w:rsid w:val="00230516"/>
    <w:rsid w:val="00230BA6"/>
    <w:rsid w:val="0023647A"/>
    <w:rsid w:val="002432F0"/>
    <w:rsid w:val="00253826"/>
    <w:rsid w:val="0027380A"/>
    <w:rsid w:val="002752C0"/>
    <w:rsid w:val="002756C9"/>
    <w:rsid w:val="002871E6"/>
    <w:rsid w:val="00295E18"/>
    <w:rsid w:val="002C7D55"/>
    <w:rsid w:val="002E47E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C0114"/>
    <w:rsid w:val="003C49D8"/>
    <w:rsid w:val="003E0AF6"/>
    <w:rsid w:val="003E65D5"/>
    <w:rsid w:val="00407F89"/>
    <w:rsid w:val="00415492"/>
    <w:rsid w:val="00421586"/>
    <w:rsid w:val="0042271E"/>
    <w:rsid w:val="004316DB"/>
    <w:rsid w:val="00451F9C"/>
    <w:rsid w:val="00467EBA"/>
    <w:rsid w:val="00477A5E"/>
    <w:rsid w:val="00481054"/>
    <w:rsid w:val="00491C1B"/>
    <w:rsid w:val="004A27F2"/>
    <w:rsid w:val="004B1472"/>
    <w:rsid w:val="004D0C0A"/>
    <w:rsid w:val="00511CB6"/>
    <w:rsid w:val="005325E3"/>
    <w:rsid w:val="005554AB"/>
    <w:rsid w:val="005561FC"/>
    <w:rsid w:val="0056422F"/>
    <w:rsid w:val="00566C80"/>
    <w:rsid w:val="005736FA"/>
    <w:rsid w:val="00581741"/>
    <w:rsid w:val="005819ED"/>
    <w:rsid w:val="00584EF8"/>
    <w:rsid w:val="00585129"/>
    <w:rsid w:val="0059012B"/>
    <w:rsid w:val="00592944"/>
    <w:rsid w:val="005B2A72"/>
    <w:rsid w:val="005D3AE9"/>
    <w:rsid w:val="005E3AA5"/>
    <w:rsid w:val="005E6329"/>
    <w:rsid w:val="0060098B"/>
    <w:rsid w:val="006227C4"/>
    <w:rsid w:val="00623F1B"/>
    <w:rsid w:val="00636765"/>
    <w:rsid w:val="00642078"/>
    <w:rsid w:val="0067146D"/>
    <w:rsid w:val="00682822"/>
    <w:rsid w:val="00687ED4"/>
    <w:rsid w:val="006B59B9"/>
    <w:rsid w:val="006B74F4"/>
    <w:rsid w:val="006E6724"/>
    <w:rsid w:val="006F7A5A"/>
    <w:rsid w:val="00710992"/>
    <w:rsid w:val="00711122"/>
    <w:rsid w:val="00743F8A"/>
    <w:rsid w:val="00747499"/>
    <w:rsid w:val="00773F7B"/>
    <w:rsid w:val="0078659D"/>
    <w:rsid w:val="00787088"/>
    <w:rsid w:val="00795DD6"/>
    <w:rsid w:val="007C438B"/>
    <w:rsid w:val="007C576C"/>
    <w:rsid w:val="007D404F"/>
    <w:rsid w:val="007F602B"/>
    <w:rsid w:val="008001C8"/>
    <w:rsid w:val="00816F0E"/>
    <w:rsid w:val="00820087"/>
    <w:rsid w:val="00820AD1"/>
    <w:rsid w:val="008304B3"/>
    <w:rsid w:val="00833FBA"/>
    <w:rsid w:val="008438EC"/>
    <w:rsid w:val="00856FDA"/>
    <w:rsid w:val="008A2778"/>
    <w:rsid w:val="008B0D6C"/>
    <w:rsid w:val="008C7323"/>
    <w:rsid w:val="008D237B"/>
    <w:rsid w:val="008E0332"/>
    <w:rsid w:val="008E50C0"/>
    <w:rsid w:val="008F4074"/>
    <w:rsid w:val="008F7C6A"/>
    <w:rsid w:val="00901CB4"/>
    <w:rsid w:val="009068D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B7297"/>
    <w:rsid w:val="009C0418"/>
    <w:rsid w:val="009C078B"/>
    <w:rsid w:val="009D1B6B"/>
    <w:rsid w:val="009D4C01"/>
    <w:rsid w:val="009F57BA"/>
    <w:rsid w:val="00A07596"/>
    <w:rsid w:val="00A14F45"/>
    <w:rsid w:val="00A16F66"/>
    <w:rsid w:val="00A24BAD"/>
    <w:rsid w:val="00A24D31"/>
    <w:rsid w:val="00A375B3"/>
    <w:rsid w:val="00A52C73"/>
    <w:rsid w:val="00A74BE2"/>
    <w:rsid w:val="00AC5874"/>
    <w:rsid w:val="00AC6EE9"/>
    <w:rsid w:val="00AD7842"/>
    <w:rsid w:val="00AE06C5"/>
    <w:rsid w:val="00AF492A"/>
    <w:rsid w:val="00AF5BDE"/>
    <w:rsid w:val="00B041D3"/>
    <w:rsid w:val="00B04B12"/>
    <w:rsid w:val="00B10B1E"/>
    <w:rsid w:val="00B12C72"/>
    <w:rsid w:val="00B26AA0"/>
    <w:rsid w:val="00B40E2F"/>
    <w:rsid w:val="00B4428D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51DAE"/>
    <w:rsid w:val="00C565B5"/>
    <w:rsid w:val="00C57F01"/>
    <w:rsid w:val="00C77919"/>
    <w:rsid w:val="00C834AD"/>
    <w:rsid w:val="00C86C11"/>
    <w:rsid w:val="00C94B6E"/>
    <w:rsid w:val="00CA65BC"/>
    <w:rsid w:val="00CC3E86"/>
    <w:rsid w:val="00CC500E"/>
    <w:rsid w:val="00CE318E"/>
    <w:rsid w:val="00CF3273"/>
    <w:rsid w:val="00D017E2"/>
    <w:rsid w:val="00D02BBA"/>
    <w:rsid w:val="00D03E41"/>
    <w:rsid w:val="00D1527D"/>
    <w:rsid w:val="00D23388"/>
    <w:rsid w:val="00D61F6F"/>
    <w:rsid w:val="00D630FD"/>
    <w:rsid w:val="00D71A5B"/>
    <w:rsid w:val="00D804E1"/>
    <w:rsid w:val="00D91855"/>
    <w:rsid w:val="00D931F6"/>
    <w:rsid w:val="00DA2C16"/>
    <w:rsid w:val="00DA3548"/>
    <w:rsid w:val="00DC1016"/>
    <w:rsid w:val="00DC436E"/>
    <w:rsid w:val="00DD6163"/>
    <w:rsid w:val="00DD7055"/>
    <w:rsid w:val="00DE136E"/>
    <w:rsid w:val="00DF3F5F"/>
    <w:rsid w:val="00DF7C56"/>
    <w:rsid w:val="00E207D0"/>
    <w:rsid w:val="00E43C4D"/>
    <w:rsid w:val="00E4663C"/>
    <w:rsid w:val="00E5159E"/>
    <w:rsid w:val="00E616FD"/>
    <w:rsid w:val="00E645B9"/>
    <w:rsid w:val="00E64C01"/>
    <w:rsid w:val="00E75B42"/>
    <w:rsid w:val="00E766DD"/>
    <w:rsid w:val="00E86332"/>
    <w:rsid w:val="00E910E8"/>
    <w:rsid w:val="00EB39A8"/>
    <w:rsid w:val="00EB5483"/>
    <w:rsid w:val="00EC3B53"/>
    <w:rsid w:val="00EC6A1E"/>
    <w:rsid w:val="00ED25CA"/>
    <w:rsid w:val="00ED3D89"/>
    <w:rsid w:val="00ED5A8A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768B2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E5D6D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211</cp:revision>
  <dcterms:created xsi:type="dcterms:W3CDTF">2024-01-04T12:57:00Z</dcterms:created>
  <dcterms:modified xsi:type="dcterms:W3CDTF">2026-08-03T13:11:00Z</dcterms:modified>
</cp:coreProperties>
</file>