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26CD" w14:textId="522F0786" w:rsidR="004A27F2" w:rsidRPr="004A27F2" w:rsidRDefault="004A27F2" w:rsidP="004A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14:paraId="1144A52E" w14:textId="106C326A" w:rsidR="004A27F2" w:rsidRPr="00B26AA0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Հավելված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en-US" w:eastAsia="ru-RU"/>
        </w:rPr>
        <w:t xml:space="preserve">N </w:t>
      </w:r>
      <w:r w:rsidR="00195DE1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7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</w:p>
    <w:p w14:paraId="11819CAC" w14:textId="77777777" w:rsidR="004A27F2" w:rsidRPr="00B26AA0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ՀՀ առողջապահության նախարարի</w:t>
      </w:r>
    </w:p>
    <w:p w14:paraId="2DCEA683" w14:textId="67647504" w:rsidR="00B26AA0" w:rsidRPr="00B26AA0" w:rsidRDefault="00B26AA0" w:rsidP="00B26A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2026</w:t>
      </w:r>
      <w:r w:rsidR="00295E6C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թվականի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="00E15394" w:rsidRPr="00E15394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հուլիս «23»-ի N 55-Ն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հրամանի</w:t>
      </w:r>
    </w:p>
    <w:p w14:paraId="6588DC63" w14:textId="730AFEF0" w:rsidR="00917655" w:rsidRDefault="00917655" w:rsidP="004A27F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6DB9CAFB" w14:textId="73F6B48F" w:rsidR="00917655" w:rsidRDefault="004A27F2" w:rsidP="004B1472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Ձև</w:t>
      </w:r>
    </w:p>
    <w:p w14:paraId="7F8B9457" w14:textId="77777777" w:rsidR="00295E6C" w:rsidRPr="00001736" w:rsidRDefault="00295E6C" w:rsidP="00295E6C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</w:pPr>
      <w:r w:rsidRPr="0000173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>Մ Ա Տ Յ Ա Ն</w:t>
      </w:r>
      <w:r w:rsidRPr="00001736">
        <w:rPr>
          <w:rFonts w:ascii="Arial Unicode" w:eastAsia="Times New Roman" w:hAnsi="Arial Unicode" w:cs="Times New Roman"/>
          <w:b/>
          <w:color w:val="000000"/>
          <w:sz w:val="24"/>
          <w:szCs w:val="24"/>
          <w:lang w:val="hy-AM" w:eastAsia="ru-RU"/>
        </w:rPr>
        <w:t> </w:t>
      </w:r>
    </w:p>
    <w:p w14:paraId="28C6BAA1" w14:textId="02180CCA" w:rsidR="00295E6C" w:rsidRPr="00001736" w:rsidRDefault="00E70873" w:rsidP="00295E6C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ԿԱԼԱՆԱՎՈՐՎԱԾ </w:t>
      </w:r>
      <w:r w:rsidR="00756B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 ԱՆՁԱՆՑ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 ԵՎ ԴԱՏԱՊԱՐՏՅԱԼՆԵՐԻ</w:t>
      </w:r>
      <w:r w:rsidR="00756B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="00295E6C" w:rsidRPr="0000173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ՀԻՎԱՆԴԱՆՈՑԱՅԻՆ </w:t>
      </w:r>
      <w:r w:rsidR="00756B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ru-RU"/>
        </w:rPr>
        <w:t>ՊԱՅՄԱՆՆԵՐՈՒՄ ԲԺՇԿԱԿԱՆ ՕԳՆՈՒԹՅԱՆ ԵՎ ՍՊԱՍԱՐԿՄԱՆ ՏՐԱՄԱԴՐՄԱՆ</w:t>
      </w:r>
    </w:p>
    <w:p w14:paraId="6AF2710D" w14:textId="77777777" w:rsidR="00295E6C" w:rsidRPr="00D63613" w:rsidRDefault="00295E6C" w:rsidP="00295E6C">
      <w:pPr>
        <w:shd w:val="clear" w:color="auto" w:fill="FFFFFF"/>
        <w:spacing w:after="0" w:line="240" w:lineRule="auto"/>
        <w:jc w:val="center"/>
        <w:rPr>
          <w:rFonts w:ascii="Arial Unicode" w:eastAsia="Times New Roman" w:hAnsi="Arial Unicode" w:cs="Times New Roman"/>
          <w:color w:val="000000"/>
          <w:sz w:val="21"/>
          <w:szCs w:val="21"/>
          <w:lang w:val="hy-AM" w:eastAsia="ru-RU"/>
        </w:rPr>
      </w:pPr>
      <w:r w:rsidRPr="00D63613">
        <w:rPr>
          <w:rFonts w:ascii="Arial Unicode" w:eastAsia="Times New Roman" w:hAnsi="Arial Unicode" w:cs="Times New Roman"/>
          <w:color w:val="000000"/>
          <w:sz w:val="21"/>
          <w:szCs w:val="21"/>
          <w:lang w:val="hy-AM" w:eastAsia="ru-RU"/>
        </w:rPr>
        <w:t> </w:t>
      </w:r>
    </w:p>
    <w:tbl>
      <w:tblPr>
        <w:tblW w:w="1058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1843"/>
        <w:gridCol w:w="1559"/>
        <w:gridCol w:w="1559"/>
        <w:gridCol w:w="1701"/>
        <w:gridCol w:w="1701"/>
        <w:gridCol w:w="1631"/>
      </w:tblGrid>
      <w:tr w:rsidR="00295E6C" w:rsidRPr="00605998" w14:paraId="2A68028E" w14:textId="77777777" w:rsidTr="004C5017">
        <w:trPr>
          <w:trHeight w:val="1266"/>
          <w:tblCellSpacing w:w="0" w:type="dxa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E7F342" w14:textId="77777777" w:rsidR="00295E6C" w:rsidRPr="00001736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</w:p>
          <w:p w14:paraId="6A6C2EC6" w14:textId="77777777" w:rsidR="00295E6C" w:rsidRPr="00001736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00173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Հ/Հ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00DE1F" w14:textId="77777777" w:rsidR="00001736" w:rsidRDefault="00001736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FF0000"/>
                <w:sz w:val="20"/>
                <w:szCs w:val="20"/>
                <w:lang w:val="hy-AM" w:eastAsia="ru-RU"/>
              </w:rPr>
            </w:pPr>
          </w:p>
          <w:p w14:paraId="0B2C249E" w14:textId="5FEF4C22" w:rsidR="00295E6C" w:rsidRPr="00001736" w:rsidRDefault="00D71E39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Ընդունման</w:t>
            </w:r>
            <w:r w:rsidR="00295E6C" w:rsidRPr="0000173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 </w:t>
            </w:r>
            <w:r w:rsidR="008B6B28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ամսաթիվ,</w:t>
            </w:r>
            <w:r w:rsidR="00295E6C" w:rsidRPr="0000173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 ժամ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94205D" w14:textId="77777777" w:rsidR="00001736" w:rsidRDefault="00001736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</w:p>
          <w:p w14:paraId="1637C32C" w14:textId="0E5748B4" w:rsidR="00295E6C" w:rsidRPr="00001736" w:rsidRDefault="00295E6C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ru-RU"/>
              </w:rPr>
            </w:pPr>
            <w:r w:rsidRPr="0000173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Անուն,</w:t>
            </w:r>
            <w:r w:rsidRPr="0000173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ru-RU"/>
              </w:rPr>
              <w:t xml:space="preserve"> ազգանուն, հայրանուն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5E766E" w14:textId="77777777" w:rsidR="00001736" w:rsidRDefault="00001736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</w:p>
          <w:p w14:paraId="66A8EA0E" w14:textId="356D50AD" w:rsidR="00295E6C" w:rsidRPr="00001736" w:rsidRDefault="00295E6C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00173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Ծննդյան</w:t>
            </w:r>
            <w:r w:rsidRPr="0000173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ru-RU"/>
              </w:rPr>
              <w:t xml:space="preserve"> օր, ամիս, տար</w:t>
            </w:r>
            <w:r w:rsidRPr="0000173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ի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2720B9" w14:textId="77777777" w:rsidR="00001736" w:rsidRDefault="00001736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</w:p>
          <w:p w14:paraId="11FF3F51" w14:textId="05837798" w:rsidR="00295E6C" w:rsidRPr="00001736" w:rsidRDefault="00295E6C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524A6A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Կալանքի </w:t>
            </w:r>
            <w:r w:rsidR="00C944B6" w:rsidRPr="00524A6A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կամ պատժի </w:t>
            </w:r>
            <w:r w:rsidRPr="00524A6A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կրման հիմնական վայ</w:t>
            </w:r>
            <w:r w:rsidR="00171B49" w:rsidRPr="00524A6A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ր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33305C" w14:textId="77777777" w:rsidR="00001736" w:rsidRDefault="00001736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</w:p>
          <w:p w14:paraId="3968879F" w14:textId="681F19F1" w:rsidR="00295E6C" w:rsidRPr="00001736" w:rsidRDefault="00295E6C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00173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Ամբուլատոր քարտի համար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B1A6E9" w14:textId="77777777" w:rsidR="00001736" w:rsidRDefault="00001736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</w:p>
          <w:p w14:paraId="60748288" w14:textId="22D2EBED" w:rsidR="00295E6C" w:rsidRPr="00001736" w:rsidRDefault="00295E6C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00173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Տեղափոխման կարգ`</w:t>
            </w:r>
          </w:p>
          <w:p w14:paraId="70C077F1" w14:textId="77777777" w:rsidR="00295E6C" w:rsidRPr="00001736" w:rsidRDefault="00295E6C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00173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(շտապ</w:t>
            </w:r>
            <w:r w:rsidRPr="0000173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</w:p>
          <w:p w14:paraId="2C117975" w14:textId="77777777" w:rsidR="00295E6C" w:rsidRDefault="00295E6C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00173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պլանային)</w:t>
            </w:r>
          </w:p>
          <w:p w14:paraId="22C63EE8" w14:textId="0A5CFAE2" w:rsidR="00001736" w:rsidRPr="00001736" w:rsidRDefault="00001736" w:rsidP="0000173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</w:p>
        </w:tc>
      </w:tr>
      <w:tr w:rsidR="00295E6C" w:rsidRPr="00605998" w14:paraId="6D9EC166" w14:textId="77777777" w:rsidTr="004C5017">
        <w:trPr>
          <w:trHeight w:val="254"/>
          <w:tblCellSpacing w:w="0" w:type="dxa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36C4DE" w14:textId="77777777" w:rsidR="00295E6C" w:rsidRPr="00605998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</w:pPr>
            <w:r w:rsidRPr="0060599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2B7D33" w14:textId="77777777" w:rsidR="00295E6C" w:rsidRPr="00605998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</w:pPr>
            <w:r w:rsidRPr="0060599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6ECD70" w14:textId="77777777" w:rsidR="00295E6C" w:rsidRPr="00605998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</w:pPr>
            <w:r w:rsidRPr="0060599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CC3F92" w14:textId="77777777" w:rsidR="00295E6C" w:rsidRPr="00605998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</w:pPr>
            <w:r w:rsidRPr="0060599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AF7D82" w14:textId="77777777" w:rsidR="00295E6C" w:rsidRPr="00605998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</w:pPr>
            <w:r w:rsidRPr="0060599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6ECA48" w14:textId="77777777" w:rsidR="00295E6C" w:rsidRPr="00605998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</w:pPr>
            <w:r w:rsidRPr="0060599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52EEC5" w14:textId="77777777" w:rsidR="00295E6C" w:rsidRPr="00605998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</w:pPr>
            <w:r w:rsidRPr="0060599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295E6C" w:rsidRPr="00605998" w14:paraId="06BE11E0" w14:textId="77777777" w:rsidTr="004C5017">
        <w:trPr>
          <w:trHeight w:val="243"/>
          <w:tblCellSpacing w:w="0" w:type="dxa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6E4AFB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3F72CC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23E070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660AD8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BAD85C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0B1DBB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8086BF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</w:tr>
      <w:tr w:rsidR="00295E6C" w:rsidRPr="00605998" w14:paraId="26788B86" w14:textId="77777777" w:rsidTr="004C5017">
        <w:trPr>
          <w:trHeight w:val="254"/>
          <w:tblCellSpacing w:w="0" w:type="dxa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C0729A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F94893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6205F1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8AE6E3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C8615E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4C10E3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30C814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</w:tr>
      <w:tr w:rsidR="00295E6C" w:rsidRPr="00605998" w14:paraId="558263F6" w14:textId="77777777" w:rsidTr="004C5017">
        <w:trPr>
          <w:trHeight w:val="243"/>
          <w:tblCellSpacing w:w="0" w:type="dxa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8D48A7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29189E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A2393F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7AE32D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6A2584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2E0F92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182CFA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</w:tr>
      <w:tr w:rsidR="00295E6C" w:rsidRPr="00605998" w14:paraId="5C47BDD5" w14:textId="77777777" w:rsidTr="004C5017">
        <w:trPr>
          <w:trHeight w:val="254"/>
          <w:tblCellSpacing w:w="0" w:type="dxa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41B8DA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5D2690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9D31F6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92876E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62515E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D844C9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D3B15B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</w:tr>
      <w:tr w:rsidR="00295E6C" w:rsidRPr="00605998" w14:paraId="305AB284" w14:textId="77777777" w:rsidTr="004C5017">
        <w:trPr>
          <w:trHeight w:val="243"/>
          <w:tblCellSpacing w:w="0" w:type="dxa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4A830C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924811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E36C72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C43B0F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1AB300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51C6EA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48D687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</w:tr>
      <w:tr w:rsidR="00295E6C" w:rsidRPr="00605998" w14:paraId="67731FAD" w14:textId="77777777" w:rsidTr="004C5017">
        <w:trPr>
          <w:trHeight w:val="243"/>
          <w:tblCellSpacing w:w="0" w:type="dxa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7F31A5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A0498E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32926C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27F7CC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5A40A6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6EFDBE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0928E8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  <w:t> </w:t>
            </w:r>
          </w:p>
        </w:tc>
      </w:tr>
      <w:tr w:rsidR="00295E6C" w:rsidRPr="00605998" w14:paraId="7831B374" w14:textId="77777777" w:rsidTr="004C5017">
        <w:trPr>
          <w:trHeight w:val="243"/>
          <w:tblCellSpacing w:w="0" w:type="dxa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93100E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DBCB9F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1F40C5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048D45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AC89C0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2D63FC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61C790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295E6C" w:rsidRPr="00605998" w14:paraId="4EF9B5D4" w14:textId="77777777" w:rsidTr="004C5017">
        <w:trPr>
          <w:trHeight w:val="243"/>
          <w:tblCellSpacing w:w="0" w:type="dxa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BE68AC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C247F5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4F41B1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980C47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1BC5B3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7C4FED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130028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295E6C" w:rsidRPr="00605998" w14:paraId="3A49ADD3" w14:textId="77777777" w:rsidTr="004C5017">
        <w:trPr>
          <w:trHeight w:val="243"/>
          <w:tblCellSpacing w:w="0" w:type="dxa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C161CD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D1E2DF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F93FFA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185827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FAA42A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78AA7C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313EF9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295E6C" w:rsidRPr="00605998" w14:paraId="242DC54D" w14:textId="77777777" w:rsidTr="004C5017">
        <w:trPr>
          <w:trHeight w:val="243"/>
          <w:tblCellSpacing w:w="0" w:type="dxa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9E498D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786E27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26B664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300D91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855B9A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17FA51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EAA0F5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</w:tbl>
    <w:p w14:paraId="0AF6DCD7" w14:textId="77777777" w:rsidR="00295E6C" w:rsidRDefault="00295E6C" w:rsidP="00295E6C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val="en-US" w:eastAsia="ru-RU"/>
        </w:rPr>
      </w:pPr>
    </w:p>
    <w:p w14:paraId="3B82CA9F" w14:textId="77777777" w:rsidR="00295E6C" w:rsidRDefault="00295E6C" w:rsidP="00295E6C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val="en-US" w:eastAsia="ru-RU"/>
        </w:rPr>
      </w:pPr>
    </w:p>
    <w:p w14:paraId="23A3F72D" w14:textId="77777777" w:rsidR="00295E6C" w:rsidRPr="00605998" w:rsidRDefault="00295E6C" w:rsidP="00295E6C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val="en-US" w:eastAsia="ru-RU"/>
        </w:rPr>
      </w:pPr>
    </w:p>
    <w:tbl>
      <w:tblPr>
        <w:tblW w:w="1073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5"/>
        <w:gridCol w:w="2031"/>
        <w:gridCol w:w="2080"/>
        <w:gridCol w:w="1701"/>
        <w:gridCol w:w="1619"/>
        <w:gridCol w:w="1080"/>
      </w:tblGrid>
      <w:tr w:rsidR="00295E6C" w:rsidRPr="008A7894" w14:paraId="483FC61B" w14:textId="77777777" w:rsidTr="00D71E39">
        <w:trPr>
          <w:tblCellSpacing w:w="0" w:type="dxa"/>
          <w:jc w:val="center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4E42C7" w14:textId="0D6639CB" w:rsidR="00295E6C" w:rsidRPr="00A57099" w:rsidRDefault="004C5017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Ուղեգրող ք</w:t>
            </w:r>
            <w:r w:rsidR="00A57099" w:rsidRPr="00A5709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րեակատարողական</w:t>
            </w:r>
            <w:r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 հիմնարկի</w:t>
            </w:r>
            <w:r w:rsidR="00A57099" w:rsidRPr="00A5709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 բժշկական </w:t>
            </w:r>
            <w:r w:rsidR="00295E6C" w:rsidRPr="00A5709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 ստորաբաժան</w:t>
            </w:r>
            <w:r w:rsidR="000A4EF8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ման</w:t>
            </w:r>
            <w:r w:rsidR="00295E6C" w:rsidRPr="00A5709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 կամ բժշկական կազմակ</w:t>
            </w:r>
            <w:r w:rsidR="00A57099" w:rsidRPr="00A5709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ե</w:t>
            </w:r>
            <w:r w:rsidR="00295E6C" w:rsidRPr="00A5709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րպությ</w:t>
            </w:r>
            <w:r w:rsidR="000A4EF8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ան անվանում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64A66F" w14:textId="77777777" w:rsidR="00295E6C" w:rsidRPr="00A57099" w:rsidRDefault="00295E6C" w:rsidP="008F0C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ru-RU"/>
              </w:rPr>
            </w:pPr>
            <w:r w:rsidRPr="00A5709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ru-RU"/>
              </w:rPr>
              <w:t>Նախնական ախտորոշում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51B782" w14:textId="39CDAFCC" w:rsidR="00295E6C" w:rsidRPr="00D71E39" w:rsidRDefault="00D71E39" w:rsidP="008F0C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Վերջնական ախտորոշում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F9BF21" w14:textId="64AA8021" w:rsidR="00295E6C" w:rsidRPr="00D71E39" w:rsidRDefault="00D71E39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Մահճակալ օրերի թիվ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264B13" w14:textId="65ECDC15" w:rsidR="00295E6C" w:rsidRPr="00A57099" w:rsidRDefault="00295E6C" w:rsidP="008F0C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</w:pPr>
            <w:r w:rsidRPr="00D71E3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>Դուրս գրման</w:t>
            </w:r>
            <w:r w:rsidRPr="00A5709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 օր, ամիս, տարի</w:t>
            </w:r>
            <w:r w:rsidRPr="00D71E3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 </w:t>
            </w:r>
            <w:r w:rsidRPr="00A5709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 w:eastAsia="ru-RU"/>
              </w:rPr>
              <w:t xml:space="preserve">              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1AFBEF" w14:textId="77777777" w:rsidR="00295E6C" w:rsidRPr="00A57099" w:rsidRDefault="00295E6C" w:rsidP="008F0C2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ru-RU"/>
              </w:rPr>
            </w:pPr>
            <w:r w:rsidRPr="00A5709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eastAsia="ru-RU"/>
              </w:rPr>
              <w:t>Այլ նշումներ</w:t>
            </w:r>
          </w:p>
        </w:tc>
      </w:tr>
      <w:tr w:rsidR="00295E6C" w:rsidRPr="008A7894" w14:paraId="06A981B4" w14:textId="77777777" w:rsidTr="00D71E39">
        <w:trPr>
          <w:tblCellSpacing w:w="0" w:type="dxa"/>
          <w:jc w:val="center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9FE22F" w14:textId="77777777" w:rsidR="00295E6C" w:rsidRPr="00605998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</w:pPr>
            <w:r w:rsidRPr="0060599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B4FFE2" w14:textId="77777777" w:rsidR="00295E6C" w:rsidRPr="00605998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</w:pPr>
            <w:r w:rsidRPr="0060599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C98700" w14:textId="77777777" w:rsidR="00295E6C" w:rsidRPr="00605998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</w:pPr>
            <w:r w:rsidRPr="0060599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4CD542" w14:textId="77777777" w:rsidR="00295E6C" w:rsidRPr="00605998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</w:pPr>
            <w:r w:rsidRPr="0060599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9DF8AD" w14:textId="77777777" w:rsidR="00295E6C" w:rsidRPr="00605998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</w:pPr>
            <w:r w:rsidRPr="0060599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59EB6D" w14:textId="77777777" w:rsidR="00295E6C" w:rsidRPr="00605998" w:rsidRDefault="00295E6C" w:rsidP="008F0C2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</w:pPr>
            <w:r w:rsidRPr="0060599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 w:eastAsia="ru-RU"/>
              </w:rPr>
              <w:t>13</w:t>
            </w:r>
          </w:p>
        </w:tc>
      </w:tr>
      <w:tr w:rsidR="00295E6C" w:rsidRPr="008A7894" w14:paraId="0EFD3813" w14:textId="77777777" w:rsidTr="00D71E39">
        <w:trPr>
          <w:tblCellSpacing w:w="0" w:type="dxa"/>
          <w:jc w:val="center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E18659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EBC165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674151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41A38E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2C6457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122AB4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295E6C" w:rsidRPr="008A7894" w14:paraId="1639397E" w14:textId="77777777" w:rsidTr="00D71E39">
        <w:trPr>
          <w:tblCellSpacing w:w="0" w:type="dxa"/>
          <w:jc w:val="center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5CEDF9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221E5B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F36C0B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849374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197820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2212D4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295E6C" w:rsidRPr="008A7894" w14:paraId="6854114C" w14:textId="77777777" w:rsidTr="00D71E39">
        <w:trPr>
          <w:tblCellSpacing w:w="0" w:type="dxa"/>
          <w:jc w:val="center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5F4E86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54238C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E4ACE4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C98A69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CFA0FC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5F97EC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295E6C" w:rsidRPr="008A7894" w14:paraId="330694C6" w14:textId="77777777" w:rsidTr="00D71E39">
        <w:trPr>
          <w:tblCellSpacing w:w="0" w:type="dxa"/>
          <w:jc w:val="center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288545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DA127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6C1D07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A25071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F4A9AF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1E85FA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295E6C" w:rsidRPr="008A7894" w14:paraId="7A9CD262" w14:textId="77777777" w:rsidTr="00D71E39">
        <w:trPr>
          <w:tblCellSpacing w:w="0" w:type="dxa"/>
          <w:jc w:val="center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863850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2B1A60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9F8906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589534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60C6A2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B0E70F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295E6C" w:rsidRPr="008A7894" w14:paraId="3708B530" w14:textId="77777777" w:rsidTr="00D71E39">
        <w:trPr>
          <w:tblCellSpacing w:w="0" w:type="dxa"/>
          <w:jc w:val="center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FF2B0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4E28DF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82D23F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C88F8E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381E2A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EA1A88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295E6C" w:rsidRPr="008A7894" w14:paraId="561A6E6C" w14:textId="77777777" w:rsidTr="00D71E39">
        <w:trPr>
          <w:tblCellSpacing w:w="0" w:type="dxa"/>
          <w:jc w:val="center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1BCDD9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B4EEC0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380B53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17453E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C85069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C1B3C5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295E6C" w:rsidRPr="008A7894" w14:paraId="4E8E42E9" w14:textId="77777777" w:rsidTr="00D71E39">
        <w:trPr>
          <w:tblCellSpacing w:w="0" w:type="dxa"/>
          <w:jc w:val="center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0B079D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2FFED4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500154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4FC62A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71FA25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9642D1" w14:textId="77777777" w:rsidR="00295E6C" w:rsidRPr="008A7894" w:rsidRDefault="00295E6C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  <w:r w:rsidRPr="008A7894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8E7A07" w:rsidRPr="008A7894" w14:paraId="10931899" w14:textId="77777777" w:rsidTr="00D71E39">
        <w:trPr>
          <w:tblCellSpacing w:w="0" w:type="dxa"/>
          <w:jc w:val="center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8B0DB7" w14:textId="77777777" w:rsidR="008E7A07" w:rsidRPr="008A7894" w:rsidRDefault="008E7A07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99E1F4" w14:textId="77777777" w:rsidR="008E7A07" w:rsidRPr="008A7894" w:rsidRDefault="008E7A07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7DF128" w14:textId="77777777" w:rsidR="008E7A07" w:rsidRPr="008A7894" w:rsidRDefault="008E7A07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99691D" w14:textId="77777777" w:rsidR="008E7A07" w:rsidRPr="008A7894" w:rsidRDefault="008E7A07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6278B9" w14:textId="77777777" w:rsidR="008E7A07" w:rsidRPr="008A7894" w:rsidRDefault="008E7A07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BDF600" w14:textId="77777777" w:rsidR="008E7A07" w:rsidRPr="008A7894" w:rsidRDefault="008E7A07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E7A07" w:rsidRPr="008A7894" w14:paraId="4E8FD94F" w14:textId="77777777" w:rsidTr="00D71E39">
        <w:trPr>
          <w:tblCellSpacing w:w="0" w:type="dxa"/>
          <w:jc w:val="center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B9B4E5" w14:textId="77777777" w:rsidR="008E7A07" w:rsidRPr="008A7894" w:rsidRDefault="008E7A07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5D9B3F" w14:textId="77777777" w:rsidR="008E7A07" w:rsidRPr="008A7894" w:rsidRDefault="008E7A07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198280" w14:textId="77777777" w:rsidR="008E7A07" w:rsidRPr="008A7894" w:rsidRDefault="008E7A07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B02E56" w14:textId="77777777" w:rsidR="008E7A07" w:rsidRPr="008A7894" w:rsidRDefault="008E7A07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EE57CE" w14:textId="77777777" w:rsidR="008E7A07" w:rsidRPr="008A7894" w:rsidRDefault="008E7A07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AB6D60" w14:textId="77777777" w:rsidR="008E7A07" w:rsidRPr="008A7894" w:rsidRDefault="008E7A07" w:rsidP="008F0C20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5A79C0EB" w14:textId="77777777" w:rsidR="004B1472" w:rsidRPr="009D4C01" w:rsidRDefault="004B1472" w:rsidP="004B1472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sectPr w:rsidR="004B1472" w:rsidRPr="009D4C01" w:rsidSect="00D03E41">
      <w:pgSz w:w="12240" w:h="15840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5791868">
    <w:abstractNumId w:val="8"/>
  </w:num>
  <w:num w:numId="2" w16cid:durableId="936062822">
    <w:abstractNumId w:val="6"/>
  </w:num>
  <w:num w:numId="3" w16cid:durableId="291601254">
    <w:abstractNumId w:val="5"/>
  </w:num>
  <w:num w:numId="4" w16cid:durableId="827937152">
    <w:abstractNumId w:val="4"/>
  </w:num>
  <w:num w:numId="5" w16cid:durableId="1245917156">
    <w:abstractNumId w:val="7"/>
  </w:num>
  <w:num w:numId="6" w16cid:durableId="2135908587">
    <w:abstractNumId w:val="3"/>
  </w:num>
  <w:num w:numId="7" w16cid:durableId="615985338">
    <w:abstractNumId w:val="2"/>
  </w:num>
  <w:num w:numId="8" w16cid:durableId="981737655">
    <w:abstractNumId w:val="1"/>
  </w:num>
  <w:num w:numId="9" w16cid:durableId="73165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8EC"/>
    <w:rsid w:val="00000785"/>
    <w:rsid w:val="0000102A"/>
    <w:rsid w:val="00001736"/>
    <w:rsid w:val="00005FA8"/>
    <w:rsid w:val="00023978"/>
    <w:rsid w:val="00033BA7"/>
    <w:rsid w:val="000474E1"/>
    <w:rsid w:val="00047738"/>
    <w:rsid w:val="00056FC1"/>
    <w:rsid w:val="0006664C"/>
    <w:rsid w:val="00067478"/>
    <w:rsid w:val="00070A1D"/>
    <w:rsid w:val="00077039"/>
    <w:rsid w:val="00083C6D"/>
    <w:rsid w:val="00086D99"/>
    <w:rsid w:val="000872B2"/>
    <w:rsid w:val="0009623A"/>
    <w:rsid w:val="000A4EF8"/>
    <w:rsid w:val="000A6567"/>
    <w:rsid w:val="000C0BD3"/>
    <w:rsid w:val="000F1033"/>
    <w:rsid w:val="000F78A4"/>
    <w:rsid w:val="00101343"/>
    <w:rsid w:val="0010149F"/>
    <w:rsid w:val="00113222"/>
    <w:rsid w:val="0012648F"/>
    <w:rsid w:val="00141F19"/>
    <w:rsid w:val="00153627"/>
    <w:rsid w:val="00156858"/>
    <w:rsid w:val="00164169"/>
    <w:rsid w:val="00171181"/>
    <w:rsid w:val="00171B49"/>
    <w:rsid w:val="00174690"/>
    <w:rsid w:val="00195DE1"/>
    <w:rsid w:val="001B4937"/>
    <w:rsid w:val="001C561D"/>
    <w:rsid w:val="001D32CC"/>
    <w:rsid w:val="00200731"/>
    <w:rsid w:val="00217938"/>
    <w:rsid w:val="00227AFF"/>
    <w:rsid w:val="00230516"/>
    <w:rsid w:val="00230BA6"/>
    <w:rsid w:val="0023647A"/>
    <w:rsid w:val="002432F0"/>
    <w:rsid w:val="0027380A"/>
    <w:rsid w:val="002752C0"/>
    <w:rsid w:val="002756C9"/>
    <w:rsid w:val="002871E6"/>
    <w:rsid w:val="00295E18"/>
    <w:rsid w:val="00295E6C"/>
    <w:rsid w:val="002C7D55"/>
    <w:rsid w:val="002E47EF"/>
    <w:rsid w:val="0030465C"/>
    <w:rsid w:val="00326E62"/>
    <w:rsid w:val="00332585"/>
    <w:rsid w:val="00345DB4"/>
    <w:rsid w:val="003544AF"/>
    <w:rsid w:val="00355E8A"/>
    <w:rsid w:val="003560E5"/>
    <w:rsid w:val="00357309"/>
    <w:rsid w:val="0037302F"/>
    <w:rsid w:val="003748A3"/>
    <w:rsid w:val="00376F3D"/>
    <w:rsid w:val="003C0114"/>
    <w:rsid w:val="003C49D8"/>
    <w:rsid w:val="003E0AF6"/>
    <w:rsid w:val="003E65D5"/>
    <w:rsid w:val="00407F89"/>
    <w:rsid w:val="00415492"/>
    <w:rsid w:val="00421586"/>
    <w:rsid w:val="0042271E"/>
    <w:rsid w:val="004316DB"/>
    <w:rsid w:val="00451F9C"/>
    <w:rsid w:val="00467EBA"/>
    <w:rsid w:val="00477A5E"/>
    <w:rsid w:val="00481054"/>
    <w:rsid w:val="00491C1B"/>
    <w:rsid w:val="004A27F2"/>
    <w:rsid w:val="004B1472"/>
    <w:rsid w:val="004C5017"/>
    <w:rsid w:val="004D0C0A"/>
    <w:rsid w:val="00511CB6"/>
    <w:rsid w:val="00524A6A"/>
    <w:rsid w:val="005325E3"/>
    <w:rsid w:val="005554AB"/>
    <w:rsid w:val="005561FC"/>
    <w:rsid w:val="0056422F"/>
    <w:rsid w:val="00566C80"/>
    <w:rsid w:val="005736FA"/>
    <w:rsid w:val="00581741"/>
    <w:rsid w:val="00584EF8"/>
    <w:rsid w:val="00585129"/>
    <w:rsid w:val="0059012B"/>
    <w:rsid w:val="00592944"/>
    <w:rsid w:val="005B2A72"/>
    <w:rsid w:val="005D3AE9"/>
    <w:rsid w:val="005E3AA5"/>
    <w:rsid w:val="005E6329"/>
    <w:rsid w:val="0060098B"/>
    <w:rsid w:val="006227C4"/>
    <w:rsid w:val="00623F1B"/>
    <w:rsid w:val="00636765"/>
    <w:rsid w:val="00642078"/>
    <w:rsid w:val="0067146D"/>
    <w:rsid w:val="00682822"/>
    <w:rsid w:val="00687ED4"/>
    <w:rsid w:val="006B59B9"/>
    <w:rsid w:val="006B74F4"/>
    <w:rsid w:val="006E6724"/>
    <w:rsid w:val="006F7A5A"/>
    <w:rsid w:val="00710992"/>
    <w:rsid w:val="00711122"/>
    <w:rsid w:val="00743F8A"/>
    <w:rsid w:val="00744F05"/>
    <w:rsid w:val="00747499"/>
    <w:rsid w:val="00756B3A"/>
    <w:rsid w:val="00773F7B"/>
    <w:rsid w:val="0078659D"/>
    <w:rsid w:val="00787088"/>
    <w:rsid w:val="00795DD6"/>
    <w:rsid w:val="007C438B"/>
    <w:rsid w:val="007C576C"/>
    <w:rsid w:val="007D404F"/>
    <w:rsid w:val="007F602B"/>
    <w:rsid w:val="008001C8"/>
    <w:rsid w:val="00820087"/>
    <w:rsid w:val="00820AD1"/>
    <w:rsid w:val="008304B3"/>
    <w:rsid w:val="00833FBA"/>
    <w:rsid w:val="008438EC"/>
    <w:rsid w:val="00856FDA"/>
    <w:rsid w:val="008A2778"/>
    <w:rsid w:val="008B0D6C"/>
    <w:rsid w:val="008B6B28"/>
    <w:rsid w:val="008C7323"/>
    <w:rsid w:val="008D237B"/>
    <w:rsid w:val="008E0332"/>
    <w:rsid w:val="008E50C0"/>
    <w:rsid w:val="008E7A07"/>
    <w:rsid w:val="008F4074"/>
    <w:rsid w:val="008F7C6A"/>
    <w:rsid w:val="00901CB4"/>
    <w:rsid w:val="009068D2"/>
    <w:rsid w:val="00917655"/>
    <w:rsid w:val="009259C4"/>
    <w:rsid w:val="00936554"/>
    <w:rsid w:val="00941100"/>
    <w:rsid w:val="0094735B"/>
    <w:rsid w:val="0096112D"/>
    <w:rsid w:val="0096534A"/>
    <w:rsid w:val="00982E7C"/>
    <w:rsid w:val="00987237"/>
    <w:rsid w:val="00990EAB"/>
    <w:rsid w:val="00992CF5"/>
    <w:rsid w:val="0099303E"/>
    <w:rsid w:val="009A10A7"/>
    <w:rsid w:val="009B7297"/>
    <w:rsid w:val="009C0418"/>
    <w:rsid w:val="009C078B"/>
    <w:rsid w:val="009D1B6B"/>
    <w:rsid w:val="009D4C01"/>
    <w:rsid w:val="009F57BA"/>
    <w:rsid w:val="00A07596"/>
    <w:rsid w:val="00A14F45"/>
    <w:rsid w:val="00A16F66"/>
    <w:rsid w:val="00A24BAD"/>
    <w:rsid w:val="00A24D31"/>
    <w:rsid w:val="00A375B3"/>
    <w:rsid w:val="00A57099"/>
    <w:rsid w:val="00A74BE2"/>
    <w:rsid w:val="00AC5874"/>
    <w:rsid w:val="00AC6EE9"/>
    <w:rsid w:val="00AD7842"/>
    <w:rsid w:val="00AE06C5"/>
    <w:rsid w:val="00AF492A"/>
    <w:rsid w:val="00AF5BDE"/>
    <w:rsid w:val="00B04B12"/>
    <w:rsid w:val="00B10B1E"/>
    <w:rsid w:val="00B26AA0"/>
    <w:rsid w:val="00B31A36"/>
    <w:rsid w:val="00B40E2F"/>
    <w:rsid w:val="00B4428D"/>
    <w:rsid w:val="00BC017F"/>
    <w:rsid w:val="00BD38CC"/>
    <w:rsid w:val="00BE6D17"/>
    <w:rsid w:val="00BF3F06"/>
    <w:rsid w:val="00BF444A"/>
    <w:rsid w:val="00BF69D4"/>
    <w:rsid w:val="00C01952"/>
    <w:rsid w:val="00C07D09"/>
    <w:rsid w:val="00C112F7"/>
    <w:rsid w:val="00C13635"/>
    <w:rsid w:val="00C24B51"/>
    <w:rsid w:val="00C51DAE"/>
    <w:rsid w:val="00C540E8"/>
    <w:rsid w:val="00C565B5"/>
    <w:rsid w:val="00C57F01"/>
    <w:rsid w:val="00C77919"/>
    <w:rsid w:val="00C834AD"/>
    <w:rsid w:val="00C86C11"/>
    <w:rsid w:val="00C944B6"/>
    <w:rsid w:val="00C94B6E"/>
    <w:rsid w:val="00CA65BC"/>
    <w:rsid w:val="00CC500E"/>
    <w:rsid w:val="00CF3273"/>
    <w:rsid w:val="00D017E2"/>
    <w:rsid w:val="00D02BBA"/>
    <w:rsid w:val="00D03E41"/>
    <w:rsid w:val="00D1527D"/>
    <w:rsid w:val="00D23388"/>
    <w:rsid w:val="00D630FD"/>
    <w:rsid w:val="00D71A5B"/>
    <w:rsid w:val="00D71E39"/>
    <w:rsid w:val="00D804E1"/>
    <w:rsid w:val="00D91855"/>
    <w:rsid w:val="00D931F6"/>
    <w:rsid w:val="00DA2C16"/>
    <w:rsid w:val="00DA3548"/>
    <w:rsid w:val="00DC1016"/>
    <w:rsid w:val="00DC436E"/>
    <w:rsid w:val="00DD6163"/>
    <w:rsid w:val="00DD7055"/>
    <w:rsid w:val="00DE136E"/>
    <w:rsid w:val="00DF3F5F"/>
    <w:rsid w:val="00DF7C56"/>
    <w:rsid w:val="00E15394"/>
    <w:rsid w:val="00E207D0"/>
    <w:rsid w:val="00E43C4D"/>
    <w:rsid w:val="00E4663C"/>
    <w:rsid w:val="00E5159E"/>
    <w:rsid w:val="00E616FD"/>
    <w:rsid w:val="00E64C01"/>
    <w:rsid w:val="00E70873"/>
    <w:rsid w:val="00E75B42"/>
    <w:rsid w:val="00E766DD"/>
    <w:rsid w:val="00E86332"/>
    <w:rsid w:val="00E910E8"/>
    <w:rsid w:val="00EB39A8"/>
    <w:rsid w:val="00EB5483"/>
    <w:rsid w:val="00EC6A1E"/>
    <w:rsid w:val="00ED3D89"/>
    <w:rsid w:val="00EE61E0"/>
    <w:rsid w:val="00EF1628"/>
    <w:rsid w:val="00EF4C71"/>
    <w:rsid w:val="00EF53C2"/>
    <w:rsid w:val="00F0301C"/>
    <w:rsid w:val="00F03F49"/>
    <w:rsid w:val="00F04BCD"/>
    <w:rsid w:val="00F33717"/>
    <w:rsid w:val="00F36F68"/>
    <w:rsid w:val="00F53CD5"/>
    <w:rsid w:val="00F8015E"/>
    <w:rsid w:val="00F85E74"/>
    <w:rsid w:val="00F9389D"/>
    <w:rsid w:val="00F96321"/>
    <w:rsid w:val="00F963BE"/>
    <w:rsid w:val="00FA2E8E"/>
    <w:rsid w:val="00FC4F41"/>
    <w:rsid w:val="00FE16F0"/>
    <w:rsid w:val="00FE228A"/>
    <w:rsid w:val="00F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E06AF"/>
  <w15:docId w15:val="{C887FC94-97F6-4459-A635-51FA736A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8EC"/>
    <w:rPr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2F0"/>
    <w:pPr>
      <w:widowControl w:val="0"/>
      <w:autoSpaceDE w:val="0"/>
      <w:autoSpaceDN w:val="0"/>
      <w:adjustRightInd w:val="0"/>
      <w:spacing w:before="73" w:after="0" w:line="240" w:lineRule="auto"/>
      <w:ind w:left="137"/>
      <w:jc w:val="center"/>
      <w:outlineLvl w:val="0"/>
    </w:pPr>
    <w:rPr>
      <w:rFonts w:ascii="GHEA Grapalat" w:eastAsia="Times New Roman" w:hAnsi="GHEA Grapalat" w:cs="GHEA Grapalat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C6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7C6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2F0"/>
    <w:rPr>
      <w:rFonts w:ascii="GHEA Grapalat" w:eastAsia="Times New Roman" w:hAnsi="GHEA Grapalat" w:cs="GHEA Grapalat"/>
      <w:b/>
      <w:bCs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2F0"/>
    <w:rPr>
      <w:sz w:val="20"/>
      <w:szCs w:val="20"/>
      <w:lang w:val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2F0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2F0"/>
    <w:rPr>
      <w:b/>
      <w:bCs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2F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2F0"/>
    <w:rPr>
      <w:rFonts w:ascii="Segoe UI" w:hAnsi="Segoe UI" w:cs="Segoe UI"/>
      <w:sz w:val="18"/>
      <w:szCs w:val="18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2432F0"/>
    <w:rPr>
      <w:rFonts w:ascii="GHEA Grapalat" w:eastAsia="Times New Roman" w:hAnsi="GHEA Grapalat" w:cs="GHEA Grapalat"/>
      <w:sz w:val="20"/>
      <w:szCs w:val="20"/>
    </w:rPr>
  </w:style>
  <w:style w:type="paragraph" w:styleId="BodyText">
    <w:name w:val="Body Text"/>
    <w:basedOn w:val="Normal"/>
    <w:link w:val="BodyTextChar"/>
    <w:uiPriority w:val="99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24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1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8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A27F2"/>
    <w:rPr>
      <w:b/>
      <w:bCs/>
    </w:rPr>
  </w:style>
  <w:style w:type="character" w:styleId="Emphasis">
    <w:name w:val="Emphasis"/>
    <w:basedOn w:val="DefaultParagraphFont"/>
    <w:uiPriority w:val="20"/>
    <w:qFormat/>
    <w:rsid w:val="004A27F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C6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C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C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C6A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F7C6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F7C6A"/>
    <w:rPr>
      <w:rFonts w:eastAsiaTheme="minorEastAsia"/>
    </w:rPr>
  </w:style>
  <w:style w:type="paragraph" w:styleId="NoSpacing">
    <w:name w:val="No Spacing"/>
    <w:uiPriority w:val="1"/>
    <w:qFormat/>
    <w:rsid w:val="008F7C6A"/>
    <w:pPr>
      <w:spacing w:after="0" w:line="240" w:lineRule="auto"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8F7C6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F7C6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C6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F7C6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F7C6A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8F7C6A"/>
    <w:pPr>
      <w:spacing w:after="120" w:line="480" w:lineRule="auto"/>
    </w:pPr>
    <w:rPr>
      <w:rFonts w:eastAsiaTheme="minorEastAsia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8F7C6A"/>
    <w:rPr>
      <w:rFonts w:eastAsiaTheme="minorEastAsia"/>
    </w:rPr>
  </w:style>
  <w:style w:type="paragraph" w:styleId="BodyText3">
    <w:name w:val="Body Text 3"/>
    <w:basedOn w:val="Normal"/>
    <w:link w:val="BodyText3Char"/>
    <w:uiPriority w:val="99"/>
    <w:unhideWhenUsed/>
    <w:rsid w:val="008F7C6A"/>
    <w:pPr>
      <w:spacing w:after="120" w:line="276" w:lineRule="auto"/>
    </w:pPr>
    <w:rPr>
      <w:rFonts w:eastAsiaTheme="minorEastAsia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8F7C6A"/>
    <w:rPr>
      <w:rFonts w:eastAsiaTheme="minorEastAsia"/>
      <w:sz w:val="16"/>
      <w:szCs w:val="16"/>
    </w:rPr>
  </w:style>
  <w:style w:type="paragraph" w:styleId="List">
    <w:name w:val="List"/>
    <w:basedOn w:val="Normal"/>
    <w:uiPriority w:val="99"/>
    <w:unhideWhenUsed/>
    <w:rsid w:val="008F7C6A"/>
    <w:pPr>
      <w:spacing w:after="200" w:line="276" w:lineRule="auto"/>
      <w:ind w:left="360" w:hanging="360"/>
      <w:contextualSpacing/>
    </w:pPr>
    <w:rPr>
      <w:rFonts w:eastAsiaTheme="minorEastAsia"/>
      <w:lang w:val="en-US"/>
    </w:rPr>
  </w:style>
  <w:style w:type="paragraph" w:styleId="List2">
    <w:name w:val="List 2"/>
    <w:basedOn w:val="Normal"/>
    <w:uiPriority w:val="99"/>
    <w:unhideWhenUsed/>
    <w:rsid w:val="008F7C6A"/>
    <w:pPr>
      <w:spacing w:after="200" w:line="276" w:lineRule="auto"/>
      <w:ind w:left="720" w:hanging="360"/>
      <w:contextualSpacing/>
    </w:pPr>
    <w:rPr>
      <w:rFonts w:eastAsiaTheme="minorEastAsia"/>
      <w:lang w:val="en-US"/>
    </w:rPr>
  </w:style>
  <w:style w:type="paragraph" w:styleId="List3">
    <w:name w:val="List 3"/>
    <w:basedOn w:val="Normal"/>
    <w:uiPriority w:val="99"/>
    <w:unhideWhenUsed/>
    <w:rsid w:val="008F7C6A"/>
    <w:pPr>
      <w:spacing w:after="200" w:line="276" w:lineRule="auto"/>
      <w:ind w:left="1080" w:hanging="360"/>
      <w:contextualSpacing/>
    </w:pPr>
    <w:rPr>
      <w:rFonts w:eastAsiaTheme="minorEastAsia"/>
      <w:lang w:val="en-US"/>
    </w:rPr>
  </w:style>
  <w:style w:type="paragraph" w:styleId="ListBullet">
    <w:name w:val="List Bullet"/>
    <w:basedOn w:val="Normal"/>
    <w:uiPriority w:val="99"/>
    <w:unhideWhenUsed/>
    <w:rsid w:val="008F7C6A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2">
    <w:name w:val="List Bullet 2"/>
    <w:basedOn w:val="Normal"/>
    <w:uiPriority w:val="99"/>
    <w:unhideWhenUsed/>
    <w:rsid w:val="008F7C6A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3">
    <w:name w:val="List Bullet 3"/>
    <w:basedOn w:val="Normal"/>
    <w:uiPriority w:val="99"/>
    <w:unhideWhenUsed/>
    <w:rsid w:val="008F7C6A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">
    <w:name w:val="List Number"/>
    <w:basedOn w:val="Normal"/>
    <w:uiPriority w:val="99"/>
    <w:unhideWhenUsed/>
    <w:rsid w:val="008F7C6A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2">
    <w:name w:val="List Number 2"/>
    <w:basedOn w:val="Normal"/>
    <w:uiPriority w:val="99"/>
    <w:unhideWhenUsed/>
    <w:rsid w:val="008F7C6A"/>
    <w:pPr>
      <w:numPr>
        <w:numId w:val="6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3">
    <w:name w:val="List Number 3"/>
    <w:basedOn w:val="Normal"/>
    <w:uiPriority w:val="99"/>
    <w:unhideWhenUsed/>
    <w:rsid w:val="008F7C6A"/>
    <w:pPr>
      <w:numPr>
        <w:numId w:val="7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Continue">
    <w:name w:val="List Continue"/>
    <w:basedOn w:val="Normal"/>
    <w:uiPriority w:val="99"/>
    <w:unhideWhenUsed/>
    <w:rsid w:val="008F7C6A"/>
    <w:pPr>
      <w:spacing w:after="120" w:line="276" w:lineRule="auto"/>
      <w:ind w:left="360"/>
      <w:contextualSpacing/>
    </w:pPr>
    <w:rPr>
      <w:rFonts w:eastAsiaTheme="minorEastAsia"/>
      <w:lang w:val="en-US"/>
    </w:rPr>
  </w:style>
  <w:style w:type="paragraph" w:styleId="ListContinue2">
    <w:name w:val="List Continue 2"/>
    <w:basedOn w:val="Normal"/>
    <w:uiPriority w:val="99"/>
    <w:unhideWhenUsed/>
    <w:rsid w:val="008F7C6A"/>
    <w:pPr>
      <w:spacing w:after="120" w:line="276" w:lineRule="auto"/>
      <w:ind w:left="720"/>
      <w:contextualSpacing/>
    </w:pPr>
    <w:rPr>
      <w:rFonts w:eastAsiaTheme="minorEastAsia"/>
      <w:lang w:val="en-US"/>
    </w:rPr>
  </w:style>
  <w:style w:type="paragraph" w:styleId="ListContinue3">
    <w:name w:val="List Continue 3"/>
    <w:basedOn w:val="Normal"/>
    <w:uiPriority w:val="99"/>
    <w:unhideWhenUsed/>
    <w:rsid w:val="008F7C6A"/>
    <w:pPr>
      <w:spacing w:after="120" w:line="276" w:lineRule="auto"/>
      <w:ind w:left="1080"/>
      <w:contextualSpacing/>
    </w:pPr>
    <w:rPr>
      <w:rFonts w:eastAsiaTheme="minorEastAsia"/>
      <w:lang w:val="en-US"/>
    </w:rPr>
  </w:style>
  <w:style w:type="paragraph" w:styleId="MacroText">
    <w:name w:val="macro"/>
    <w:link w:val="MacroTextChar"/>
    <w:uiPriority w:val="99"/>
    <w:unhideWhenUsed/>
    <w:rsid w:val="008F7C6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F7C6A"/>
    <w:rPr>
      <w:rFonts w:ascii="Courier" w:eastAsiaTheme="minorEastAsia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F7C6A"/>
    <w:pPr>
      <w:spacing w:after="200" w:line="276" w:lineRule="auto"/>
    </w:pPr>
    <w:rPr>
      <w:rFonts w:eastAsiaTheme="minorEastAsia"/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F7C6A"/>
    <w:rPr>
      <w:rFonts w:eastAsiaTheme="minorEastAsia"/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7C6A"/>
    <w:pPr>
      <w:spacing w:after="200" w:line="240" w:lineRule="auto"/>
    </w:pPr>
    <w:rPr>
      <w:rFonts w:eastAsiaTheme="minorEastAsia"/>
      <w:b/>
      <w:bCs/>
      <w:color w:val="4472C4" w:themeColor="accent1"/>
      <w:sz w:val="18"/>
      <w:szCs w:val="18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C6A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C6A"/>
    <w:rPr>
      <w:rFonts w:eastAsiaTheme="minorEastAsia"/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8F7C6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F7C6A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F7C6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F7C6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F7C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C6A"/>
    <w:pPr>
      <w:keepNext/>
      <w:keepLines/>
      <w:widowControl/>
      <w:autoSpaceDE/>
      <w:autoSpaceDN/>
      <w:adjustRightInd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8F7C6A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C6A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C6A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C6A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C6A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C6A"/>
    <w:pPr>
      <w:spacing w:after="0" w:line="240" w:lineRule="auto"/>
    </w:pPr>
    <w:rPr>
      <w:rFonts w:eastAsiaTheme="minorEastAsia"/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C6A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msonormal0">
    <w:name w:val="msonormal"/>
    <w:basedOn w:val="Normal"/>
    <w:rsid w:val="008F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1ABC7-115A-4883-A932-0FB57483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ghazaryan</dc:creator>
  <cp:keywords/>
  <dc:description/>
  <cp:lastModifiedBy>Arpine Khachatryan</cp:lastModifiedBy>
  <cp:revision>216</cp:revision>
  <dcterms:created xsi:type="dcterms:W3CDTF">2024-01-04T12:57:00Z</dcterms:created>
  <dcterms:modified xsi:type="dcterms:W3CDTF">2026-08-03T13:10:00Z</dcterms:modified>
</cp:coreProperties>
</file>