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826CD" w14:textId="522F0786" w:rsidR="004A27F2" w:rsidRPr="004A27F2" w:rsidRDefault="004A27F2" w:rsidP="004A27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14:paraId="1144A52E" w14:textId="36B5B32C" w:rsidR="004A27F2" w:rsidRPr="0038193D" w:rsidRDefault="004A27F2" w:rsidP="004A27F2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38193D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Հավելված </w:t>
      </w:r>
      <w:r w:rsidRPr="0038193D">
        <w:rPr>
          <w:rFonts w:ascii="GHEA Grapalat" w:eastAsia="Times New Roman" w:hAnsi="GHEA Grapalat" w:cs="Times New Roman"/>
          <w:bCs/>
          <w:sz w:val="20"/>
          <w:szCs w:val="20"/>
          <w:lang w:val="en-US" w:eastAsia="ru-RU"/>
        </w:rPr>
        <w:t xml:space="preserve">N </w:t>
      </w:r>
      <w:r w:rsidR="008C773C" w:rsidRPr="0038193D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6</w:t>
      </w:r>
      <w:r w:rsidRPr="0038193D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</w:p>
    <w:p w14:paraId="11819CAC" w14:textId="77777777" w:rsidR="004A27F2" w:rsidRPr="00B26AA0" w:rsidRDefault="004A27F2" w:rsidP="004A27F2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ՀՀ առողջապահության նախարարի</w:t>
      </w:r>
    </w:p>
    <w:p w14:paraId="2DCEA683" w14:textId="632216D0" w:rsidR="00B26AA0" w:rsidRPr="00B26AA0" w:rsidRDefault="00B26AA0" w:rsidP="00B26AA0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2026</w:t>
      </w:r>
      <w:r w:rsidR="00661B3A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թ</w:t>
      </w:r>
      <w:r w:rsidR="00661B3A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վականի</w:t>
      </w:r>
      <w:r w:rsidR="00D941A8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  <w:r w:rsidR="00D941A8" w:rsidRPr="00D941A8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հուլիս «23»-ի N 55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-Ն հրամանի</w:t>
      </w:r>
    </w:p>
    <w:p w14:paraId="6588DC63" w14:textId="730AFEF0" w:rsidR="00917655" w:rsidRDefault="00917655" w:rsidP="004A27F2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27F1EAAA" w14:textId="1A960FFF" w:rsidR="00D45E99" w:rsidRPr="00D45E99" w:rsidRDefault="00D45E99" w:rsidP="00D45E99">
      <w:pPr>
        <w:tabs>
          <w:tab w:val="left" w:pos="9923"/>
        </w:tabs>
        <w:ind w:left="284" w:right="40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D45E99">
        <w:rPr>
          <w:rFonts w:ascii="GHEA Grapalat" w:hAnsi="GHEA Grapalat"/>
          <w:sz w:val="24"/>
          <w:szCs w:val="24"/>
          <w:lang w:val="hy-AM"/>
        </w:rPr>
        <w:t>* Ծանոթագրություն</w:t>
      </w:r>
    </w:p>
    <w:p w14:paraId="6E42EA9C" w14:textId="6864001B" w:rsidR="002C5774" w:rsidRDefault="00D45E99" w:rsidP="00D45E99">
      <w:pPr>
        <w:tabs>
          <w:tab w:val="left" w:pos="9923"/>
        </w:tabs>
        <w:ind w:left="284" w:right="40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D45E99">
        <w:rPr>
          <w:rFonts w:ascii="GHEA Grapalat" w:hAnsi="GHEA Grapalat"/>
          <w:sz w:val="24"/>
          <w:szCs w:val="24"/>
          <w:lang w:val="hy-AM"/>
        </w:rPr>
        <w:t>Անհապաղ ուղղորդման դեպքում գնահատումն իրականացվում է անհապաղ, բայց ոչ ուշ, քան 48 ժամվա  ընթացքում, իսկ հերթական ուղղորդման դեպքում` ոչ ուշ, քան 5 օրվա ընթացքում: Գնահատման հիման վրա մշակվում է դատապարտյալի նկատմամբ իրականացվող հոգեբանական և հոգեբուժական միջամտությունների պլան: Գնահատումն իրականացնում է հոգեբույժը: Հոգեբույժի բացակայության դեպքում գնահատումը կարող է իրականացնել հոգեբանը, սակայն միջամտությունների պլանի համաձայն հոգեբույժի ներգրավման անհրաժեշտության դեպքում հնարավորինս շուտ ապահովվում է հոգեբուժական այց, որի հիման վրա հստակեցվում են անձի հետ կատարվող աշխատանքները:</w:t>
      </w:r>
    </w:p>
    <w:p w14:paraId="4FE18AC9" w14:textId="77777777" w:rsidR="00D45E99" w:rsidRPr="002C5774" w:rsidRDefault="00D45E99" w:rsidP="00D45E99">
      <w:pPr>
        <w:tabs>
          <w:tab w:val="left" w:pos="9923"/>
        </w:tabs>
        <w:ind w:left="284" w:right="402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14:paraId="0C7C89EF" w14:textId="77777777" w:rsidR="002C5774" w:rsidRPr="002C5774" w:rsidRDefault="002C5774" w:rsidP="002C5774">
      <w:pPr>
        <w:spacing w:after="0"/>
        <w:jc w:val="center"/>
        <w:rPr>
          <w:rFonts w:ascii="GHEA Grapalat" w:hAnsi="GHEA Grapalat"/>
          <w:b/>
          <w:spacing w:val="40"/>
          <w:sz w:val="24"/>
          <w:szCs w:val="24"/>
          <w:lang w:val="hy-AM"/>
        </w:rPr>
      </w:pPr>
      <w:r w:rsidRPr="002C5774">
        <w:rPr>
          <w:rFonts w:ascii="GHEA Grapalat" w:hAnsi="GHEA Grapalat"/>
          <w:b/>
          <w:spacing w:val="40"/>
          <w:sz w:val="24"/>
          <w:szCs w:val="24"/>
          <w:lang w:val="hy-AM"/>
        </w:rPr>
        <w:t>ՁԵՎԱԹՈՒՂԹ</w:t>
      </w:r>
    </w:p>
    <w:p w14:paraId="78568CDE" w14:textId="570E9440" w:rsidR="002C5774" w:rsidRPr="002C5774" w:rsidRDefault="00F642F7" w:rsidP="002C5774">
      <w:pPr>
        <w:spacing w:after="0"/>
        <w:jc w:val="center"/>
        <w:rPr>
          <w:rFonts w:ascii="GHEA Grapalat" w:hAnsi="GHEA Grapalat"/>
          <w:b/>
          <w:spacing w:val="40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ԿԱԼԱՆԱՎՈՐՎԱԾ ԱՆՁ</w:t>
      </w:r>
      <w:r w:rsidR="0038193D">
        <w:rPr>
          <w:rFonts w:ascii="GHEA Grapalat" w:hAnsi="GHEA Grapalat"/>
          <w:b/>
          <w:sz w:val="24"/>
          <w:szCs w:val="24"/>
          <w:lang w:val="hy-AM"/>
        </w:rPr>
        <w:t>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8193D">
        <w:rPr>
          <w:rFonts w:ascii="GHEA Grapalat" w:hAnsi="GHEA Grapalat"/>
          <w:b/>
          <w:sz w:val="24"/>
          <w:szCs w:val="24"/>
          <w:lang w:val="hy-AM"/>
        </w:rPr>
        <w:t>ԿԱՄ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757EB">
        <w:rPr>
          <w:rFonts w:ascii="GHEA Grapalat" w:hAnsi="GHEA Grapalat"/>
          <w:b/>
          <w:sz w:val="24"/>
          <w:szCs w:val="24"/>
          <w:lang w:val="hy-AM"/>
        </w:rPr>
        <w:t>ԴԱՏԱՊԱՐՏՅԱԼԻ</w:t>
      </w:r>
      <w:r w:rsidR="002C5774" w:rsidRPr="002C5774">
        <w:rPr>
          <w:rFonts w:ascii="GHEA Grapalat" w:hAnsi="GHEA Grapalat"/>
          <w:b/>
          <w:sz w:val="24"/>
          <w:szCs w:val="24"/>
          <w:lang w:val="hy-AM"/>
        </w:rPr>
        <w:t xml:space="preserve"> ՀՈԳԵԿԱՆ ԱՌՈՂՋՈՒԹՅԱՆ ՌԻՍԿԻ ԳՆԱՀԱՏՄԱՆ ԳՈՐԾԻՔԻ</w:t>
      </w:r>
    </w:p>
    <w:p w14:paraId="2CD48ED8" w14:textId="77777777" w:rsidR="002C5774" w:rsidRPr="00FD1E60" w:rsidRDefault="002C5774" w:rsidP="002C5774">
      <w:pPr>
        <w:rPr>
          <w:rFonts w:ascii="GHEA Grapalat" w:eastAsia="Verdana" w:hAnsi="GHEA Grapalat"/>
          <w:b/>
          <w:lang w:val="hy-AM"/>
        </w:rPr>
      </w:pPr>
    </w:p>
    <w:tbl>
      <w:tblPr>
        <w:tblStyle w:val="TableGrid"/>
        <w:tblW w:w="14637" w:type="dxa"/>
        <w:jc w:val="center"/>
        <w:tblLayout w:type="fixed"/>
        <w:tblLook w:val="04A0" w:firstRow="1" w:lastRow="0" w:firstColumn="1" w:lastColumn="0" w:noHBand="0" w:noVBand="1"/>
      </w:tblPr>
      <w:tblGrid>
        <w:gridCol w:w="3676"/>
        <w:gridCol w:w="3960"/>
        <w:gridCol w:w="1080"/>
        <w:gridCol w:w="2970"/>
        <w:gridCol w:w="2951"/>
      </w:tblGrid>
      <w:tr w:rsidR="002C5774" w:rsidRPr="00FD1E60" w14:paraId="58B6F7E8" w14:textId="77777777" w:rsidTr="0023442E">
        <w:trPr>
          <w:trHeight w:val="2079"/>
          <w:jc w:val="center"/>
        </w:trPr>
        <w:tc>
          <w:tcPr>
            <w:tcW w:w="3676" w:type="dxa"/>
          </w:tcPr>
          <w:p w14:paraId="7178CB3C" w14:textId="77777777" w:rsidR="002C5774" w:rsidRPr="00FD1E60" w:rsidRDefault="002C5774" w:rsidP="008F0C20">
            <w:pPr>
              <w:tabs>
                <w:tab w:val="left" w:pos="360"/>
              </w:tabs>
              <w:jc w:val="center"/>
              <w:rPr>
                <w:rFonts w:ascii="GHEA Grapalat" w:hAnsi="GHEA Grapalat"/>
                <w:b/>
                <w:lang w:val="hy-AM"/>
              </w:rPr>
            </w:pPr>
            <w:r w:rsidRPr="00FD1E60">
              <w:rPr>
                <w:rFonts w:ascii="GHEA Grapalat" w:hAnsi="GHEA Grapalat"/>
                <w:b/>
                <w:lang w:val="hy-AM"/>
              </w:rPr>
              <w:t>Ազատազրկված անձի անուն, ազգանուն, հայրանուն</w:t>
            </w:r>
          </w:p>
          <w:p w14:paraId="4219A3AC" w14:textId="77777777" w:rsidR="002C5774" w:rsidRPr="00FD1E60" w:rsidRDefault="002C5774" w:rsidP="008F0C20">
            <w:pPr>
              <w:tabs>
                <w:tab w:val="left" w:pos="360"/>
              </w:tabs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(դատապարտյալ կամ կալանավորված անձ)</w:t>
            </w:r>
          </w:p>
          <w:p w14:paraId="6CA8E675" w14:textId="77777777" w:rsidR="002C5774" w:rsidRPr="00FD1E60" w:rsidRDefault="002C5774" w:rsidP="008F0C20">
            <w:pPr>
              <w:tabs>
                <w:tab w:val="left" w:pos="360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14:paraId="269E02B4" w14:textId="2E7AFB7F" w:rsidR="002C5774" w:rsidRPr="00FD1E60" w:rsidRDefault="002C5774" w:rsidP="008F0C20">
            <w:pPr>
              <w:tabs>
                <w:tab w:val="left" w:pos="360"/>
              </w:tabs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_________________</w:t>
            </w:r>
            <w:r>
              <w:rPr>
                <w:rFonts w:ascii="GHEA Grapalat" w:hAnsi="GHEA Grapalat"/>
                <w:lang w:val="en-US"/>
              </w:rPr>
              <w:t>____</w:t>
            </w:r>
            <w:r w:rsidRPr="00FD1E60">
              <w:rPr>
                <w:rFonts w:ascii="GHEA Grapalat" w:hAnsi="GHEA Grapalat"/>
                <w:lang w:val="hy-AM"/>
              </w:rPr>
              <w:t>____</w:t>
            </w:r>
          </w:p>
          <w:p w14:paraId="16DA71F5" w14:textId="58F1B933" w:rsidR="002C5774" w:rsidRPr="00FD1E60" w:rsidRDefault="002C5774" w:rsidP="008F0C20">
            <w:pPr>
              <w:tabs>
                <w:tab w:val="left" w:pos="360"/>
              </w:tabs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___________________</w:t>
            </w:r>
            <w:r>
              <w:rPr>
                <w:rFonts w:ascii="GHEA Grapalat" w:hAnsi="GHEA Grapalat"/>
                <w:lang w:val="en-US"/>
              </w:rPr>
              <w:t>____</w:t>
            </w:r>
            <w:r w:rsidRPr="00FD1E60">
              <w:rPr>
                <w:rFonts w:ascii="GHEA Grapalat" w:hAnsi="GHEA Grapalat"/>
                <w:lang w:val="hy-AM"/>
              </w:rPr>
              <w:t>__</w:t>
            </w:r>
          </w:p>
          <w:p w14:paraId="5552912E" w14:textId="6E62F3C5" w:rsidR="002C5774" w:rsidRPr="00FD1E60" w:rsidRDefault="002C5774" w:rsidP="008F0C20">
            <w:pPr>
              <w:tabs>
                <w:tab w:val="left" w:pos="360"/>
              </w:tabs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__________________</w:t>
            </w:r>
            <w:r>
              <w:rPr>
                <w:rFonts w:ascii="GHEA Grapalat" w:hAnsi="GHEA Grapalat"/>
                <w:lang w:val="en-US"/>
              </w:rPr>
              <w:t>____</w:t>
            </w:r>
            <w:r w:rsidRPr="00FD1E60">
              <w:rPr>
                <w:rFonts w:ascii="GHEA Grapalat" w:hAnsi="GHEA Grapalat"/>
                <w:lang w:val="hy-AM"/>
              </w:rPr>
              <w:t>___</w:t>
            </w:r>
          </w:p>
          <w:p w14:paraId="5B986EFF" w14:textId="77777777" w:rsidR="002C5774" w:rsidRPr="00FD1E60" w:rsidRDefault="002C5774" w:rsidP="008F0C20">
            <w:pPr>
              <w:tabs>
                <w:tab w:val="left" w:pos="360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14:paraId="01E70BF3" w14:textId="77777777" w:rsidR="002C5774" w:rsidRPr="00FD1E60" w:rsidRDefault="002C5774" w:rsidP="008F0C20">
            <w:pPr>
              <w:tabs>
                <w:tab w:val="left" w:pos="360"/>
              </w:tabs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960" w:type="dxa"/>
          </w:tcPr>
          <w:p w14:paraId="17C21E8E" w14:textId="1BD12FED" w:rsidR="002C5774" w:rsidRPr="00FD1E60" w:rsidRDefault="002C5774" w:rsidP="008F0C20">
            <w:pPr>
              <w:tabs>
                <w:tab w:val="left" w:pos="360"/>
              </w:tabs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b/>
                <w:lang w:val="hy-AM"/>
              </w:rPr>
              <w:t>Քրեակատարողական հիմնարկի ան</w:t>
            </w:r>
            <w:r>
              <w:rPr>
                <w:rFonts w:ascii="GHEA Grapalat" w:hAnsi="GHEA Grapalat"/>
                <w:b/>
                <w:lang w:val="hy-AM"/>
              </w:rPr>
              <w:t>վանում</w:t>
            </w:r>
          </w:p>
          <w:p w14:paraId="0D1AE6B0" w14:textId="77777777" w:rsidR="002C5774" w:rsidRPr="00FD1E60" w:rsidRDefault="002C5774" w:rsidP="008F0C20">
            <w:pPr>
              <w:tabs>
                <w:tab w:val="left" w:pos="360"/>
              </w:tabs>
              <w:jc w:val="both"/>
              <w:rPr>
                <w:rFonts w:ascii="GHEA Grapalat" w:hAnsi="GHEA Grapalat"/>
                <w:lang w:val="hy-AM"/>
              </w:rPr>
            </w:pPr>
          </w:p>
          <w:p w14:paraId="5C10A1C9" w14:textId="77777777" w:rsidR="002C5774" w:rsidRPr="00FD1E60" w:rsidRDefault="002C5774" w:rsidP="008F0C20">
            <w:pPr>
              <w:tabs>
                <w:tab w:val="left" w:pos="360"/>
              </w:tabs>
              <w:jc w:val="both"/>
              <w:rPr>
                <w:rFonts w:ascii="GHEA Grapalat" w:hAnsi="GHEA Grapalat"/>
                <w:lang w:val="hy-AM"/>
              </w:rPr>
            </w:pPr>
          </w:p>
          <w:p w14:paraId="051B9089" w14:textId="11F0E16C" w:rsidR="002C5774" w:rsidRDefault="002C5774" w:rsidP="008F0C20">
            <w:pPr>
              <w:tabs>
                <w:tab w:val="left" w:pos="360"/>
              </w:tabs>
              <w:jc w:val="both"/>
              <w:rPr>
                <w:rFonts w:ascii="GHEA Grapalat" w:hAnsi="GHEA Grapalat"/>
                <w:lang w:val="hy-AM"/>
              </w:rPr>
            </w:pPr>
          </w:p>
          <w:p w14:paraId="6104AAF3" w14:textId="0693D71B" w:rsidR="002C5774" w:rsidRPr="002C5774" w:rsidRDefault="002C5774" w:rsidP="008F0C20">
            <w:pPr>
              <w:tabs>
                <w:tab w:val="left" w:pos="360"/>
              </w:tabs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________________________________</w:t>
            </w:r>
          </w:p>
          <w:p w14:paraId="0D849C8F" w14:textId="52A8BE8B" w:rsidR="002C5774" w:rsidRPr="002C5774" w:rsidRDefault="002C5774" w:rsidP="008F0C20">
            <w:pPr>
              <w:tabs>
                <w:tab w:val="left" w:pos="360"/>
              </w:tabs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________________________________</w:t>
            </w:r>
          </w:p>
          <w:p w14:paraId="1F7EEC4C" w14:textId="2EA2C6EB" w:rsidR="002C5774" w:rsidRDefault="002C5774" w:rsidP="008F0C20">
            <w:pPr>
              <w:tabs>
                <w:tab w:val="left" w:pos="360"/>
              </w:tabs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________________________________</w:t>
            </w:r>
          </w:p>
          <w:p w14:paraId="35B5F8D8" w14:textId="77777777" w:rsidR="002C5774" w:rsidRDefault="002C5774" w:rsidP="008F0C20">
            <w:pPr>
              <w:tabs>
                <w:tab w:val="left" w:pos="360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14:paraId="3376C3AF" w14:textId="04A74140" w:rsidR="002C5774" w:rsidRPr="00FD1E60" w:rsidRDefault="002C5774" w:rsidP="008F0C20">
            <w:pPr>
              <w:tabs>
                <w:tab w:val="left" w:pos="360"/>
              </w:tabs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</w:tcPr>
          <w:p w14:paraId="6E3DF114" w14:textId="77777777" w:rsidR="002C5774" w:rsidRPr="00FD1E60" w:rsidRDefault="002C5774" w:rsidP="008F0C20">
            <w:pPr>
              <w:tabs>
                <w:tab w:val="left" w:pos="360"/>
              </w:tabs>
              <w:jc w:val="center"/>
              <w:rPr>
                <w:rFonts w:ascii="GHEA Grapalat" w:hAnsi="GHEA Grapalat"/>
                <w:b/>
                <w:lang w:val="hy-AM"/>
              </w:rPr>
            </w:pPr>
            <w:r w:rsidRPr="00FD1E60">
              <w:rPr>
                <w:rFonts w:ascii="GHEA Grapalat" w:hAnsi="GHEA Grapalat"/>
                <w:b/>
                <w:lang w:val="hy-AM"/>
              </w:rPr>
              <w:t>Խցի համար</w:t>
            </w:r>
          </w:p>
          <w:p w14:paraId="59568AAB" w14:textId="77777777" w:rsidR="002C5774" w:rsidRPr="00FD1E60" w:rsidRDefault="002C5774" w:rsidP="008F0C20">
            <w:pPr>
              <w:tabs>
                <w:tab w:val="left" w:pos="360"/>
              </w:tabs>
              <w:jc w:val="center"/>
              <w:rPr>
                <w:rFonts w:ascii="GHEA Grapalat" w:hAnsi="GHEA Grapalat"/>
                <w:b/>
                <w:lang w:val="hy-AM"/>
              </w:rPr>
            </w:pPr>
          </w:p>
          <w:p w14:paraId="6812AC71" w14:textId="77777777" w:rsidR="002C5774" w:rsidRPr="00FD1E60" w:rsidRDefault="002C5774" w:rsidP="008F0C20">
            <w:pPr>
              <w:tabs>
                <w:tab w:val="left" w:pos="360"/>
              </w:tabs>
              <w:jc w:val="center"/>
              <w:rPr>
                <w:rFonts w:ascii="GHEA Grapalat" w:hAnsi="GHEA Grapalat"/>
                <w:b/>
                <w:lang w:val="hy-AM"/>
              </w:rPr>
            </w:pPr>
          </w:p>
          <w:p w14:paraId="2F6E6197" w14:textId="77777777" w:rsidR="002C5774" w:rsidRPr="00FD1E60" w:rsidRDefault="002C5774" w:rsidP="008F0C20">
            <w:pPr>
              <w:tabs>
                <w:tab w:val="left" w:pos="360"/>
              </w:tabs>
              <w:jc w:val="center"/>
              <w:rPr>
                <w:rFonts w:ascii="GHEA Grapalat" w:hAnsi="GHEA Grapalat"/>
                <w:b/>
                <w:lang w:val="hy-AM"/>
              </w:rPr>
            </w:pPr>
          </w:p>
          <w:p w14:paraId="38A29EF8" w14:textId="504BBD3A" w:rsidR="002C5774" w:rsidRPr="00FD1E60" w:rsidRDefault="002C5774" w:rsidP="008F0C20">
            <w:pPr>
              <w:tabs>
                <w:tab w:val="left" w:pos="360"/>
              </w:tabs>
              <w:spacing w:after="240"/>
              <w:jc w:val="center"/>
              <w:rPr>
                <w:rFonts w:ascii="GHEA Grapalat" w:hAnsi="GHEA Grapalat"/>
                <w:b/>
                <w:lang w:val="hy-AM"/>
              </w:rPr>
            </w:pPr>
            <w:r w:rsidRPr="00FD1E60">
              <w:rPr>
                <w:rFonts w:ascii="GHEA Grapalat" w:hAnsi="GHEA Grapalat"/>
                <w:b/>
                <w:lang w:val="hy-AM"/>
              </w:rPr>
              <w:t>__</w:t>
            </w:r>
            <w:r>
              <w:rPr>
                <w:rFonts w:ascii="GHEA Grapalat" w:hAnsi="GHEA Grapalat"/>
                <w:b/>
                <w:lang w:val="en-US"/>
              </w:rPr>
              <w:t>___</w:t>
            </w:r>
            <w:r w:rsidRPr="00FD1E60">
              <w:rPr>
                <w:rFonts w:ascii="GHEA Grapalat" w:hAnsi="GHEA Grapalat"/>
                <w:b/>
                <w:lang w:val="hy-AM"/>
              </w:rPr>
              <w:t>_</w:t>
            </w:r>
          </w:p>
          <w:p w14:paraId="51B96403" w14:textId="77777777" w:rsidR="002C5774" w:rsidRPr="00FD1E60" w:rsidRDefault="002C5774" w:rsidP="008F0C20">
            <w:pPr>
              <w:tabs>
                <w:tab w:val="left" w:pos="360"/>
              </w:tabs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970" w:type="dxa"/>
          </w:tcPr>
          <w:p w14:paraId="503EB1B6" w14:textId="2AFE2E5C" w:rsidR="002C5774" w:rsidRPr="0000695B" w:rsidRDefault="002C5774" w:rsidP="002C5774">
            <w:pPr>
              <w:tabs>
                <w:tab w:val="left" w:pos="360"/>
              </w:tabs>
              <w:rPr>
                <w:rFonts w:ascii="GHEA Grapalat" w:hAnsi="GHEA Grapalat"/>
                <w:b/>
                <w:lang w:val="hy-AM"/>
              </w:rPr>
            </w:pPr>
            <w:r w:rsidRPr="00FD1E60">
              <w:rPr>
                <w:rFonts w:ascii="GHEA Grapalat" w:hAnsi="GHEA Grapalat"/>
                <w:b/>
                <w:lang w:val="hy-AM"/>
              </w:rPr>
              <w:t>Մուտքի օր/ամիս/տարի</w:t>
            </w:r>
            <w:r w:rsidRPr="0000695B">
              <w:rPr>
                <w:rFonts w:ascii="GHEA Grapalat" w:hAnsi="GHEA Grapalat"/>
                <w:b/>
                <w:lang w:val="hy-AM"/>
              </w:rPr>
              <w:t>,</w:t>
            </w:r>
          </w:p>
          <w:p w14:paraId="10347F2B" w14:textId="31D181B0" w:rsidR="002C5774" w:rsidRPr="00FD1E60" w:rsidRDefault="002C5774" w:rsidP="002C5774">
            <w:pPr>
              <w:tabs>
                <w:tab w:val="left" w:pos="360"/>
              </w:tabs>
              <w:rPr>
                <w:rFonts w:ascii="GHEA Grapalat" w:hAnsi="GHEA Grapalat"/>
                <w:b/>
                <w:lang w:val="hy-AM"/>
              </w:rPr>
            </w:pPr>
            <w:r w:rsidRPr="00FD1E60">
              <w:rPr>
                <w:rFonts w:ascii="GHEA Grapalat" w:hAnsi="GHEA Grapalat"/>
                <w:b/>
                <w:lang w:val="hy-AM"/>
              </w:rPr>
              <w:t xml:space="preserve"> ժամ </w:t>
            </w:r>
          </w:p>
          <w:p w14:paraId="48FF4540" w14:textId="77777777" w:rsidR="002C5774" w:rsidRPr="00FD1E60" w:rsidRDefault="002C5774" w:rsidP="008F0C20">
            <w:pPr>
              <w:tabs>
                <w:tab w:val="left" w:pos="360"/>
              </w:tabs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04107DAC" w14:textId="77777777" w:rsidR="002C5774" w:rsidRPr="00FD1E60" w:rsidRDefault="002C5774" w:rsidP="008F0C20">
            <w:pPr>
              <w:tabs>
                <w:tab w:val="left" w:pos="360"/>
              </w:tabs>
              <w:spacing w:before="24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07B1E5A9" w14:textId="1EFAB60A" w:rsidR="002C5774" w:rsidRPr="00FD1E60" w:rsidRDefault="002C5774" w:rsidP="008F0C20">
            <w:pPr>
              <w:tabs>
                <w:tab w:val="left" w:pos="360"/>
              </w:tabs>
              <w:jc w:val="center"/>
              <w:rPr>
                <w:rFonts w:ascii="GHEA Grapalat" w:hAnsi="GHEA Grapalat"/>
                <w:b/>
                <w:lang w:val="hy-AM"/>
              </w:rPr>
            </w:pPr>
            <w:r w:rsidRPr="00FD1E60">
              <w:rPr>
                <w:rFonts w:ascii="GHEA Grapalat" w:hAnsi="GHEA Grapalat"/>
                <w:b/>
                <w:lang w:val="hy-AM"/>
              </w:rPr>
              <w:t>_</w:t>
            </w:r>
            <w:r w:rsidRPr="0000695B">
              <w:rPr>
                <w:rFonts w:ascii="GHEA Grapalat" w:hAnsi="GHEA Grapalat"/>
                <w:b/>
                <w:lang w:val="hy-AM"/>
              </w:rPr>
              <w:t>_</w:t>
            </w:r>
            <w:r w:rsidRPr="00FD1E60">
              <w:rPr>
                <w:rFonts w:ascii="GHEA Grapalat" w:hAnsi="GHEA Grapalat"/>
                <w:b/>
                <w:lang w:val="hy-AM"/>
              </w:rPr>
              <w:t>_ /_</w:t>
            </w:r>
            <w:r w:rsidRPr="0000695B">
              <w:rPr>
                <w:rFonts w:ascii="GHEA Grapalat" w:hAnsi="GHEA Grapalat"/>
                <w:b/>
                <w:lang w:val="hy-AM"/>
              </w:rPr>
              <w:t>_</w:t>
            </w:r>
            <w:r w:rsidRPr="00FD1E60">
              <w:rPr>
                <w:rFonts w:ascii="GHEA Grapalat" w:hAnsi="GHEA Grapalat"/>
                <w:b/>
                <w:lang w:val="hy-AM"/>
              </w:rPr>
              <w:t>_ /__</w:t>
            </w:r>
            <w:r w:rsidRPr="0000695B">
              <w:rPr>
                <w:rFonts w:ascii="GHEA Grapalat" w:hAnsi="GHEA Grapalat"/>
                <w:b/>
                <w:lang w:val="hy-AM"/>
              </w:rPr>
              <w:t>___</w:t>
            </w:r>
            <w:r w:rsidRPr="00FD1E60">
              <w:rPr>
                <w:rFonts w:ascii="GHEA Grapalat" w:hAnsi="GHEA Grapalat"/>
                <w:b/>
                <w:lang w:val="hy-AM"/>
              </w:rPr>
              <w:t>__</w:t>
            </w:r>
          </w:p>
          <w:p w14:paraId="4EC44462" w14:textId="77777777" w:rsidR="002C5774" w:rsidRPr="00FD1E60" w:rsidRDefault="002C5774" w:rsidP="008F0C20">
            <w:pPr>
              <w:tabs>
                <w:tab w:val="left" w:pos="360"/>
              </w:tabs>
              <w:jc w:val="center"/>
              <w:rPr>
                <w:rFonts w:ascii="GHEA Grapalat" w:hAnsi="GHEA Grapalat"/>
                <w:b/>
                <w:lang w:val="hy-AM"/>
              </w:rPr>
            </w:pPr>
          </w:p>
          <w:p w14:paraId="5A804216" w14:textId="430A8DED" w:rsidR="002C5774" w:rsidRPr="00FD1E60" w:rsidRDefault="002C5774" w:rsidP="008F0C20">
            <w:pPr>
              <w:tabs>
                <w:tab w:val="left" w:pos="360"/>
              </w:tabs>
              <w:jc w:val="center"/>
              <w:rPr>
                <w:rFonts w:ascii="GHEA Grapalat" w:hAnsi="GHEA Grapalat"/>
                <w:b/>
                <w:lang w:val="hy-AM"/>
              </w:rPr>
            </w:pPr>
            <w:r w:rsidRPr="00FD1E60">
              <w:rPr>
                <w:rFonts w:ascii="GHEA Grapalat" w:hAnsi="GHEA Grapalat"/>
                <w:b/>
                <w:lang w:val="hy-AM"/>
              </w:rPr>
              <w:t>_</w:t>
            </w:r>
            <w:r>
              <w:rPr>
                <w:rFonts w:ascii="GHEA Grapalat" w:hAnsi="GHEA Grapalat"/>
                <w:b/>
                <w:lang w:val="en-US"/>
              </w:rPr>
              <w:t>_</w:t>
            </w:r>
            <w:r w:rsidRPr="00FD1E60">
              <w:rPr>
                <w:rFonts w:ascii="GHEA Grapalat" w:hAnsi="GHEA Grapalat"/>
                <w:b/>
                <w:lang w:val="hy-AM"/>
              </w:rPr>
              <w:t>__ : __</w:t>
            </w:r>
            <w:r>
              <w:rPr>
                <w:rFonts w:ascii="GHEA Grapalat" w:hAnsi="GHEA Grapalat"/>
                <w:b/>
                <w:lang w:val="en-US"/>
              </w:rPr>
              <w:t>_</w:t>
            </w:r>
            <w:r w:rsidRPr="00FD1E60">
              <w:rPr>
                <w:rFonts w:ascii="GHEA Grapalat" w:hAnsi="GHEA Grapalat"/>
                <w:b/>
                <w:lang w:val="hy-AM"/>
              </w:rPr>
              <w:t>_</w:t>
            </w:r>
          </w:p>
        </w:tc>
        <w:tc>
          <w:tcPr>
            <w:tcW w:w="2951" w:type="dxa"/>
          </w:tcPr>
          <w:p w14:paraId="057421B5" w14:textId="378119F1" w:rsidR="002C5774" w:rsidRPr="00FD1E60" w:rsidRDefault="002C5774" w:rsidP="002C5774">
            <w:pPr>
              <w:rPr>
                <w:rFonts w:ascii="GHEA Grapalat" w:hAnsi="GHEA Grapalat"/>
                <w:b/>
                <w:lang w:val="hy-AM"/>
              </w:rPr>
            </w:pPr>
            <w:r w:rsidRPr="00FD1E60">
              <w:rPr>
                <w:rFonts w:ascii="GHEA Grapalat" w:hAnsi="GHEA Grapalat" w:cs="Arial"/>
                <w:b/>
                <w:lang w:val="hy-AM"/>
              </w:rPr>
              <w:t>Զննության</w:t>
            </w:r>
            <w:r w:rsidRPr="00FD1E6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FD1E60">
              <w:rPr>
                <w:rFonts w:ascii="GHEA Grapalat" w:hAnsi="GHEA Grapalat" w:cs="Arial"/>
                <w:b/>
                <w:lang w:val="hy-AM"/>
              </w:rPr>
              <w:t>օր</w:t>
            </w:r>
            <w:r w:rsidRPr="00FD1E60">
              <w:rPr>
                <w:rFonts w:ascii="GHEA Grapalat" w:hAnsi="GHEA Grapalat"/>
                <w:b/>
                <w:lang w:val="hy-AM"/>
              </w:rPr>
              <w:t>/</w:t>
            </w:r>
            <w:r w:rsidRPr="00FD1E60">
              <w:rPr>
                <w:rFonts w:ascii="GHEA Grapalat" w:hAnsi="GHEA Grapalat" w:cs="Arial"/>
                <w:b/>
                <w:lang w:val="hy-AM"/>
              </w:rPr>
              <w:t>ամիս</w:t>
            </w:r>
            <w:r w:rsidRPr="00FD1E60">
              <w:rPr>
                <w:rFonts w:ascii="GHEA Grapalat" w:hAnsi="GHEA Grapalat"/>
                <w:b/>
                <w:lang w:val="hy-AM"/>
              </w:rPr>
              <w:t>/</w:t>
            </w:r>
            <w:r w:rsidRPr="00FD1E60">
              <w:rPr>
                <w:rFonts w:ascii="GHEA Grapalat" w:hAnsi="GHEA Grapalat" w:cs="Arial"/>
                <w:b/>
                <w:lang w:val="hy-AM"/>
              </w:rPr>
              <w:t>տարի</w:t>
            </w:r>
            <w:r w:rsidRPr="0000695B">
              <w:rPr>
                <w:rFonts w:ascii="GHEA Grapalat" w:hAnsi="GHEA Grapalat"/>
                <w:b/>
                <w:lang w:val="hy-AM"/>
              </w:rPr>
              <w:t>,</w:t>
            </w:r>
            <w:r w:rsidRPr="00FD1E6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FD1E60">
              <w:rPr>
                <w:rFonts w:ascii="GHEA Grapalat" w:hAnsi="GHEA Grapalat" w:cs="Arial"/>
                <w:b/>
                <w:lang w:val="hy-AM"/>
              </w:rPr>
              <w:t>ժամ</w:t>
            </w:r>
          </w:p>
          <w:p w14:paraId="533DDCD1" w14:textId="77777777" w:rsidR="002C5774" w:rsidRPr="00FD1E60" w:rsidRDefault="002C5774" w:rsidP="008F0C20">
            <w:pPr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074D2362" w14:textId="2707F787" w:rsidR="002C5774" w:rsidRDefault="002C5774" w:rsidP="008F0C20">
            <w:pPr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77AFB6A1" w14:textId="77777777" w:rsidR="002C5774" w:rsidRPr="00FD1E60" w:rsidRDefault="002C5774" w:rsidP="008F0C20">
            <w:pPr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6FE65DAE" w14:textId="77777777" w:rsidR="002C5774" w:rsidRPr="00FD1E60" w:rsidRDefault="002C5774" w:rsidP="002C5774">
            <w:pPr>
              <w:tabs>
                <w:tab w:val="left" w:pos="360"/>
              </w:tabs>
              <w:jc w:val="center"/>
              <w:rPr>
                <w:rFonts w:ascii="GHEA Grapalat" w:hAnsi="GHEA Grapalat"/>
                <w:b/>
                <w:lang w:val="hy-AM"/>
              </w:rPr>
            </w:pPr>
            <w:r w:rsidRPr="00FD1E60">
              <w:rPr>
                <w:rFonts w:ascii="GHEA Grapalat" w:hAnsi="GHEA Grapalat"/>
                <w:b/>
                <w:lang w:val="hy-AM"/>
              </w:rPr>
              <w:t>_</w:t>
            </w:r>
            <w:r w:rsidRPr="0000695B">
              <w:rPr>
                <w:rFonts w:ascii="GHEA Grapalat" w:hAnsi="GHEA Grapalat"/>
                <w:b/>
                <w:lang w:val="hy-AM"/>
              </w:rPr>
              <w:t>_</w:t>
            </w:r>
            <w:r w:rsidRPr="00FD1E60">
              <w:rPr>
                <w:rFonts w:ascii="GHEA Grapalat" w:hAnsi="GHEA Grapalat"/>
                <w:b/>
                <w:lang w:val="hy-AM"/>
              </w:rPr>
              <w:t>_ /_</w:t>
            </w:r>
            <w:r w:rsidRPr="0000695B">
              <w:rPr>
                <w:rFonts w:ascii="GHEA Grapalat" w:hAnsi="GHEA Grapalat"/>
                <w:b/>
                <w:lang w:val="hy-AM"/>
              </w:rPr>
              <w:t>_</w:t>
            </w:r>
            <w:r w:rsidRPr="00FD1E60">
              <w:rPr>
                <w:rFonts w:ascii="GHEA Grapalat" w:hAnsi="GHEA Grapalat"/>
                <w:b/>
                <w:lang w:val="hy-AM"/>
              </w:rPr>
              <w:t>_ /__</w:t>
            </w:r>
            <w:r w:rsidRPr="0000695B">
              <w:rPr>
                <w:rFonts w:ascii="GHEA Grapalat" w:hAnsi="GHEA Grapalat"/>
                <w:b/>
                <w:lang w:val="hy-AM"/>
              </w:rPr>
              <w:t>___</w:t>
            </w:r>
            <w:r w:rsidRPr="00FD1E60">
              <w:rPr>
                <w:rFonts w:ascii="GHEA Grapalat" w:hAnsi="GHEA Grapalat"/>
                <w:b/>
                <w:lang w:val="hy-AM"/>
              </w:rPr>
              <w:t>__</w:t>
            </w:r>
          </w:p>
          <w:p w14:paraId="73A4D9F0" w14:textId="77777777" w:rsidR="002C5774" w:rsidRPr="00FD1E60" w:rsidRDefault="002C5774" w:rsidP="002C5774">
            <w:pPr>
              <w:tabs>
                <w:tab w:val="left" w:pos="360"/>
              </w:tabs>
              <w:jc w:val="center"/>
              <w:rPr>
                <w:rFonts w:ascii="GHEA Grapalat" w:hAnsi="GHEA Grapalat"/>
                <w:b/>
                <w:lang w:val="hy-AM"/>
              </w:rPr>
            </w:pPr>
          </w:p>
          <w:p w14:paraId="7B0061DB" w14:textId="1649C49A" w:rsidR="002C5774" w:rsidRPr="00FD1E60" w:rsidRDefault="002C5774" w:rsidP="002C5774">
            <w:pPr>
              <w:tabs>
                <w:tab w:val="left" w:pos="360"/>
              </w:tabs>
              <w:jc w:val="center"/>
              <w:rPr>
                <w:rFonts w:ascii="GHEA Grapalat" w:hAnsi="GHEA Grapalat"/>
                <w:b/>
                <w:lang w:val="hy-AM"/>
              </w:rPr>
            </w:pPr>
            <w:r w:rsidRPr="00FD1E60">
              <w:rPr>
                <w:rFonts w:ascii="GHEA Grapalat" w:hAnsi="GHEA Grapalat"/>
                <w:b/>
                <w:lang w:val="hy-AM"/>
              </w:rPr>
              <w:t>_</w:t>
            </w:r>
            <w:r>
              <w:rPr>
                <w:rFonts w:ascii="GHEA Grapalat" w:hAnsi="GHEA Grapalat"/>
                <w:b/>
                <w:lang w:val="en-US"/>
              </w:rPr>
              <w:t>_</w:t>
            </w:r>
            <w:r w:rsidRPr="00FD1E60">
              <w:rPr>
                <w:rFonts w:ascii="GHEA Grapalat" w:hAnsi="GHEA Grapalat"/>
                <w:b/>
                <w:lang w:val="hy-AM"/>
              </w:rPr>
              <w:t>__ : __</w:t>
            </w:r>
            <w:r>
              <w:rPr>
                <w:rFonts w:ascii="GHEA Grapalat" w:hAnsi="GHEA Grapalat"/>
                <w:b/>
                <w:lang w:val="en-US"/>
              </w:rPr>
              <w:t>_</w:t>
            </w:r>
            <w:r w:rsidRPr="00FD1E60">
              <w:rPr>
                <w:rFonts w:ascii="GHEA Grapalat" w:hAnsi="GHEA Grapalat"/>
                <w:b/>
                <w:lang w:val="hy-AM"/>
              </w:rPr>
              <w:t>_</w:t>
            </w:r>
          </w:p>
        </w:tc>
      </w:tr>
    </w:tbl>
    <w:p w14:paraId="7E51681A" w14:textId="77777777" w:rsidR="002C5774" w:rsidRDefault="002C5774" w:rsidP="002C5774">
      <w:pPr>
        <w:rPr>
          <w:rFonts w:ascii="GHEA Grapalat" w:hAnsi="GHEA Grapalat"/>
          <w:lang w:val="hy-AM"/>
        </w:rPr>
      </w:pPr>
    </w:p>
    <w:p w14:paraId="14AD2067" w14:textId="77777777" w:rsidR="002C5774" w:rsidRPr="00FD1E60" w:rsidRDefault="002C5774" w:rsidP="002C5774">
      <w:pPr>
        <w:rPr>
          <w:rFonts w:ascii="GHEA Grapalat" w:hAnsi="GHEA Grapalat"/>
          <w:lang w:val="hy-AM"/>
        </w:rPr>
      </w:pPr>
    </w:p>
    <w:tbl>
      <w:tblPr>
        <w:tblStyle w:val="TableGrid"/>
        <w:tblpPr w:leftFromText="180" w:rightFromText="180" w:vertAnchor="text" w:horzAnchor="margin" w:tblpXSpec="center" w:tblpY="163"/>
        <w:tblW w:w="14567" w:type="dxa"/>
        <w:tblLayout w:type="fixed"/>
        <w:tblLook w:val="04A0" w:firstRow="1" w:lastRow="0" w:firstColumn="1" w:lastColumn="0" w:noHBand="0" w:noVBand="1"/>
      </w:tblPr>
      <w:tblGrid>
        <w:gridCol w:w="6678"/>
        <w:gridCol w:w="570"/>
        <w:gridCol w:w="630"/>
        <w:gridCol w:w="6689"/>
      </w:tblGrid>
      <w:tr w:rsidR="002C5774" w:rsidRPr="00761BD3" w14:paraId="47D89A60" w14:textId="77777777" w:rsidTr="0023442E">
        <w:trPr>
          <w:trHeight w:val="699"/>
        </w:trPr>
        <w:tc>
          <w:tcPr>
            <w:tcW w:w="6678" w:type="dxa"/>
            <w:vAlign w:val="center"/>
          </w:tcPr>
          <w:p w14:paraId="50C0B9E7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Ախտանիշներ</w:t>
            </w:r>
          </w:p>
        </w:tc>
        <w:tc>
          <w:tcPr>
            <w:tcW w:w="570" w:type="dxa"/>
            <w:vAlign w:val="center"/>
          </w:tcPr>
          <w:p w14:paraId="0CA8AC63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Ոչ</w:t>
            </w:r>
          </w:p>
        </w:tc>
        <w:tc>
          <w:tcPr>
            <w:tcW w:w="630" w:type="dxa"/>
            <w:vAlign w:val="center"/>
          </w:tcPr>
          <w:p w14:paraId="3DEA00CC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Այո</w:t>
            </w:r>
          </w:p>
        </w:tc>
        <w:tc>
          <w:tcPr>
            <w:tcW w:w="6689" w:type="dxa"/>
            <w:vAlign w:val="center"/>
          </w:tcPr>
          <w:p w14:paraId="552D59BD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Նկատառումներ</w:t>
            </w:r>
          </w:p>
        </w:tc>
      </w:tr>
      <w:tr w:rsidR="002C5774" w:rsidRPr="00D941A8" w14:paraId="6CC7D6B4" w14:textId="77777777" w:rsidTr="008164AA">
        <w:tc>
          <w:tcPr>
            <w:tcW w:w="14567" w:type="dxa"/>
            <w:gridSpan w:val="4"/>
            <w:shd w:val="clear" w:color="auto" w:fill="D9D9D9" w:themeFill="background1" w:themeFillShade="D9"/>
            <w:vAlign w:val="center"/>
          </w:tcPr>
          <w:p w14:paraId="5BA7323C" w14:textId="6C0C1B73" w:rsidR="002C5774" w:rsidRPr="00761BD3" w:rsidRDefault="004863A8" w:rsidP="008F0C20">
            <w:pPr>
              <w:jc w:val="center"/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  <w:t xml:space="preserve">ՄԱՍ Ա. </w:t>
            </w:r>
            <w:r w:rsidR="002C5774" w:rsidRPr="00761BD3"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  <w:t>ՍՈՄԱՏԻԶԱՑԻԱ</w:t>
            </w:r>
          </w:p>
          <w:p w14:paraId="383F0E13" w14:textId="77777777" w:rsidR="002C5774" w:rsidRPr="00761BD3" w:rsidRDefault="002C5774" w:rsidP="008F0C20">
            <w:pPr>
              <w:spacing w:before="97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ԸՆԴՀԱՆՈՒՐ ԱՌՄԱՄԲ ԵՎ ՀԱՏԿԱՊԵՍ ՎԵՐՋԻՆ ԵՐԿՈՒ ՇԱԲԱԹՎԱ ԸՆԹԱՑՔՈՒՄ</w:t>
            </w:r>
          </w:p>
          <w:p w14:paraId="660BC66B" w14:textId="77777777" w:rsidR="002C5774" w:rsidRPr="00761BD3" w:rsidRDefault="002C5774" w:rsidP="008F0C20">
            <w:pPr>
              <w:spacing w:before="97"/>
              <w:jc w:val="center"/>
              <w:rPr>
                <w:rFonts w:ascii="GHEA Grapalat" w:hAnsi="GHEA Grapalat"/>
                <w:b/>
                <w:i/>
                <w:sz w:val="24"/>
                <w:szCs w:val="24"/>
                <w:u w:val="single"/>
                <w:lang w:val="hy-AM"/>
              </w:rPr>
            </w:pPr>
            <w:r w:rsidRPr="00761BD3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արդյո՞ք Ձեզ անհանգստացրել են</w:t>
            </w:r>
          </w:p>
        </w:tc>
      </w:tr>
      <w:tr w:rsidR="002C5774" w:rsidRPr="00761BD3" w14:paraId="07E51E2A" w14:textId="77777777" w:rsidTr="0023442E">
        <w:trPr>
          <w:trHeight w:val="823"/>
        </w:trPr>
        <w:tc>
          <w:tcPr>
            <w:tcW w:w="6678" w:type="dxa"/>
            <w:vAlign w:val="center"/>
          </w:tcPr>
          <w:p w14:paraId="49849D71" w14:textId="77777777" w:rsidR="002C5774" w:rsidRPr="00761BD3" w:rsidRDefault="002C5774" w:rsidP="008F0C20">
            <w:pPr>
              <w:pStyle w:val="ListParagraph"/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Ուշագնացություններ կամ գլխապտույտներ</w:t>
            </w:r>
          </w:p>
        </w:tc>
        <w:tc>
          <w:tcPr>
            <w:tcW w:w="570" w:type="dxa"/>
            <w:vAlign w:val="center"/>
          </w:tcPr>
          <w:p w14:paraId="7F98E12C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0" w:type="dxa"/>
            <w:vAlign w:val="center"/>
          </w:tcPr>
          <w:p w14:paraId="27034F1F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689" w:type="dxa"/>
            <w:vAlign w:val="center"/>
          </w:tcPr>
          <w:p w14:paraId="44FF0EBC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12B6A3C1" w14:textId="77777777" w:rsidTr="0023442E">
        <w:trPr>
          <w:trHeight w:val="834"/>
        </w:trPr>
        <w:tc>
          <w:tcPr>
            <w:tcW w:w="6678" w:type="dxa"/>
            <w:vAlign w:val="center"/>
          </w:tcPr>
          <w:p w14:paraId="7BC2D8E4" w14:textId="77777777" w:rsidR="002C5774" w:rsidRPr="00761BD3" w:rsidRDefault="002C5774" w:rsidP="008F0C20">
            <w:pPr>
              <w:pStyle w:val="ListParagraph"/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Ցավեր սրտի կամ կրծքավանդակի շրջանում</w:t>
            </w:r>
          </w:p>
        </w:tc>
        <w:tc>
          <w:tcPr>
            <w:tcW w:w="570" w:type="dxa"/>
            <w:vAlign w:val="center"/>
          </w:tcPr>
          <w:p w14:paraId="7D07A666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0" w:type="dxa"/>
            <w:vAlign w:val="center"/>
          </w:tcPr>
          <w:p w14:paraId="298795C3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689" w:type="dxa"/>
            <w:vAlign w:val="center"/>
          </w:tcPr>
          <w:p w14:paraId="5189134F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6A983183" w14:textId="77777777" w:rsidTr="0023442E">
        <w:trPr>
          <w:trHeight w:val="847"/>
        </w:trPr>
        <w:tc>
          <w:tcPr>
            <w:tcW w:w="6678" w:type="dxa"/>
            <w:vAlign w:val="center"/>
          </w:tcPr>
          <w:p w14:paraId="03B4E5BB" w14:textId="77777777" w:rsidR="002C5774" w:rsidRPr="00761BD3" w:rsidRDefault="002C5774" w:rsidP="008F0C20">
            <w:pPr>
              <w:pStyle w:val="ListParagraph"/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Սրտխառնոց, փսխում կամ խանգարված ստամոքս</w:t>
            </w:r>
          </w:p>
        </w:tc>
        <w:tc>
          <w:tcPr>
            <w:tcW w:w="570" w:type="dxa"/>
            <w:vAlign w:val="center"/>
          </w:tcPr>
          <w:p w14:paraId="4DDDD667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0" w:type="dxa"/>
            <w:vAlign w:val="center"/>
          </w:tcPr>
          <w:p w14:paraId="52771258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689" w:type="dxa"/>
            <w:vAlign w:val="center"/>
          </w:tcPr>
          <w:p w14:paraId="3D07AD82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5F478654" w14:textId="77777777" w:rsidTr="0023442E">
        <w:trPr>
          <w:trHeight w:val="703"/>
        </w:trPr>
        <w:tc>
          <w:tcPr>
            <w:tcW w:w="6678" w:type="dxa"/>
            <w:vAlign w:val="center"/>
          </w:tcPr>
          <w:p w14:paraId="6BB04DE5" w14:textId="77777777" w:rsidR="002C5774" w:rsidRPr="00761BD3" w:rsidRDefault="002C5774" w:rsidP="008F0C20">
            <w:pPr>
              <w:pStyle w:val="ListParagraph"/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 w:val="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Վատ ախորժակ</w:t>
            </w:r>
          </w:p>
        </w:tc>
        <w:tc>
          <w:tcPr>
            <w:tcW w:w="570" w:type="dxa"/>
            <w:vAlign w:val="center"/>
          </w:tcPr>
          <w:p w14:paraId="65A94C31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0" w:type="dxa"/>
            <w:vAlign w:val="center"/>
          </w:tcPr>
          <w:p w14:paraId="2ADCD356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689" w:type="dxa"/>
            <w:vAlign w:val="center"/>
          </w:tcPr>
          <w:p w14:paraId="74A4546B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66CAD562" w14:textId="77777777" w:rsidTr="0023442E">
        <w:trPr>
          <w:trHeight w:val="827"/>
        </w:trPr>
        <w:tc>
          <w:tcPr>
            <w:tcW w:w="6678" w:type="dxa"/>
            <w:vAlign w:val="center"/>
          </w:tcPr>
          <w:p w14:paraId="55F92F4A" w14:textId="77777777" w:rsidR="002C5774" w:rsidRPr="00761BD3" w:rsidRDefault="002C5774" w:rsidP="008F0C20">
            <w:pPr>
              <w:pStyle w:val="ListParagraph"/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Շնչառության հետ կապված խնդիր (շնչարգելություն, ասթմա և այլն)</w:t>
            </w:r>
          </w:p>
        </w:tc>
        <w:tc>
          <w:tcPr>
            <w:tcW w:w="570" w:type="dxa"/>
            <w:vAlign w:val="center"/>
          </w:tcPr>
          <w:p w14:paraId="5397FD80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0" w:type="dxa"/>
            <w:vAlign w:val="center"/>
          </w:tcPr>
          <w:p w14:paraId="08E50C9E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689" w:type="dxa"/>
            <w:vAlign w:val="center"/>
          </w:tcPr>
          <w:p w14:paraId="5621B934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228A8655" w14:textId="77777777" w:rsidTr="0023442E">
        <w:trPr>
          <w:trHeight w:val="853"/>
        </w:trPr>
        <w:tc>
          <w:tcPr>
            <w:tcW w:w="6678" w:type="dxa"/>
            <w:vAlign w:val="center"/>
          </w:tcPr>
          <w:p w14:paraId="6B69920A" w14:textId="76D647E9" w:rsidR="002C5774" w:rsidRPr="00761BD3" w:rsidRDefault="002C5774" w:rsidP="008F0C20">
            <w:pPr>
              <w:pStyle w:val="ListParagraph"/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Շոգելու (քրտնելու) կամ մրսելու (դողի) զգացողություններ</w:t>
            </w:r>
          </w:p>
        </w:tc>
        <w:tc>
          <w:tcPr>
            <w:tcW w:w="570" w:type="dxa"/>
            <w:vAlign w:val="center"/>
          </w:tcPr>
          <w:p w14:paraId="4C14687E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0" w:type="dxa"/>
            <w:vAlign w:val="center"/>
          </w:tcPr>
          <w:p w14:paraId="45F9821D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689" w:type="dxa"/>
            <w:vAlign w:val="center"/>
          </w:tcPr>
          <w:p w14:paraId="1001724C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2D4BE9D3" w14:textId="77777777" w:rsidTr="0023442E">
        <w:trPr>
          <w:trHeight w:val="739"/>
        </w:trPr>
        <w:tc>
          <w:tcPr>
            <w:tcW w:w="6678" w:type="dxa"/>
            <w:vAlign w:val="center"/>
          </w:tcPr>
          <w:p w14:paraId="3750319D" w14:textId="77777777" w:rsidR="002C5774" w:rsidRPr="00761BD3" w:rsidRDefault="002C5774" w:rsidP="008F0C20">
            <w:pPr>
              <w:pStyle w:val="ListParagraph"/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Թմրածություն կամ  մարմնի տարբեր մասերում  քոր</w:t>
            </w:r>
          </w:p>
        </w:tc>
        <w:tc>
          <w:tcPr>
            <w:tcW w:w="570" w:type="dxa"/>
            <w:vAlign w:val="center"/>
          </w:tcPr>
          <w:p w14:paraId="1A8C197F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0" w:type="dxa"/>
            <w:vAlign w:val="center"/>
          </w:tcPr>
          <w:p w14:paraId="0BBADF3A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689" w:type="dxa"/>
            <w:vAlign w:val="center"/>
          </w:tcPr>
          <w:p w14:paraId="1B126F7E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1714754B" w14:textId="77777777" w:rsidTr="0023442E">
        <w:trPr>
          <w:trHeight w:val="791"/>
        </w:trPr>
        <w:tc>
          <w:tcPr>
            <w:tcW w:w="6678" w:type="dxa"/>
            <w:vAlign w:val="center"/>
          </w:tcPr>
          <w:p w14:paraId="54560E35" w14:textId="77777777" w:rsidR="002C5774" w:rsidRPr="00761BD3" w:rsidRDefault="002C5774" w:rsidP="008F0C20">
            <w:pPr>
              <w:pStyle w:val="ListParagraph"/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Մարմնի տարբեր մասերում թուլության զգացում</w:t>
            </w:r>
          </w:p>
        </w:tc>
        <w:tc>
          <w:tcPr>
            <w:tcW w:w="570" w:type="dxa"/>
            <w:vAlign w:val="center"/>
          </w:tcPr>
          <w:p w14:paraId="046BD6D5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0" w:type="dxa"/>
            <w:vAlign w:val="center"/>
          </w:tcPr>
          <w:p w14:paraId="381D591C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689" w:type="dxa"/>
            <w:vAlign w:val="center"/>
          </w:tcPr>
          <w:p w14:paraId="58F055B2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5B709A4A" w14:textId="77777777" w:rsidTr="0023442E">
        <w:trPr>
          <w:trHeight w:val="702"/>
        </w:trPr>
        <w:tc>
          <w:tcPr>
            <w:tcW w:w="6678" w:type="dxa"/>
            <w:tcBorders>
              <w:bottom w:val="single" w:sz="4" w:space="0" w:color="auto"/>
            </w:tcBorders>
            <w:vAlign w:val="center"/>
          </w:tcPr>
          <w:p w14:paraId="06E479BE" w14:textId="77777777" w:rsidR="002C5774" w:rsidRPr="00761BD3" w:rsidRDefault="002C5774" w:rsidP="008F0C20">
            <w:pPr>
              <w:pStyle w:val="ListParagraph"/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 w:val="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Քնելու հետ կապված խնդիրներ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061F2A0B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749CAE6D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689" w:type="dxa"/>
            <w:tcBorders>
              <w:bottom w:val="single" w:sz="4" w:space="0" w:color="auto"/>
            </w:tcBorders>
            <w:vAlign w:val="center"/>
          </w:tcPr>
          <w:p w14:paraId="6FE9419D" w14:textId="77777777" w:rsidR="002C5774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9DC81E9" w14:textId="5A685748" w:rsidR="00761BD3" w:rsidRPr="00761BD3" w:rsidRDefault="00761BD3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61BD3" w:rsidRPr="00761BD3" w14:paraId="497C4EC3" w14:textId="77777777" w:rsidTr="0023442E">
        <w:trPr>
          <w:trHeight w:val="702"/>
        </w:trPr>
        <w:tc>
          <w:tcPr>
            <w:tcW w:w="14567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00D6BF7A" w14:textId="16BDA50B" w:rsidR="00761BD3" w:rsidRPr="00761BD3" w:rsidRDefault="00761BD3" w:rsidP="00761BD3"/>
        </w:tc>
      </w:tr>
    </w:tbl>
    <w:tbl>
      <w:tblPr>
        <w:tblStyle w:val="TableGrid1"/>
        <w:tblW w:w="14459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11890"/>
      </w:tblGrid>
      <w:tr w:rsidR="002C5774" w:rsidRPr="00761BD3" w14:paraId="65CDDFA1" w14:textId="77777777" w:rsidTr="0023442E">
        <w:tc>
          <w:tcPr>
            <w:tcW w:w="2569" w:type="dxa"/>
          </w:tcPr>
          <w:p w14:paraId="09DBF023" w14:textId="34D762A5" w:rsidR="002C5774" w:rsidRPr="007E103D" w:rsidRDefault="002C5774" w:rsidP="008F0C20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«Այո» պատասխանների ընդհանուր թիվը</w:t>
            </w:r>
          </w:p>
          <w:p w14:paraId="55982DBB" w14:textId="3E780628" w:rsidR="002C5774" w:rsidRPr="007E103D" w:rsidRDefault="002C5774" w:rsidP="008F0C20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</w:t>
            </w:r>
            <w:r w:rsidR="007E103D">
              <w:rPr>
                <w:rFonts w:ascii="GHEA Grapalat" w:hAnsi="GHEA Grapalat"/>
                <w:b/>
                <w:sz w:val="24"/>
                <w:szCs w:val="24"/>
                <w:lang w:val="en-US"/>
              </w:rPr>
              <w:t>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_  </w:t>
            </w:r>
          </w:p>
          <w:p w14:paraId="4A1F2F8E" w14:textId="77777777" w:rsidR="002C5774" w:rsidRPr="007E103D" w:rsidRDefault="002C5774" w:rsidP="008F0C20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(եթե թիվը առնվազն 3 է, համարել բուժման ենթակա դեպք)</w:t>
            </w:r>
          </w:p>
        </w:tc>
        <w:tc>
          <w:tcPr>
            <w:tcW w:w="11890" w:type="dxa"/>
            <w:vAlign w:val="center"/>
          </w:tcPr>
          <w:p w14:paraId="29704583" w14:textId="77777777" w:rsidR="002C5774" w:rsidRPr="007E103D" w:rsidRDefault="002C577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Ընդհանուր նկատառումներ</w:t>
            </w:r>
          </w:p>
          <w:p w14:paraId="53276DC8" w14:textId="2880DA68" w:rsidR="002C5774" w:rsidRPr="007E103D" w:rsidRDefault="002C5774" w:rsidP="00DD56E4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</w:t>
            </w:r>
            <w:r w:rsidR="007E103D"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</w:t>
            </w:r>
          </w:p>
          <w:p w14:paraId="2AAB7E87" w14:textId="7514B153" w:rsidR="002C5774" w:rsidRPr="007E103D" w:rsidRDefault="002C5774" w:rsidP="00DD56E4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</w:t>
            </w:r>
            <w:r w:rsidR="007E103D"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</w:t>
            </w:r>
          </w:p>
          <w:p w14:paraId="6AE62095" w14:textId="02928F51" w:rsidR="002C5774" w:rsidRDefault="002C5774" w:rsidP="00DD56E4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</w:t>
            </w:r>
            <w:r w:rsidR="007E103D"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</w:t>
            </w:r>
          </w:p>
          <w:p w14:paraId="4B90B6CB" w14:textId="5F12B082" w:rsidR="007E103D" w:rsidRPr="007E103D" w:rsidRDefault="007E103D" w:rsidP="00DD56E4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__________________________________________________________________________________________</w:t>
            </w:r>
          </w:p>
          <w:p w14:paraId="197CDA42" w14:textId="77777777" w:rsidR="002C5774" w:rsidRPr="007E103D" w:rsidRDefault="002C577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</w:tbl>
    <w:p w14:paraId="636D86E2" w14:textId="77777777" w:rsidR="002C5774" w:rsidRPr="00761BD3" w:rsidRDefault="002C5774" w:rsidP="002C5774">
      <w:pPr>
        <w:rPr>
          <w:rFonts w:ascii="GHEA Grapalat" w:hAnsi="GHEA Grapalat"/>
          <w:b/>
          <w:sz w:val="24"/>
          <w:szCs w:val="24"/>
        </w:rPr>
      </w:pPr>
    </w:p>
    <w:p w14:paraId="7BDC779F" w14:textId="77777777" w:rsidR="002C5774" w:rsidRPr="00761BD3" w:rsidRDefault="002C5774" w:rsidP="002C5774">
      <w:pPr>
        <w:rPr>
          <w:rFonts w:ascii="GHEA Grapalat" w:hAnsi="GHEA Grapalat"/>
          <w:b/>
          <w:sz w:val="24"/>
          <w:szCs w:val="24"/>
        </w:rPr>
      </w:pPr>
    </w:p>
    <w:tbl>
      <w:tblPr>
        <w:tblStyle w:val="TableGrid"/>
        <w:tblW w:w="1445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660"/>
        <w:gridCol w:w="567"/>
        <w:gridCol w:w="709"/>
        <w:gridCol w:w="6523"/>
      </w:tblGrid>
      <w:tr w:rsidR="002C5774" w:rsidRPr="00DD56E4" w14:paraId="22EF9F72" w14:textId="77777777" w:rsidTr="0023442E">
        <w:trPr>
          <w:trHeight w:val="794"/>
        </w:trPr>
        <w:tc>
          <w:tcPr>
            <w:tcW w:w="6660" w:type="dxa"/>
            <w:vAlign w:val="center"/>
          </w:tcPr>
          <w:p w14:paraId="53E601B3" w14:textId="363E58E5" w:rsidR="002C5774" w:rsidRPr="00DD56E4" w:rsidRDefault="002C5774" w:rsidP="00DD56E4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D56E4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Ախտանիշներ</w:t>
            </w:r>
          </w:p>
        </w:tc>
        <w:tc>
          <w:tcPr>
            <w:tcW w:w="567" w:type="dxa"/>
          </w:tcPr>
          <w:p w14:paraId="1CFCB9AA" w14:textId="77777777" w:rsidR="00DD56E4" w:rsidRDefault="00DD56E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14:paraId="39DC2272" w14:textId="266B5F8A" w:rsidR="002C5774" w:rsidRPr="00DD56E4" w:rsidRDefault="002C5774" w:rsidP="00DD56E4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D56E4">
              <w:rPr>
                <w:rFonts w:ascii="GHEA Grapalat" w:hAnsi="GHEA Grapalat"/>
                <w:b/>
                <w:sz w:val="24"/>
                <w:szCs w:val="24"/>
                <w:lang w:val="hy-AM"/>
              </w:rPr>
              <w:t>Ոչ</w:t>
            </w:r>
          </w:p>
        </w:tc>
        <w:tc>
          <w:tcPr>
            <w:tcW w:w="709" w:type="dxa"/>
          </w:tcPr>
          <w:p w14:paraId="4BBDBF79" w14:textId="77777777" w:rsidR="00DD56E4" w:rsidRDefault="00DD56E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14:paraId="4D2230E7" w14:textId="28E36249" w:rsidR="002C5774" w:rsidRPr="00DD56E4" w:rsidRDefault="00DD56E4" w:rsidP="00DD56E4">
            <w:pPr>
              <w:tabs>
                <w:tab w:val="center" w:pos="246"/>
              </w:tabs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ab/>
            </w:r>
            <w:r w:rsidR="002C5774" w:rsidRPr="00DD56E4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Այո</w:t>
            </w:r>
          </w:p>
        </w:tc>
        <w:tc>
          <w:tcPr>
            <w:tcW w:w="6523" w:type="dxa"/>
          </w:tcPr>
          <w:p w14:paraId="49179607" w14:textId="77777777" w:rsidR="00DD56E4" w:rsidRDefault="00DD56E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14:paraId="33BADE51" w14:textId="6B30C58D" w:rsidR="002C5774" w:rsidRPr="00DD56E4" w:rsidRDefault="002C5774" w:rsidP="00DD56E4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D56E4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Նկատառումներ</w:t>
            </w:r>
          </w:p>
        </w:tc>
      </w:tr>
      <w:tr w:rsidR="002C5774" w:rsidRPr="00D941A8" w14:paraId="00F4B6BC" w14:textId="77777777" w:rsidTr="008164AA">
        <w:tc>
          <w:tcPr>
            <w:tcW w:w="14459" w:type="dxa"/>
            <w:gridSpan w:val="4"/>
            <w:shd w:val="clear" w:color="auto" w:fill="D9D9D9" w:themeFill="background1" w:themeFillShade="D9"/>
            <w:vAlign w:val="center"/>
          </w:tcPr>
          <w:p w14:paraId="5DC49FF8" w14:textId="298F90C8" w:rsidR="002C5774" w:rsidRPr="00DD56E4" w:rsidRDefault="004863A8" w:rsidP="008F0C20">
            <w:pPr>
              <w:jc w:val="center"/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  <w:t xml:space="preserve">ՄԱՍ Բ. </w:t>
            </w:r>
            <w:r w:rsidR="002C5774" w:rsidRPr="00DD56E4"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  <w:t>ՕԲՍԵՍԻՎՈՒԹՅՈՒՆ-ԿՈՄՊՈՒԼՍԻՎՈՒԹՅՈՒՆ ԿԱՄ</w:t>
            </w:r>
          </w:p>
          <w:p w14:paraId="5B39D8D7" w14:textId="77777777" w:rsidR="002C5774" w:rsidRPr="00DD56E4" w:rsidRDefault="002C5774" w:rsidP="008F0C20">
            <w:pPr>
              <w:jc w:val="center"/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</w:pPr>
            <w:r w:rsidRPr="00DD56E4"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  <w:t>ԿՊՉՈՒՆՈՒԹՅՈՒՆ-ՍԵՎԵՌՈՒՆՈՒԹՅՈՒՆ</w:t>
            </w:r>
          </w:p>
          <w:p w14:paraId="55409196" w14:textId="77777777" w:rsidR="002C5774" w:rsidRPr="00DD56E4" w:rsidRDefault="002C5774" w:rsidP="008F0C20">
            <w:pPr>
              <w:spacing w:before="97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DD56E4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ԸՆԴՀԱՆՈՒՐ ԱՌՄԱՄԲ ԵՎ ՀԱՏԿԱՊԵՍ ՎԵՐՋԻՆ ԵՐԿՈՒ ՇԱԲԱԹՎԱ ԸՆԹԱՑՔՈՒՄ</w:t>
            </w:r>
          </w:p>
          <w:p w14:paraId="291E0D65" w14:textId="2AAE05D5" w:rsidR="002C5774" w:rsidRPr="0023442E" w:rsidRDefault="002C5774" w:rsidP="008F0C20">
            <w:pPr>
              <w:spacing w:before="97"/>
              <w:jc w:val="center"/>
              <w:rPr>
                <w:rFonts w:ascii="Sylfaen" w:hAnsi="Sylfaen"/>
                <w:b/>
                <w:i/>
                <w:sz w:val="24"/>
                <w:szCs w:val="24"/>
                <w:u w:val="single"/>
                <w:lang w:val="hy-AM"/>
              </w:rPr>
            </w:pPr>
            <w:r w:rsidRPr="00DD56E4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արդյո՞ք Ձեզ անհանգստացրել են</w:t>
            </w:r>
          </w:p>
        </w:tc>
      </w:tr>
      <w:tr w:rsidR="002C5774" w:rsidRPr="00D941A8" w14:paraId="4E215BAF" w14:textId="77777777" w:rsidTr="0023442E">
        <w:trPr>
          <w:trHeight w:val="786"/>
        </w:trPr>
        <w:tc>
          <w:tcPr>
            <w:tcW w:w="6660" w:type="dxa"/>
            <w:vAlign w:val="center"/>
          </w:tcPr>
          <w:p w14:paraId="4712F202" w14:textId="77777777" w:rsidR="002C5774" w:rsidRPr="00DD56E4" w:rsidRDefault="002C5774" w:rsidP="008F0C20">
            <w:pPr>
              <w:pStyle w:val="ListParagraph"/>
              <w:numPr>
                <w:ilvl w:val="0"/>
                <w:numId w:val="12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56E4">
              <w:rPr>
                <w:rFonts w:ascii="GHEA Grapalat" w:hAnsi="GHEA Grapalat"/>
                <w:b/>
                <w:sz w:val="24"/>
                <w:szCs w:val="24"/>
                <w:lang w:val="hy-AM"/>
              </w:rPr>
              <w:t>Որևէ բան հիշելու հետ կապված խնդիր</w:t>
            </w:r>
          </w:p>
        </w:tc>
        <w:tc>
          <w:tcPr>
            <w:tcW w:w="567" w:type="dxa"/>
          </w:tcPr>
          <w:p w14:paraId="3CDB1AE8" w14:textId="77777777" w:rsidR="002C5774" w:rsidRPr="00DD56E4" w:rsidRDefault="002C5774" w:rsidP="008F0C2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CA415F7" w14:textId="77777777" w:rsidR="002C5774" w:rsidRPr="00DD56E4" w:rsidRDefault="002C5774" w:rsidP="008F0C2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523" w:type="dxa"/>
          </w:tcPr>
          <w:p w14:paraId="7DEB7CD8" w14:textId="77777777" w:rsidR="002C5774" w:rsidRPr="00DD56E4" w:rsidRDefault="002C5774" w:rsidP="008F0C2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D941A8" w14:paraId="3CD36C1A" w14:textId="77777777" w:rsidTr="0023442E">
        <w:trPr>
          <w:trHeight w:val="854"/>
        </w:trPr>
        <w:tc>
          <w:tcPr>
            <w:tcW w:w="6660" w:type="dxa"/>
            <w:vAlign w:val="center"/>
          </w:tcPr>
          <w:p w14:paraId="70C73418" w14:textId="77777777" w:rsidR="002C5774" w:rsidRPr="00DD56E4" w:rsidRDefault="002C5774" w:rsidP="008F0C20">
            <w:pPr>
              <w:pStyle w:val="ListParagraph"/>
              <w:numPr>
                <w:ilvl w:val="0"/>
                <w:numId w:val="12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56E4">
              <w:rPr>
                <w:rFonts w:ascii="GHEA Grapalat" w:hAnsi="GHEA Grapalat"/>
                <w:b/>
                <w:sz w:val="24"/>
                <w:szCs w:val="24"/>
                <w:lang w:val="hy-AM"/>
              </w:rPr>
              <w:t>Որևէ բան անելիս արգելակվածության կամ առաջ գնալու անկարողության զգացում</w:t>
            </w:r>
          </w:p>
        </w:tc>
        <w:tc>
          <w:tcPr>
            <w:tcW w:w="567" w:type="dxa"/>
          </w:tcPr>
          <w:p w14:paraId="25266FA9" w14:textId="77777777" w:rsidR="002C5774" w:rsidRPr="00DD56E4" w:rsidRDefault="002C5774" w:rsidP="008F0C2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4E967272" w14:textId="77777777" w:rsidR="002C5774" w:rsidRPr="00DD56E4" w:rsidRDefault="002C5774" w:rsidP="008F0C2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523" w:type="dxa"/>
          </w:tcPr>
          <w:p w14:paraId="7CB16743" w14:textId="77777777" w:rsidR="002C5774" w:rsidRPr="00DD56E4" w:rsidRDefault="002C5774" w:rsidP="008F0C2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D941A8" w14:paraId="0B37C400" w14:textId="77777777" w:rsidTr="0023442E">
        <w:trPr>
          <w:trHeight w:val="838"/>
        </w:trPr>
        <w:tc>
          <w:tcPr>
            <w:tcW w:w="6660" w:type="dxa"/>
            <w:vAlign w:val="center"/>
          </w:tcPr>
          <w:p w14:paraId="15E6F78A" w14:textId="77777777" w:rsidR="002C5774" w:rsidRPr="00DD56E4" w:rsidRDefault="002C5774" w:rsidP="008F0C20">
            <w:pPr>
              <w:pStyle w:val="ListParagraph"/>
              <w:numPr>
                <w:ilvl w:val="0"/>
                <w:numId w:val="12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56E4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Անհրաժեշտություն վերստուգելու կամ կրկնակի անգամ ճշտելու այն, ինչ անում եք</w:t>
            </w:r>
          </w:p>
        </w:tc>
        <w:tc>
          <w:tcPr>
            <w:tcW w:w="567" w:type="dxa"/>
          </w:tcPr>
          <w:p w14:paraId="58B337A8" w14:textId="77777777" w:rsidR="002C5774" w:rsidRPr="00DD56E4" w:rsidRDefault="002C5774" w:rsidP="008F0C2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E6B0FA8" w14:textId="77777777" w:rsidR="002C5774" w:rsidRPr="00DD56E4" w:rsidRDefault="002C5774" w:rsidP="008F0C2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523" w:type="dxa"/>
          </w:tcPr>
          <w:p w14:paraId="1C4481E4" w14:textId="77777777" w:rsidR="002C5774" w:rsidRPr="00DD56E4" w:rsidRDefault="002C5774" w:rsidP="008F0C2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DD56E4" w14:paraId="07225F42" w14:textId="77777777" w:rsidTr="0023442E">
        <w:trPr>
          <w:trHeight w:val="834"/>
        </w:trPr>
        <w:tc>
          <w:tcPr>
            <w:tcW w:w="6660" w:type="dxa"/>
            <w:vAlign w:val="center"/>
          </w:tcPr>
          <w:p w14:paraId="7566E201" w14:textId="77777777" w:rsidR="002C5774" w:rsidRPr="00DD56E4" w:rsidRDefault="002C5774" w:rsidP="008F0C20">
            <w:pPr>
              <w:pStyle w:val="ListParagraph"/>
              <w:numPr>
                <w:ilvl w:val="0"/>
                <w:numId w:val="12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56E4">
              <w:rPr>
                <w:rFonts w:ascii="GHEA Grapalat" w:hAnsi="GHEA Grapalat"/>
                <w:b/>
                <w:sz w:val="24"/>
                <w:szCs w:val="24"/>
                <w:lang w:val="hy-AM"/>
              </w:rPr>
              <w:t>Որոշում կայացնելու դժվարություններ</w:t>
            </w:r>
          </w:p>
        </w:tc>
        <w:tc>
          <w:tcPr>
            <w:tcW w:w="567" w:type="dxa"/>
          </w:tcPr>
          <w:p w14:paraId="06F92E70" w14:textId="77777777" w:rsidR="002C5774" w:rsidRPr="00DD56E4" w:rsidRDefault="002C5774" w:rsidP="008F0C2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20772BB9" w14:textId="77777777" w:rsidR="002C5774" w:rsidRPr="00DD56E4" w:rsidRDefault="002C5774" w:rsidP="008F0C2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523" w:type="dxa"/>
          </w:tcPr>
          <w:p w14:paraId="089CE52D" w14:textId="77777777" w:rsidR="002C5774" w:rsidRDefault="002C5774" w:rsidP="008F0C2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6D5120E" w14:textId="664538B2" w:rsidR="00DD56E4" w:rsidRPr="00DD56E4" w:rsidRDefault="00DD56E4" w:rsidP="008F0C2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DD56E4" w14:paraId="63EE2976" w14:textId="77777777" w:rsidTr="0023442E">
        <w:trPr>
          <w:trHeight w:val="985"/>
        </w:trPr>
        <w:tc>
          <w:tcPr>
            <w:tcW w:w="6660" w:type="dxa"/>
            <w:vAlign w:val="center"/>
          </w:tcPr>
          <w:p w14:paraId="4CAD14FB" w14:textId="77777777" w:rsidR="002C5774" w:rsidRPr="00DD56E4" w:rsidRDefault="002C5774" w:rsidP="008F0C20">
            <w:pPr>
              <w:pStyle w:val="ListParagraph"/>
              <w:numPr>
                <w:ilvl w:val="0"/>
                <w:numId w:val="12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56E4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«Ուղեղը կարծես դատարկվում է», մտքերը հեշտությամբ կորչում են</w:t>
            </w:r>
          </w:p>
        </w:tc>
        <w:tc>
          <w:tcPr>
            <w:tcW w:w="567" w:type="dxa"/>
          </w:tcPr>
          <w:p w14:paraId="270ACF41" w14:textId="77777777" w:rsidR="002C5774" w:rsidRPr="00DD56E4" w:rsidRDefault="002C5774" w:rsidP="008F0C2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4BDC3EE" w14:textId="77777777" w:rsidR="002C5774" w:rsidRPr="00DD56E4" w:rsidRDefault="002C5774" w:rsidP="008F0C2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523" w:type="dxa"/>
          </w:tcPr>
          <w:p w14:paraId="5F128110" w14:textId="77777777" w:rsidR="002C5774" w:rsidRPr="00DD56E4" w:rsidRDefault="002C5774" w:rsidP="008F0C2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DD56E4" w14:paraId="19D57147" w14:textId="77777777" w:rsidTr="0023442E">
        <w:trPr>
          <w:trHeight w:val="700"/>
        </w:trPr>
        <w:tc>
          <w:tcPr>
            <w:tcW w:w="6660" w:type="dxa"/>
            <w:tcBorders>
              <w:bottom w:val="single" w:sz="4" w:space="0" w:color="auto"/>
            </w:tcBorders>
            <w:vAlign w:val="center"/>
          </w:tcPr>
          <w:p w14:paraId="42B98E3A" w14:textId="779C83AE" w:rsidR="002C5774" w:rsidRPr="00DD56E4" w:rsidRDefault="002C5774" w:rsidP="00DD56E4">
            <w:pPr>
              <w:pStyle w:val="ListParagraph"/>
              <w:numPr>
                <w:ilvl w:val="0"/>
                <w:numId w:val="12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56E4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Կենտրոնանալու խնդիր</w:t>
            </w:r>
          </w:p>
          <w:p w14:paraId="6392124C" w14:textId="77777777" w:rsidR="002C5774" w:rsidRPr="00DD56E4" w:rsidRDefault="002C5774" w:rsidP="008F0C20">
            <w:pPr>
              <w:tabs>
                <w:tab w:val="left" w:pos="270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5D4D588" w14:textId="77777777" w:rsidR="002C5774" w:rsidRPr="00DD56E4" w:rsidRDefault="002C5774" w:rsidP="008F0C20">
            <w:pPr>
              <w:tabs>
                <w:tab w:val="left" w:pos="270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110C024" w14:textId="77777777" w:rsidR="002C5774" w:rsidRPr="00DD56E4" w:rsidRDefault="002C5774" w:rsidP="008F0C2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AA7D0C2" w14:textId="77777777" w:rsidR="002C5774" w:rsidRPr="00DD56E4" w:rsidRDefault="002C5774" w:rsidP="008F0C2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523" w:type="dxa"/>
            <w:tcBorders>
              <w:bottom w:val="single" w:sz="4" w:space="0" w:color="auto"/>
            </w:tcBorders>
          </w:tcPr>
          <w:p w14:paraId="13009EB6" w14:textId="77777777" w:rsidR="002C5774" w:rsidRPr="00DD56E4" w:rsidRDefault="002C5774" w:rsidP="008F0C2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36D99976" w14:textId="77777777" w:rsidR="002C5774" w:rsidRPr="00DD56E4" w:rsidRDefault="002C5774" w:rsidP="002C5774">
      <w:pPr>
        <w:tabs>
          <w:tab w:val="left" w:pos="1639"/>
          <w:tab w:val="left" w:pos="1640"/>
        </w:tabs>
        <w:rPr>
          <w:rFonts w:ascii="GHEA Grapalat" w:hAnsi="GHEA Grapalat"/>
          <w:sz w:val="24"/>
          <w:szCs w:val="24"/>
          <w:lang w:val="hy-AM"/>
        </w:rPr>
      </w:pPr>
    </w:p>
    <w:p w14:paraId="54E11889" w14:textId="77777777" w:rsidR="002C5774" w:rsidRPr="00DD56E4" w:rsidRDefault="002C5774" w:rsidP="002C5774">
      <w:pPr>
        <w:tabs>
          <w:tab w:val="left" w:pos="1639"/>
          <w:tab w:val="left" w:pos="1640"/>
        </w:tabs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1"/>
        <w:tblW w:w="14459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11890"/>
      </w:tblGrid>
      <w:tr w:rsidR="00DD56E4" w:rsidRPr="00761BD3" w14:paraId="44D17876" w14:textId="77777777" w:rsidTr="0023442E">
        <w:tc>
          <w:tcPr>
            <w:tcW w:w="2569" w:type="dxa"/>
          </w:tcPr>
          <w:p w14:paraId="797C043B" w14:textId="77777777" w:rsidR="00DD56E4" w:rsidRPr="007E103D" w:rsidRDefault="00DD56E4" w:rsidP="008F0C20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«Այո» պատասխանների ընդհանուր թիվը</w:t>
            </w:r>
          </w:p>
          <w:p w14:paraId="25BB353C" w14:textId="77777777" w:rsidR="00DD56E4" w:rsidRPr="007E103D" w:rsidRDefault="00DD56E4" w:rsidP="008F0C20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</w:t>
            </w:r>
            <w:r w:rsidRPr="00DD56E4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_  </w:t>
            </w:r>
          </w:p>
          <w:p w14:paraId="19F6048F" w14:textId="32595E9E" w:rsidR="00DD56E4" w:rsidRPr="007E103D" w:rsidRDefault="00DD56E4" w:rsidP="008F0C20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(եթե թիվը առնվազն </w:t>
            </w:r>
            <w:r w:rsidRPr="00DD56E4"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է, համարել բուժման ենթակա դեպք)</w:t>
            </w:r>
          </w:p>
        </w:tc>
        <w:tc>
          <w:tcPr>
            <w:tcW w:w="11890" w:type="dxa"/>
            <w:vAlign w:val="center"/>
          </w:tcPr>
          <w:p w14:paraId="0E19998D" w14:textId="77777777" w:rsidR="00DD56E4" w:rsidRPr="007E103D" w:rsidRDefault="00DD56E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Ընդհանուր նկատառումներ</w:t>
            </w:r>
          </w:p>
          <w:p w14:paraId="07246129" w14:textId="77777777" w:rsidR="00DD56E4" w:rsidRPr="007E103D" w:rsidRDefault="00DD56E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</w:t>
            </w:r>
          </w:p>
          <w:p w14:paraId="19B01872" w14:textId="77777777" w:rsidR="00DD56E4" w:rsidRPr="007E103D" w:rsidRDefault="00DD56E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</w:t>
            </w:r>
          </w:p>
          <w:p w14:paraId="13A689E2" w14:textId="77777777" w:rsidR="00DD56E4" w:rsidRDefault="00DD56E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</w:t>
            </w:r>
          </w:p>
          <w:p w14:paraId="77046CFA" w14:textId="77777777" w:rsidR="00DD56E4" w:rsidRPr="007E103D" w:rsidRDefault="00DD56E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__________________________________________________________________________________________</w:t>
            </w:r>
          </w:p>
          <w:p w14:paraId="7FD5B6C4" w14:textId="77777777" w:rsidR="00DD56E4" w:rsidRPr="007E103D" w:rsidRDefault="00DD56E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</w:tbl>
    <w:p w14:paraId="6960782E" w14:textId="34EF7F3D" w:rsidR="0023442E" w:rsidRDefault="0023442E" w:rsidP="002C5774">
      <w:pPr>
        <w:tabs>
          <w:tab w:val="left" w:pos="1639"/>
          <w:tab w:val="left" w:pos="1640"/>
        </w:tabs>
        <w:rPr>
          <w:rFonts w:ascii="GHEA Grapalat" w:hAnsi="GHEA Grapalat"/>
          <w:sz w:val="24"/>
          <w:szCs w:val="24"/>
          <w:lang w:val="hy-AM"/>
        </w:rPr>
      </w:pPr>
    </w:p>
    <w:p w14:paraId="62F10AAB" w14:textId="77777777" w:rsidR="0023442E" w:rsidRPr="00DD56E4" w:rsidRDefault="0023442E" w:rsidP="002C5774">
      <w:pPr>
        <w:tabs>
          <w:tab w:val="left" w:pos="1639"/>
          <w:tab w:val="left" w:pos="1640"/>
        </w:tabs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46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660"/>
        <w:gridCol w:w="567"/>
        <w:gridCol w:w="709"/>
        <w:gridCol w:w="6665"/>
      </w:tblGrid>
      <w:tr w:rsidR="0023442E" w:rsidRPr="00DD56E4" w14:paraId="1E7D4317" w14:textId="77777777" w:rsidTr="0023442E">
        <w:trPr>
          <w:trHeight w:val="794"/>
        </w:trPr>
        <w:tc>
          <w:tcPr>
            <w:tcW w:w="6660" w:type="dxa"/>
            <w:vAlign w:val="center"/>
          </w:tcPr>
          <w:p w14:paraId="7BB27A74" w14:textId="77777777" w:rsidR="0023442E" w:rsidRPr="00DD56E4" w:rsidRDefault="0023442E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D56E4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Ախտանիշներ</w:t>
            </w:r>
          </w:p>
        </w:tc>
        <w:tc>
          <w:tcPr>
            <w:tcW w:w="567" w:type="dxa"/>
          </w:tcPr>
          <w:p w14:paraId="0910BB77" w14:textId="77777777" w:rsidR="0023442E" w:rsidRDefault="0023442E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14:paraId="61F47981" w14:textId="77777777" w:rsidR="0023442E" w:rsidRPr="00DD56E4" w:rsidRDefault="0023442E" w:rsidP="008F0C20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D56E4">
              <w:rPr>
                <w:rFonts w:ascii="GHEA Grapalat" w:hAnsi="GHEA Grapalat"/>
                <w:b/>
                <w:sz w:val="24"/>
                <w:szCs w:val="24"/>
                <w:lang w:val="hy-AM"/>
              </w:rPr>
              <w:t>Ոչ</w:t>
            </w:r>
          </w:p>
        </w:tc>
        <w:tc>
          <w:tcPr>
            <w:tcW w:w="709" w:type="dxa"/>
          </w:tcPr>
          <w:p w14:paraId="7AE62952" w14:textId="77777777" w:rsidR="0023442E" w:rsidRDefault="0023442E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14:paraId="6ACC185C" w14:textId="77777777" w:rsidR="0023442E" w:rsidRPr="00DD56E4" w:rsidRDefault="0023442E" w:rsidP="008F0C20">
            <w:pPr>
              <w:tabs>
                <w:tab w:val="center" w:pos="246"/>
              </w:tabs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ab/>
            </w:r>
            <w:r w:rsidRPr="00DD56E4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Այո</w:t>
            </w:r>
          </w:p>
        </w:tc>
        <w:tc>
          <w:tcPr>
            <w:tcW w:w="6665" w:type="dxa"/>
          </w:tcPr>
          <w:p w14:paraId="32CF7F14" w14:textId="77777777" w:rsidR="0023442E" w:rsidRDefault="0023442E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14:paraId="5D4AED44" w14:textId="77777777" w:rsidR="0023442E" w:rsidRPr="00DD56E4" w:rsidRDefault="0023442E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D56E4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Նկատառումներ</w:t>
            </w:r>
          </w:p>
        </w:tc>
      </w:tr>
      <w:tr w:rsidR="0023442E" w:rsidRPr="00D941A8" w14:paraId="00F5F84E" w14:textId="77777777" w:rsidTr="008164AA">
        <w:tc>
          <w:tcPr>
            <w:tcW w:w="14601" w:type="dxa"/>
            <w:gridSpan w:val="4"/>
            <w:shd w:val="clear" w:color="auto" w:fill="D9D9D9" w:themeFill="background1" w:themeFillShade="D9"/>
            <w:vAlign w:val="center"/>
          </w:tcPr>
          <w:p w14:paraId="48540196" w14:textId="2071D7D3" w:rsidR="0023442E" w:rsidRPr="0023442E" w:rsidRDefault="004863A8" w:rsidP="0023442E">
            <w:pPr>
              <w:jc w:val="center"/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  <w:t xml:space="preserve">ՄԱՍ Գ. </w:t>
            </w:r>
            <w:r w:rsidR="0023442E" w:rsidRPr="0023442E"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  <w:t>ՄԻՋԱՆՁՆԱՅԻՆ ԶԳԱՅՈՒՆՈՒԹՅՈՒՆ</w:t>
            </w:r>
          </w:p>
          <w:p w14:paraId="59CDBB4C" w14:textId="77777777" w:rsidR="0023442E" w:rsidRPr="0023442E" w:rsidRDefault="0023442E" w:rsidP="0023442E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23442E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ԸՆԴՀԱՆՈՒՐ ԱՌՄԱՄԲ ԵՎ ՀԱՏԿԱՊԵՍ ՎԵՐՋԻՆ ԵՐԿՈՒ ՇԱԲԱԹՎԱ ԸՆԹԱՑՔՈՒՄ</w:t>
            </w:r>
          </w:p>
          <w:p w14:paraId="032D6E88" w14:textId="2570C53B" w:rsidR="0023442E" w:rsidRPr="00DD56E4" w:rsidRDefault="0023442E" w:rsidP="008F0C20">
            <w:pPr>
              <w:spacing w:before="97"/>
              <w:jc w:val="center"/>
              <w:rPr>
                <w:rFonts w:ascii="GHEA Grapalat" w:hAnsi="GHEA Grapalat"/>
                <w:b/>
                <w:i/>
                <w:sz w:val="24"/>
                <w:szCs w:val="24"/>
                <w:u w:val="single"/>
                <w:lang w:val="hy-AM"/>
              </w:rPr>
            </w:pPr>
            <w:r w:rsidRPr="0023442E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արդյո՞ք Ձեզ անհանգստացրել են</w:t>
            </w:r>
          </w:p>
        </w:tc>
      </w:tr>
      <w:tr w:rsidR="0023442E" w:rsidRPr="00D941A8" w14:paraId="13836562" w14:textId="77777777" w:rsidTr="0023442E">
        <w:trPr>
          <w:trHeight w:val="826"/>
        </w:trPr>
        <w:tc>
          <w:tcPr>
            <w:tcW w:w="6660" w:type="dxa"/>
            <w:vAlign w:val="center"/>
          </w:tcPr>
          <w:p w14:paraId="774371D8" w14:textId="433EF4EF" w:rsidR="0023442E" w:rsidRPr="00DD56E4" w:rsidRDefault="0023442E" w:rsidP="0023442E">
            <w:pPr>
              <w:pStyle w:val="ListParagraph"/>
              <w:numPr>
                <w:ilvl w:val="0"/>
                <w:numId w:val="21"/>
              </w:numPr>
              <w:tabs>
                <w:tab w:val="left" w:pos="270"/>
              </w:tabs>
              <w:spacing w:after="0" w:line="240" w:lineRule="auto"/>
              <w:ind w:left="0" w:hanging="38"/>
              <w:contextualSpacing w:val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34EB">
              <w:rPr>
                <w:rFonts w:ascii="GHEA Grapalat" w:hAnsi="GHEA Grapalat"/>
                <w:b/>
                <w:lang w:val="hy-AM"/>
              </w:rPr>
              <w:t>Ձեր զգացմունքները հեշտ է վիրավորել (զգայուն եք կամ նեղացկոտ)</w:t>
            </w:r>
          </w:p>
        </w:tc>
        <w:tc>
          <w:tcPr>
            <w:tcW w:w="567" w:type="dxa"/>
          </w:tcPr>
          <w:p w14:paraId="7173746E" w14:textId="77777777" w:rsidR="0023442E" w:rsidRPr="00DD56E4" w:rsidRDefault="0023442E" w:rsidP="002344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75468EA1" w14:textId="77777777" w:rsidR="0023442E" w:rsidRPr="00DD56E4" w:rsidRDefault="0023442E" w:rsidP="002344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665" w:type="dxa"/>
          </w:tcPr>
          <w:p w14:paraId="2EDA9B45" w14:textId="77777777" w:rsidR="0023442E" w:rsidRPr="00DD56E4" w:rsidRDefault="0023442E" w:rsidP="002344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3442E" w:rsidRPr="00D941A8" w14:paraId="3A4F39E8" w14:textId="77777777" w:rsidTr="0023442E">
        <w:trPr>
          <w:trHeight w:val="696"/>
        </w:trPr>
        <w:tc>
          <w:tcPr>
            <w:tcW w:w="6660" w:type="dxa"/>
            <w:vAlign w:val="center"/>
          </w:tcPr>
          <w:p w14:paraId="32D526BC" w14:textId="06EF6974" w:rsidR="0023442E" w:rsidRPr="00DD56E4" w:rsidRDefault="0023442E" w:rsidP="0023442E">
            <w:pPr>
              <w:pStyle w:val="ListParagraph"/>
              <w:numPr>
                <w:ilvl w:val="0"/>
                <w:numId w:val="21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34EB">
              <w:rPr>
                <w:rFonts w:ascii="GHEA Grapalat" w:hAnsi="GHEA Grapalat"/>
                <w:b/>
                <w:lang w:val="hy-AM"/>
              </w:rPr>
              <w:t>Զգացողություն, որ մարդիկ անբարյացակամ են կամ չեն սիրում Ձեզ</w:t>
            </w:r>
          </w:p>
        </w:tc>
        <w:tc>
          <w:tcPr>
            <w:tcW w:w="567" w:type="dxa"/>
          </w:tcPr>
          <w:p w14:paraId="363BD4BC" w14:textId="77777777" w:rsidR="0023442E" w:rsidRPr="00DD56E4" w:rsidRDefault="0023442E" w:rsidP="002344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305D135A" w14:textId="77777777" w:rsidR="0023442E" w:rsidRPr="00DD56E4" w:rsidRDefault="0023442E" w:rsidP="002344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665" w:type="dxa"/>
          </w:tcPr>
          <w:p w14:paraId="7DBC427A" w14:textId="77777777" w:rsidR="0023442E" w:rsidRPr="00DD56E4" w:rsidRDefault="0023442E" w:rsidP="002344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3442E" w:rsidRPr="00D941A8" w14:paraId="44BAE4D2" w14:textId="77777777" w:rsidTr="0023442E">
        <w:trPr>
          <w:trHeight w:val="710"/>
        </w:trPr>
        <w:tc>
          <w:tcPr>
            <w:tcW w:w="6660" w:type="dxa"/>
            <w:vAlign w:val="center"/>
          </w:tcPr>
          <w:p w14:paraId="0C6D4F3A" w14:textId="73A92859" w:rsidR="0023442E" w:rsidRPr="00DD56E4" w:rsidRDefault="0023442E" w:rsidP="0023442E">
            <w:pPr>
              <w:pStyle w:val="ListParagraph"/>
              <w:numPr>
                <w:ilvl w:val="0"/>
                <w:numId w:val="21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34EB">
              <w:rPr>
                <w:rFonts w:ascii="GHEA Grapalat" w:hAnsi="GHEA Grapalat"/>
                <w:b/>
                <w:lang w:val="hy-AM"/>
              </w:rPr>
              <w:lastRenderedPageBreak/>
              <w:t>Այլոց նկատմամբ ստորադաս լինելու զգացողություն</w:t>
            </w:r>
          </w:p>
        </w:tc>
        <w:tc>
          <w:tcPr>
            <w:tcW w:w="567" w:type="dxa"/>
          </w:tcPr>
          <w:p w14:paraId="588524A8" w14:textId="77777777" w:rsidR="0023442E" w:rsidRPr="00DD56E4" w:rsidRDefault="0023442E" w:rsidP="002344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06DC30E7" w14:textId="77777777" w:rsidR="0023442E" w:rsidRPr="00DD56E4" w:rsidRDefault="0023442E" w:rsidP="002344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665" w:type="dxa"/>
          </w:tcPr>
          <w:p w14:paraId="484CC8A9" w14:textId="77777777" w:rsidR="0023442E" w:rsidRPr="00DD56E4" w:rsidRDefault="0023442E" w:rsidP="002344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3442E" w:rsidRPr="00D941A8" w14:paraId="485ABB3B" w14:textId="77777777" w:rsidTr="0023442E">
        <w:trPr>
          <w:trHeight w:val="663"/>
        </w:trPr>
        <w:tc>
          <w:tcPr>
            <w:tcW w:w="6660" w:type="dxa"/>
            <w:vAlign w:val="center"/>
          </w:tcPr>
          <w:p w14:paraId="50E91591" w14:textId="62EC6C43" w:rsidR="0023442E" w:rsidRPr="00DD56E4" w:rsidRDefault="0023442E" w:rsidP="0023442E">
            <w:pPr>
              <w:pStyle w:val="ListParagraph"/>
              <w:numPr>
                <w:ilvl w:val="0"/>
                <w:numId w:val="21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34EB">
              <w:rPr>
                <w:rFonts w:ascii="GHEA Grapalat" w:hAnsi="GHEA Grapalat"/>
                <w:b/>
                <w:lang w:val="hy-AM"/>
              </w:rPr>
              <w:t>Այլոց հետ շփման մեջ կաշկանդվածություն  (ամաչկոտություն,  ամոթխածութուն)</w:t>
            </w:r>
          </w:p>
        </w:tc>
        <w:tc>
          <w:tcPr>
            <w:tcW w:w="567" w:type="dxa"/>
          </w:tcPr>
          <w:p w14:paraId="18ED4E3E" w14:textId="77777777" w:rsidR="0023442E" w:rsidRPr="00DD56E4" w:rsidRDefault="0023442E" w:rsidP="002344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9" w:type="dxa"/>
          </w:tcPr>
          <w:p w14:paraId="62DF6FF2" w14:textId="77777777" w:rsidR="0023442E" w:rsidRPr="00DD56E4" w:rsidRDefault="0023442E" w:rsidP="002344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665" w:type="dxa"/>
          </w:tcPr>
          <w:p w14:paraId="30D6856F" w14:textId="77777777" w:rsidR="0023442E" w:rsidRDefault="0023442E" w:rsidP="002344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0C9CA18" w14:textId="77777777" w:rsidR="0023442E" w:rsidRPr="00DD56E4" w:rsidRDefault="0023442E" w:rsidP="0023442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226180E7" w14:textId="0F097053" w:rsidR="002C5774" w:rsidRDefault="002C5774" w:rsidP="002C5774">
      <w:pPr>
        <w:tabs>
          <w:tab w:val="left" w:pos="1639"/>
          <w:tab w:val="left" w:pos="1640"/>
        </w:tabs>
        <w:rPr>
          <w:rFonts w:ascii="GHEA Grapalat" w:hAnsi="GHEA Grapalat"/>
          <w:sz w:val="24"/>
          <w:szCs w:val="24"/>
          <w:lang w:val="hy-AM"/>
        </w:rPr>
      </w:pPr>
    </w:p>
    <w:p w14:paraId="7826E203" w14:textId="77777777" w:rsidR="002415C5" w:rsidRPr="00761BD3" w:rsidRDefault="002415C5" w:rsidP="002C5774">
      <w:pPr>
        <w:tabs>
          <w:tab w:val="left" w:pos="1639"/>
          <w:tab w:val="left" w:pos="1640"/>
        </w:tabs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1"/>
        <w:tblW w:w="14601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1"/>
        <w:gridCol w:w="11890"/>
      </w:tblGrid>
      <w:tr w:rsidR="002415C5" w:rsidRPr="00761BD3" w14:paraId="2A173C11" w14:textId="77777777" w:rsidTr="0023442E">
        <w:tc>
          <w:tcPr>
            <w:tcW w:w="2711" w:type="dxa"/>
          </w:tcPr>
          <w:p w14:paraId="1C7E5A4C" w14:textId="77777777" w:rsidR="002415C5" w:rsidRPr="007E103D" w:rsidRDefault="002415C5" w:rsidP="008F0C20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bookmarkStart w:id="0" w:name="_Hlk221386184"/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«Այո» պատասխանների ընդհանուր թիվը</w:t>
            </w:r>
          </w:p>
          <w:p w14:paraId="365ADCA4" w14:textId="77777777" w:rsidR="002415C5" w:rsidRPr="007E103D" w:rsidRDefault="002415C5" w:rsidP="0023442E">
            <w:pPr>
              <w:ind w:left="40" w:hanging="40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</w:t>
            </w:r>
            <w:r w:rsidRPr="00DD56E4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_  </w:t>
            </w:r>
          </w:p>
          <w:p w14:paraId="56CF60E9" w14:textId="157CFE72" w:rsidR="002415C5" w:rsidRPr="007E103D" w:rsidRDefault="002415C5" w:rsidP="008F0C20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(եթե թիվը առնվազն </w:t>
            </w:r>
            <w:r w:rsidRPr="00700F0A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է, համարել բուժման ենթակա դեպք)</w:t>
            </w:r>
          </w:p>
        </w:tc>
        <w:tc>
          <w:tcPr>
            <w:tcW w:w="11890" w:type="dxa"/>
            <w:vAlign w:val="center"/>
          </w:tcPr>
          <w:p w14:paraId="6CC5A29C" w14:textId="77777777" w:rsidR="002415C5" w:rsidRPr="007E103D" w:rsidRDefault="002415C5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Ընդհանուր նկատառումներ</w:t>
            </w:r>
          </w:p>
          <w:p w14:paraId="74FC1DF3" w14:textId="77777777" w:rsidR="002415C5" w:rsidRPr="007E103D" w:rsidRDefault="002415C5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</w:t>
            </w:r>
          </w:p>
          <w:p w14:paraId="0715E70C" w14:textId="77777777" w:rsidR="002415C5" w:rsidRPr="007E103D" w:rsidRDefault="002415C5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</w:t>
            </w:r>
          </w:p>
          <w:p w14:paraId="6E4D5CE5" w14:textId="77777777" w:rsidR="002415C5" w:rsidRDefault="002415C5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</w:t>
            </w:r>
          </w:p>
          <w:p w14:paraId="28F1BD78" w14:textId="77777777" w:rsidR="002415C5" w:rsidRPr="007E103D" w:rsidRDefault="002415C5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__________________________________________________________________________________________</w:t>
            </w:r>
          </w:p>
          <w:p w14:paraId="5CFE7D3C" w14:textId="77777777" w:rsidR="002415C5" w:rsidRPr="007E103D" w:rsidRDefault="002415C5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bookmarkEnd w:id="0"/>
    </w:tbl>
    <w:p w14:paraId="4AFB47DF" w14:textId="77777777" w:rsidR="0023442E" w:rsidRPr="00761BD3" w:rsidRDefault="0023442E" w:rsidP="002C5774">
      <w:pPr>
        <w:tabs>
          <w:tab w:val="left" w:pos="1639"/>
          <w:tab w:val="left" w:pos="1640"/>
        </w:tabs>
        <w:rPr>
          <w:rFonts w:ascii="GHEA Grapalat" w:hAnsi="GHEA Grapalat"/>
          <w:sz w:val="24"/>
          <w:szCs w:val="24"/>
          <w:lang w:val="hy-AM"/>
        </w:rPr>
      </w:pPr>
    </w:p>
    <w:p w14:paraId="12BF4255" w14:textId="77777777" w:rsidR="002C5774" w:rsidRPr="00761BD3" w:rsidRDefault="002C5774" w:rsidP="002C5774">
      <w:pPr>
        <w:tabs>
          <w:tab w:val="left" w:pos="1639"/>
          <w:tab w:val="left" w:pos="1640"/>
        </w:tabs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4425" w:type="dxa"/>
        <w:tblLayout w:type="fixed"/>
        <w:tblLook w:val="04A0" w:firstRow="1" w:lastRow="0" w:firstColumn="1" w:lastColumn="0" w:noHBand="0" w:noVBand="1"/>
      </w:tblPr>
      <w:tblGrid>
        <w:gridCol w:w="6858"/>
        <w:gridCol w:w="565"/>
        <w:gridCol w:w="711"/>
        <w:gridCol w:w="6291"/>
      </w:tblGrid>
      <w:tr w:rsidR="002C5774" w:rsidRPr="00761BD3" w14:paraId="45818728" w14:textId="77777777" w:rsidTr="0023442E">
        <w:trPr>
          <w:trHeight w:val="701"/>
        </w:trPr>
        <w:tc>
          <w:tcPr>
            <w:tcW w:w="6858" w:type="dxa"/>
            <w:vAlign w:val="center"/>
          </w:tcPr>
          <w:p w14:paraId="4E606B67" w14:textId="65AFF585" w:rsidR="002C5774" w:rsidRPr="00700F0A" w:rsidRDefault="002C5774" w:rsidP="00700F0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sz w:val="24"/>
                <w:szCs w:val="24"/>
                <w:lang w:val="hy-AM"/>
              </w:rPr>
              <w:br w:type="page"/>
            </w: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Ախտանիշներ</w:t>
            </w:r>
          </w:p>
        </w:tc>
        <w:tc>
          <w:tcPr>
            <w:tcW w:w="565" w:type="dxa"/>
          </w:tcPr>
          <w:p w14:paraId="62F7F88C" w14:textId="77777777" w:rsidR="00700F0A" w:rsidRDefault="00700F0A" w:rsidP="00700F0A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14:paraId="640534EB" w14:textId="2A6AEC4C" w:rsidR="002C5774" w:rsidRPr="00761BD3" w:rsidRDefault="002C5774" w:rsidP="00700F0A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Ոչ</w:t>
            </w:r>
          </w:p>
        </w:tc>
        <w:tc>
          <w:tcPr>
            <w:tcW w:w="711" w:type="dxa"/>
          </w:tcPr>
          <w:p w14:paraId="5D4BB967" w14:textId="77777777" w:rsidR="00700F0A" w:rsidRDefault="00700F0A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14:paraId="36CC07CB" w14:textId="0198C860" w:rsidR="002C5774" w:rsidRPr="00761BD3" w:rsidRDefault="002C577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Այո</w:t>
            </w:r>
          </w:p>
        </w:tc>
        <w:tc>
          <w:tcPr>
            <w:tcW w:w="6291" w:type="dxa"/>
          </w:tcPr>
          <w:p w14:paraId="5AD43238" w14:textId="77777777" w:rsidR="00700F0A" w:rsidRDefault="00700F0A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14:paraId="4C53CA37" w14:textId="3D149CE8" w:rsidR="002C5774" w:rsidRPr="00761BD3" w:rsidRDefault="002C577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Նկատառումներ</w:t>
            </w:r>
          </w:p>
        </w:tc>
      </w:tr>
      <w:tr w:rsidR="002C5774" w:rsidRPr="00D941A8" w14:paraId="662200D3" w14:textId="77777777" w:rsidTr="008164AA">
        <w:tc>
          <w:tcPr>
            <w:tcW w:w="14425" w:type="dxa"/>
            <w:gridSpan w:val="4"/>
            <w:shd w:val="clear" w:color="auto" w:fill="D9D9D9" w:themeFill="background1" w:themeFillShade="D9"/>
            <w:vAlign w:val="center"/>
          </w:tcPr>
          <w:p w14:paraId="152AE7F2" w14:textId="6E6273D4" w:rsidR="002C5774" w:rsidRPr="00761BD3" w:rsidRDefault="004863A8" w:rsidP="008F0C20">
            <w:pPr>
              <w:jc w:val="center"/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  <w:t xml:space="preserve">ՄԱՍ Դ. </w:t>
            </w:r>
            <w:r w:rsidR="002C5774" w:rsidRPr="00761BD3"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  <w:t>ԴԵՊՐԵՍԻԱ</w:t>
            </w:r>
          </w:p>
          <w:p w14:paraId="2A10DD4C" w14:textId="77777777" w:rsidR="002C5774" w:rsidRPr="00761BD3" w:rsidRDefault="002C5774" w:rsidP="008F0C20">
            <w:pPr>
              <w:spacing w:before="97"/>
              <w:jc w:val="center"/>
              <w:rPr>
                <w:rFonts w:ascii="GHEA Grapalat" w:hAnsi="GHEA Grapalat"/>
                <w:b/>
                <w:i/>
                <w:sz w:val="24"/>
                <w:szCs w:val="24"/>
                <w:u w:val="single"/>
                <w:lang w:val="hy-AM"/>
              </w:rPr>
            </w:pPr>
            <w:r w:rsidRPr="00761BD3">
              <w:rPr>
                <w:rFonts w:ascii="GHEA Grapalat" w:hAnsi="GHEA Grapalat"/>
                <w:b/>
                <w:i/>
                <w:sz w:val="24"/>
                <w:szCs w:val="24"/>
                <w:u w:val="single"/>
                <w:lang w:val="hy-AM"/>
              </w:rPr>
              <w:t xml:space="preserve">ԸՆԴՀԱՆՈՒՐ ԱՌՄԱՄԲ ԵՎ ՀԱՏԿԱՊԵՍ ՎԵՐՋԻՆ ԵՐԿՈՒ ՇԱԲԱԹՎԱ ԸՆԹԱՑՔՈՒՄ </w:t>
            </w:r>
          </w:p>
          <w:p w14:paraId="640670CB" w14:textId="79FCE2B9" w:rsidR="002C5774" w:rsidRPr="00761BD3" w:rsidRDefault="002C5774" w:rsidP="008F0C20">
            <w:pPr>
              <w:spacing w:before="97"/>
              <w:jc w:val="center"/>
              <w:rPr>
                <w:rFonts w:ascii="GHEA Grapalat" w:hAnsi="GHEA Grapalat"/>
                <w:b/>
                <w:i/>
                <w:sz w:val="24"/>
                <w:szCs w:val="24"/>
                <w:u w:val="single"/>
                <w:lang w:val="hy-AM"/>
              </w:rPr>
            </w:pPr>
            <w:r w:rsidRPr="00761BD3">
              <w:rPr>
                <w:rFonts w:ascii="GHEA Grapalat" w:hAnsi="GHEA Grapalat"/>
                <w:b/>
                <w:i/>
                <w:sz w:val="24"/>
                <w:szCs w:val="24"/>
                <w:u w:val="single"/>
                <w:lang w:val="hy-AM"/>
              </w:rPr>
              <w:t>արդյո՞ք Ձեզ անհանգստացրել են</w:t>
            </w:r>
          </w:p>
        </w:tc>
      </w:tr>
      <w:tr w:rsidR="002C5774" w:rsidRPr="00761BD3" w14:paraId="79C47B0F" w14:textId="77777777" w:rsidTr="0023442E">
        <w:trPr>
          <w:trHeight w:val="684"/>
        </w:trPr>
        <w:tc>
          <w:tcPr>
            <w:tcW w:w="6858" w:type="dxa"/>
            <w:vAlign w:val="center"/>
          </w:tcPr>
          <w:p w14:paraId="418679C4" w14:textId="77777777" w:rsidR="002C5774" w:rsidRPr="00761BD3" w:rsidRDefault="002C5774" w:rsidP="008F0C20">
            <w:pPr>
              <w:pStyle w:val="ListParagraph"/>
              <w:numPr>
                <w:ilvl w:val="0"/>
                <w:numId w:val="14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Միայնության զգացում</w:t>
            </w:r>
          </w:p>
          <w:p w14:paraId="5EFA293F" w14:textId="77777777" w:rsidR="002C5774" w:rsidRPr="00761BD3" w:rsidRDefault="002C5774" w:rsidP="008F0C20">
            <w:pPr>
              <w:tabs>
                <w:tab w:val="left" w:pos="270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65" w:type="dxa"/>
            <w:vAlign w:val="center"/>
          </w:tcPr>
          <w:p w14:paraId="3E0D35F2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11" w:type="dxa"/>
            <w:vAlign w:val="center"/>
          </w:tcPr>
          <w:p w14:paraId="1BDB5983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291" w:type="dxa"/>
            <w:vAlign w:val="center"/>
          </w:tcPr>
          <w:p w14:paraId="4905ACD6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226E5253" w14:textId="77777777" w:rsidTr="0023442E">
        <w:trPr>
          <w:trHeight w:val="695"/>
        </w:trPr>
        <w:tc>
          <w:tcPr>
            <w:tcW w:w="6858" w:type="dxa"/>
            <w:vAlign w:val="center"/>
          </w:tcPr>
          <w:p w14:paraId="01B1EF2E" w14:textId="77777777" w:rsidR="002C5774" w:rsidRPr="00761BD3" w:rsidRDefault="002C5774" w:rsidP="008F0C20">
            <w:pPr>
              <w:pStyle w:val="ListParagraph"/>
              <w:numPr>
                <w:ilvl w:val="0"/>
                <w:numId w:val="14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Այնպիսի բաների վրա կենտրոնանալու խնդիր, ինչպիսիք են թերթ ընթերցելը կամ հեռուստացույց դիտելը</w:t>
            </w:r>
          </w:p>
        </w:tc>
        <w:tc>
          <w:tcPr>
            <w:tcW w:w="565" w:type="dxa"/>
            <w:vAlign w:val="center"/>
          </w:tcPr>
          <w:p w14:paraId="22316D96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11" w:type="dxa"/>
            <w:vAlign w:val="center"/>
          </w:tcPr>
          <w:p w14:paraId="5D45DDF9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291" w:type="dxa"/>
            <w:vAlign w:val="center"/>
          </w:tcPr>
          <w:p w14:paraId="5C617910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49054073" w14:textId="77777777" w:rsidTr="0023442E">
        <w:trPr>
          <w:trHeight w:val="692"/>
        </w:trPr>
        <w:tc>
          <w:tcPr>
            <w:tcW w:w="6858" w:type="dxa"/>
            <w:vAlign w:val="center"/>
          </w:tcPr>
          <w:p w14:paraId="7D590920" w14:textId="77777777" w:rsidR="002C5774" w:rsidRPr="00761BD3" w:rsidRDefault="002C5774" w:rsidP="008F0C20">
            <w:pPr>
              <w:pStyle w:val="ListParagraph"/>
              <w:numPr>
                <w:ilvl w:val="0"/>
                <w:numId w:val="14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color w:val="2A2A2A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Հոգնածություն կամ քիչ էներգիա ունենալու զգացողություն</w:t>
            </w:r>
          </w:p>
        </w:tc>
        <w:tc>
          <w:tcPr>
            <w:tcW w:w="565" w:type="dxa"/>
            <w:vAlign w:val="center"/>
          </w:tcPr>
          <w:p w14:paraId="5BBFFBB2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11" w:type="dxa"/>
            <w:vAlign w:val="center"/>
          </w:tcPr>
          <w:p w14:paraId="6F27CB3B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291" w:type="dxa"/>
            <w:vAlign w:val="center"/>
          </w:tcPr>
          <w:p w14:paraId="64AC8207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2A76C3B1" w14:textId="77777777" w:rsidTr="0023442E">
        <w:trPr>
          <w:trHeight w:val="702"/>
        </w:trPr>
        <w:tc>
          <w:tcPr>
            <w:tcW w:w="6858" w:type="dxa"/>
            <w:vAlign w:val="center"/>
          </w:tcPr>
          <w:p w14:paraId="698669EB" w14:textId="77777777" w:rsidR="002C5774" w:rsidRPr="00761BD3" w:rsidRDefault="002C5774" w:rsidP="008F0C20">
            <w:pPr>
              <w:pStyle w:val="ListParagraph"/>
              <w:numPr>
                <w:ilvl w:val="0"/>
                <w:numId w:val="14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Տխրության զգացում, տրտմություն, ցածր տրամադրություն</w:t>
            </w:r>
          </w:p>
        </w:tc>
        <w:tc>
          <w:tcPr>
            <w:tcW w:w="565" w:type="dxa"/>
            <w:vAlign w:val="center"/>
          </w:tcPr>
          <w:p w14:paraId="649A5D05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11" w:type="dxa"/>
            <w:vAlign w:val="center"/>
          </w:tcPr>
          <w:p w14:paraId="10EF844D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291" w:type="dxa"/>
            <w:vAlign w:val="center"/>
          </w:tcPr>
          <w:p w14:paraId="4FB33EA3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7F8367A8" w14:textId="77777777" w:rsidTr="0023442E">
        <w:trPr>
          <w:trHeight w:val="554"/>
        </w:trPr>
        <w:tc>
          <w:tcPr>
            <w:tcW w:w="6858" w:type="dxa"/>
            <w:vAlign w:val="center"/>
          </w:tcPr>
          <w:p w14:paraId="293E13ED" w14:textId="77777777" w:rsidR="002C5774" w:rsidRPr="00761BD3" w:rsidRDefault="002C5774" w:rsidP="008F0C20">
            <w:pPr>
              <w:pStyle w:val="ListParagraph"/>
              <w:numPr>
                <w:ilvl w:val="0"/>
                <w:numId w:val="14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Անհետաքրքրության զգացում (անտարբերություն, ապաթիա) այն բաների նկատմամբ, որոնցից նախկինում հաճույք եք ստացել</w:t>
            </w:r>
          </w:p>
        </w:tc>
        <w:tc>
          <w:tcPr>
            <w:tcW w:w="565" w:type="dxa"/>
            <w:vAlign w:val="center"/>
          </w:tcPr>
          <w:p w14:paraId="4D8F2E88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11" w:type="dxa"/>
            <w:vAlign w:val="center"/>
          </w:tcPr>
          <w:p w14:paraId="08F90388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291" w:type="dxa"/>
            <w:vAlign w:val="center"/>
          </w:tcPr>
          <w:p w14:paraId="54093001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1885A3DB" w14:textId="77777777" w:rsidTr="0023442E">
        <w:trPr>
          <w:trHeight w:val="724"/>
        </w:trPr>
        <w:tc>
          <w:tcPr>
            <w:tcW w:w="6858" w:type="dxa"/>
            <w:vAlign w:val="center"/>
          </w:tcPr>
          <w:p w14:paraId="6F2C9B4E" w14:textId="77777777" w:rsidR="002C5774" w:rsidRPr="00761BD3" w:rsidRDefault="002C5774" w:rsidP="008F0C20">
            <w:pPr>
              <w:pStyle w:val="ListParagraph"/>
              <w:numPr>
                <w:ilvl w:val="0"/>
                <w:numId w:val="14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Ապագայի հանդեպ անհույս լինելու զգացում</w:t>
            </w:r>
          </w:p>
        </w:tc>
        <w:tc>
          <w:tcPr>
            <w:tcW w:w="565" w:type="dxa"/>
            <w:vAlign w:val="center"/>
          </w:tcPr>
          <w:p w14:paraId="1D4EE22B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11" w:type="dxa"/>
            <w:vAlign w:val="center"/>
          </w:tcPr>
          <w:p w14:paraId="76475593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291" w:type="dxa"/>
            <w:vAlign w:val="center"/>
          </w:tcPr>
          <w:p w14:paraId="29AACCF5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1EEC3C34" w14:textId="77777777" w:rsidTr="0023442E">
        <w:trPr>
          <w:trHeight w:val="848"/>
        </w:trPr>
        <w:tc>
          <w:tcPr>
            <w:tcW w:w="6858" w:type="dxa"/>
            <w:vAlign w:val="center"/>
          </w:tcPr>
          <w:p w14:paraId="59EBBBA9" w14:textId="77777777" w:rsidR="002C5774" w:rsidRPr="00761BD3" w:rsidRDefault="002C5774" w:rsidP="008F0C20">
            <w:pPr>
              <w:pStyle w:val="ListParagraph"/>
              <w:numPr>
                <w:ilvl w:val="0"/>
                <w:numId w:val="14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Անարժեքության, անօգուտ լինելու զգացում</w:t>
            </w:r>
          </w:p>
        </w:tc>
        <w:tc>
          <w:tcPr>
            <w:tcW w:w="565" w:type="dxa"/>
            <w:vAlign w:val="center"/>
          </w:tcPr>
          <w:p w14:paraId="438B1797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11" w:type="dxa"/>
            <w:vAlign w:val="center"/>
          </w:tcPr>
          <w:p w14:paraId="4A14C37D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291" w:type="dxa"/>
            <w:vAlign w:val="center"/>
          </w:tcPr>
          <w:p w14:paraId="199C5EC4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76B95EA3" w14:textId="77777777" w:rsidTr="0023442E">
        <w:trPr>
          <w:trHeight w:val="704"/>
        </w:trPr>
        <w:tc>
          <w:tcPr>
            <w:tcW w:w="6858" w:type="dxa"/>
            <w:vAlign w:val="center"/>
          </w:tcPr>
          <w:p w14:paraId="67CE56CD" w14:textId="77777777" w:rsidR="002C5774" w:rsidRPr="00761BD3" w:rsidRDefault="002C5774" w:rsidP="008F0C20">
            <w:pPr>
              <w:pStyle w:val="ListParagraph"/>
              <w:numPr>
                <w:ilvl w:val="0"/>
                <w:numId w:val="14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Մեղքի զգացում</w:t>
            </w:r>
          </w:p>
        </w:tc>
        <w:tc>
          <w:tcPr>
            <w:tcW w:w="565" w:type="dxa"/>
            <w:vAlign w:val="center"/>
          </w:tcPr>
          <w:p w14:paraId="71E4F459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11" w:type="dxa"/>
            <w:vAlign w:val="center"/>
          </w:tcPr>
          <w:p w14:paraId="777F0087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291" w:type="dxa"/>
            <w:vAlign w:val="center"/>
          </w:tcPr>
          <w:p w14:paraId="5E44212B" w14:textId="77777777" w:rsidR="002C5774" w:rsidRPr="00761BD3" w:rsidRDefault="002C5774" w:rsidP="008F0C20">
            <w:pPr>
              <w:rPr>
                <w:rFonts w:ascii="GHEA Grapalat" w:hAnsi="GHEA Grapalat"/>
                <w:color w:val="2A2A2A"/>
                <w:sz w:val="24"/>
                <w:szCs w:val="24"/>
                <w:lang w:val="hy-AM"/>
              </w:rPr>
            </w:pPr>
          </w:p>
        </w:tc>
      </w:tr>
      <w:tr w:rsidR="002C5774" w:rsidRPr="00761BD3" w14:paraId="595BB82C" w14:textId="77777777" w:rsidTr="0023442E">
        <w:trPr>
          <w:trHeight w:val="1134"/>
        </w:trPr>
        <w:tc>
          <w:tcPr>
            <w:tcW w:w="6858" w:type="dxa"/>
            <w:vAlign w:val="center"/>
          </w:tcPr>
          <w:p w14:paraId="40708242" w14:textId="77777777" w:rsidR="002C5774" w:rsidRPr="00761BD3" w:rsidRDefault="002C5774" w:rsidP="008F0C20">
            <w:pPr>
              <w:pStyle w:val="ListParagraph"/>
              <w:numPr>
                <w:ilvl w:val="0"/>
                <w:numId w:val="14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Կյանքին վերջ տալու մտքեր (մահվան կամ մեռնելու վերաբերյալ մտքեր)</w:t>
            </w:r>
          </w:p>
          <w:p w14:paraId="3741FF4F" w14:textId="77777777" w:rsidR="002C5774" w:rsidRPr="00761BD3" w:rsidRDefault="002C5774" w:rsidP="008F0C20">
            <w:pPr>
              <w:tabs>
                <w:tab w:val="left" w:pos="270"/>
              </w:tabs>
              <w:ind w:left="-45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565" w:type="dxa"/>
            <w:vAlign w:val="center"/>
          </w:tcPr>
          <w:p w14:paraId="79EC51A9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11" w:type="dxa"/>
            <w:vAlign w:val="center"/>
          </w:tcPr>
          <w:p w14:paraId="7A05CA09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291" w:type="dxa"/>
            <w:vAlign w:val="center"/>
          </w:tcPr>
          <w:p w14:paraId="28413CF5" w14:textId="77777777" w:rsidR="002C5774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B24AF09" w14:textId="78F348EA" w:rsidR="0023442E" w:rsidRPr="00761BD3" w:rsidRDefault="0023442E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7CC14E62" w14:textId="77777777" w:rsidTr="0023442E">
        <w:tc>
          <w:tcPr>
            <w:tcW w:w="14425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08353866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5F54E4AD" w14:textId="56D59DAF" w:rsidR="0023442E" w:rsidRDefault="0023442E" w:rsidP="002C5774">
      <w:pPr>
        <w:tabs>
          <w:tab w:val="left" w:pos="1639"/>
          <w:tab w:val="left" w:pos="1640"/>
        </w:tabs>
        <w:spacing w:before="136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1"/>
        <w:tblW w:w="14601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1"/>
        <w:gridCol w:w="11890"/>
      </w:tblGrid>
      <w:tr w:rsidR="0023442E" w:rsidRPr="0023442E" w14:paraId="06B92C65" w14:textId="77777777" w:rsidTr="008F0C20">
        <w:tc>
          <w:tcPr>
            <w:tcW w:w="2711" w:type="dxa"/>
          </w:tcPr>
          <w:p w14:paraId="74A5843D" w14:textId="77777777" w:rsidR="0023442E" w:rsidRPr="0023442E" w:rsidRDefault="0023442E" w:rsidP="0023442E">
            <w:pPr>
              <w:tabs>
                <w:tab w:val="left" w:pos="1639"/>
                <w:tab w:val="left" w:pos="1640"/>
              </w:tabs>
              <w:spacing w:before="136" w:after="160" w:line="259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442E">
              <w:rPr>
                <w:rFonts w:ascii="GHEA Grapalat" w:hAnsi="GHEA Grapalat"/>
                <w:b/>
                <w:sz w:val="24"/>
                <w:szCs w:val="24"/>
                <w:lang w:val="hy-AM"/>
              </w:rPr>
              <w:t>«Այո» պատասխանների ընդհանուր թիվը</w:t>
            </w:r>
          </w:p>
          <w:p w14:paraId="0CCF0808" w14:textId="77777777" w:rsidR="0023442E" w:rsidRPr="0023442E" w:rsidRDefault="0023442E" w:rsidP="0023442E">
            <w:pPr>
              <w:tabs>
                <w:tab w:val="left" w:pos="1639"/>
                <w:tab w:val="left" w:pos="1640"/>
              </w:tabs>
              <w:spacing w:before="136" w:after="160" w:line="259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442E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_______  </w:t>
            </w:r>
          </w:p>
          <w:p w14:paraId="7D73D5B9" w14:textId="1AE2D494" w:rsidR="0023442E" w:rsidRPr="0023442E" w:rsidRDefault="0023442E" w:rsidP="0023442E">
            <w:pPr>
              <w:tabs>
                <w:tab w:val="left" w:pos="1639"/>
                <w:tab w:val="left" w:pos="1640"/>
              </w:tabs>
              <w:spacing w:before="136" w:after="160" w:line="259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442E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(եթե թիվը առնվազն </w:t>
            </w:r>
            <w:r w:rsidR="002B5A32" w:rsidRPr="002B5A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 w:rsidRPr="0023442E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է, </w:t>
            </w:r>
            <w:r w:rsidR="002B5A32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ԿԱՄ 9-րդ կետի պատասխանը </w:t>
            </w:r>
            <w:r w:rsidR="002B5A32"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«Այո» է,  համարել բուժման </w:t>
            </w:r>
            <w:r w:rsidR="002B5A32"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ենթակա դեպք)</w:t>
            </w:r>
          </w:p>
        </w:tc>
        <w:tc>
          <w:tcPr>
            <w:tcW w:w="11890" w:type="dxa"/>
            <w:vAlign w:val="center"/>
          </w:tcPr>
          <w:p w14:paraId="18033034" w14:textId="77777777" w:rsidR="002B5A32" w:rsidRPr="007E103D" w:rsidRDefault="002B5A32" w:rsidP="002B5A32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Ընդհանուր նկատառումներ</w:t>
            </w:r>
          </w:p>
          <w:p w14:paraId="4D5D0BE3" w14:textId="77777777" w:rsidR="002B5A32" w:rsidRPr="007E103D" w:rsidRDefault="002B5A32" w:rsidP="002B5A32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</w:t>
            </w:r>
          </w:p>
          <w:p w14:paraId="059DEADF" w14:textId="77777777" w:rsidR="002B5A32" w:rsidRPr="007E103D" w:rsidRDefault="002B5A32" w:rsidP="002B5A32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</w:t>
            </w:r>
          </w:p>
          <w:p w14:paraId="1648139A" w14:textId="77777777" w:rsidR="002B5A32" w:rsidRDefault="002B5A32" w:rsidP="002B5A32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</w:t>
            </w:r>
          </w:p>
          <w:p w14:paraId="6624C353" w14:textId="77777777" w:rsidR="002B5A32" w:rsidRPr="007E103D" w:rsidRDefault="002B5A32" w:rsidP="002B5A32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__________________________________________________________________________________________</w:t>
            </w:r>
          </w:p>
          <w:p w14:paraId="4F3A32BC" w14:textId="77777777" w:rsidR="0023442E" w:rsidRPr="0023442E" w:rsidRDefault="0023442E" w:rsidP="0023442E">
            <w:pPr>
              <w:tabs>
                <w:tab w:val="left" w:pos="1639"/>
                <w:tab w:val="left" w:pos="1640"/>
              </w:tabs>
              <w:spacing w:before="136" w:after="160" w:line="259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</w:tbl>
    <w:p w14:paraId="5C0F1E6F" w14:textId="4B0F7CB0" w:rsidR="0023442E" w:rsidRDefault="0023442E" w:rsidP="002C5774">
      <w:pPr>
        <w:tabs>
          <w:tab w:val="left" w:pos="1639"/>
          <w:tab w:val="left" w:pos="1640"/>
        </w:tabs>
        <w:spacing w:before="136"/>
        <w:rPr>
          <w:rFonts w:ascii="GHEA Grapalat" w:hAnsi="GHEA Grapalat"/>
          <w:sz w:val="24"/>
          <w:szCs w:val="24"/>
          <w:lang w:val="hy-AM"/>
        </w:rPr>
      </w:pPr>
    </w:p>
    <w:p w14:paraId="6BF2689E" w14:textId="77777777" w:rsidR="002C5774" w:rsidRPr="00761BD3" w:rsidRDefault="002C5774" w:rsidP="002C5774">
      <w:pPr>
        <w:tabs>
          <w:tab w:val="left" w:pos="1639"/>
          <w:tab w:val="left" w:pos="1640"/>
        </w:tabs>
        <w:spacing w:before="136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46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764"/>
        <w:gridCol w:w="565"/>
        <w:gridCol w:w="711"/>
        <w:gridCol w:w="6561"/>
      </w:tblGrid>
      <w:tr w:rsidR="002C5774" w:rsidRPr="00761BD3" w14:paraId="46755146" w14:textId="77777777" w:rsidTr="0057233E">
        <w:trPr>
          <w:trHeight w:val="771"/>
        </w:trPr>
        <w:tc>
          <w:tcPr>
            <w:tcW w:w="6764" w:type="dxa"/>
            <w:vAlign w:val="center"/>
          </w:tcPr>
          <w:p w14:paraId="4DA471A1" w14:textId="4A36C0A0" w:rsidR="002C5774" w:rsidRPr="00761BD3" w:rsidRDefault="002C5774" w:rsidP="005723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Ախտանիշներ</w:t>
            </w:r>
          </w:p>
        </w:tc>
        <w:tc>
          <w:tcPr>
            <w:tcW w:w="565" w:type="dxa"/>
          </w:tcPr>
          <w:p w14:paraId="3E8D34FE" w14:textId="77777777" w:rsidR="0057233E" w:rsidRDefault="0057233E" w:rsidP="0057233E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14:paraId="38A80D9F" w14:textId="4A2D150B" w:rsidR="002C5774" w:rsidRPr="00761BD3" w:rsidRDefault="002C5774" w:rsidP="0057233E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Ոչ</w:t>
            </w:r>
          </w:p>
        </w:tc>
        <w:tc>
          <w:tcPr>
            <w:tcW w:w="711" w:type="dxa"/>
          </w:tcPr>
          <w:p w14:paraId="1B25BEB7" w14:textId="77777777" w:rsidR="0057233E" w:rsidRDefault="0057233E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14:paraId="221F6854" w14:textId="1F0197B5" w:rsidR="002C5774" w:rsidRPr="00761BD3" w:rsidRDefault="002C577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Այո</w:t>
            </w:r>
          </w:p>
        </w:tc>
        <w:tc>
          <w:tcPr>
            <w:tcW w:w="6561" w:type="dxa"/>
          </w:tcPr>
          <w:p w14:paraId="6193E824" w14:textId="77777777" w:rsidR="0057233E" w:rsidRDefault="0057233E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14:paraId="29F210A5" w14:textId="121242A8" w:rsidR="002C5774" w:rsidRPr="00761BD3" w:rsidRDefault="002C577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Նկատառումներ</w:t>
            </w:r>
          </w:p>
        </w:tc>
      </w:tr>
      <w:tr w:rsidR="002C5774" w:rsidRPr="00D941A8" w14:paraId="192070D7" w14:textId="77777777" w:rsidTr="008164AA">
        <w:tc>
          <w:tcPr>
            <w:tcW w:w="14601" w:type="dxa"/>
            <w:gridSpan w:val="4"/>
            <w:shd w:val="clear" w:color="auto" w:fill="D9D9D9" w:themeFill="background1" w:themeFillShade="D9"/>
            <w:vAlign w:val="center"/>
          </w:tcPr>
          <w:p w14:paraId="1DBBC146" w14:textId="50698241" w:rsidR="002C5774" w:rsidRPr="00761BD3" w:rsidRDefault="004863A8" w:rsidP="008F0C20">
            <w:pPr>
              <w:jc w:val="center"/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  <w:t xml:space="preserve">ՄԱՍ Ե. </w:t>
            </w:r>
            <w:r w:rsidR="002C5774" w:rsidRPr="00761BD3"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  <w:t>ՏԱԳՆԱՊ</w:t>
            </w:r>
          </w:p>
          <w:p w14:paraId="46F261E9" w14:textId="77777777" w:rsidR="002C5774" w:rsidRPr="00085E44" w:rsidRDefault="002C5774" w:rsidP="008F0C20">
            <w:pPr>
              <w:spacing w:before="97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085E44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ԸՆԴՀԱՆՈՒՐ ԱՌՄԱՄԲ ԵՎ ՀԱՏԿԱՊԵՍ ՎԵՐՋԻՆ ԵՐԿՈՒ ՇԱԲԱԹՎԱ ԸՆԹԱՑՔՈՒՄ</w:t>
            </w:r>
          </w:p>
          <w:p w14:paraId="5BA30C6C" w14:textId="67AD64E6" w:rsidR="002C5774" w:rsidRPr="00761BD3" w:rsidRDefault="002C5774" w:rsidP="008F0C20">
            <w:pPr>
              <w:spacing w:before="97"/>
              <w:jc w:val="center"/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</w:pPr>
            <w:r w:rsidRPr="00085E44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արդյո՞ք Ձեզ անհանգստացրել են</w:t>
            </w:r>
          </w:p>
        </w:tc>
      </w:tr>
      <w:tr w:rsidR="002C5774" w:rsidRPr="00761BD3" w14:paraId="573483E8" w14:textId="77777777" w:rsidTr="00085E44">
        <w:trPr>
          <w:trHeight w:val="684"/>
        </w:trPr>
        <w:tc>
          <w:tcPr>
            <w:tcW w:w="6764" w:type="dxa"/>
            <w:vAlign w:val="center"/>
          </w:tcPr>
          <w:p w14:paraId="0C95A746" w14:textId="77777777" w:rsidR="002C5774" w:rsidRPr="00761BD3" w:rsidRDefault="002C5774" w:rsidP="008F0C20">
            <w:pPr>
              <w:pStyle w:val="ListParagraph"/>
              <w:numPr>
                <w:ilvl w:val="0"/>
                <w:numId w:val="15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Նյարդայնություն կամ ներքին դող</w:t>
            </w:r>
          </w:p>
        </w:tc>
        <w:tc>
          <w:tcPr>
            <w:tcW w:w="565" w:type="dxa"/>
            <w:vAlign w:val="center"/>
          </w:tcPr>
          <w:p w14:paraId="643EE0A0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11" w:type="dxa"/>
            <w:vAlign w:val="center"/>
          </w:tcPr>
          <w:p w14:paraId="5B3C3CCE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561" w:type="dxa"/>
            <w:vAlign w:val="center"/>
          </w:tcPr>
          <w:p w14:paraId="30F58D25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0DA35EAC" w14:textId="77777777" w:rsidTr="00085E44">
        <w:trPr>
          <w:trHeight w:val="694"/>
        </w:trPr>
        <w:tc>
          <w:tcPr>
            <w:tcW w:w="6764" w:type="dxa"/>
            <w:vAlign w:val="center"/>
          </w:tcPr>
          <w:p w14:paraId="14B52F5B" w14:textId="77777777" w:rsidR="002C5774" w:rsidRPr="00761BD3" w:rsidRDefault="002C5774" w:rsidP="008F0C20">
            <w:pPr>
              <w:pStyle w:val="ListParagraph"/>
              <w:numPr>
                <w:ilvl w:val="0"/>
                <w:numId w:val="15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Առանց պատճառի հանկարծակի վախ</w:t>
            </w:r>
          </w:p>
        </w:tc>
        <w:tc>
          <w:tcPr>
            <w:tcW w:w="565" w:type="dxa"/>
            <w:vAlign w:val="center"/>
          </w:tcPr>
          <w:p w14:paraId="05E661E5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11" w:type="dxa"/>
            <w:vAlign w:val="center"/>
          </w:tcPr>
          <w:p w14:paraId="72464BA1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561" w:type="dxa"/>
            <w:vAlign w:val="center"/>
          </w:tcPr>
          <w:p w14:paraId="0DD05D99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40705C1B" w14:textId="77777777" w:rsidTr="00085E44">
        <w:trPr>
          <w:trHeight w:val="704"/>
        </w:trPr>
        <w:tc>
          <w:tcPr>
            <w:tcW w:w="6764" w:type="dxa"/>
            <w:vAlign w:val="center"/>
          </w:tcPr>
          <w:p w14:paraId="4F73A6C7" w14:textId="77777777" w:rsidR="002C5774" w:rsidRPr="00761BD3" w:rsidRDefault="002C5774" w:rsidP="008F0C20">
            <w:pPr>
              <w:pStyle w:val="ListParagraph"/>
              <w:numPr>
                <w:ilvl w:val="0"/>
                <w:numId w:val="15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Վախի կամ երկյուղածության զգացողություն</w:t>
            </w:r>
          </w:p>
          <w:p w14:paraId="22D20646" w14:textId="77777777" w:rsidR="002C5774" w:rsidRPr="00085E44" w:rsidRDefault="002C5774" w:rsidP="00085E44">
            <w:pPr>
              <w:tabs>
                <w:tab w:val="left" w:pos="270"/>
              </w:tabs>
              <w:ind w:left="-45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65" w:type="dxa"/>
            <w:vAlign w:val="center"/>
          </w:tcPr>
          <w:p w14:paraId="6E476712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11" w:type="dxa"/>
            <w:vAlign w:val="center"/>
          </w:tcPr>
          <w:p w14:paraId="444A0DDB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561" w:type="dxa"/>
            <w:vAlign w:val="center"/>
          </w:tcPr>
          <w:p w14:paraId="68026F2F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724BCC72" w14:textId="77777777" w:rsidTr="00085E44">
        <w:trPr>
          <w:trHeight w:val="700"/>
        </w:trPr>
        <w:tc>
          <w:tcPr>
            <w:tcW w:w="6764" w:type="dxa"/>
            <w:vAlign w:val="center"/>
          </w:tcPr>
          <w:p w14:paraId="318A3F37" w14:textId="77777777" w:rsidR="002C5774" w:rsidRPr="00761BD3" w:rsidRDefault="002C5774" w:rsidP="008F0C20">
            <w:pPr>
              <w:pStyle w:val="ListParagraph"/>
              <w:numPr>
                <w:ilvl w:val="0"/>
                <w:numId w:val="15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Լարվածության կամ գրգռվածության զգացողություն</w:t>
            </w:r>
          </w:p>
        </w:tc>
        <w:tc>
          <w:tcPr>
            <w:tcW w:w="565" w:type="dxa"/>
            <w:vAlign w:val="center"/>
          </w:tcPr>
          <w:p w14:paraId="1FA7FECB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11" w:type="dxa"/>
            <w:vAlign w:val="center"/>
          </w:tcPr>
          <w:p w14:paraId="0AE6751C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561" w:type="dxa"/>
            <w:vAlign w:val="center"/>
          </w:tcPr>
          <w:p w14:paraId="462771F6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3E8E45C8" w14:textId="77777777" w:rsidTr="00085E44">
        <w:trPr>
          <w:trHeight w:val="701"/>
        </w:trPr>
        <w:tc>
          <w:tcPr>
            <w:tcW w:w="6764" w:type="dxa"/>
            <w:vAlign w:val="center"/>
          </w:tcPr>
          <w:p w14:paraId="60EF28B3" w14:textId="77777777" w:rsidR="002C5774" w:rsidRPr="00761BD3" w:rsidRDefault="002C5774" w:rsidP="008F0C20">
            <w:pPr>
              <w:pStyle w:val="ListParagraph"/>
              <w:numPr>
                <w:ilvl w:val="0"/>
                <w:numId w:val="15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Սարսափի կամ խուճապի զգացողություն</w:t>
            </w:r>
          </w:p>
        </w:tc>
        <w:tc>
          <w:tcPr>
            <w:tcW w:w="565" w:type="dxa"/>
            <w:vAlign w:val="center"/>
          </w:tcPr>
          <w:p w14:paraId="51F93B76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11" w:type="dxa"/>
            <w:vAlign w:val="center"/>
          </w:tcPr>
          <w:p w14:paraId="616AEEF0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561" w:type="dxa"/>
            <w:vAlign w:val="center"/>
          </w:tcPr>
          <w:p w14:paraId="5E5D5B8E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400D05E7" w14:textId="77777777" w:rsidTr="0057233E">
        <w:trPr>
          <w:trHeight w:val="1134"/>
        </w:trPr>
        <w:tc>
          <w:tcPr>
            <w:tcW w:w="6764" w:type="dxa"/>
            <w:tcBorders>
              <w:bottom w:val="single" w:sz="4" w:space="0" w:color="auto"/>
            </w:tcBorders>
            <w:vAlign w:val="center"/>
          </w:tcPr>
          <w:p w14:paraId="7317D269" w14:textId="77777777" w:rsidR="002C5774" w:rsidRPr="00761BD3" w:rsidRDefault="002C5774" w:rsidP="008F0C20">
            <w:pPr>
              <w:pStyle w:val="ListParagraph"/>
              <w:numPr>
                <w:ilvl w:val="0"/>
                <w:numId w:val="15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Անհանգստության այնպիսի զգացում, որ անհնար է հանգիստ տեղում նստել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73EFEE4B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56959FAB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561" w:type="dxa"/>
            <w:tcBorders>
              <w:bottom w:val="single" w:sz="4" w:space="0" w:color="auto"/>
            </w:tcBorders>
            <w:vAlign w:val="center"/>
          </w:tcPr>
          <w:p w14:paraId="451B36AB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53E73370" w14:textId="77777777" w:rsidR="002C5774" w:rsidRPr="00761BD3" w:rsidRDefault="002C5774" w:rsidP="002C5774">
      <w:pPr>
        <w:tabs>
          <w:tab w:val="left" w:pos="1639"/>
          <w:tab w:val="left" w:pos="1640"/>
        </w:tabs>
        <w:spacing w:before="136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1"/>
        <w:tblW w:w="14601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1"/>
        <w:gridCol w:w="11890"/>
      </w:tblGrid>
      <w:tr w:rsidR="00085E44" w:rsidRPr="0023442E" w14:paraId="2C2EE6C1" w14:textId="77777777" w:rsidTr="008F0C20">
        <w:tc>
          <w:tcPr>
            <w:tcW w:w="2711" w:type="dxa"/>
          </w:tcPr>
          <w:p w14:paraId="5BA865A5" w14:textId="77777777" w:rsidR="00085E44" w:rsidRPr="0023442E" w:rsidRDefault="00085E44" w:rsidP="008F0C20">
            <w:pPr>
              <w:tabs>
                <w:tab w:val="left" w:pos="1639"/>
                <w:tab w:val="left" w:pos="1640"/>
              </w:tabs>
              <w:spacing w:before="136" w:after="160" w:line="259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442E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«Այո» պատասխանների </w:t>
            </w:r>
            <w:r w:rsidRPr="0023442E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ընդհանուր թիվը</w:t>
            </w:r>
          </w:p>
          <w:p w14:paraId="66504D78" w14:textId="77777777" w:rsidR="00085E44" w:rsidRPr="0023442E" w:rsidRDefault="00085E44" w:rsidP="008F0C20">
            <w:pPr>
              <w:tabs>
                <w:tab w:val="left" w:pos="1639"/>
                <w:tab w:val="left" w:pos="1640"/>
              </w:tabs>
              <w:spacing w:before="136" w:after="160" w:line="259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442E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_______  </w:t>
            </w:r>
          </w:p>
          <w:p w14:paraId="31B8EF54" w14:textId="6AF2285A" w:rsidR="00085E44" w:rsidRPr="0023442E" w:rsidRDefault="00085E44" w:rsidP="008F0C20">
            <w:pPr>
              <w:tabs>
                <w:tab w:val="left" w:pos="1639"/>
                <w:tab w:val="left" w:pos="1640"/>
              </w:tabs>
              <w:spacing w:before="136" w:after="160" w:line="259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442E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(եթե թիվը առնվազն </w:t>
            </w:r>
            <w:r w:rsidRPr="002B5A32"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 w:rsidRPr="0023442E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է, </w:t>
            </w: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համարել բուժման ենթակա դեպք)</w:t>
            </w:r>
          </w:p>
        </w:tc>
        <w:tc>
          <w:tcPr>
            <w:tcW w:w="11890" w:type="dxa"/>
            <w:vAlign w:val="center"/>
          </w:tcPr>
          <w:p w14:paraId="1EC23139" w14:textId="77777777" w:rsidR="00085E44" w:rsidRPr="007E103D" w:rsidRDefault="00085E4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Ընդհանուր նկատառումներ</w:t>
            </w:r>
          </w:p>
          <w:p w14:paraId="1AE72B08" w14:textId="77777777" w:rsidR="00085E44" w:rsidRPr="007E103D" w:rsidRDefault="00085E4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</w:t>
            </w:r>
          </w:p>
          <w:p w14:paraId="316A84C9" w14:textId="77777777" w:rsidR="00085E44" w:rsidRPr="007E103D" w:rsidRDefault="00085E4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__________________________________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</w:t>
            </w:r>
          </w:p>
          <w:p w14:paraId="5E74D34E" w14:textId="77777777" w:rsidR="00085E44" w:rsidRDefault="00085E4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</w:t>
            </w:r>
          </w:p>
          <w:p w14:paraId="42DB51B2" w14:textId="77777777" w:rsidR="00085E44" w:rsidRPr="007E103D" w:rsidRDefault="00085E4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__________________________________________________________________________________________</w:t>
            </w:r>
          </w:p>
          <w:p w14:paraId="72D9E4E4" w14:textId="77777777" w:rsidR="00085E44" w:rsidRPr="0023442E" w:rsidRDefault="00085E44" w:rsidP="008F0C20">
            <w:pPr>
              <w:tabs>
                <w:tab w:val="left" w:pos="1639"/>
                <w:tab w:val="left" w:pos="1640"/>
              </w:tabs>
              <w:spacing w:before="136" w:after="160" w:line="259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</w:tbl>
    <w:p w14:paraId="2EA02895" w14:textId="7AB6E741" w:rsidR="002C5774" w:rsidRDefault="002C5774" w:rsidP="002C5774">
      <w:pPr>
        <w:tabs>
          <w:tab w:val="left" w:pos="1639"/>
          <w:tab w:val="left" w:pos="1640"/>
        </w:tabs>
        <w:spacing w:before="136"/>
        <w:rPr>
          <w:rFonts w:ascii="GHEA Grapalat" w:hAnsi="GHEA Grapalat"/>
          <w:sz w:val="24"/>
          <w:szCs w:val="24"/>
          <w:lang w:val="hy-AM"/>
        </w:rPr>
      </w:pPr>
    </w:p>
    <w:p w14:paraId="55D29B2D" w14:textId="77777777" w:rsidR="004863A8" w:rsidRPr="00761BD3" w:rsidRDefault="004863A8" w:rsidP="002C5774">
      <w:pPr>
        <w:tabs>
          <w:tab w:val="left" w:pos="1639"/>
          <w:tab w:val="left" w:pos="1640"/>
        </w:tabs>
        <w:spacing w:before="136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46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707"/>
        <w:gridCol w:w="2057"/>
        <w:gridCol w:w="480"/>
        <w:gridCol w:w="540"/>
        <w:gridCol w:w="171"/>
        <w:gridCol w:w="6646"/>
      </w:tblGrid>
      <w:tr w:rsidR="002C5774" w:rsidRPr="00761BD3" w14:paraId="24790FDC" w14:textId="77777777" w:rsidTr="00F80658">
        <w:tc>
          <w:tcPr>
            <w:tcW w:w="4707" w:type="dxa"/>
            <w:vAlign w:val="center"/>
          </w:tcPr>
          <w:p w14:paraId="5141B6B7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Ախտանիշներ</w:t>
            </w:r>
          </w:p>
        </w:tc>
        <w:tc>
          <w:tcPr>
            <w:tcW w:w="2537" w:type="dxa"/>
            <w:gridSpan w:val="2"/>
          </w:tcPr>
          <w:p w14:paraId="610B7B78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Ոչ</w:t>
            </w:r>
          </w:p>
        </w:tc>
        <w:tc>
          <w:tcPr>
            <w:tcW w:w="711" w:type="dxa"/>
            <w:gridSpan w:val="2"/>
          </w:tcPr>
          <w:p w14:paraId="108CA781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Այո</w:t>
            </w:r>
          </w:p>
        </w:tc>
        <w:tc>
          <w:tcPr>
            <w:tcW w:w="6646" w:type="dxa"/>
          </w:tcPr>
          <w:p w14:paraId="7F02AB78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Նկատառումներ</w:t>
            </w:r>
          </w:p>
        </w:tc>
      </w:tr>
      <w:tr w:rsidR="002C5774" w:rsidRPr="00D941A8" w14:paraId="3C0CBFA6" w14:textId="77777777" w:rsidTr="008164AA">
        <w:tc>
          <w:tcPr>
            <w:tcW w:w="14601" w:type="dxa"/>
            <w:gridSpan w:val="6"/>
            <w:shd w:val="clear" w:color="auto" w:fill="D9D9D9" w:themeFill="background1" w:themeFillShade="D9"/>
            <w:vAlign w:val="center"/>
          </w:tcPr>
          <w:p w14:paraId="536228BD" w14:textId="27E7B5D3" w:rsidR="002C5774" w:rsidRPr="00761BD3" w:rsidRDefault="004863A8" w:rsidP="008F0C20">
            <w:pPr>
              <w:jc w:val="center"/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  <w:t>ՄԱՍ Զ. ԹՇ</w:t>
            </w:r>
            <w:r w:rsidR="002C5774" w:rsidRPr="00761BD3"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  <w:t>ՆԱՄՈՒԹՅՈՒՆ</w:t>
            </w:r>
          </w:p>
          <w:p w14:paraId="77C1AEE0" w14:textId="77777777" w:rsidR="002C5774" w:rsidRPr="005F3054" w:rsidRDefault="002C5774" w:rsidP="008F0C20">
            <w:pPr>
              <w:spacing w:before="97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5F3054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ԸՆԴՀԱՆՈՒՐ ԱՌՄԱՄԲ ԵՎ ՀԱՏԿԱՊԵՍ ՎԵՐՋԻՆ ԵՐԿՈՒ ՇԱԲԱԹՎԱ ԸՆԹԱՑՔՈՒՄ</w:t>
            </w:r>
          </w:p>
          <w:p w14:paraId="5C5ECDDF" w14:textId="7D058C4C" w:rsidR="002C5774" w:rsidRPr="00761BD3" w:rsidRDefault="002C5774" w:rsidP="008F0C20">
            <w:pPr>
              <w:spacing w:before="97"/>
              <w:jc w:val="center"/>
              <w:rPr>
                <w:rFonts w:ascii="GHEA Grapalat" w:hAnsi="GHEA Grapalat"/>
                <w:b/>
                <w:i/>
                <w:sz w:val="24"/>
                <w:szCs w:val="24"/>
                <w:u w:val="single"/>
                <w:lang w:val="hy-AM"/>
              </w:rPr>
            </w:pPr>
            <w:r w:rsidRPr="005F3054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արդյո՞ք Ձեզ անհանգստացրել են</w:t>
            </w:r>
          </w:p>
        </w:tc>
      </w:tr>
      <w:tr w:rsidR="002C5774" w:rsidRPr="00D941A8" w14:paraId="7E5615A7" w14:textId="77777777" w:rsidTr="005F3054">
        <w:trPr>
          <w:trHeight w:val="669"/>
        </w:trPr>
        <w:tc>
          <w:tcPr>
            <w:tcW w:w="6764" w:type="dxa"/>
            <w:gridSpan w:val="2"/>
            <w:vAlign w:val="center"/>
          </w:tcPr>
          <w:p w14:paraId="502122C3" w14:textId="77777777" w:rsidR="002C5774" w:rsidRPr="00761BD3" w:rsidRDefault="002C5774" w:rsidP="008F0C20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0" w:line="240" w:lineRule="auto"/>
              <w:ind w:left="315" w:hanging="380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Հեշտ եք զայրանում կամ դյուրագրգիռ եք</w:t>
            </w:r>
          </w:p>
        </w:tc>
        <w:tc>
          <w:tcPr>
            <w:tcW w:w="480" w:type="dxa"/>
            <w:vAlign w:val="center"/>
          </w:tcPr>
          <w:p w14:paraId="223F7C6A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40" w:type="dxa"/>
            <w:vAlign w:val="center"/>
          </w:tcPr>
          <w:p w14:paraId="7894C5B9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817" w:type="dxa"/>
            <w:gridSpan w:val="2"/>
            <w:vAlign w:val="center"/>
          </w:tcPr>
          <w:p w14:paraId="7E723487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D941A8" w14:paraId="24A6D9E1" w14:textId="77777777" w:rsidTr="005F3054">
        <w:trPr>
          <w:trHeight w:val="692"/>
        </w:trPr>
        <w:tc>
          <w:tcPr>
            <w:tcW w:w="6764" w:type="dxa"/>
            <w:gridSpan w:val="2"/>
            <w:vAlign w:val="center"/>
          </w:tcPr>
          <w:p w14:paraId="47899630" w14:textId="77777777" w:rsidR="002C5774" w:rsidRPr="00761BD3" w:rsidRDefault="002C5774" w:rsidP="008F0C20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0" w:line="240" w:lineRule="auto"/>
              <w:ind w:left="315" w:hanging="380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Բարկության պոռթկումներ, որ Դուք չէիք կարող վերահսկել</w:t>
            </w:r>
          </w:p>
        </w:tc>
        <w:tc>
          <w:tcPr>
            <w:tcW w:w="480" w:type="dxa"/>
            <w:vAlign w:val="center"/>
          </w:tcPr>
          <w:p w14:paraId="04538649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40" w:type="dxa"/>
            <w:vAlign w:val="center"/>
          </w:tcPr>
          <w:p w14:paraId="13533FA4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817" w:type="dxa"/>
            <w:gridSpan w:val="2"/>
            <w:vAlign w:val="center"/>
          </w:tcPr>
          <w:p w14:paraId="7BBD34FD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D941A8" w14:paraId="26931A2A" w14:textId="77777777" w:rsidTr="00F80658">
        <w:trPr>
          <w:trHeight w:val="843"/>
        </w:trPr>
        <w:tc>
          <w:tcPr>
            <w:tcW w:w="6764" w:type="dxa"/>
            <w:gridSpan w:val="2"/>
            <w:vAlign w:val="center"/>
          </w:tcPr>
          <w:p w14:paraId="30014BE7" w14:textId="77777777" w:rsidR="002C5774" w:rsidRPr="00761BD3" w:rsidRDefault="002C5774" w:rsidP="008F0C20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0" w:line="240" w:lineRule="auto"/>
              <w:ind w:left="315" w:hanging="380"/>
              <w:contextualSpacing w:val="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Ինչ-որ մեկին ծեծելու, վիրավորելու կամ վնասելու մղում</w:t>
            </w:r>
          </w:p>
        </w:tc>
        <w:tc>
          <w:tcPr>
            <w:tcW w:w="480" w:type="dxa"/>
            <w:vAlign w:val="center"/>
          </w:tcPr>
          <w:p w14:paraId="3CC9BB7A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40" w:type="dxa"/>
            <w:vAlign w:val="center"/>
          </w:tcPr>
          <w:p w14:paraId="222A1A01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817" w:type="dxa"/>
            <w:gridSpan w:val="2"/>
            <w:vAlign w:val="center"/>
          </w:tcPr>
          <w:p w14:paraId="4434544E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D941A8" w14:paraId="4FAF5B96" w14:textId="77777777" w:rsidTr="00F80658">
        <w:trPr>
          <w:trHeight w:val="701"/>
        </w:trPr>
        <w:tc>
          <w:tcPr>
            <w:tcW w:w="6764" w:type="dxa"/>
            <w:gridSpan w:val="2"/>
            <w:vAlign w:val="center"/>
          </w:tcPr>
          <w:p w14:paraId="745F9153" w14:textId="77777777" w:rsidR="002C5774" w:rsidRPr="00761BD3" w:rsidRDefault="002C5774" w:rsidP="008F0C20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0" w:line="240" w:lineRule="auto"/>
              <w:ind w:left="315" w:hanging="380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Ինչ-որ բան կոտրելու կամ փշրելու մղում</w:t>
            </w:r>
          </w:p>
        </w:tc>
        <w:tc>
          <w:tcPr>
            <w:tcW w:w="480" w:type="dxa"/>
            <w:vAlign w:val="center"/>
          </w:tcPr>
          <w:p w14:paraId="115715B7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40" w:type="dxa"/>
            <w:vAlign w:val="center"/>
          </w:tcPr>
          <w:p w14:paraId="54E8CAFF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817" w:type="dxa"/>
            <w:gridSpan w:val="2"/>
            <w:vAlign w:val="center"/>
          </w:tcPr>
          <w:p w14:paraId="01C0775A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D941A8" w14:paraId="1ACC4E74" w14:textId="77777777" w:rsidTr="005F3054">
        <w:trPr>
          <w:trHeight w:val="697"/>
        </w:trPr>
        <w:tc>
          <w:tcPr>
            <w:tcW w:w="6764" w:type="dxa"/>
            <w:gridSpan w:val="2"/>
            <w:vAlign w:val="center"/>
          </w:tcPr>
          <w:p w14:paraId="15596390" w14:textId="77777777" w:rsidR="002C5774" w:rsidRPr="00761BD3" w:rsidRDefault="002C5774" w:rsidP="008F0C20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</w:tabs>
              <w:spacing w:after="0" w:line="240" w:lineRule="auto"/>
              <w:ind w:left="315" w:hanging="380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Հաճախակի վիճաբանությունների կամ կոնֆլիկտների մեջ հայտնվել</w:t>
            </w:r>
          </w:p>
        </w:tc>
        <w:tc>
          <w:tcPr>
            <w:tcW w:w="480" w:type="dxa"/>
            <w:vAlign w:val="center"/>
          </w:tcPr>
          <w:p w14:paraId="214D3C2B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40" w:type="dxa"/>
            <w:vAlign w:val="center"/>
          </w:tcPr>
          <w:p w14:paraId="2B0A0195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817" w:type="dxa"/>
            <w:gridSpan w:val="2"/>
            <w:vAlign w:val="center"/>
          </w:tcPr>
          <w:p w14:paraId="39EB814E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3528E5B4" w14:textId="238358AC" w:rsidR="002C5774" w:rsidRDefault="002C5774" w:rsidP="002C5774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1"/>
        <w:tblW w:w="14601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1"/>
        <w:gridCol w:w="11890"/>
      </w:tblGrid>
      <w:tr w:rsidR="00F80658" w:rsidRPr="0023442E" w14:paraId="7CD7CD2C" w14:textId="77777777" w:rsidTr="008F0C20">
        <w:tc>
          <w:tcPr>
            <w:tcW w:w="2711" w:type="dxa"/>
          </w:tcPr>
          <w:p w14:paraId="5F5E68F1" w14:textId="77777777" w:rsidR="00F80658" w:rsidRPr="0023442E" w:rsidRDefault="00F80658" w:rsidP="008F0C20">
            <w:pPr>
              <w:tabs>
                <w:tab w:val="left" w:pos="1639"/>
                <w:tab w:val="left" w:pos="1640"/>
              </w:tabs>
              <w:spacing w:before="136" w:after="160" w:line="259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442E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«Այո» </w:t>
            </w:r>
            <w:r w:rsidRPr="0023442E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պատասխանների ընդհանուր թիվը</w:t>
            </w:r>
          </w:p>
          <w:p w14:paraId="43ECCCA7" w14:textId="77777777" w:rsidR="00F80658" w:rsidRPr="0023442E" w:rsidRDefault="00F80658" w:rsidP="008F0C20">
            <w:pPr>
              <w:tabs>
                <w:tab w:val="left" w:pos="1639"/>
                <w:tab w:val="left" w:pos="1640"/>
              </w:tabs>
              <w:spacing w:before="136" w:after="160" w:line="259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23442E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_______  </w:t>
            </w:r>
          </w:p>
          <w:p w14:paraId="6E73FA1B" w14:textId="485DF723" w:rsidR="00F80658" w:rsidRPr="0023442E" w:rsidRDefault="00F80658" w:rsidP="008F0C20">
            <w:pPr>
              <w:tabs>
                <w:tab w:val="left" w:pos="1639"/>
                <w:tab w:val="left" w:pos="1640"/>
              </w:tabs>
              <w:spacing w:before="136" w:after="160" w:line="259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80658">
              <w:rPr>
                <w:rFonts w:ascii="GHEA Grapalat" w:hAnsi="GHEA Grapalat"/>
                <w:b/>
                <w:sz w:val="24"/>
                <w:szCs w:val="24"/>
                <w:lang w:val="hy-AM"/>
              </w:rPr>
              <w:t>(եթե թիվը առնվազն 2 է, ԿԱՄ 3-րդ կետի պատասխանը «Այո» է, համարել բուժման ենթակա դեպք)</w:t>
            </w:r>
          </w:p>
        </w:tc>
        <w:tc>
          <w:tcPr>
            <w:tcW w:w="11890" w:type="dxa"/>
            <w:vAlign w:val="center"/>
          </w:tcPr>
          <w:p w14:paraId="724EDD09" w14:textId="77777777" w:rsidR="00F80658" w:rsidRPr="007E103D" w:rsidRDefault="00F80658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Ընդհանուր նկատառումներ</w:t>
            </w:r>
          </w:p>
          <w:p w14:paraId="56828C97" w14:textId="77777777" w:rsidR="00F80658" w:rsidRPr="007E103D" w:rsidRDefault="00F80658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____________________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</w:t>
            </w:r>
          </w:p>
          <w:p w14:paraId="69587377" w14:textId="77777777" w:rsidR="00F80658" w:rsidRPr="007E103D" w:rsidRDefault="00F80658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</w:t>
            </w:r>
          </w:p>
          <w:p w14:paraId="01528AAE" w14:textId="77777777" w:rsidR="00F80658" w:rsidRDefault="00F80658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</w:t>
            </w:r>
          </w:p>
          <w:p w14:paraId="569EDEA5" w14:textId="77777777" w:rsidR="00F80658" w:rsidRPr="007E103D" w:rsidRDefault="00F80658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__________________________________________________________________________________________</w:t>
            </w:r>
          </w:p>
          <w:p w14:paraId="27D04AF1" w14:textId="77777777" w:rsidR="00F80658" w:rsidRPr="0023442E" w:rsidRDefault="00F80658" w:rsidP="008F0C20">
            <w:pPr>
              <w:tabs>
                <w:tab w:val="left" w:pos="1639"/>
                <w:tab w:val="left" w:pos="1640"/>
              </w:tabs>
              <w:spacing w:before="136" w:after="160" w:line="259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</w:tbl>
    <w:p w14:paraId="7D00EC8D" w14:textId="5F4FF0B9" w:rsidR="002C5774" w:rsidRDefault="002C5774" w:rsidP="002C5774">
      <w:pPr>
        <w:rPr>
          <w:rFonts w:ascii="GHEA Grapalat" w:hAnsi="GHEA Grapalat"/>
          <w:sz w:val="24"/>
          <w:szCs w:val="24"/>
          <w:lang w:val="hy-AM"/>
        </w:rPr>
      </w:pPr>
    </w:p>
    <w:p w14:paraId="18D2CDEA" w14:textId="77777777" w:rsidR="005F3054" w:rsidRPr="00761BD3" w:rsidRDefault="005F3054" w:rsidP="002C5774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46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24"/>
        <w:gridCol w:w="570"/>
        <w:gridCol w:w="630"/>
        <w:gridCol w:w="6277"/>
      </w:tblGrid>
      <w:tr w:rsidR="002C5774" w:rsidRPr="00761BD3" w14:paraId="59E5FD56" w14:textId="77777777" w:rsidTr="00CC429A">
        <w:trPr>
          <w:trHeight w:val="738"/>
        </w:trPr>
        <w:tc>
          <w:tcPr>
            <w:tcW w:w="7124" w:type="dxa"/>
            <w:vAlign w:val="center"/>
          </w:tcPr>
          <w:p w14:paraId="277FC5F9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Ախտանիշներ</w:t>
            </w:r>
          </w:p>
        </w:tc>
        <w:tc>
          <w:tcPr>
            <w:tcW w:w="570" w:type="dxa"/>
          </w:tcPr>
          <w:p w14:paraId="35E02EC6" w14:textId="77777777" w:rsidR="00CC429A" w:rsidRDefault="00CC429A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14:paraId="6BDAB8E5" w14:textId="577EC88A" w:rsidR="002C5774" w:rsidRPr="00761BD3" w:rsidRDefault="002C577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Ոչ</w:t>
            </w:r>
          </w:p>
        </w:tc>
        <w:tc>
          <w:tcPr>
            <w:tcW w:w="630" w:type="dxa"/>
          </w:tcPr>
          <w:p w14:paraId="69A56E20" w14:textId="77777777" w:rsidR="00CC429A" w:rsidRDefault="00CC429A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14:paraId="40F4286C" w14:textId="746F3732" w:rsidR="002C5774" w:rsidRPr="00761BD3" w:rsidRDefault="002C577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Այո</w:t>
            </w:r>
          </w:p>
        </w:tc>
        <w:tc>
          <w:tcPr>
            <w:tcW w:w="6277" w:type="dxa"/>
          </w:tcPr>
          <w:p w14:paraId="393E11F3" w14:textId="77777777" w:rsidR="00CC429A" w:rsidRDefault="00CC429A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14:paraId="71BF7B31" w14:textId="0A7EB04C" w:rsidR="002C5774" w:rsidRPr="00761BD3" w:rsidRDefault="002C577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Նկատառումներ</w:t>
            </w:r>
          </w:p>
        </w:tc>
      </w:tr>
      <w:tr w:rsidR="002C5774" w:rsidRPr="00D941A8" w14:paraId="3A1D8765" w14:textId="77777777" w:rsidTr="008164AA">
        <w:tc>
          <w:tcPr>
            <w:tcW w:w="14601" w:type="dxa"/>
            <w:gridSpan w:val="4"/>
            <w:shd w:val="clear" w:color="auto" w:fill="D9D9D9" w:themeFill="background1" w:themeFillShade="D9"/>
            <w:vAlign w:val="center"/>
          </w:tcPr>
          <w:p w14:paraId="6734B3DE" w14:textId="4E2D2DA9" w:rsidR="002C5774" w:rsidRPr="00761BD3" w:rsidRDefault="004863A8" w:rsidP="008F0C20">
            <w:pPr>
              <w:jc w:val="center"/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  <w:t xml:space="preserve">ՄԱՍ Է. </w:t>
            </w:r>
            <w:r w:rsidR="002C5774" w:rsidRPr="00761BD3"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  <w:t>ՖՈԲԻԿ ՏԱԳՆԱՊ</w:t>
            </w:r>
          </w:p>
          <w:p w14:paraId="6BE52D81" w14:textId="77777777" w:rsidR="002C5774" w:rsidRPr="00CC429A" w:rsidRDefault="002C5774" w:rsidP="008F0C20">
            <w:pPr>
              <w:spacing w:before="97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CC429A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ԸՆԴՀԱՆՈՒՐ ԱՌՄԱՄԲ ԵՎ ՀԱՏԿԱՊԵՍ ՎԵՐՋԻՆ ԵՐԿՈՒ ՇԱԲԱԹՎԱ ԸՆԹԱՑՔՈՒՄ</w:t>
            </w:r>
          </w:p>
          <w:p w14:paraId="520F903E" w14:textId="314BF1F2" w:rsidR="002C5774" w:rsidRPr="00761BD3" w:rsidRDefault="002C5774" w:rsidP="008F0C20">
            <w:pPr>
              <w:spacing w:before="97"/>
              <w:jc w:val="center"/>
              <w:rPr>
                <w:rFonts w:ascii="GHEA Grapalat" w:hAnsi="GHEA Grapalat"/>
                <w:b/>
                <w:i/>
                <w:sz w:val="24"/>
                <w:szCs w:val="24"/>
                <w:u w:val="single"/>
                <w:lang w:val="hy-AM"/>
              </w:rPr>
            </w:pPr>
            <w:r w:rsidRPr="00CC429A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արդյո՞ք Ձեզ անհանգստացրել են</w:t>
            </w:r>
          </w:p>
        </w:tc>
      </w:tr>
      <w:tr w:rsidR="002C5774" w:rsidRPr="00761BD3" w14:paraId="55C15D56" w14:textId="77777777" w:rsidTr="00CC429A">
        <w:trPr>
          <w:trHeight w:val="701"/>
        </w:trPr>
        <w:tc>
          <w:tcPr>
            <w:tcW w:w="7124" w:type="dxa"/>
            <w:vAlign w:val="center"/>
          </w:tcPr>
          <w:p w14:paraId="19E0049C" w14:textId="77777777" w:rsidR="002C5774" w:rsidRPr="00761BD3" w:rsidRDefault="002C5774" w:rsidP="008F0C20">
            <w:pPr>
              <w:pStyle w:val="ListParagraph"/>
              <w:numPr>
                <w:ilvl w:val="0"/>
                <w:numId w:val="17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Վախի զգացողություն բաց տարածքներում</w:t>
            </w:r>
          </w:p>
        </w:tc>
        <w:tc>
          <w:tcPr>
            <w:tcW w:w="570" w:type="dxa"/>
            <w:vAlign w:val="center"/>
          </w:tcPr>
          <w:p w14:paraId="421DA31F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0" w:type="dxa"/>
            <w:vAlign w:val="center"/>
          </w:tcPr>
          <w:p w14:paraId="0607BCEC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277" w:type="dxa"/>
            <w:vAlign w:val="center"/>
          </w:tcPr>
          <w:p w14:paraId="71E76959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7BE36F52" w14:textId="77777777" w:rsidTr="00CC429A">
        <w:trPr>
          <w:trHeight w:val="697"/>
        </w:trPr>
        <w:tc>
          <w:tcPr>
            <w:tcW w:w="7124" w:type="dxa"/>
            <w:vAlign w:val="center"/>
          </w:tcPr>
          <w:p w14:paraId="76269C8F" w14:textId="77777777" w:rsidR="002C5774" w:rsidRPr="00761BD3" w:rsidRDefault="002C5774" w:rsidP="008F0C20">
            <w:pPr>
              <w:pStyle w:val="ListParagraph"/>
              <w:numPr>
                <w:ilvl w:val="0"/>
                <w:numId w:val="17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Վախի զգացողություն փոքր, փակ տարածքներում</w:t>
            </w:r>
          </w:p>
        </w:tc>
        <w:tc>
          <w:tcPr>
            <w:tcW w:w="570" w:type="dxa"/>
            <w:vAlign w:val="center"/>
          </w:tcPr>
          <w:p w14:paraId="4250FE81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0" w:type="dxa"/>
            <w:vAlign w:val="center"/>
          </w:tcPr>
          <w:p w14:paraId="38406BB6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277" w:type="dxa"/>
            <w:vAlign w:val="center"/>
          </w:tcPr>
          <w:p w14:paraId="1A70FE96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59E43D66" w14:textId="77777777" w:rsidTr="00CC429A">
        <w:trPr>
          <w:trHeight w:val="706"/>
        </w:trPr>
        <w:tc>
          <w:tcPr>
            <w:tcW w:w="7124" w:type="dxa"/>
            <w:vAlign w:val="center"/>
          </w:tcPr>
          <w:p w14:paraId="5F328AC8" w14:textId="77777777" w:rsidR="002C5774" w:rsidRPr="00761BD3" w:rsidRDefault="002C5774" w:rsidP="008F0C20">
            <w:pPr>
              <w:pStyle w:val="ListParagraph"/>
              <w:numPr>
                <w:ilvl w:val="0"/>
                <w:numId w:val="17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Խուսափում որոշակի իրերից, վայրերից կամ գործողություններից, քանի որ դրանք վախեցնող են</w:t>
            </w:r>
          </w:p>
        </w:tc>
        <w:tc>
          <w:tcPr>
            <w:tcW w:w="570" w:type="dxa"/>
            <w:vAlign w:val="center"/>
          </w:tcPr>
          <w:p w14:paraId="31030D5F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0" w:type="dxa"/>
            <w:vAlign w:val="center"/>
          </w:tcPr>
          <w:p w14:paraId="5D24D2DF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277" w:type="dxa"/>
            <w:vAlign w:val="center"/>
          </w:tcPr>
          <w:p w14:paraId="68BA9B49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38D2B52D" w14:textId="77777777" w:rsidTr="00CC429A">
        <w:trPr>
          <w:trHeight w:val="688"/>
        </w:trPr>
        <w:tc>
          <w:tcPr>
            <w:tcW w:w="7124" w:type="dxa"/>
            <w:vAlign w:val="center"/>
          </w:tcPr>
          <w:p w14:paraId="241451E4" w14:textId="77777777" w:rsidR="002C5774" w:rsidRPr="00761BD3" w:rsidRDefault="002C5774" w:rsidP="008F0C20">
            <w:pPr>
              <w:pStyle w:val="ListParagraph"/>
              <w:numPr>
                <w:ilvl w:val="0"/>
                <w:numId w:val="17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Ամբոխի մեջ գտնվելիս անհանգստության զգացում</w:t>
            </w:r>
          </w:p>
        </w:tc>
        <w:tc>
          <w:tcPr>
            <w:tcW w:w="570" w:type="dxa"/>
            <w:vAlign w:val="center"/>
          </w:tcPr>
          <w:p w14:paraId="3A965785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0" w:type="dxa"/>
            <w:vAlign w:val="center"/>
          </w:tcPr>
          <w:p w14:paraId="34A84BEE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277" w:type="dxa"/>
            <w:vAlign w:val="center"/>
          </w:tcPr>
          <w:p w14:paraId="3775AF4C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761BD3" w14:paraId="395E4187" w14:textId="77777777" w:rsidTr="00CC429A">
        <w:trPr>
          <w:trHeight w:val="698"/>
        </w:trPr>
        <w:tc>
          <w:tcPr>
            <w:tcW w:w="7124" w:type="dxa"/>
            <w:vAlign w:val="center"/>
          </w:tcPr>
          <w:p w14:paraId="067D4C87" w14:textId="77777777" w:rsidR="002C5774" w:rsidRPr="00761BD3" w:rsidRDefault="002C5774" w:rsidP="008F0C20">
            <w:pPr>
              <w:pStyle w:val="ListParagraph"/>
              <w:numPr>
                <w:ilvl w:val="0"/>
                <w:numId w:val="17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Նյարդայնության  կամ անհանգստության զգացողություն, երբ մենակ են թողնում Ձեզ</w:t>
            </w:r>
          </w:p>
        </w:tc>
        <w:tc>
          <w:tcPr>
            <w:tcW w:w="570" w:type="dxa"/>
            <w:vAlign w:val="center"/>
          </w:tcPr>
          <w:p w14:paraId="0FED8DF8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0" w:type="dxa"/>
            <w:vAlign w:val="center"/>
          </w:tcPr>
          <w:p w14:paraId="276C1C0B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277" w:type="dxa"/>
            <w:vAlign w:val="center"/>
          </w:tcPr>
          <w:p w14:paraId="797C8744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07709581" w14:textId="77777777" w:rsidR="002C5774" w:rsidRPr="00761BD3" w:rsidRDefault="002C5774" w:rsidP="002C5774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1"/>
        <w:tblW w:w="14601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7"/>
        <w:gridCol w:w="12174"/>
      </w:tblGrid>
      <w:tr w:rsidR="00CC429A" w:rsidRPr="0023442E" w14:paraId="176B3F3C" w14:textId="77777777" w:rsidTr="00CC429A">
        <w:trPr>
          <w:trHeight w:val="2931"/>
        </w:trPr>
        <w:tc>
          <w:tcPr>
            <w:tcW w:w="2427" w:type="dxa"/>
          </w:tcPr>
          <w:p w14:paraId="5AC7168F" w14:textId="77777777" w:rsidR="00CC429A" w:rsidRPr="00CC429A" w:rsidRDefault="00CC429A" w:rsidP="00CC429A">
            <w:pPr>
              <w:tabs>
                <w:tab w:val="left" w:pos="1639"/>
                <w:tab w:val="left" w:pos="1640"/>
              </w:tabs>
              <w:spacing w:before="13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C429A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«Այո» պատասխանների ընդհանուր թիվը</w:t>
            </w:r>
          </w:p>
          <w:p w14:paraId="22B94351" w14:textId="77777777" w:rsidR="00CC429A" w:rsidRPr="00CC429A" w:rsidRDefault="00CC429A" w:rsidP="00CC429A">
            <w:pPr>
              <w:tabs>
                <w:tab w:val="left" w:pos="1639"/>
                <w:tab w:val="left" w:pos="1640"/>
              </w:tabs>
              <w:spacing w:before="13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C429A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_____ </w:t>
            </w:r>
          </w:p>
          <w:p w14:paraId="0FFCBD81" w14:textId="38584C53" w:rsidR="00CC429A" w:rsidRPr="0023442E" w:rsidRDefault="00CC429A" w:rsidP="00CC429A">
            <w:pPr>
              <w:tabs>
                <w:tab w:val="left" w:pos="1639"/>
                <w:tab w:val="left" w:pos="1640"/>
              </w:tabs>
              <w:spacing w:before="136" w:after="160" w:line="259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C429A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(եթե թիվը 1 կամ ավելին է, համարել բուժման ենթակա դեպք) </w:t>
            </w:r>
            <w:r w:rsidRPr="00F80658">
              <w:rPr>
                <w:rFonts w:ascii="GHEA Grapalat" w:hAnsi="GHEA Grapalat"/>
                <w:b/>
                <w:sz w:val="24"/>
                <w:szCs w:val="24"/>
                <w:lang w:val="hy-AM"/>
              </w:rPr>
              <w:t>ենթակա դեպք)</w:t>
            </w:r>
          </w:p>
        </w:tc>
        <w:tc>
          <w:tcPr>
            <w:tcW w:w="12174" w:type="dxa"/>
            <w:vAlign w:val="center"/>
          </w:tcPr>
          <w:p w14:paraId="6DFEBFF3" w14:textId="77777777" w:rsidR="00CC429A" w:rsidRPr="007E103D" w:rsidRDefault="00CC429A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Ընդհանուր նկատառումներ</w:t>
            </w:r>
          </w:p>
          <w:p w14:paraId="6116AF0F" w14:textId="77777777" w:rsidR="00CC429A" w:rsidRPr="007E103D" w:rsidRDefault="00CC429A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</w:t>
            </w:r>
          </w:p>
          <w:p w14:paraId="3E46ADF0" w14:textId="77777777" w:rsidR="00CC429A" w:rsidRPr="007E103D" w:rsidRDefault="00CC429A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</w:t>
            </w:r>
          </w:p>
          <w:p w14:paraId="388BA1B6" w14:textId="77777777" w:rsidR="00CC429A" w:rsidRDefault="00CC429A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</w:t>
            </w:r>
          </w:p>
          <w:p w14:paraId="5FC78E92" w14:textId="77777777" w:rsidR="00CC429A" w:rsidRPr="007E103D" w:rsidRDefault="00CC429A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__________________________________________________________________________________________</w:t>
            </w:r>
          </w:p>
          <w:p w14:paraId="05B54D83" w14:textId="77777777" w:rsidR="00CC429A" w:rsidRPr="0023442E" w:rsidRDefault="00CC429A" w:rsidP="008F0C20">
            <w:pPr>
              <w:tabs>
                <w:tab w:val="left" w:pos="1639"/>
                <w:tab w:val="left" w:pos="1640"/>
              </w:tabs>
              <w:spacing w:before="136" w:after="160" w:line="259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</w:tbl>
    <w:p w14:paraId="54D77CDB" w14:textId="77777777" w:rsidR="002C5774" w:rsidRPr="00761BD3" w:rsidRDefault="002C5774" w:rsidP="002C5774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46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24"/>
        <w:gridCol w:w="570"/>
        <w:gridCol w:w="630"/>
        <w:gridCol w:w="6277"/>
      </w:tblGrid>
      <w:tr w:rsidR="002C5774" w:rsidRPr="00761BD3" w14:paraId="1B409F5A" w14:textId="77777777" w:rsidTr="005F3054">
        <w:trPr>
          <w:trHeight w:val="832"/>
        </w:trPr>
        <w:tc>
          <w:tcPr>
            <w:tcW w:w="7124" w:type="dxa"/>
            <w:vAlign w:val="center"/>
          </w:tcPr>
          <w:p w14:paraId="69DDD358" w14:textId="3644F0DC" w:rsidR="002C5774" w:rsidRPr="00761BD3" w:rsidRDefault="002C5774" w:rsidP="005F3054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Ախտանիշներ</w:t>
            </w:r>
          </w:p>
        </w:tc>
        <w:tc>
          <w:tcPr>
            <w:tcW w:w="570" w:type="dxa"/>
          </w:tcPr>
          <w:p w14:paraId="792832C3" w14:textId="77777777" w:rsidR="005F3054" w:rsidRDefault="005F3054" w:rsidP="005F3054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14:paraId="7E01C57C" w14:textId="59E31EFA" w:rsidR="002C5774" w:rsidRPr="00761BD3" w:rsidRDefault="002C5774" w:rsidP="005F3054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Ոչ</w:t>
            </w:r>
          </w:p>
        </w:tc>
        <w:tc>
          <w:tcPr>
            <w:tcW w:w="630" w:type="dxa"/>
          </w:tcPr>
          <w:p w14:paraId="149CC3CD" w14:textId="77777777" w:rsidR="005F3054" w:rsidRDefault="005F3054" w:rsidP="005F3054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14:paraId="2502232E" w14:textId="1A2B926B" w:rsidR="002C5774" w:rsidRPr="00761BD3" w:rsidRDefault="002C5774" w:rsidP="005F3054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Այո</w:t>
            </w:r>
          </w:p>
        </w:tc>
        <w:tc>
          <w:tcPr>
            <w:tcW w:w="6277" w:type="dxa"/>
          </w:tcPr>
          <w:p w14:paraId="5768ED78" w14:textId="77777777" w:rsidR="005F3054" w:rsidRDefault="005F3054" w:rsidP="005F3054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14:paraId="5E0C5C5F" w14:textId="5D105A66" w:rsidR="002C5774" w:rsidRPr="00761BD3" w:rsidRDefault="002C5774" w:rsidP="005F3054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Նկատառումներ</w:t>
            </w:r>
          </w:p>
        </w:tc>
      </w:tr>
      <w:tr w:rsidR="002C5774" w:rsidRPr="00D941A8" w14:paraId="41D683FA" w14:textId="77777777" w:rsidTr="008164AA">
        <w:tc>
          <w:tcPr>
            <w:tcW w:w="14601" w:type="dxa"/>
            <w:gridSpan w:val="4"/>
            <w:shd w:val="clear" w:color="auto" w:fill="D9D9D9" w:themeFill="background1" w:themeFillShade="D9"/>
            <w:vAlign w:val="center"/>
          </w:tcPr>
          <w:p w14:paraId="192DF652" w14:textId="0EE227F4" w:rsidR="002C5774" w:rsidRPr="00761BD3" w:rsidRDefault="004863A8" w:rsidP="008F0C20">
            <w:pPr>
              <w:jc w:val="center"/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  <w:t xml:space="preserve">ՄԱՍ Ը. </w:t>
            </w:r>
            <w:r w:rsidR="002C5774" w:rsidRPr="00761BD3"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  <w:t>ՊԱՐԱՆՈ</w:t>
            </w:r>
            <w:r w:rsidR="005F3054"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  <w:t>Ի</w:t>
            </w:r>
            <w:r w:rsidR="002C5774" w:rsidRPr="00761BD3"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  <w:t>Դ ԳԱՂ</w:t>
            </w:r>
            <w:r w:rsidR="005F3054"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  <w:t>Ի</w:t>
            </w:r>
            <w:r w:rsidR="002C5774" w:rsidRPr="00761BD3"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  <w:t>ԱՓԱՐՆԵՐ</w:t>
            </w:r>
          </w:p>
          <w:p w14:paraId="134F6B3A" w14:textId="77777777" w:rsidR="002C5774" w:rsidRPr="005F3054" w:rsidRDefault="002C5774" w:rsidP="008F0C20">
            <w:pPr>
              <w:spacing w:before="97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5F3054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ԸՆԴՀԱՆՈՒՐ ԱՌՄԱՄԲ ԵՎ ՀԱՏԿԱՊԵՍ ՎԵՐՋԻՆ ԵՐԿՈՒ ՇԱԲԱԹՎԱ ԸՆԹԱՑՔՈՒՄ</w:t>
            </w:r>
          </w:p>
          <w:p w14:paraId="68D155D4" w14:textId="59C00FF8" w:rsidR="002C5774" w:rsidRPr="00761BD3" w:rsidRDefault="002C5774" w:rsidP="008F0C20">
            <w:pPr>
              <w:spacing w:before="97"/>
              <w:jc w:val="center"/>
              <w:rPr>
                <w:rFonts w:ascii="GHEA Grapalat" w:hAnsi="GHEA Grapalat"/>
                <w:b/>
                <w:i/>
                <w:sz w:val="24"/>
                <w:szCs w:val="24"/>
                <w:u w:val="single"/>
                <w:lang w:val="hy-AM"/>
              </w:rPr>
            </w:pPr>
            <w:r w:rsidRPr="005F3054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արդյո՞ք Ձեզ անհանգստացրել են</w:t>
            </w:r>
          </w:p>
        </w:tc>
      </w:tr>
      <w:tr w:rsidR="002C5774" w:rsidRPr="00D941A8" w14:paraId="66A7869A" w14:textId="77777777" w:rsidTr="005F3054">
        <w:trPr>
          <w:trHeight w:val="701"/>
        </w:trPr>
        <w:tc>
          <w:tcPr>
            <w:tcW w:w="7124" w:type="dxa"/>
            <w:vAlign w:val="center"/>
          </w:tcPr>
          <w:p w14:paraId="5D91DF1E" w14:textId="77777777" w:rsidR="002C5774" w:rsidRPr="00761BD3" w:rsidRDefault="002C5774" w:rsidP="008F0C20">
            <w:pPr>
              <w:pStyle w:val="ListParagraph"/>
              <w:numPr>
                <w:ilvl w:val="0"/>
                <w:numId w:val="18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Զգացողություն, որ այլոք են մեղավոր Ձեր խնդիրների մեծ մասի համար</w:t>
            </w:r>
          </w:p>
        </w:tc>
        <w:tc>
          <w:tcPr>
            <w:tcW w:w="570" w:type="dxa"/>
            <w:vAlign w:val="center"/>
          </w:tcPr>
          <w:p w14:paraId="40295ECF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0" w:type="dxa"/>
            <w:vAlign w:val="center"/>
          </w:tcPr>
          <w:p w14:paraId="0E270E08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277" w:type="dxa"/>
            <w:vAlign w:val="center"/>
          </w:tcPr>
          <w:p w14:paraId="0B5212CA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D941A8" w14:paraId="5C0ABBFF" w14:textId="77777777" w:rsidTr="005F3054">
        <w:trPr>
          <w:trHeight w:val="701"/>
        </w:trPr>
        <w:tc>
          <w:tcPr>
            <w:tcW w:w="7124" w:type="dxa"/>
            <w:vAlign w:val="center"/>
          </w:tcPr>
          <w:p w14:paraId="43E3BD21" w14:textId="77777777" w:rsidR="002C5774" w:rsidRPr="00761BD3" w:rsidRDefault="002C5774" w:rsidP="008F0C20">
            <w:pPr>
              <w:pStyle w:val="ListParagraph"/>
              <w:numPr>
                <w:ilvl w:val="0"/>
                <w:numId w:val="18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Զգացողություն, որ մարդկանց մեծ մասն անվստահելի է</w:t>
            </w:r>
          </w:p>
        </w:tc>
        <w:tc>
          <w:tcPr>
            <w:tcW w:w="570" w:type="dxa"/>
            <w:vAlign w:val="center"/>
          </w:tcPr>
          <w:p w14:paraId="12DB6625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0" w:type="dxa"/>
            <w:vAlign w:val="center"/>
          </w:tcPr>
          <w:p w14:paraId="05EA540A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277" w:type="dxa"/>
            <w:vAlign w:val="center"/>
          </w:tcPr>
          <w:p w14:paraId="09A6B8C3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D941A8" w14:paraId="17362D61" w14:textId="77777777" w:rsidTr="005F3054">
        <w:trPr>
          <w:trHeight w:val="697"/>
        </w:trPr>
        <w:tc>
          <w:tcPr>
            <w:tcW w:w="7124" w:type="dxa"/>
            <w:vAlign w:val="center"/>
          </w:tcPr>
          <w:p w14:paraId="22DB1774" w14:textId="77777777" w:rsidR="002C5774" w:rsidRPr="00761BD3" w:rsidRDefault="002C5774" w:rsidP="008F0C20">
            <w:pPr>
              <w:pStyle w:val="ListParagraph"/>
              <w:numPr>
                <w:ilvl w:val="0"/>
                <w:numId w:val="18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Զգացողություն, որ այլոք Ձեզ հետևում կամ Ձեր մասին են խոսում</w:t>
            </w:r>
          </w:p>
        </w:tc>
        <w:tc>
          <w:tcPr>
            <w:tcW w:w="570" w:type="dxa"/>
            <w:vAlign w:val="center"/>
          </w:tcPr>
          <w:p w14:paraId="4A1F939C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0" w:type="dxa"/>
            <w:vAlign w:val="center"/>
          </w:tcPr>
          <w:p w14:paraId="386E92AD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277" w:type="dxa"/>
            <w:vAlign w:val="center"/>
          </w:tcPr>
          <w:p w14:paraId="04FDC9DF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D941A8" w14:paraId="4D3B1B61" w14:textId="77777777" w:rsidTr="005F3054">
        <w:trPr>
          <w:trHeight w:val="706"/>
        </w:trPr>
        <w:tc>
          <w:tcPr>
            <w:tcW w:w="7124" w:type="dxa"/>
            <w:vAlign w:val="center"/>
          </w:tcPr>
          <w:p w14:paraId="1477B304" w14:textId="77777777" w:rsidR="002C5774" w:rsidRPr="00761BD3" w:rsidRDefault="002C5774" w:rsidP="008F0C20">
            <w:pPr>
              <w:pStyle w:val="ListParagraph"/>
              <w:numPr>
                <w:ilvl w:val="0"/>
                <w:numId w:val="18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Այլոք պատշաճ չեն գնահատում Ձեր նվաճումները</w:t>
            </w:r>
          </w:p>
        </w:tc>
        <w:tc>
          <w:tcPr>
            <w:tcW w:w="570" w:type="dxa"/>
            <w:vAlign w:val="center"/>
          </w:tcPr>
          <w:p w14:paraId="4F1B4C96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0" w:type="dxa"/>
            <w:vAlign w:val="center"/>
          </w:tcPr>
          <w:p w14:paraId="6555EFCE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277" w:type="dxa"/>
            <w:vAlign w:val="center"/>
          </w:tcPr>
          <w:p w14:paraId="2CDD9F75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D941A8" w14:paraId="693C44C9" w14:textId="77777777" w:rsidTr="005F3054">
        <w:trPr>
          <w:trHeight w:val="690"/>
        </w:trPr>
        <w:tc>
          <w:tcPr>
            <w:tcW w:w="7124" w:type="dxa"/>
            <w:vAlign w:val="center"/>
          </w:tcPr>
          <w:p w14:paraId="6F9623D7" w14:textId="77777777" w:rsidR="002C5774" w:rsidRPr="00761BD3" w:rsidRDefault="002C5774" w:rsidP="008F0C20">
            <w:pPr>
              <w:pStyle w:val="ListParagraph"/>
              <w:numPr>
                <w:ilvl w:val="0"/>
                <w:numId w:val="18"/>
              </w:numPr>
              <w:tabs>
                <w:tab w:val="left" w:pos="270"/>
              </w:tabs>
              <w:spacing w:after="0" w:line="240" w:lineRule="auto"/>
              <w:ind w:left="315"/>
              <w:contextualSpacing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Զգացողություն, որ մարդիկ կօգտագործեն Ձեզ, եթե թույլ տաք</w:t>
            </w:r>
          </w:p>
        </w:tc>
        <w:tc>
          <w:tcPr>
            <w:tcW w:w="570" w:type="dxa"/>
            <w:vAlign w:val="center"/>
          </w:tcPr>
          <w:p w14:paraId="6DE9D382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30" w:type="dxa"/>
            <w:vAlign w:val="center"/>
          </w:tcPr>
          <w:p w14:paraId="3E640B5A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277" w:type="dxa"/>
            <w:vAlign w:val="center"/>
          </w:tcPr>
          <w:p w14:paraId="1F144F8B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32B6CBA9" w14:textId="7F997390" w:rsidR="002C5774" w:rsidRDefault="002C5774" w:rsidP="002C5774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1"/>
        <w:tblW w:w="14601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7"/>
        <w:gridCol w:w="12174"/>
      </w:tblGrid>
      <w:tr w:rsidR="005F3054" w:rsidRPr="0023442E" w14:paraId="4E7F9AC7" w14:textId="77777777" w:rsidTr="008F0C20">
        <w:trPr>
          <w:trHeight w:val="2931"/>
        </w:trPr>
        <w:tc>
          <w:tcPr>
            <w:tcW w:w="2427" w:type="dxa"/>
          </w:tcPr>
          <w:p w14:paraId="4CE69002" w14:textId="77777777" w:rsidR="005F3054" w:rsidRPr="005F3054" w:rsidRDefault="005F3054" w:rsidP="005F3054">
            <w:pPr>
              <w:tabs>
                <w:tab w:val="left" w:pos="1639"/>
                <w:tab w:val="left" w:pos="1640"/>
              </w:tabs>
              <w:spacing w:before="13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F3054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«Այո» պատասխանների ընդհանուր թիվը</w:t>
            </w:r>
          </w:p>
          <w:p w14:paraId="442F6927" w14:textId="77777777" w:rsidR="005F3054" w:rsidRPr="005F3054" w:rsidRDefault="005F3054" w:rsidP="005F3054">
            <w:pPr>
              <w:tabs>
                <w:tab w:val="left" w:pos="1639"/>
                <w:tab w:val="left" w:pos="1640"/>
              </w:tabs>
              <w:spacing w:before="13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F3054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_____ </w:t>
            </w:r>
          </w:p>
          <w:p w14:paraId="512974D9" w14:textId="69E1E17F" w:rsidR="005F3054" w:rsidRPr="0023442E" w:rsidRDefault="005F3054" w:rsidP="005F3054">
            <w:pPr>
              <w:tabs>
                <w:tab w:val="left" w:pos="1639"/>
                <w:tab w:val="left" w:pos="1640"/>
              </w:tabs>
              <w:spacing w:before="136" w:after="160" w:line="259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F3054">
              <w:rPr>
                <w:rFonts w:ascii="GHEA Grapalat" w:hAnsi="GHEA Grapalat"/>
                <w:b/>
                <w:sz w:val="24"/>
                <w:szCs w:val="24"/>
                <w:lang w:val="hy-AM"/>
              </w:rPr>
              <w:t>(եթե թիվը առնվազն 2 է, համարել բուժման ենթակա դեպք)</w:t>
            </w:r>
          </w:p>
        </w:tc>
        <w:tc>
          <w:tcPr>
            <w:tcW w:w="12174" w:type="dxa"/>
            <w:vAlign w:val="center"/>
          </w:tcPr>
          <w:p w14:paraId="3E748C0A" w14:textId="77777777" w:rsidR="005F3054" w:rsidRPr="007E103D" w:rsidRDefault="005F305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Ընդհանուր նկատառումներ</w:t>
            </w:r>
          </w:p>
          <w:p w14:paraId="182D38FF" w14:textId="77777777" w:rsidR="005F3054" w:rsidRPr="007E103D" w:rsidRDefault="005F305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</w:t>
            </w:r>
          </w:p>
          <w:p w14:paraId="19F04E8E" w14:textId="77777777" w:rsidR="005F3054" w:rsidRPr="007E103D" w:rsidRDefault="005F305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</w:t>
            </w:r>
          </w:p>
          <w:p w14:paraId="33024EBD" w14:textId="77777777" w:rsidR="005F3054" w:rsidRDefault="005F305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</w:t>
            </w:r>
          </w:p>
          <w:p w14:paraId="7A93887D" w14:textId="77777777" w:rsidR="005F3054" w:rsidRPr="007E103D" w:rsidRDefault="005F305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__________________________________________________________________________________________</w:t>
            </w:r>
          </w:p>
          <w:p w14:paraId="08E82FD4" w14:textId="77777777" w:rsidR="005F3054" w:rsidRPr="0023442E" w:rsidRDefault="005F3054" w:rsidP="008F0C20">
            <w:pPr>
              <w:tabs>
                <w:tab w:val="left" w:pos="1639"/>
                <w:tab w:val="left" w:pos="1640"/>
              </w:tabs>
              <w:spacing w:before="136" w:after="160" w:line="259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</w:tbl>
    <w:p w14:paraId="3CF34842" w14:textId="77777777" w:rsidR="005F3054" w:rsidRPr="00761BD3" w:rsidRDefault="005F3054" w:rsidP="002C5774">
      <w:pPr>
        <w:rPr>
          <w:rFonts w:ascii="GHEA Grapalat" w:hAnsi="GHEA Grapalat"/>
          <w:sz w:val="24"/>
          <w:szCs w:val="24"/>
          <w:lang w:val="hy-AM"/>
        </w:rPr>
      </w:pPr>
    </w:p>
    <w:p w14:paraId="5DC16310" w14:textId="77777777" w:rsidR="002C5774" w:rsidRPr="00761BD3" w:rsidRDefault="002C5774" w:rsidP="002C5774">
      <w:pPr>
        <w:tabs>
          <w:tab w:val="left" w:pos="360"/>
        </w:tabs>
        <w:ind w:right="27"/>
        <w:jc w:val="both"/>
        <w:rPr>
          <w:rFonts w:ascii="GHEA Grapalat" w:eastAsia="Verdana" w:hAnsi="GHEA Grapalat"/>
          <w:b/>
          <w:sz w:val="24"/>
          <w:szCs w:val="24"/>
          <w:u w:val="single"/>
          <w:lang w:val="hy-AM"/>
        </w:rPr>
      </w:pPr>
    </w:p>
    <w:tbl>
      <w:tblPr>
        <w:tblStyle w:val="TableGrid"/>
        <w:tblW w:w="146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14"/>
        <w:gridCol w:w="583"/>
        <w:gridCol w:w="608"/>
        <w:gridCol w:w="6196"/>
      </w:tblGrid>
      <w:tr w:rsidR="002C5774" w:rsidRPr="00761BD3" w14:paraId="7962A424" w14:textId="77777777" w:rsidTr="00923464">
        <w:trPr>
          <w:trHeight w:val="350"/>
        </w:trPr>
        <w:tc>
          <w:tcPr>
            <w:tcW w:w="7214" w:type="dxa"/>
            <w:vAlign w:val="center"/>
          </w:tcPr>
          <w:p w14:paraId="5F0236E0" w14:textId="77777777" w:rsidR="002C5774" w:rsidRPr="00761BD3" w:rsidRDefault="002C5774" w:rsidP="008F0C20">
            <w:pPr>
              <w:pStyle w:val="ListParagraph"/>
              <w:widowControl w:val="0"/>
              <w:autoSpaceDE w:val="0"/>
              <w:autoSpaceDN w:val="0"/>
              <w:spacing w:before="137"/>
              <w:contextualSpacing w:val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Ախտանիշներ</w:t>
            </w:r>
          </w:p>
        </w:tc>
        <w:tc>
          <w:tcPr>
            <w:tcW w:w="583" w:type="dxa"/>
          </w:tcPr>
          <w:p w14:paraId="730015F3" w14:textId="77777777" w:rsidR="002C5774" w:rsidRPr="00761BD3" w:rsidRDefault="002C5774" w:rsidP="008F0C2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Ոչ</w:t>
            </w:r>
          </w:p>
        </w:tc>
        <w:tc>
          <w:tcPr>
            <w:tcW w:w="608" w:type="dxa"/>
          </w:tcPr>
          <w:p w14:paraId="6556FEAA" w14:textId="77777777" w:rsidR="002C5774" w:rsidRPr="00761BD3" w:rsidRDefault="002C5774" w:rsidP="008F0C2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Այո</w:t>
            </w:r>
          </w:p>
        </w:tc>
        <w:tc>
          <w:tcPr>
            <w:tcW w:w="6196" w:type="dxa"/>
          </w:tcPr>
          <w:p w14:paraId="5574B578" w14:textId="77777777" w:rsidR="002C5774" w:rsidRPr="00761BD3" w:rsidRDefault="002C5774" w:rsidP="008F0C2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Նկատառումներ</w:t>
            </w:r>
          </w:p>
        </w:tc>
      </w:tr>
      <w:tr w:rsidR="002C5774" w:rsidRPr="00D941A8" w14:paraId="7CF826BB" w14:textId="77777777" w:rsidTr="008164AA">
        <w:tc>
          <w:tcPr>
            <w:tcW w:w="14601" w:type="dxa"/>
            <w:gridSpan w:val="4"/>
            <w:shd w:val="clear" w:color="auto" w:fill="D9D9D9" w:themeFill="background1" w:themeFillShade="D9"/>
            <w:vAlign w:val="center"/>
          </w:tcPr>
          <w:p w14:paraId="583FFA54" w14:textId="5B6AE8CA" w:rsidR="002C5774" w:rsidRPr="00761BD3" w:rsidRDefault="004863A8" w:rsidP="008F0C20">
            <w:pPr>
              <w:jc w:val="center"/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  <w:t xml:space="preserve">ՄԱՍ Թ. </w:t>
            </w:r>
            <w:r w:rsidR="002C5774" w:rsidRPr="00761BD3">
              <w:rPr>
                <w:rFonts w:ascii="GHEA Grapalat" w:eastAsia="Verdana" w:hAnsi="GHEA Grapalat"/>
                <w:b/>
                <w:sz w:val="24"/>
                <w:szCs w:val="24"/>
                <w:lang w:val="hy-AM"/>
              </w:rPr>
              <w:t>ՓՍԻԽՈՏԻԶՄ</w:t>
            </w:r>
          </w:p>
          <w:p w14:paraId="29734F18" w14:textId="77777777" w:rsidR="002C5774" w:rsidRPr="00DB5E85" w:rsidRDefault="002C5774" w:rsidP="008F0C20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DB5E85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ԸՆԴՀԱՆՈՒՐ ԱՌՄԱՄԲ ԵՎ ՎԵՐՋԻՆ ԵՐԿՈՒ ՇԱԲԱԹՎԱ ԸՆԹԱՑՔՈՒՄ </w:t>
            </w:r>
          </w:p>
          <w:p w14:paraId="47AE18BF" w14:textId="33BE4550" w:rsidR="002C5774" w:rsidRPr="00761BD3" w:rsidRDefault="002C5774" w:rsidP="008F0C2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B5E85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ունեցե՞լ եք հետևյալ զգացողությունները</w:t>
            </w:r>
          </w:p>
        </w:tc>
      </w:tr>
      <w:tr w:rsidR="002C5774" w:rsidRPr="00D941A8" w14:paraId="71602933" w14:textId="77777777" w:rsidTr="00923464">
        <w:trPr>
          <w:trHeight w:val="701"/>
        </w:trPr>
        <w:tc>
          <w:tcPr>
            <w:tcW w:w="7214" w:type="dxa"/>
            <w:vAlign w:val="center"/>
          </w:tcPr>
          <w:p w14:paraId="56F2E1D9" w14:textId="77777777" w:rsidR="002C5774" w:rsidRPr="00761BD3" w:rsidRDefault="002C5774" w:rsidP="008F0C20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spacing w:before="137" w:after="0" w:line="240" w:lineRule="auto"/>
              <w:ind w:left="426"/>
              <w:contextualSpacing w:val="0"/>
              <w:rPr>
                <w:rFonts w:ascii="GHEA Grapalat" w:hAnsi="GHEA Grapalat"/>
                <w:b/>
                <w:color w:val="2A2A2A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color w:val="2A2A2A"/>
                <w:sz w:val="24"/>
                <w:szCs w:val="24"/>
                <w:lang w:val="hy-AM"/>
              </w:rPr>
              <w:t>Արդյո՞ք լսում եք անսովոր ձայներ, ինչպես օրինակ՝ հարված, շխկոց, ֆշշոց, ծափ կամ զնգոց ականջներում։</w:t>
            </w:r>
          </w:p>
        </w:tc>
        <w:tc>
          <w:tcPr>
            <w:tcW w:w="583" w:type="dxa"/>
            <w:vAlign w:val="center"/>
          </w:tcPr>
          <w:p w14:paraId="3ECF1CDF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08" w:type="dxa"/>
            <w:vAlign w:val="center"/>
          </w:tcPr>
          <w:p w14:paraId="2A936517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196" w:type="dxa"/>
            <w:vAlign w:val="center"/>
          </w:tcPr>
          <w:p w14:paraId="7399E12B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D941A8" w14:paraId="298AF891" w14:textId="77777777" w:rsidTr="00923464">
        <w:trPr>
          <w:trHeight w:val="769"/>
        </w:trPr>
        <w:tc>
          <w:tcPr>
            <w:tcW w:w="7214" w:type="dxa"/>
            <w:vAlign w:val="center"/>
          </w:tcPr>
          <w:p w14:paraId="11199007" w14:textId="77777777" w:rsidR="002C5774" w:rsidRPr="00761BD3" w:rsidRDefault="002C5774" w:rsidP="008F0C20">
            <w:pPr>
              <w:pStyle w:val="ListParagraph"/>
              <w:numPr>
                <w:ilvl w:val="0"/>
                <w:numId w:val="20"/>
              </w:numPr>
              <w:tabs>
                <w:tab w:val="left" w:pos="270"/>
              </w:tabs>
              <w:spacing w:after="0" w:line="240" w:lineRule="auto"/>
              <w:ind w:left="426"/>
              <w:contextualSpacing w:val="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color w:val="2A2A2A"/>
                <w:sz w:val="24"/>
                <w:szCs w:val="24"/>
                <w:lang w:val="hy-AM"/>
              </w:rPr>
              <w:t xml:space="preserve"> Արդյո՞ք ունեք ինչ-որ առումով արտասովոր շնորհալի կամ տաղանդավոր լինելու ուժեղ զգացողություն կամ համոզմունք։</w:t>
            </w:r>
          </w:p>
        </w:tc>
        <w:tc>
          <w:tcPr>
            <w:tcW w:w="583" w:type="dxa"/>
            <w:vAlign w:val="center"/>
          </w:tcPr>
          <w:p w14:paraId="1CB711D2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08" w:type="dxa"/>
            <w:vAlign w:val="center"/>
          </w:tcPr>
          <w:p w14:paraId="36335E63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196" w:type="dxa"/>
            <w:vAlign w:val="center"/>
          </w:tcPr>
          <w:p w14:paraId="6BB8BF2C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D941A8" w14:paraId="68229AB7" w14:textId="77777777" w:rsidTr="00923464">
        <w:trPr>
          <w:trHeight w:val="674"/>
        </w:trPr>
        <w:tc>
          <w:tcPr>
            <w:tcW w:w="7214" w:type="dxa"/>
            <w:vAlign w:val="center"/>
          </w:tcPr>
          <w:p w14:paraId="536E96A3" w14:textId="77777777" w:rsidR="002C5774" w:rsidRPr="00761BD3" w:rsidRDefault="002C5774" w:rsidP="008F0C20">
            <w:pPr>
              <w:pStyle w:val="ListParagraph"/>
              <w:numPr>
                <w:ilvl w:val="0"/>
                <w:numId w:val="20"/>
              </w:numPr>
              <w:tabs>
                <w:tab w:val="left" w:pos="270"/>
              </w:tabs>
              <w:spacing w:after="0" w:line="240" w:lineRule="auto"/>
              <w:ind w:left="426"/>
              <w:contextualSpacing w:val="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color w:val="2A2A2A"/>
                <w:sz w:val="24"/>
                <w:szCs w:val="24"/>
                <w:lang w:val="hy-AM"/>
              </w:rPr>
              <w:t>Արդյո՞ք ունեք զգացողություն, որ Ձեր մարմնի մասերը ինչ-որ կերպ փոխվել են կամ այլ կերպ են գործում։</w:t>
            </w:r>
          </w:p>
        </w:tc>
        <w:tc>
          <w:tcPr>
            <w:tcW w:w="583" w:type="dxa"/>
            <w:vAlign w:val="center"/>
          </w:tcPr>
          <w:p w14:paraId="5495BB63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08" w:type="dxa"/>
            <w:vAlign w:val="center"/>
          </w:tcPr>
          <w:p w14:paraId="0F42AC72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196" w:type="dxa"/>
            <w:vAlign w:val="center"/>
          </w:tcPr>
          <w:p w14:paraId="0BDE3EF9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D941A8" w14:paraId="6B8DB64F" w14:textId="77777777" w:rsidTr="00923464">
        <w:trPr>
          <w:trHeight w:val="536"/>
        </w:trPr>
        <w:tc>
          <w:tcPr>
            <w:tcW w:w="7214" w:type="dxa"/>
            <w:vAlign w:val="center"/>
          </w:tcPr>
          <w:p w14:paraId="12964A88" w14:textId="77777777" w:rsidR="002C5774" w:rsidRPr="00761BD3" w:rsidRDefault="002C5774" w:rsidP="008F0C20">
            <w:pPr>
              <w:pStyle w:val="ListParagraph"/>
              <w:numPr>
                <w:ilvl w:val="0"/>
                <w:numId w:val="20"/>
              </w:numPr>
              <w:tabs>
                <w:tab w:val="left" w:pos="270"/>
              </w:tabs>
              <w:spacing w:after="0" w:line="240" w:lineRule="auto"/>
              <w:ind w:left="426"/>
              <w:contextualSpacing w:val="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color w:val="2A2A2A"/>
                <w:sz w:val="24"/>
                <w:szCs w:val="24"/>
                <w:lang w:val="hy-AM"/>
              </w:rPr>
              <w:t>Արդյո՞ք երբեմն պատահել են իրավիճակներ, երբ շփոթվել եք՝ Ձեզ հետ կատարվածը իրական էր, թե երևակայական, ոչ իրական։</w:t>
            </w:r>
          </w:p>
        </w:tc>
        <w:tc>
          <w:tcPr>
            <w:tcW w:w="583" w:type="dxa"/>
            <w:vAlign w:val="center"/>
          </w:tcPr>
          <w:p w14:paraId="2AB5F409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08" w:type="dxa"/>
            <w:vAlign w:val="center"/>
          </w:tcPr>
          <w:p w14:paraId="215FD2B1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196" w:type="dxa"/>
            <w:vAlign w:val="center"/>
          </w:tcPr>
          <w:p w14:paraId="74228679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D941A8" w14:paraId="78255AEB" w14:textId="77777777" w:rsidTr="00923464">
        <w:trPr>
          <w:trHeight w:val="862"/>
        </w:trPr>
        <w:tc>
          <w:tcPr>
            <w:tcW w:w="7214" w:type="dxa"/>
            <w:vAlign w:val="center"/>
          </w:tcPr>
          <w:p w14:paraId="3697D356" w14:textId="77777777" w:rsidR="002C5774" w:rsidRPr="00761BD3" w:rsidRDefault="002C5774" w:rsidP="008F0C20">
            <w:pPr>
              <w:pStyle w:val="ListParagraph"/>
              <w:numPr>
                <w:ilvl w:val="0"/>
                <w:numId w:val="20"/>
              </w:numPr>
              <w:tabs>
                <w:tab w:val="left" w:pos="270"/>
              </w:tabs>
              <w:spacing w:after="0" w:line="240" w:lineRule="auto"/>
              <w:ind w:left="426"/>
              <w:contextualSpacing w:val="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color w:val="2A2A2A"/>
                <w:sz w:val="24"/>
                <w:szCs w:val="24"/>
                <w:lang w:val="hy-AM"/>
              </w:rPr>
              <w:lastRenderedPageBreak/>
              <w:t>Արդյո՞ք ունեցել եք զգացողություն, թե Ձեր շուրջը կա որևէ մեկը կամ որևէ ուժ, չնայած, որ ոչ մեկին չեք տեսնում։</w:t>
            </w:r>
          </w:p>
        </w:tc>
        <w:tc>
          <w:tcPr>
            <w:tcW w:w="583" w:type="dxa"/>
            <w:vAlign w:val="center"/>
          </w:tcPr>
          <w:p w14:paraId="79934D99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08" w:type="dxa"/>
            <w:vAlign w:val="center"/>
          </w:tcPr>
          <w:p w14:paraId="2314F21A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196" w:type="dxa"/>
            <w:vAlign w:val="center"/>
          </w:tcPr>
          <w:p w14:paraId="75988B4F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D941A8" w14:paraId="1055A189" w14:textId="77777777" w:rsidTr="00923464">
        <w:trPr>
          <w:trHeight w:val="704"/>
        </w:trPr>
        <w:tc>
          <w:tcPr>
            <w:tcW w:w="7214" w:type="dxa"/>
            <w:vAlign w:val="center"/>
          </w:tcPr>
          <w:p w14:paraId="4C1DE813" w14:textId="77777777" w:rsidR="002C5774" w:rsidRPr="00761BD3" w:rsidRDefault="002C5774" w:rsidP="008F0C20">
            <w:pPr>
              <w:pStyle w:val="ListParagraph"/>
              <w:numPr>
                <w:ilvl w:val="0"/>
                <w:numId w:val="20"/>
              </w:numPr>
              <w:tabs>
                <w:tab w:val="left" w:pos="0"/>
              </w:tabs>
              <w:spacing w:after="0" w:line="240" w:lineRule="auto"/>
              <w:ind w:left="426"/>
              <w:contextualSpacing w:val="0"/>
              <w:rPr>
                <w:rFonts w:ascii="GHEA Grapalat" w:hAnsi="GHEA Grapalat"/>
                <w:b/>
                <w:color w:val="2A2A2A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color w:val="2A2A2A"/>
                <w:sz w:val="24"/>
                <w:szCs w:val="24"/>
                <w:lang w:val="hy-AM"/>
              </w:rPr>
              <w:t>Արդյո՞ք կարողանում եք վերահսկել այլոց մտքերը, կամ արդյո՞ք այլոք կարողանում են վերահսկել Ձեր մտքերը։</w:t>
            </w:r>
          </w:p>
        </w:tc>
        <w:tc>
          <w:tcPr>
            <w:tcW w:w="583" w:type="dxa"/>
            <w:vAlign w:val="center"/>
          </w:tcPr>
          <w:p w14:paraId="325D00BD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08" w:type="dxa"/>
            <w:vAlign w:val="center"/>
          </w:tcPr>
          <w:p w14:paraId="34F2125A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196" w:type="dxa"/>
            <w:vAlign w:val="center"/>
          </w:tcPr>
          <w:p w14:paraId="45B6C94E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5774" w:rsidRPr="00D941A8" w14:paraId="592A95BE" w14:textId="77777777" w:rsidTr="00923464">
        <w:trPr>
          <w:trHeight w:val="791"/>
        </w:trPr>
        <w:tc>
          <w:tcPr>
            <w:tcW w:w="7214" w:type="dxa"/>
            <w:vAlign w:val="center"/>
          </w:tcPr>
          <w:p w14:paraId="4022C356" w14:textId="77777777" w:rsidR="002C5774" w:rsidRPr="00761BD3" w:rsidRDefault="002C5774" w:rsidP="008F0C20">
            <w:pPr>
              <w:pStyle w:val="ListParagraph"/>
              <w:numPr>
                <w:ilvl w:val="0"/>
                <w:numId w:val="20"/>
              </w:numPr>
              <w:tabs>
                <w:tab w:val="left" w:pos="270"/>
              </w:tabs>
              <w:spacing w:after="0" w:line="240" w:lineRule="auto"/>
              <w:ind w:left="426"/>
              <w:contextualSpacing w:val="0"/>
              <w:rPr>
                <w:rFonts w:ascii="GHEA Grapalat" w:hAnsi="GHEA Grapalat"/>
                <w:b/>
                <w:color w:val="2A2A2A"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color w:val="2A2A2A"/>
                <w:sz w:val="24"/>
                <w:szCs w:val="24"/>
                <w:lang w:val="hy-AM"/>
              </w:rPr>
              <w:t xml:space="preserve"> Արդյո՞ք երբեմն անհանգստանում եք, որ Ձեր հոգեկանի հետ մի բան այն չէ:</w:t>
            </w:r>
          </w:p>
        </w:tc>
        <w:tc>
          <w:tcPr>
            <w:tcW w:w="583" w:type="dxa"/>
            <w:vAlign w:val="center"/>
          </w:tcPr>
          <w:p w14:paraId="10AC876C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08" w:type="dxa"/>
            <w:vAlign w:val="center"/>
          </w:tcPr>
          <w:p w14:paraId="45D3F128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196" w:type="dxa"/>
            <w:vAlign w:val="center"/>
          </w:tcPr>
          <w:p w14:paraId="6ED76AD6" w14:textId="77777777" w:rsidR="002C5774" w:rsidRPr="00761BD3" w:rsidRDefault="002C5774" w:rsidP="008F0C2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0344DBB6" w14:textId="03AD7CFC" w:rsidR="00923464" w:rsidRDefault="00923464" w:rsidP="002C5774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1"/>
        <w:tblW w:w="14601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7"/>
        <w:gridCol w:w="12174"/>
      </w:tblGrid>
      <w:tr w:rsidR="00923464" w:rsidRPr="0023442E" w14:paraId="37EB3977" w14:textId="77777777" w:rsidTr="00923464">
        <w:trPr>
          <w:trHeight w:val="2931"/>
        </w:trPr>
        <w:tc>
          <w:tcPr>
            <w:tcW w:w="2427" w:type="dxa"/>
          </w:tcPr>
          <w:p w14:paraId="62C78A99" w14:textId="77777777" w:rsidR="00923464" w:rsidRPr="00923464" w:rsidRDefault="00923464" w:rsidP="00923464">
            <w:pPr>
              <w:tabs>
                <w:tab w:val="left" w:pos="1639"/>
                <w:tab w:val="left" w:pos="1640"/>
              </w:tabs>
              <w:spacing w:before="13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23464">
              <w:rPr>
                <w:rFonts w:ascii="GHEA Grapalat" w:hAnsi="GHEA Grapalat"/>
                <w:b/>
                <w:sz w:val="24"/>
                <w:szCs w:val="24"/>
                <w:lang w:val="hy-AM"/>
              </w:rPr>
              <w:t>«Այո» պատասխանների ընդհանուր թիվը</w:t>
            </w:r>
          </w:p>
          <w:p w14:paraId="1C1CF5B6" w14:textId="77777777" w:rsidR="00923464" w:rsidRPr="00923464" w:rsidRDefault="00923464" w:rsidP="00923464">
            <w:pPr>
              <w:tabs>
                <w:tab w:val="left" w:pos="1639"/>
                <w:tab w:val="left" w:pos="1640"/>
              </w:tabs>
              <w:spacing w:before="13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23464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_____</w:t>
            </w:r>
          </w:p>
          <w:p w14:paraId="3FA07FAD" w14:textId="1E0B10B3" w:rsidR="00923464" w:rsidRPr="0023442E" w:rsidRDefault="00923464" w:rsidP="00923464">
            <w:pPr>
              <w:tabs>
                <w:tab w:val="left" w:pos="1639"/>
                <w:tab w:val="left" w:pos="1640"/>
              </w:tabs>
              <w:spacing w:before="136" w:after="160" w:line="259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923464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(եթե թիվը առնվազն 1 է, համարել բուժման ենթակա դեպք)  </w:t>
            </w:r>
          </w:p>
        </w:tc>
        <w:tc>
          <w:tcPr>
            <w:tcW w:w="12174" w:type="dxa"/>
            <w:vAlign w:val="center"/>
          </w:tcPr>
          <w:p w14:paraId="0B4EF0E2" w14:textId="77777777" w:rsidR="00923464" w:rsidRPr="007E103D" w:rsidRDefault="0092346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Ընդհանուր նկատառումներ</w:t>
            </w:r>
          </w:p>
          <w:p w14:paraId="6E7BCA31" w14:textId="77777777" w:rsidR="00923464" w:rsidRPr="007E103D" w:rsidRDefault="0092346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</w:t>
            </w:r>
          </w:p>
          <w:p w14:paraId="1E08AD91" w14:textId="77777777" w:rsidR="00923464" w:rsidRPr="007E103D" w:rsidRDefault="0092346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</w:t>
            </w:r>
          </w:p>
          <w:p w14:paraId="4DF75F94" w14:textId="77777777" w:rsidR="00923464" w:rsidRDefault="0092346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</w:t>
            </w:r>
            <w:r w:rsidRPr="007E103D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</w:t>
            </w:r>
          </w:p>
          <w:p w14:paraId="261A8AAE" w14:textId="77777777" w:rsidR="00923464" w:rsidRPr="007E103D" w:rsidRDefault="0092346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__________________________________________________________________________________________</w:t>
            </w:r>
          </w:p>
          <w:p w14:paraId="63470DD9" w14:textId="77777777" w:rsidR="00923464" w:rsidRPr="0023442E" w:rsidRDefault="00923464" w:rsidP="008F0C20">
            <w:pPr>
              <w:tabs>
                <w:tab w:val="left" w:pos="1639"/>
                <w:tab w:val="left" w:pos="1640"/>
              </w:tabs>
              <w:spacing w:before="136" w:after="160" w:line="259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</w:tbl>
    <w:p w14:paraId="31A074F1" w14:textId="73B2FE28" w:rsidR="00923464" w:rsidRDefault="00923464" w:rsidP="002C5774">
      <w:pPr>
        <w:rPr>
          <w:rFonts w:ascii="GHEA Grapalat" w:hAnsi="GHEA Grapalat"/>
          <w:sz w:val="24"/>
          <w:szCs w:val="24"/>
          <w:lang w:val="hy-AM"/>
        </w:rPr>
      </w:pPr>
    </w:p>
    <w:p w14:paraId="34CD3377" w14:textId="3F3C1FE4" w:rsidR="00923464" w:rsidRDefault="00923464" w:rsidP="002C5774">
      <w:pPr>
        <w:rPr>
          <w:rFonts w:ascii="GHEA Grapalat" w:hAnsi="GHEA Grapalat"/>
          <w:sz w:val="24"/>
          <w:szCs w:val="24"/>
          <w:lang w:val="hy-AM"/>
        </w:rPr>
      </w:pPr>
    </w:p>
    <w:p w14:paraId="068F489D" w14:textId="77777777" w:rsidR="00923464" w:rsidRPr="00761BD3" w:rsidRDefault="00923464" w:rsidP="002C5774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1"/>
        <w:tblW w:w="1444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3"/>
        <w:gridCol w:w="9457"/>
      </w:tblGrid>
      <w:tr w:rsidR="002C5774" w:rsidRPr="00761BD3" w14:paraId="56C27D96" w14:textId="77777777" w:rsidTr="00252660">
        <w:tc>
          <w:tcPr>
            <w:tcW w:w="4983" w:type="dxa"/>
            <w:tcBorders>
              <w:bottom w:val="single" w:sz="4" w:space="0" w:color="auto"/>
            </w:tcBorders>
          </w:tcPr>
          <w:p w14:paraId="2F1B3B31" w14:textId="77777777" w:rsidR="002C5774" w:rsidRPr="00761BD3" w:rsidRDefault="002C5774" w:rsidP="008F0C20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«Այո» պատասխանների ընդհանուր թիվը _____ 56-ից (եթե թիվը առնվազն 17 է, համարել նշանակալից դիսթրեսի մակարդակ) </w:t>
            </w:r>
          </w:p>
        </w:tc>
        <w:tc>
          <w:tcPr>
            <w:tcW w:w="9457" w:type="dxa"/>
            <w:tcBorders>
              <w:bottom w:val="single" w:sz="4" w:space="0" w:color="auto"/>
            </w:tcBorders>
            <w:vAlign w:val="center"/>
          </w:tcPr>
          <w:p w14:paraId="42BA8092" w14:textId="1EDB96B4" w:rsidR="002C5774" w:rsidRPr="00761BD3" w:rsidRDefault="002C577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Ընդհանուր </w:t>
            </w:r>
            <w:r w:rsidR="00B6642D">
              <w:rPr>
                <w:rFonts w:ascii="GHEA Grapalat" w:hAnsi="GHEA Grapalat"/>
                <w:b/>
                <w:sz w:val="24"/>
                <w:szCs w:val="24"/>
                <w:lang w:val="hy-AM"/>
              </w:rPr>
              <w:t>ե</w:t>
            </w: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զրակացություն</w:t>
            </w:r>
            <w:r w:rsidR="00B6642D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Ախտորոշում</w:t>
            </w:r>
            <w:r w:rsidR="00B6642D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Նշանակումներ</w:t>
            </w:r>
          </w:p>
          <w:p w14:paraId="07E33C9B" w14:textId="3DF89D92" w:rsidR="002C5774" w:rsidRPr="00761BD3" w:rsidRDefault="002C577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_____________________________________________________</w:t>
            </w:r>
            <w:r w:rsidR="00B6642D"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</w:t>
            </w: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</w:t>
            </w:r>
          </w:p>
          <w:p w14:paraId="3398B870" w14:textId="4EA0C03E" w:rsidR="002C5774" w:rsidRPr="00761BD3" w:rsidRDefault="002C577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____________________________________________________</w:t>
            </w:r>
            <w:r w:rsidR="00B6642D"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</w:t>
            </w: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</w:t>
            </w:r>
          </w:p>
          <w:p w14:paraId="04E86806" w14:textId="28A2DDAF" w:rsidR="002C5774" w:rsidRPr="00761BD3" w:rsidRDefault="002C577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___________________________________________________</w:t>
            </w:r>
            <w:r w:rsidR="00B6642D"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</w:t>
            </w: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</w:t>
            </w:r>
          </w:p>
          <w:p w14:paraId="62EB5EA8" w14:textId="70D02FF1" w:rsidR="002C5774" w:rsidRPr="00761BD3" w:rsidRDefault="002C577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____________________________________________</w:t>
            </w:r>
            <w:r w:rsidR="00B6642D"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</w:t>
            </w: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</w:t>
            </w:r>
          </w:p>
          <w:p w14:paraId="7A9B40DF" w14:textId="5F348DC6" w:rsidR="002C5774" w:rsidRPr="00761BD3" w:rsidRDefault="002C577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__________________________________________</w:t>
            </w:r>
            <w:r w:rsidR="00B6642D"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</w:t>
            </w: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</w:t>
            </w:r>
          </w:p>
          <w:p w14:paraId="3114B628" w14:textId="59848D8C" w:rsidR="002C5774" w:rsidRPr="00761BD3" w:rsidRDefault="002C577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_______________________________________________________</w:t>
            </w:r>
            <w:r w:rsidR="00B6642D"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</w:t>
            </w: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</w:t>
            </w:r>
          </w:p>
          <w:p w14:paraId="029CDBDA" w14:textId="00DD99B3" w:rsidR="002C5774" w:rsidRPr="00761BD3" w:rsidRDefault="002C577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______________________________________________</w:t>
            </w:r>
            <w:r w:rsidR="00B6642D"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</w:t>
            </w: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</w:t>
            </w:r>
          </w:p>
          <w:p w14:paraId="56AAD9F7" w14:textId="3C8EB5E0" w:rsidR="002C5774" w:rsidRPr="00761BD3" w:rsidRDefault="002C577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___________________________________________</w:t>
            </w:r>
            <w:r w:rsidR="00B6642D"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</w:t>
            </w: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</w:t>
            </w:r>
          </w:p>
          <w:p w14:paraId="7378B32B" w14:textId="751FF949" w:rsidR="002C5774" w:rsidRPr="00761BD3" w:rsidRDefault="002C577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___________________________________________</w:t>
            </w:r>
            <w:r w:rsidR="00B6642D"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</w:t>
            </w: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</w:t>
            </w:r>
          </w:p>
          <w:p w14:paraId="787E72AD" w14:textId="00718BCB" w:rsidR="002C5774" w:rsidRPr="00761BD3" w:rsidRDefault="002C577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______________________________________________________</w:t>
            </w:r>
            <w:r w:rsidR="00B6642D"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</w:t>
            </w: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</w:t>
            </w:r>
          </w:p>
          <w:p w14:paraId="26025301" w14:textId="0E574DE3" w:rsidR="002C5774" w:rsidRPr="00761BD3" w:rsidRDefault="002C577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_________________________________________________</w:t>
            </w:r>
            <w:r w:rsidR="00B6642D"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</w:t>
            </w: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</w:t>
            </w:r>
          </w:p>
          <w:p w14:paraId="42372674" w14:textId="5047DD39" w:rsidR="002C5774" w:rsidRPr="00761BD3" w:rsidRDefault="002C577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_______________________________________________</w:t>
            </w:r>
            <w:r w:rsidR="00B6642D"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</w:t>
            </w: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</w:t>
            </w:r>
          </w:p>
          <w:p w14:paraId="58CB08DB" w14:textId="5C655AAD" w:rsidR="002C5774" w:rsidRPr="00761BD3" w:rsidRDefault="002C5774" w:rsidP="008F0C2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__________________________________________________</w:t>
            </w:r>
            <w:r w:rsidR="00B6642D">
              <w:rPr>
                <w:rFonts w:ascii="GHEA Grapalat" w:hAnsi="GHEA Grapalat"/>
                <w:b/>
                <w:sz w:val="24"/>
                <w:szCs w:val="24"/>
                <w:lang w:val="en-US"/>
              </w:rPr>
              <w:t>__________</w:t>
            </w: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</w:t>
            </w:r>
          </w:p>
          <w:p w14:paraId="001F95CD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2C5774" w:rsidRPr="00761BD3" w14:paraId="6A04A30D" w14:textId="77777777" w:rsidTr="000069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29"/>
        </w:trPr>
        <w:tc>
          <w:tcPr>
            <w:tcW w:w="4983" w:type="dxa"/>
            <w:vAlign w:val="center"/>
          </w:tcPr>
          <w:p w14:paraId="7E58D275" w14:textId="77777777" w:rsidR="002C5774" w:rsidRPr="00761BD3" w:rsidRDefault="002C5774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61BD3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Գնահատող մասնագետ</w:t>
            </w:r>
          </w:p>
        </w:tc>
        <w:tc>
          <w:tcPr>
            <w:tcW w:w="9457" w:type="dxa"/>
            <w:vAlign w:val="center"/>
          </w:tcPr>
          <w:p w14:paraId="308EE178" w14:textId="77777777" w:rsidR="002C5774" w:rsidRPr="00761BD3" w:rsidRDefault="002C5774" w:rsidP="008F0C20">
            <w:pPr>
              <w:tabs>
                <w:tab w:val="left" w:pos="360"/>
              </w:tabs>
              <w:ind w:right="27"/>
              <w:rPr>
                <w:rFonts w:ascii="GHEA Grapalat" w:eastAsia="Verdana" w:hAnsi="GHEA Grapalat"/>
                <w:sz w:val="24"/>
                <w:szCs w:val="24"/>
                <w:lang w:val="hy-AM"/>
              </w:rPr>
            </w:pPr>
          </w:p>
          <w:p w14:paraId="080E378D" w14:textId="77777777" w:rsidR="0000695B" w:rsidRPr="006A1893" w:rsidRDefault="0000695B" w:rsidP="0000695B">
            <w:pPr>
              <w:tabs>
                <w:tab w:val="left" w:pos="360"/>
              </w:tabs>
              <w:spacing w:line="360" w:lineRule="auto"/>
              <w:ind w:right="27"/>
              <w:rPr>
                <w:rFonts w:ascii="GHEA Grapalat" w:eastAsia="Verdana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Անուն՝</w:t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t xml:space="preserve">                          </w:t>
            </w: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___________________________________</w:t>
            </w:r>
          </w:p>
          <w:p w14:paraId="2475C510" w14:textId="77777777" w:rsidR="0000695B" w:rsidRPr="006A1893" w:rsidRDefault="0000695B" w:rsidP="0000695B">
            <w:pPr>
              <w:tabs>
                <w:tab w:val="left" w:pos="360"/>
              </w:tabs>
              <w:spacing w:line="360" w:lineRule="auto"/>
              <w:ind w:right="27"/>
              <w:rPr>
                <w:rFonts w:ascii="GHEA Grapalat" w:eastAsia="Verdana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Ազգանուն՝</w:t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t xml:space="preserve">                  </w:t>
            </w: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 xml:space="preserve"> _____________________________</w:t>
            </w:r>
            <w:r>
              <w:rPr>
                <w:rFonts w:ascii="GHEA Grapalat" w:eastAsia="Verdana" w:hAnsi="GHEA Grapalat"/>
                <w:sz w:val="24"/>
                <w:szCs w:val="24"/>
                <w:lang w:val="en-US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en-US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en-US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en-US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en-US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en-US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en-US"/>
              </w:rPr>
              <w:softHyphen/>
            </w: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___</w:t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___</w:t>
            </w:r>
          </w:p>
          <w:p w14:paraId="5515C10E" w14:textId="32032682" w:rsidR="0000695B" w:rsidRPr="006A1893" w:rsidRDefault="0000695B" w:rsidP="0000695B">
            <w:pPr>
              <w:tabs>
                <w:tab w:val="left" w:pos="360"/>
              </w:tabs>
              <w:spacing w:line="360" w:lineRule="auto"/>
              <w:ind w:right="27"/>
              <w:rPr>
                <w:rFonts w:ascii="GHEA Grapalat" w:eastAsia="Verdana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 xml:space="preserve">Ստորաբաժանում՝ </w:t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t xml:space="preserve">   </w:t>
            </w:r>
            <w:r w:rsidR="003E176B">
              <w:rPr>
                <w:rFonts w:ascii="GHEA Grapalat" w:eastAsia="Verdana" w:hAnsi="GHEA Grapalat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t xml:space="preserve"> </w:t>
            </w: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__________</w:t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_________________________</w:t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</w:p>
          <w:p w14:paraId="3E9C2744" w14:textId="77777777" w:rsidR="0000695B" w:rsidRPr="006A1893" w:rsidRDefault="0000695B" w:rsidP="0000695B">
            <w:pPr>
              <w:tabs>
                <w:tab w:val="left" w:pos="360"/>
              </w:tabs>
              <w:spacing w:line="360" w:lineRule="auto"/>
              <w:ind w:right="27"/>
              <w:rPr>
                <w:rFonts w:ascii="GHEA Grapalat" w:eastAsia="Verdana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Պաշտոն՝</w:t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t xml:space="preserve">                      </w:t>
            </w: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___________________________________</w:t>
            </w:r>
          </w:p>
          <w:p w14:paraId="739659EC" w14:textId="77777777" w:rsidR="002C5774" w:rsidRPr="00761BD3" w:rsidRDefault="002C5774" w:rsidP="008F0C20">
            <w:pPr>
              <w:tabs>
                <w:tab w:val="left" w:pos="360"/>
              </w:tabs>
              <w:ind w:right="27"/>
              <w:rPr>
                <w:rFonts w:ascii="GHEA Grapalat" w:eastAsia="Verdana" w:hAnsi="GHEA Grapalat"/>
                <w:sz w:val="24"/>
                <w:szCs w:val="24"/>
                <w:lang w:val="hy-AM"/>
              </w:rPr>
            </w:pPr>
          </w:p>
        </w:tc>
      </w:tr>
    </w:tbl>
    <w:p w14:paraId="73EEE65E" w14:textId="5FC720CE" w:rsidR="002C5774" w:rsidRPr="00761BD3" w:rsidRDefault="002C5774" w:rsidP="002C5774">
      <w:pPr>
        <w:rPr>
          <w:rFonts w:ascii="GHEA Grapalat" w:eastAsia="GHEA Grapalat" w:hAnsi="GHEA Grapalat" w:cs="GHEA Grapalat"/>
          <w:sz w:val="24"/>
          <w:szCs w:val="24"/>
          <w:lang w:val="hy-AM"/>
        </w:rPr>
        <w:sectPr w:rsidR="002C5774" w:rsidRPr="00761BD3" w:rsidSect="00761BD3">
          <w:pgSz w:w="16838" w:h="11906" w:orient="landscape"/>
          <w:pgMar w:top="851" w:right="1134" w:bottom="851" w:left="1418" w:header="720" w:footer="720" w:gutter="0"/>
          <w:cols w:space="720"/>
          <w:docGrid w:linePitch="360"/>
        </w:sectPr>
      </w:pPr>
    </w:p>
    <w:p w14:paraId="0F017672" w14:textId="7F1AA451" w:rsidR="0000695B" w:rsidRPr="00D45E99" w:rsidRDefault="0000695B" w:rsidP="00D45E9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val="hy-AM" w:eastAsia="ru-RU"/>
        </w:rPr>
      </w:pPr>
    </w:p>
    <w:sectPr w:rsidR="0000695B" w:rsidRPr="00D45E99" w:rsidSect="0000695B">
      <w:pgSz w:w="15840" w:h="12240" w:orient="landscape"/>
      <w:pgMar w:top="851" w:right="1418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BE7E75"/>
    <w:multiLevelType w:val="hybridMultilevel"/>
    <w:tmpl w:val="F44A8550"/>
    <w:lvl w:ilvl="0" w:tplc="DFA8B748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F35588"/>
    <w:multiLevelType w:val="hybridMultilevel"/>
    <w:tmpl w:val="2912DA00"/>
    <w:lvl w:ilvl="0" w:tplc="DB62DDCA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795123"/>
    <w:multiLevelType w:val="hybridMultilevel"/>
    <w:tmpl w:val="20A0FDB4"/>
    <w:lvl w:ilvl="0" w:tplc="656C72A6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773D4B"/>
    <w:multiLevelType w:val="hybridMultilevel"/>
    <w:tmpl w:val="CC2A2572"/>
    <w:lvl w:ilvl="0" w:tplc="E06631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DC3D79"/>
    <w:multiLevelType w:val="hybridMultilevel"/>
    <w:tmpl w:val="AE7A0BAA"/>
    <w:lvl w:ilvl="0" w:tplc="B6FEC382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781DD6"/>
    <w:multiLevelType w:val="hybridMultilevel"/>
    <w:tmpl w:val="AF200DAA"/>
    <w:lvl w:ilvl="0" w:tplc="9C6AF6F2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508F0"/>
    <w:multiLevelType w:val="hybridMultilevel"/>
    <w:tmpl w:val="900E07B4"/>
    <w:lvl w:ilvl="0" w:tplc="05F291FC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6534FD"/>
    <w:multiLevelType w:val="hybridMultilevel"/>
    <w:tmpl w:val="E9949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11100"/>
    <w:multiLevelType w:val="hybridMultilevel"/>
    <w:tmpl w:val="73948632"/>
    <w:lvl w:ilvl="0" w:tplc="990CC70A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61DDB"/>
    <w:multiLevelType w:val="hybridMultilevel"/>
    <w:tmpl w:val="2536F0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96AAE"/>
    <w:multiLevelType w:val="hybridMultilevel"/>
    <w:tmpl w:val="D194D644"/>
    <w:lvl w:ilvl="0" w:tplc="77649E24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142BA8"/>
    <w:multiLevelType w:val="hybridMultilevel"/>
    <w:tmpl w:val="EB92D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728315">
    <w:abstractNumId w:val="8"/>
  </w:num>
  <w:num w:numId="2" w16cid:durableId="122584687">
    <w:abstractNumId w:val="6"/>
  </w:num>
  <w:num w:numId="3" w16cid:durableId="1060397336">
    <w:abstractNumId w:val="5"/>
  </w:num>
  <w:num w:numId="4" w16cid:durableId="1127548544">
    <w:abstractNumId w:val="4"/>
  </w:num>
  <w:num w:numId="5" w16cid:durableId="1430858686">
    <w:abstractNumId w:val="7"/>
  </w:num>
  <w:num w:numId="6" w16cid:durableId="1998075652">
    <w:abstractNumId w:val="3"/>
  </w:num>
  <w:num w:numId="7" w16cid:durableId="1700282188">
    <w:abstractNumId w:val="2"/>
  </w:num>
  <w:num w:numId="8" w16cid:durableId="221068176">
    <w:abstractNumId w:val="1"/>
  </w:num>
  <w:num w:numId="9" w16cid:durableId="919633250">
    <w:abstractNumId w:val="0"/>
  </w:num>
  <w:num w:numId="10" w16cid:durableId="476458972">
    <w:abstractNumId w:val="16"/>
  </w:num>
  <w:num w:numId="11" w16cid:durableId="1345279783">
    <w:abstractNumId w:val="20"/>
  </w:num>
  <w:num w:numId="12" w16cid:durableId="1907762046">
    <w:abstractNumId w:val="19"/>
  </w:num>
  <w:num w:numId="13" w16cid:durableId="1486387304">
    <w:abstractNumId w:val="13"/>
  </w:num>
  <w:num w:numId="14" w16cid:durableId="834995526">
    <w:abstractNumId w:val="11"/>
  </w:num>
  <w:num w:numId="15" w16cid:durableId="1417896070">
    <w:abstractNumId w:val="9"/>
  </w:num>
  <w:num w:numId="16" w16cid:durableId="322242742">
    <w:abstractNumId w:val="15"/>
  </w:num>
  <w:num w:numId="17" w16cid:durableId="1494106236">
    <w:abstractNumId w:val="17"/>
  </w:num>
  <w:num w:numId="18" w16cid:durableId="1848206699">
    <w:abstractNumId w:val="10"/>
  </w:num>
  <w:num w:numId="19" w16cid:durableId="1191072317">
    <w:abstractNumId w:val="12"/>
  </w:num>
  <w:num w:numId="20" w16cid:durableId="882863739">
    <w:abstractNumId w:val="18"/>
  </w:num>
  <w:num w:numId="21" w16cid:durableId="16080019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8EC"/>
    <w:rsid w:val="00000785"/>
    <w:rsid w:val="0000102A"/>
    <w:rsid w:val="00005FA8"/>
    <w:rsid w:val="0000695B"/>
    <w:rsid w:val="00023978"/>
    <w:rsid w:val="00033BA7"/>
    <w:rsid w:val="000474E1"/>
    <w:rsid w:val="00047738"/>
    <w:rsid w:val="00056FC1"/>
    <w:rsid w:val="0006664C"/>
    <w:rsid w:val="00067478"/>
    <w:rsid w:val="00070A1D"/>
    <w:rsid w:val="00083C6D"/>
    <w:rsid w:val="00085E44"/>
    <w:rsid w:val="00086D99"/>
    <w:rsid w:val="0009623A"/>
    <w:rsid w:val="000C0920"/>
    <w:rsid w:val="000C0BD3"/>
    <w:rsid w:val="000F1033"/>
    <w:rsid w:val="000F78A4"/>
    <w:rsid w:val="00101343"/>
    <w:rsid w:val="0010149F"/>
    <w:rsid w:val="00113222"/>
    <w:rsid w:val="0012648F"/>
    <w:rsid w:val="00141F19"/>
    <w:rsid w:val="00153627"/>
    <w:rsid w:val="00156858"/>
    <w:rsid w:val="00164169"/>
    <w:rsid w:val="00171181"/>
    <w:rsid w:val="00174690"/>
    <w:rsid w:val="001B4937"/>
    <w:rsid w:val="001C561D"/>
    <w:rsid w:val="001D32CC"/>
    <w:rsid w:val="00200731"/>
    <w:rsid w:val="00217938"/>
    <w:rsid w:val="00227AFF"/>
    <w:rsid w:val="00230516"/>
    <w:rsid w:val="00230BA6"/>
    <w:rsid w:val="0023442E"/>
    <w:rsid w:val="0023647A"/>
    <w:rsid w:val="002415C5"/>
    <w:rsid w:val="00243232"/>
    <w:rsid w:val="002432F0"/>
    <w:rsid w:val="00252660"/>
    <w:rsid w:val="0027380A"/>
    <w:rsid w:val="002756C9"/>
    <w:rsid w:val="002871E6"/>
    <w:rsid w:val="00295E18"/>
    <w:rsid w:val="002B5A32"/>
    <w:rsid w:val="002C5774"/>
    <w:rsid w:val="002C7D55"/>
    <w:rsid w:val="002E47EF"/>
    <w:rsid w:val="002F523F"/>
    <w:rsid w:val="0030465C"/>
    <w:rsid w:val="00326E62"/>
    <w:rsid w:val="00332585"/>
    <w:rsid w:val="00345DB4"/>
    <w:rsid w:val="003544AF"/>
    <w:rsid w:val="00355E8A"/>
    <w:rsid w:val="003560E5"/>
    <w:rsid w:val="00357309"/>
    <w:rsid w:val="0037302F"/>
    <w:rsid w:val="003748A3"/>
    <w:rsid w:val="00376F3D"/>
    <w:rsid w:val="0038193D"/>
    <w:rsid w:val="003C0114"/>
    <w:rsid w:val="003C49D8"/>
    <w:rsid w:val="003E0AF6"/>
    <w:rsid w:val="003E176B"/>
    <w:rsid w:val="003E65D5"/>
    <w:rsid w:val="00407F89"/>
    <w:rsid w:val="00415492"/>
    <w:rsid w:val="00421586"/>
    <w:rsid w:val="0042271E"/>
    <w:rsid w:val="004316DB"/>
    <w:rsid w:val="00451F9C"/>
    <w:rsid w:val="00467EBA"/>
    <w:rsid w:val="00477A5E"/>
    <w:rsid w:val="00481054"/>
    <w:rsid w:val="004827FD"/>
    <w:rsid w:val="004863A8"/>
    <w:rsid w:val="00491C1B"/>
    <w:rsid w:val="004A27F2"/>
    <w:rsid w:val="004B1472"/>
    <w:rsid w:val="004D0C0A"/>
    <w:rsid w:val="00511CB6"/>
    <w:rsid w:val="005325E3"/>
    <w:rsid w:val="005554AB"/>
    <w:rsid w:val="005561FC"/>
    <w:rsid w:val="0056422F"/>
    <w:rsid w:val="00566C80"/>
    <w:rsid w:val="0057233E"/>
    <w:rsid w:val="005736FA"/>
    <w:rsid w:val="00581741"/>
    <w:rsid w:val="005817F8"/>
    <w:rsid w:val="00584EF8"/>
    <w:rsid w:val="00585129"/>
    <w:rsid w:val="0059012B"/>
    <w:rsid w:val="00592944"/>
    <w:rsid w:val="005B2A72"/>
    <w:rsid w:val="005D3AE9"/>
    <w:rsid w:val="005E3AA5"/>
    <w:rsid w:val="005E6329"/>
    <w:rsid w:val="005F3054"/>
    <w:rsid w:val="0060098B"/>
    <w:rsid w:val="006227C4"/>
    <w:rsid w:val="00623F1B"/>
    <w:rsid w:val="00636765"/>
    <w:rsid w:val="00642078"/>
    <w:rsid w:val="00661B3A"/>
    <w:rsid w:val="0067146D"/>
    <w:rsid w:val="00682822"/>
    <w:rsid w:val="00687ED4"/>
    <w:rsid w:val="006B59B9"/>
    <w:rsid w:val="006B74F4"/>
    <w:rsid w:val="006E6724"/>
    <w:rsid w:val="006F7A5A"/>
    <w:rsid w:val="00700F0A"/>
    <w:rsid w:val="00710992"/>
    <w:rsid w:val="00711122"/>
    <w:rsid w:val="00743F8A"/>
    <w:rsid w:val="00747499"/>
    <w:rsid w:val="00761BD3"/>
    <w:rsid w:val="00773F7B"/>
    <w:rsid w:val="0078659D"/>
    <w:rsid w:val="00787088"/>
    <w:rsid w:val="00795DD6"/>
    <w:rsid w:val="007C438B"/>
    <w:rsid w:val="007C576C"/>
    <w:rsid w:val="007D404F"/>
    <w:rsid w:val="007E103D"/>
    <w:rsid w:val="007F602B"/>
    <w:rsid w:val="008001C8"/>
    <w:rsid w:val="00814520"/>
    <w:rsid w:val="008164AA"/>
    <w:rsid w:val="00820087"/>
    <w:rsid w:val="00820AD1"/>
    <w:rsid w:val="008304B3"/>
    <w:rsid w:val="00833FBA"/>
    <w:rsid w:val="008438EC"/>
    <w:rsid w:val="00856FDA"/>
    <w:rsid w:val="008A2778"/>
    <w:rsid w:val="008B0D6C"/>
    <w:rsid w:val="008C7323"/>
    <w:rsid w:val="008C773C"/>
    <w:rsid w:val="008D237B"/>
    <w:rsid w:val="008E0332"/>
    <w:rsid w:val="008E50C0"/>
    <w:rsid w:val="008F4074"/>
    <w:rsid w:val="008F7C6A"/>
    <w:rsid w:val="00901CB4"/>
    <w:rsid w:val="009068D2"/>
    <w:rsid w:val="00917655"/>
    <w:rsid w:val="00923464"/>
    <w:rsid w:val="009259C4"/>
    <w:rsid w:val="00936554"/>
    <w:rsid w:val="00941100"/>
    <w:rsid w:val="0094735B"/>
    <w:rsid w:val="0096112D"/>
    <w:rsid w:val="0096534A"/>
    <w:rsid w:val="00982E7C"/>
    <w:rsid w:val="00987237"/>
    <w:rsid w:val="00990EAB"/>
    <w:rsid w:val="00992CF5"/>
    <w:rsid w:val="0099303E"/>
    <w:rsid w:val="009A10A7"/>
    <w:rsid w:val="009B1685"/>
    <w:rsid w:val="009B7297"/>
    <w:rsid w:val="009C0418"/>
    <w:rsid w:val="009C078B"/>
    <w:rsid w:val="009D1B6B"/>
    <w:rsid w:val="009D38D8"/>
    <w:rsid w:val="009D4C01"/>
    <w:rsid w:val="009F57BA"/>
    <w:rsid w:val="00A07596"/>
    <w:rsid w:val="00A14F45"/>
    <w:rsid w:val="00A16F66"/>
    <w:rsid w:val="00A24BAD"/>
    <w:rsid w:val="00A24D31"/>
    <w:rsid w:val="00A375B3"/>
    <w:rsid w:val="00A74BE2"/>
    <w:rsid w:val="00AA45EF"/>
    <w:rsid w:val="00AC5874"/>
    <w:rsid w:val="00AC6EE9"/>
    <w:rsid w:val="00AD7842"/>
    <w:rsid w:val="00AE06C5"/>
    <w:rsid w:val="00AF492A"/>
    <w:rsid w:val="00AF5BDE"/>
    <w:rsid w:val="00B04B12"/>
    <w:rsid w:val="00B10B1E"/>
    <w:rsid w:val="00B26AA0"/>
    <w:rsid w:val="00B40E2F"/>
    <w:rsid w:val="00B4428D"/>
    <w:rsid w:val="00B532F5"/>
    <w:rsid w:val="00B6642D"/>
    <w:rsid w:val="00B757EB"/>
    <w:rsid w:val="00BC017F"/>
    <w:rsid w:val="00BD38CC"/>
    <w:rsid w:val="00BE6D17"/>
    <w:rsid w:val="00BF3F06"/>
    <w:rsid w:val="00BF444A"/>
    <w:rsid w:val="00BF69D4"/>
    <w:rsid w:val="00C01952"/>
    <w:rsid w:val="00C07D09"/>
    <w:rsid w:val="00C112F7"/>
    <w:rsid w:val="00C13635"/>
    <w:rsid w:val="00C24B51"/>
    <w:rsid w:val="00C47F0A"/>
    <w:rsid w:val="00C51DAE"/>
    <w:rsid w:val="00C565B5"/>
    <w:rsid w:val="00C57F01"/>
    <w:rsid w:val="00C77919"/>
    <w:rsid w:val="00C834AD"/>
    <w:rsid w:val="00C86C11"/>
    <w:rsid w:val="00C94B6E"/>
    <w:rsid w:val="00C95EE6"/>
    <w:rsid w:val="00CA65BC"/>
    <w:rsid w:val="00CC429A"/>
    <w:rsid w:val="00CC500E"/>
    <w:rsid w:val="00CF3273"/>
    <w:rsid w:val="00D017E2"/>
    <w:rsid w:val="00D02BBA"/>
    <w:rsid w:val="00D03E41"/>
    <w:rsid w:val="00D1527D"/>
    <w:rsid w:val="00D23388"/>
    <w:rsid w:val="00D45E99"/>
    <w:rsid w:val="00D630FD"/>
    <w:rsid w:val="00D71A5B"/>
    <w:rsid w:val="00D804E1"/>
    <w:rsid w:val="00D91855"/>
    <w:rsid w:val="00D931F6"/>
    <w:rsid w:val="00D941A8"/>
    <w:rsid w:val="00DA2C16"/>
    <w:rsid w:val="00DA3548"/>
    <w:rsid w:val="00DB5E85"/>
    <w:rsid w:val="00DC1016"/>
    <w:rsid w:val="00DC436E"/>
    <w:rsid w:val="00DD56E4"/>
    <w:rsid w:val="00DD6163"/>
    <w:rsid w:val="00DD7055"/>
    <w:rsid w:val="00DE136E"/>
    <w:rsid w:val="00DF369E"/>
    <w:rsid w:val="00DF3F5F"/>
    <w:rsid w:val="00DF7C56"/>
    <w:rsid w:val="00E207D0"/>
    <w:rsid w:val="00E43C4D"/>
    <w:rsid w:val="00E4663C"/>
    <w:rsid w:val="00E5159E"/>
    <w:rsid w:val="00E616FD"/>
    <w:rsid w:val="00E64C01"/>
    <w:rsid w:val="00E75B42"/>
    <w:rsid w:val="00E766DD"/>
    <w:rsid w:val="00E86332"/>
    <w:rsid w:val="00E910E8"/>
    <w:rsid w:val="00EB39A8"/>
    <w:rsid w:val="00EB5483"/>
    <w:rsid w:val="00EC6A1E"/>
    <w:rsid w:val="00ED3D89"/>
    <w:rsid w:val="00EE61E0"/>
    <w:rsid w:val="00EF1628"/>
    <w:rsid w:val="00EF4C71"/>
    <w:rsid w:val="00EF53C2"/>
    <w:rsid w:val="00F0301C"/>
    <w:rsid w:val="00F03F49"/>
    <w:rsid w:val="00F04BCD"/>
    <w:rsid w:val="00F33717"/>
    <w:rsid w:val="00F36F68"/>
    <w:rsid w:val="00F53CD5"/>
    <w:rsid w:val="00F642F7"/>
    <w:rsid w:val="00F8015E"/>
    <w:rsid w:val="00F80658"/>
    <w:rsid w:val="00F85E74"/>
    <w:rsid w:val="00F9389D"/>
    <w:rsid w:val="00F96321"/>
    <w:rsid w:val="00F963BE"/>
    <w:rsid w:val="00FA2E8E"/>
    <w:rsid w:val="00FC4F41"/>
    <w:rsid w:val="00FE16F0"/>
    <w:rsid w:val="00FE228A"/>
    <w:rsid w:val="00FF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E06AF"/>
  <w15:docId w15:val="{C887FC94-97F6-4459-A635-51FA736A8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42E"/>
    <w:rPr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32F0"/>
    <w:pPr>
      <w:widowControl w:val="0"/>
      <w:autoSpaceDE w:val="0"/>
      <w:autoSpaceDN w:val="0"/>
      <w:adjustRightInd w:val="0"/>
      <w:spacing w:before="73" w:after="0" w:line="240" w:lineRule="auto"/>
      <w:ind w:left="137"/>
      <w:jc w:val="center"/>
      <w:outlineLvl w:val="0"/>
    </w:pPr>
    <w:rPr>
      <w:rFonts w:ascii="GHEA Grapalat" w:eastAsia="Times New Roman" w:hAnsi="GHEA Grapalat" w:cs="GHEA Grapalat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7C6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7C6A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C6A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2F0"/>
    <w:rPr>
      <w:rFonts w:ascii="GHEA Grapalat" w:eastAsia="Times New Roman" w:hAnsi="GHEA Grapalat" w:cs="GHEA Grapalat"/>
      <w:b/>
      <w:bCs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2F0"/>
    <w:rPr>
      <w:sz w:val="20"/>
      <w:szCs w:val="20"/>
      <w:lang w:val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2F0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2F0"/>
    <w:rPr>
      <w:b/>
      <w:bCs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2F0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2F0"/>
    <w:rPr>
      <w:rFonts w:ascii="Segoe UI" w:hAnsi="Segoe UI" w:cs="Segoe UI"/>
      <w:sz w:val="18"/>
      <w:szCs w:val="18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2432F0"/>
    <w:rPr>
      <w:rFonts w:ascii="GHEA Grapalat" w:eastAsia="Times New Roman" w:hAnsi="GHEA Grapalat" w:cs="GHEA Grapalat"/>
      <w:sz w:val="20"/>
      <w:szCs w:val="20"/>
    </w:rPr>
  </w:style>
  <w:style w:type="paragraph" w:styleId="BodyText">
    <w:name w:val="Body Text"/>
    <w:basedOn w:val="Normal"/>
    <w:link w:val="BodyTextChar"/>
    <w:uiPriority w:val="99"/>
    <w:qFormat/>
    <w:rsid w:val="002432F0"/>
    <w:pPr>
      <w:widowControl w:val="0"/>
      <w:autoSpaceDE w:val="0"/>
      <w:autoSpaceDN w:val="0"/>
      <w:adjustRightInd w:val="0"/>
      <w:spacing w:after="0" w:line="240" w:lineRule="auto"/>
    </w:pPr>
    <w:rPr>
      <w:rFonts w:ascii="GHEA Grapalat" w:eastAsia="Times New Roman" w:hAnsi="GHEA Grapalat" w:cs="GHEA Grapalat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243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Normal"/>
    <w:uiPriority w:val="1"/>
    <w:qFormat/>
    <w:rsid w:val="002432F0"/>
    <w:pPr>
      <w:widowControl w:val="0"/>
      <w:autoSpaceDE w:val="0"/>
      <w:autoSpaceDN w:val="0"/>
      <w:adjustRightInd w:val="0"/>
      <w:spacing w:after="0" w:line="240" w:lineRule="auto"/>
    </w:pPr>
    <w:rPr>
      <w:rFonts w:ascii="GHEA Grapalat" w:eastAsia="Times New Roman" w:hAnsi="GHEA Grapalat" w:cs="GHEA Grapalat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086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A27F2"/>
    <w:rPr>
      <w:b/>
      <w:bCs/>
    </w:rPr>
  </w:style>
  <w:style w:type="character" w:styleId="Emphasis">
    <w:name w:val="Emphasis"/>
    <w:basedOn w:val="DefaultParagraphFont"/>
    <w:uiPriority w:val="20"/>
    <w:qFormat/>
    <w:rsid w:val="004A27F2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8F7C6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7C6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C6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C6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C6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C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C6A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C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7C6A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F7C6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F7C6A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F7C6A"/>
    <w:rPr>
      <w:rFonts w:eastAsiaTheme="minorEastAsia"/>
    </w:rPr>
  </w:style>
  <w:style w:type="paragraph" w:styleId="NoSpacing">
    <w:name w:val="No Spacing"/>
    <w:uiPriority w:val="1"/>
    <w:qFormat/>
    <w:rsid w:val="008F7C6A"/>
    <w:pPr>
      <w:spacing w:after="0" w:line="240" w:lineRule="auto"/>
    </w:pPr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8F7C6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F7C6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C6A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F7C6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ListParagraph">
    <w:name w:val="List Paragraph"/>
    <w:aliases w:val="Akapit z listą BS,List Paragraph 1,List_Paragraph,Multilevel para_II,Абзац,List Paragraph (numbered (a)),OBC Bullet,List Paragraph11,Normal numbered,Paragraphe de liste PBLH,Bullets,List Paragraph1,References,List Paragraph nowy,Liste 1,3"/>
    <w:basedOn w:val="Normal"/>
    <w:link w:val="ListParagraphChar"/>
    <w:uiPriority w:val="34"/>
    <w:qFormat/>
    <w:rsid w:val="008F7C6A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8F7C6A"/>
    <w:pPr>
      <w:spacing w:after="120" w:line="480" w:lineRule="auto"/>
    </w:pPr>
    <w:rPr>
      <w:rFonts w:eastAsiaTheme="minorEastAsia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8F7C6A"/>
    <w:rPr>
      <w:rFonts w:eastAsiaTheme="minorEastAsia"/>
    </w:rPr>
  </w:style>
  <w:style w:type="paragraph" w:styleId="BodyText3">
    <w:name w:val="Body Text 3"/>
    <w:basedOn w:val="Normal"/>
    <w:link w:val="BodyText3Char"/>
    <w:uiPriority w:val="99"/>
    <w:unhideWhenUsed/>
    <w:rsid w:val="008F7C6A"/>
    <w:pPr>
      <w:spacing w:after="120" w:line="276" w:lineRule="auto"/>
    </w:pPr>
    <w:rPr>
      <w:rFonts w:eastAsiaTheme="minorEastAsia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8F7C6A"/>
    <w:rPr>
      <w:rFonts w:eastAsiaTheme="minorEastAsia"/>
      <w:sz w:val="16"/>
      <w:szCs w:val="16"/>
    </w:rPr>
  </w:style>
  <w:style w:type="paragraph" w:styleId="List">
    <w:name w:val="List"/>
    <w:basedOn w:val="Normal"/>
    <w:uiPriority w:val="99"/>
    <w:unhideWhenUsed/>
    <w:rsid w:val="008F7C6A"/>
    <w:pPr>
      <w:spacing w:after="200" w:line="276" w:lineRule="auto"/>
      <w:ind w:left="360" w:hanging="360"/>
      <w:contextualSpacing/>
    </w:pPr>
    <w:rPr>
      <w:rFonts w:eastAsiaTheme="minorEastAsia"/>
      <w:lang w:val="en-US"/>
    </w:rPr>
  </w:style>
  <w:style w:type="paragraph" w:styleId="List2">
    <w:name w:val="List 2"/>
    <w:basedOn w:val="Normal"/>
    <w:uiPriority w:val="99"/>
    <w:unhideWhenUsed/>
    <w:rsid w:val="008F7C6A"/>
    <w:pPr>
      <w:spacing w:after="200" w:line="276" w:lineRule="auto"/>
      <w:ind w:left="720" w:hanging="360"/>
      <w:contextualSpacing/>
    </w:pPr>
    <w:rPr>
      <w:rFonts w:eastAsiaTheme="minorEastAsia"/>
      <w:lang w:val="en-US"/>
    </w:rPr>
  </w:style>
  <w:style w:type="paragraph" w:styleId="List3">
    <w:name w:val="List 3"/>
    <w:basedOn w:val="Normal"/>
    <w:uiPriority w:val="99"/>
    <w:unhideWhenUsed/>
    <w:rsid w:val="008F7C6A"/>
    <w:pPr>
      <w:spacing w:after="200" w:line="276" w:lineRule="auto"/>
      <w:ind w:left="1080" w:hanging="360"/>
      <w:contextualSpacing/>
    </w:pPr>
    <w:rPr>
      <w:rFonts w:eastAsiaTheme="minorEastAsia"/>
      <w:lang w:val="en-US"/>
    </w:rPr>
  </w:style>
  <w:style w:type="paragraph" w:styleId="ListBullet">
    <w:name w:val="List Bullet"/>
    <w:basedOn w:val="Normal"/>
    <w:uiPriority w:val="99"/>
    <w:unhideWhenUsed/>
    <w:rsid w:val="008F7C6A"/>
    <w:pPr>
      <w:numPr>
        <w:numId w:val="1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Bullet2">
    <w:name w:val="List Bullet 2"/>
    <w:basedOn w:val="Normal"/>
    <w:uiPriority w:val="99"/>
    <w:unhideWhenUsed/>
    <w:rsid w:val="008F7C6A"/>
    <w:pPr>
      <w:numPr>
        <w:numId w:val="2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Bullet3">
    <w:name w:val="List Bullet 3"/>
    <w:basedOn w:val="Normal"/>
    <w:uiPriority w:val="99"/>
    <w:unhideWhenUsed/>
    <w:rsid w:val="008F7C6A"/>
    <w:pPr>
      <w:numPr>
        <w:numId w:val="3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Number">
    <w:name w:val="List Number"/>
    <w:basedOn w:val="Normal"/>
    <w:uiPriority w:val="99"/>
    <w:unhideWhenUsed/>
    <w:rsid w:val="008F7C6A"/>
    <w:pPr>
      <w:numPr>
        <w:numId w:val="5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Number2">
    <w:name w:val="List Number 2"/>
    <w:basedOn w:val="Normal"/>
    <w:uiPriority w:val="99"/>
    <w:unhideWhenUsed/>
    <w:rsid w:val="008F7C6A"/>
    <w:pPr>
      <w:numPr>
        <w:numId w:val="6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Number3">
    <w:name w:val="List Number 3"/>
    <w:basedOn w:val="Normal"/>
    <w:uiPriority w:val="99"/>
    <w:unhideWhenUsed/>
    <w:rsid w:val="008F7C6A"/>
    <w:pPr>
      <w:numPr>
        <w:numId w:val="7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ListContinue">
    <w:name w:val="List Continue"/>
    <w:basedOn w:val="Normal"/>
    <w:uiPriority w:val="99"/>
    <w:unhideWhenUsed/>
    <w:rsid w:val="008F7C6A"/>
    <w:pPr>
      <w:spacing w:after="120" w:line="276" w:lineRule="auto"/>
      <w:ind w:left="360"/>
      <w:contextualSpacing/>
    </w:pPr>
    <w:rPr>
      <w:rFonts w:eastAsiaTheme="minorEastAsia"/>
      <w:lang w:val="en-US"/>
    </w:rPr>
  </w:style>
  <w:style w:type="paragraph" w:styleId="ListContinue2">
    <w:name w:val="List Continue 2"/>
    <w:basedOn w:val="Normal"/>
    <w:uiPriority w:val="99"/>
    <w:unhideWhenUsed/>
    <w:rsid w:val="008F7C6A"/>
    <w:pPr>
      <w:spacing w:after="120" w:line="276" w:lineRule="auto"/>
      <w:ind w:left="720"/>
      <w:contextualSpacing/>
    </w:pPr>
    <w:rPr>
      <w:rFonts w:eastAsiaTheme="minorEastAsia"/>
      <w:lang w:val="en-US"/>
    </w:rPr>
  </w:style>
  <w:style w:type="paragraph" w:styleId="ListContinue3">
    <w:name w:val="List Continue 3"/>
    <w:basedOn w:val="Normal"/>
    <w:uiPriority w:val="99"/>
    <w:unhideWhenUsed/>
    <w:rsid w:val="008F7C6A"/>
    <w:pPr>
      <w:spacing w:after="120" w:line="276" w:lineRule="auto"/>
      <w:ind w:left="1080"/>
      <w:contextualSpacing/>
    </w:pPr>
    <w:rPr>
      <w:rFonts w:eastAsiaTheme="minorEastAsia"/>
      <w:lang w:val="en-US"/>
    </w:rPr>
  </w:style>
  <w:style w:type="paragraph" w:styleId="MacroText">
    <w:name w:val="macro"/>
    <w:link w:val="MacroTextChar"/>
    <w:uiPriority w:val="99"/>
    <w:unhideWhenUsed/>
    <w:rsid w:val="008F7C6A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F7C6A"/>
    <w:rPr>
      <w:rFonts w:ascii="Courier" w:eastAsiaTheme="minorEastAsia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F7C6A"/>
    <w:pPr>
      <w:spacing w:after="200" w:line="276" w:lineRule="auto"/>
    </w:pPr>
    <w:rPr>
      <w:rFonts w:eastAsiaTheme="minorEastAsia"/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F7C6A"/>
    <w:rPr>
      <w:rFonts w:eastAsiaTheme="minorEastAsia"/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F7C6A"/>
    <w:pPr>
      <w:spacing w:after="200" w:line="240" w:lineRule="auto"/>
    </w:pPr>
    <w:rPr>
      <w:rFonts w:eastAsiaTheme="minorEastAsia"/>
      <w:b/>
      <w:bCs/>
      <w:color w:val="4472C4" w:themeColor="accent1"/>
      <w:sz w:val="18"/>
      <w:szCs w:val="18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C6A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4472C4" w:themeColor="accent1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C6A"/>
    <w:rPr>
      <w:rFonts w:eastAsiaTheme="minorEastAsia"/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8F7C6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8F7C6A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8F7C6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8F7C6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8F7C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7C6A"/>
    <w:pPr>
      <w:keepNext/>
      <w:keepLines/>
      <w:widowControl/>
      <w:autoSpaceDE/>
      <w:autoSpaceDN/>
      <w:adjustRightInd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table" w:styleId="LightShading">
    <w:name w:val="Light Shading"/>
    <w:basedOn w:val="TableNormal"/>
    <w:uiPriority w:val="60"/>
    <w:rsid w:val="008F7C6A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C6A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C6A"/>
    <w:pPr>
      <w:spacing w:after="0" w:line="240" w:lineRule="auto"/>
    </w:pPr>
    <w:rPr>
      <w:rFonts w:eastAsiaTheme="minorEastAsia"/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C6A"/>
    <w:pPr>
      <w:spacing w:after="0" w:line="240" w:lineRule="auto"/>
    </w:pPr>
    <w:rPr>
      <w:rFonts w:eastAsiaTheme="minorEastAsia"/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C6A"/>
    <w:pPr>
      <w:spacing w:after="0" w:line="240" w:lineRule="auto"/>
    </w:pPr>
    <w:rPr>
      <w:rFonts w:eastAsiaTheme="minorEastAsia"/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C6A"/>
    <w:pPr>
      <w:spacing w:after="0" w:line="240" w:lineRule="auto"/>
    </w:pPr>
    <w:rPr>
      <w:rFonts w:eastAsiaTheme="minorEastAsia"/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C6A"/>
    <w:pPr>
      <w:spacing w:after="0" w:line="240" w:lineRule="auto"/>
    </w:pPr>
    <w:rPr>
      <w:rFonts w:eastAsiaTheme="minorEastAsia"/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">
    <w:name w:val="Light List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C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DarkList">
    <w:name w:val="Dark List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C6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">
    <w:name w:val="Colorful Grid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C6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customStyle="1" w:styleId="msonormal0">
    <w:name w:val="msonormal"/>
    <w:basedOn w:val="Normal"/>
    <w:rsid w:val="008F7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Абзац Char,List Paragraph (numbered (a)) Char,OBC Bullet Char,List Paragraph11 Char,Normal numbered Char,Paragraphe de liste PBLH Char,3 Char"/>
    <w:link w:val="ListParagraph"/>
    <w:uiPriority w:val="34"/>
    <w:qFormat/>
    <w:locked/>
    <w:rsid w:val="000C0920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0C0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1ABC7-115A-4883-A932-0FB574836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</Pages>
  <Words>1754</Words>
  <Characters>10001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 ghazaryan</dc:creator>
  <cp:keywords/>
  <dc:description/>
  <cp:lastModifiedBy>Arpine Khachatryan</cp:lastModifiedBy>
  <cp:revision>229</cp:revision>
  <dcterms:created xsi:type="dcterms:W3CDTF">2024-01-04T12:57:00Z</dcterms:created>
  <dcterms:modified xsi:type="dcterms:W3CDTF">2026-08-03T13:10:00Z</dcterms:modified>
</cp:coreProperties>
</file>