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26CD" w14:textId="63AD9297" w:rsidR="004A27F2" w:rsidRPr="000C5D6E" w:rsidRDefault="004A27F2" w:rsidP="004A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hy-AM"/>
        </w:rPr>
      </w:pPr>
    </w:p>
    <w:p w14:paraId="1144A52E" w14:textId="42417E66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CC76F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N 1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</w:p>
    <w:p w14:paraId="11819CAC" w14:textId="77777777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2DCEA683" w14:textId="6C80DE6A" w:rsidR="00B26AA0" w:rsidRPr="00B26AA0" w:rsidRDefault="00B26AA0" w:rsidP="00B26A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 w:rsidR="00025B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 w:rsidR="00025B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CC76F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հուլիս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hAnsi="GHEA Grapalat"/>
          <w:sz w:val="20"/>
          <w:szCs w:val="20"/>
          <w:lang w:val="hy-AM"/>
        </w:rPr>
        <w:t>«</w:t>
      </w:r>
      <w:r w:rsidR="00CC76FA">
        <w:rPr>
          <w:rFonts w:ascii="GHEA Grapalat" w:hAnsi="GHEA Grapalat"/>
          <w:sz w:val="20"/>
          <w:szCs w:val="20"/>
          <w:lang w:val="hy-AM"/>
        </w:rPr>
        <w:t>23</w:t>
      </w:r>
      <w:r w:rsidRPr="00B26AA0">
        <w:rPr>
          <w:rFonts w:ascii="GHEA Grapalat" w:hAnsi="GHEA Grapalat"/>
          <w:sz w:val="20"/>
          <w:szCs w:val="20"/>
          <w:lang w:val="hy-AM"/>
        </w:rPr>
        <w:t xml:space="preserve">»-ի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N </w:t>
      </w:r>
      <w:r w:rsidR="00CC76F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55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-Ն հրամանի</w:t>
      </w:r>
    </w:p>
    <w:p w14:paraId="6588DC63" w14:textId="730AFEF0" w:rsidR="00917655" w:rsidRDefault="00917655" w:rsidP="004A27F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5A79C0EB" w14:textId="3A51A300" w:rsidR="004B1472" w:rsidRDefault="004A27F2" w:rsidP="00025B3A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Ձև</w:t>
      </w:r>
    </w:p>
    <w:p w14:paraId="68E70632" w14:textId="77777777" w:rsidR="00BA449D" w:rsidRPr="009D4C01" w:rsidRDefault="00BA449D" w:rsidP="00025B3A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04E54CD0" w14:textId="568D2934" w:rsidR="00E4663C" w:rsidRPr="004B1472" w:rsidRDefault="004B1472" w:rsidP="004B147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B14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</w:t>
      </w:r>
      <w:r w:rsidR="00025B3A" w:rsidRPr="00D570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Pr="004B14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Pr="004B14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</w:t>
      </w:r>
    </w:p>
    <w:p w14:paraId="7CE5EF63" w14:textId="05D129B8" w:rsidR="00113222" w:rsidRDefault="004B1472" w:rsidP="00113222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113222">
        <w:rPr>
          <w:rFonts w:ascii="GHEA Grapalat" w:hAnsi="GHEA Grapalat"/>
          <w:sz w:val="16"/>
          <w:szCs w:val="16"/>
          <w:lang w:val="hy-AM"/>
        </w:rPr>
        <w:t xml:space="preserve">   </w:t>
      </w:r>
      <w:r w:rsidR="00CF3273">
        <w:rPr>
          <w:rFonts w:ascii="GHEA Grapalat" w:hAnsi="GHEA Grapalat"/>
          <w:sz w:val="16"/>
          <w:szCs w:val="16"/>
          <w:lang w:val="hy-AM"/>
        </w:rPr>
        <w:t>ԱՆ</w:t>
      </w:r>
      <w:r w:rsidRPr="00113222">
        <w:rPr>
          <w:rFonts w:ascii="GHEA Grapalat" w:hAnsi="GHEA Grapalat"/>
          <w:sz w:val="16"/>
          <w:szCs w:val="16"/>
          <w:lang w:val="hy-AM"/>
        </w:rPr>
        <w:t xml:space="preserve"> </w:t>
      </w:r>
      <w:r w:rsidR="00200731" w:rsidRPr="00113222">
        <w:rPr>
          <w:rFonts w:ascii="GHEA Grapalat" w:hAnsi="GHEA Grapalat"/>
          <w:sz w:val="16"/>
          <w:szCs w:val="16"/>
          <w:lang w:val="hy-AM"/>
        </w:rPr>
        <w:t xml:space="preserve">«Քրեակատարողական բժշկության կենտրոն» ՊՈԱԿ-ի  </w:t>
      </w:r>
    </w:p>
    <w:p w14:paraId="6BC07B09" w14:textId="443A25A1" w:rsidR="00FE228A" w:rsidRPr="00113222" w:rsidRDefault="00113222" w:rsidP="00113222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113222">
        <w:rPr>
          <w:rFonts w:ascii="GHEA Grapalat" w:hAnsi="GHEA Grapalat"/>
          <w:sz w:val="16"/>
          <w:szCs w:val="16"/>
          <w:lang w:val="hy-AM"/>
        </w:rPr>
        <w:t>համապատասխան ստորաբաժանման անվանումը</w:t>
      </w:r>
    </w:p>
    <w:p w14:paraId="24F9F8FB" w14:textId="77777777" w:rsidR="004B1472" w:rsidRPr="004B1472" w:rsidRDefault="004B1472" w:rsidP="00113222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</w:p>
    <w:p w14:paraId="7BFA463E" w14:textId="5401520A" w:rsidR="00376F3D" w:rsidRDefault="00200731" w:rsidP="00376F3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ԿԱԼԱՆԱՎՈՐՎԱԾ </w:t>
      </w:r>
      <w:r w:rsidR="006B74F4" w:rsidRPr="004A27F2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ԱՆՁԻ </w:t>
      </w:r>
      <w:r w:rsidR="006B74F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ԿԱՄ ԴԱՏԱՊԱՐՏՅԱԼԻ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                             </w:t>
      </w:r>
      <w:r w:rsidR="00376F3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  </w:t>
      </w:r>
    </w:p>
    <w:p w14:paraId="5C63363C" w14:textId="77777777" w:rsidR="00BA110E" w:rsidRDefault="00376F3D" w:rsidP="00376F3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   </w:t>
      </w:r>
      <w:r w:rsidR="00990EAB" w:rsidRPr="004A27F2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ՀԻՎԱՆԴՈՒԹՅԱՆ ՊԱՏՄԱԳԻՐ </w:t>
      </w:r>
    </w:p>
    <w:p w14:paraId="523D004E" w14:textId="65788A6C" w:rsidR="00990EAB" w:rsidRPr="004A27F2" w:rsidRDefault="00990EAB" w:rsidP="00BA110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4A27F2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N _</w:t>
      </w:r>
      <w:r w:rsidR="00C565B5" w:rsidRPr="004A27F2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___</w:t>
      </w:r>
      <w:r w:rsidRPr="004A27F2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_</w:t>
      </w:r>
    </w:p>
    <w:p w14:paraId="094189E1" w14:textId="2BD32421" w:rsidR="0094735B" w:rsidRDefault="0094735B" w:rsidP="009473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5E1DDA6E" w14:textId="77777777" w:rsidR="00BA449D" w:rsidRPr="0094735B" w:rsidRDefault="00BA449D" w:rsidP="009473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3CC69BA5" w14:textId="1D23CFC2" w:rsidR="0094735B" w:rsidRPr="00AC5874" w:rsidRDefault="00990EAB" w:rsidP="00025B3A">
      <w:pPr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AC5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Բաժանմունք _________________________</w:t>
      </w:r>
      <w:r w:rsidR="00421586" w:rsidRPr="00AC5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  </w:t>
      </w:r>
      <w:r w:rsidR="00171181" w:rsidRPr="00AC5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              </w:t>
      </w:r>
      <w:r w:rsidR="00421586" w:rsidRPr="00AC5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Հիվանդասենյակ N________</w:t>
      </w:r>
      <w:r w:rsidR="00332585" w:rsidRPr="00AC5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</w:t>
      </w:r>
    </w:p>
    <w:p w14:paraId="2A4DD5AB" w14:textId="77777777" w:rsidR="00332585" w:rsidRPr="00AC5874" w:rsidRDefault="00332585" w:rsidP="00025B3A">
      <w:pPr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AC5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Ազգանուն   __________________________________</w:t>
      </w:r>
    </w:p>
    <w:p w14:paraId="070ADAF7" w14:textId="77777777" w:rsidR="00332585" w:rsidRPr="00AC5874" w:rsidRDefault="00332585" w:rsidP="00025B3A">
      <w:pPr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AC5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Անուն          __________________________________</w:t>
      </w:r>
    </w:p>
    <w:p w14:paraId="0C8C1607" w14:textId="01E5F9A1" w:rsidR="0094735B" w:rsidRPr="0094735B" w:rsidRDefault="00332585" w:rsidP="00025B3A">
      <w:pPr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AC5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Հայրանուն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</w:t>
      </w:r>
    </w:p>
    <w:p w14:paraId="7535B267" w14:textId="7C75C099" w:rsidR="005736FA" w:rsidRDefault="005736FA" w:rsidP="00025B3A">
      <w:pPr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Ընդունվել է       ___ /___ </w:t>
      </w:r>
      <w:r w:rsidR="00421586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/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421586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20</w:t>
      </w:r>
      <w:r w:rsidR="002432F0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5325E3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 </w:t>
      </w:r>
      <w:r w:rsidR="00421586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թ. ժամը 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="0048105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</w:t>
      </w:r>
      <w:r w:rsidR="00421586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</w:p>
    <w:p w14:paraId="280A0B89" w14:textId="319FE087" w:rsidR="00421586" w:rsidRPr="005736FA" w:rsidRDefault="00421586" w:rsidP="00025B3A">
      <w:pPr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Դուրս է գրվել</w:t>
      </w:r>
      <w:r w:rsidR="005736F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 </w:t>
      </w:r>
      <w:r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5D3AE9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5736F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___ /___ </w:t>
      </w:r>
      <w:r w:rsidR="005736FA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/</w:t>
      </w:r>
      <w:r w:rsidR="005736F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5736FA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20 </w:t>
      </w:r>
      <w:r w:rsidR="005325E3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 </w:t>
      </w:r>
      <w:r w:rsidR="005736FA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թ. ժամը _</w:t>
      </w:r>
      <w:r w:rsidR="005736F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="0048105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</w:t>
      </w:r>
      <w:r w:rsidR="005736FA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</w:p>
    <w:p w14:paraId="246952D3" w14:textId="4ECABAF6" w:rsidR="004D0C0A" w:rsidRDefault="00407F89" w:rsidP="00025B3A">
      <w:pPr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Տեղափոխվել է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Pr="00407F89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>(առողջապահական մարմինների բժշկական հաստատություններ)</w:t>
      </w:r>
      <w:r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_____________</w:t>
      </w:r>
      <w:r w:rsidR="00025B3A" w:rsidRPr="00025B3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_______________________________________________________________ </w:t>
      </w:r>
      <w:r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 /_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/20 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 թ.</w:t>
      </w:r>
      <w:r w:rsidRPr="00AC587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     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4A27F2" w:rsidRPr="00AC587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     </w:t>
      </w:r>
      <w:r w:rsidR="004D0C0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</w:p>
    <w:p w14:paraId="16AC777B" w14:textId="01E5AC25" w:rsidR="004D0C0A" w:rsidRDefault="004D0C0A" w:rsidP="00025B3A">
      <w:pPr>
        <w:spacing w:after="0" w:line="360" w:lineRule="auto"/>
        <w:jc w:val="center"/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</w:pPr>
      <w:r w:rsidRPr="00FA2E8E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>(</w:t>
      </w:r>
      <w:r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>ն</w:t>
      </w:r>
      <w:r w:rsidRPr="00FA2E8E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շել </w:t>
      </w:r>
      <w:r w:rsidR="00407F89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>բժշկական հաստատության անվանումը</w:t>
      </w:r>
      <w:r w:rsidRPr="00FA2E8E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>)</w:t>
      </w:r>
    </w:p>
    <w:p w14:paraId="6309C435" w14:textId="77777777" w:rsidR="00BA449D" w:rsidRPr="004D0C0A" w:rsidRDefault="00BA449D" w:rsidP="00025B3A">
      <w:pPr>
        <w:spacing w:after="0" w:line="360" w:lineRule="auto"/>
        <w:jc w:val="center"/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</w:pPr>
    </w:p>
    <w:p w14:paraId="71705969" w14:textId="4247348A" w:rsidR="00FA2E8E" w:rsidRDefault="00FA2E8E" w:rsidP="00025B3A">
      <w:pPr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FA2E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Մահացել է </w:t>
      </w:r>
      <w:r w:rsidR="00332585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CC500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332585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 /_</w:t>
      </w:r>
      <w:r w:rsidR="00CC500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332585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CC500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332585" w:rsidRPr="00EF162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/20</w:t>
      </w:r>
      <w:r w:rsidR="0048105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5325E3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 </w:t>
      </w:r>
      <w:r w:rsidRPr="00FA2E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թ</w:t>
      </w:r>
      <w:r w:rsidR="0048105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.</w:t>
      </w:r>
      <w:r w:rsidR="006E672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, ժամը`________ </w:t>
      </w:r>
    </w:p>
    <w:p w14:paraId="7E230607" w14:textId="750C4B71" w:rsidR="00FA2E8E" w:rsidRDefault="00FA2E8E" w:rsidP="00025B3A">
      <w:pPr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___________________________________________________________</w:t>
      </w:r>
      <w:r w:rsidR="00CC500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</w:t>
      </w:r>
      <w:r w:rsidR="00025B3A" w:rsidRPr="00D5708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</w:p>
    <w:p w14:paraId="50A24BBC" w14:textId="6EA65925" w:rsidR="005325E3" w:rsidRPr="004D0C0A" w:rsidRDefault="00FA2E8E" w:rsidP="00025B3A">
      <w:pPr>
        <w:spacing w:after="0" w:line="360" w:lineRule="auto"/>
        <w:jc w:val="center"/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</w:pPr>
      <w:r w:rsidRPr="00FA2E8E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>(</w:t>
      </w:r>
      <w:r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>ն</w:t>
      </w:r>
      <w:r w:rsidRPr="00FA2E8E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շել </w:t>
      </w:r>
      <w:r w:rsidR="00E75B42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>մահվան</w:t>
      </w:r>
      <w:r w:rsidRPr="00FA2E8E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 վայրը)</w:t>
      </w:r>
    </w:p>
    <w:p w14:paraId="5A55E205" w14:textId="77777777" w:rsidR="00DD1202" w:rsidRDefault="00DD1202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660A6B56" w14:textId="73AD4C52" w:rsidR="00E75B42" w:rsidRPr="00E75B42" w:rsidRDefault="00E75B42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75B4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Ա</w:t>
      </w:r>
      <w:r w:rsidR="00F8015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նց է կացրել _______ մահճակալ-օր</w:t>
      </w:r>
    </w:p>
    <w:p w14:paraId="38C4AB98" w14:textId="77777777" w:rsidR="00E75B42" w:rsidRPr="006F7A5A" w:rsidRDefault="00E75B42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75B4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Հիվանդության ելքը` առողջացում, լավացում, անփոփոխ, վատացում, մահ</w:t>
      </w:r>
      <w:r w:rsidRPr="00E75B42">
        <w:rPr>
          <w:rFonts w:ascii="Calibri" w:eastAsia="Times New Roman" w:hAnsi="Calibri" w:cs="Calibri"/>
          <w:bCs/>
          <w:color w:val="000000"/>
          <w:sz w:val="24"/>
          <w:szCs w:val="24"/>
          <w:lang w:val="hy-AM" w:eastAsia="ru-RU"/>
        </w:rPr>
        <w:t> </w:t>
      </w:r>
      <w:r w:rsidRPr="003560E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  <w:lang w:val="hy-AM" w:eastAsia="ru-RU"/>
        </w:rPr>
        <w:t>(ընդգծել)</w:t>
      </w:r>
    </w:p>
    <w:p w14:paraId="53B019CB" w14:textId="77777777" w:rsidR="00DD1202" w:rsidRDefault="00DD1202" w:rsidP="00025B3A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45A6B498" w14:textId="08B90B03" w:rsidR="00DD1202" w:rsidRDefault="00DD1202" w:rsidP="00025B3A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3DE82FD5" w14:textId="0F7FCBA2" w:rsidR="00BA449D" w:rsidRDefault="00BA449D" w:rsidP="00025B3A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34B3C3BE" w14:textId="77777777" w:rsidR="00BA449D" w:rsidRDefault="00BA449D" w:rsidP="00025B3A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588B50F2" w14:textId="77777777" w:rsidR="00DD1202" w:rsidRDefault="00DD1202" w:rsidP="00025B3A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4E87B658" w14:textId="7A48DE76" w:rsidR="002432F0" w:rsidRPr="00E159DE" w:rsidRDefault="00511CB6" w:rsidP="00025B3A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159D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ԸՆԴՀԱՆՈՒՐ ՏԵՂԵԿԱՏՎՈՒԹՅՈՒՆ</w:t>
      </w:r>
    </w:p>
    <w:p w14:paraId="476B2915" w14:textId="79AC2AE9" w:rsidR="002432F0" w:rsidRPr="00E159DE" w:rsidRDefault="00BF69D4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Անուն, ազգանուն, հայրանու</w:t>
      </w:r>
      <w:r w:rsidR="005929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</w:t>
      </w:r>
      <w:r w:rsidR="002432F0" w:rsidRPr="00E159D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</w:t>
      </w:r>
      <w:r w:rsidR="005929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</w:t>
      </w:r>
      <w:r w:rsidR="002432F0" w:rsidRPr="00E159D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</w:t>
      </w:r>
      <w:r w:rsidR="00025B3A" w:rsidRPr="00025B3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="002432F0" w:rsidRPr="00E159D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</w:p>
    <w:p w14:paraId="7513DFAB" w14:textId="5BA36298" w:rsidR="002432F0" w:rsidRPr="00E159DE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159D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Ում կողմից է ուղեգրվել _________________</w:t>
      </w:r>
      <w:r w:rsidR="0059294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</w:t>
      </w:r>
      <w:r w:rsidR="00DC436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159D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Ամսաթիվը </w:t>
      </w:r>
      <w:r w:rsidR="00DC436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«</w:t>
      </w:r>
      <w:r w:rsidR="00BF69D4"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59294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BF69D4"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DC436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»</w:t>
      </w:r>
      <w:r w:rsidR="00A0759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__</w:t>
      </w:r>
      <w:r w:rsidR="0059294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BF69D4"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DC436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025B3A" w:rsidRPr="00025B3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="00DC436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="00BF69D4"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DC436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BF69D4"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20   </w:t>
      </w:r>
      <w:r w:rsid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թ</w:t>
      </w:r>
      <w:r w:rsidRPr="00E159D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.</w:t>
      </w:r>
    </w:p>
    <w:p w14:paraId="2E0D0E3E" w14:textId="6DAFD065" w:rsidR="00D71A5B" w:rsidRPr="00D71A5B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59D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Փոխադրման միջոց</w:t>
      </w:r>
      <w:r w:rsidR="00D804E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</w:t>
      </w:r>
      <w:r w:rsidRPr="00E159D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60098B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(</w:t>
      </w:r>
      <w:r w:rsidRPr="0060098B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>ընդգծել)</w:t>
      </w:r>
      <w:r w:rsidRPr="00E159DE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  <w:r w:rsidR="0060098B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 xml:space="preserve"> </w:t>
      </w:r>
      <w:r w:rsidR="0020073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շ</w:t>
      </w:r>
      <w:r w:rsidRPr="00083C6D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տապ բ</w:t>
      </w:r>
      <w:r w:rsidR="00A0759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ժշկական օգնության ծառայությու</w:t>
      </w:r>
      <w:r w:rsidR="006227C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ն</w:t>
      </w:r>
      <w:r w:rsidR="0020073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, </w:t>
      </w:r>
      <w:r w:rsidR="006009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200731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ք</w:t>
      </w:r>
      <w:r w:rsidR="00A07596" w:rsidRPr="00917655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րեակատարողական ծառայությ</w:t>
      </w:r>
      <w:r w:rsidR="00200731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</w:t>
      </w:r>
      <w:r w:rsidR="00A07596" w:rsidRPr="00917655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</w:t>
      </w:r>
      <w:r w:rsidR="00200731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ուղեկցմամբ</w:t>
      </w:r>
    </w:p>
    <w:p w14:paraId="45E824B5" w14:textId="6C3349B7" w:rsidR="002432F0" w:rsidRPr="00DD1202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025B3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</w:t>
      </w:r>
      <w:r w:rsidR="00083C6D" w:rsidRPr="00025B3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նձը հաստատող փաստաթղթի տեսակը  _______________</w:t>
      </w:r>
      <w:r w:rsidR="00DD120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</w:t>
      </w:r>
      <w:r w:rsidR="00083C6D" w:rsidRPr="00025B3A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025B3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համարը</w:t>
      </w:r>
      <w:r w:rsidRPr="00025B3A">
        <w:rPr>
          <w:rFonts w:ascii="Calibri" w:eastAsia="Times New Roman" w:hAnsi="Calibri" w:cs="Calibri"/>
          <w:b/>
          <w:bCs/>
          <w:sz w:val="24"/>
          <w:szCs w:val="24"/>
          <w:lang w:val="hy-AM" w:eastAsia="ru-RU"/>
        </w:rPr>
        <w:t> </w:t>
      </w:r>
      <w:r w:rsidR="00083C6D" w:rsidRPr="00025B3A">
        <w:rPr>
          <w:rFonts w:ascii="Calibri" w:eastAsia="Times New Roman" w:hAnsi="Calibri" w:cs="Calibri"/>
          <w:b/>
          <w:bCs/>
          <w:sz w:val="24"/>
          <w:szCs w:val="24"/>
          <w:lang w:val="hy-AM" w:eastAsia="ru-RU"/>
        </w:rPr>
        <w:t xml:space="preserve"> </w:t>
      </w:r>
      <w:r w:rsidRPr="00025B3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N  </w:t>
      </w:r>
      <w:r w:rsidR="00083C6D" w:rsidRPr="00025B3A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_______</w:t>
      </w:r>
      <w:r w:rsidR="00DD1202" w:rsidRPr="00DD1202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__</w:t>
      </w:r>
    </w:p>
    <w:p w14:paraId="0B267E7F" w14:textId="5DE020C6" w:rsidR="00BF69D4" w:rsidRPr="003717E9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3717E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Արյան խումբը  </w:t>
      </w:r>
      <w:r w:rsidR="00083C6D" w:rsidRPr="003717E9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_____</w:t>
      </w:r>
      <w:r w:rsidR="00025B3A" w:rsidRPr="003717E9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__</w:t>
      </w:r>
      <w:r w:rsidR="00083C6D" w:rsidRPr="003717E9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_________</w:t>
      </w:r>
      <w:r w:rsidRPr="003717E9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3717E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</w:t>
      </w:r>
      <w:r w:rsidR="00025B3A" w:rsidRPr="003717E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</w:t>
      </w:r>
      <w:r w:rsidRPr="003717E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Ռեզուս-պատկանելիությունը</w:t>
      </w:r>
      <w:r w:rsidR="00083C6D" w:rsidRPr="003717E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3717E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083C6D" w:rsidRPr="003717E9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___________</w:t>
      </w:r>
    </w:p>
    <w:p w14:paraId="5ECF7CD1" w14:textId="77777777" w:rsidR="002432F0" w:rsidRPr="00437E53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Դեղերի</w:t>
      </w:r>
      <w:r w:rsidRPr="00437E53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437E53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t>նկատմամբ</w:t>
      </w:r>
      <w:r w:rsidRPr="00437E53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437E53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t>կողմնակի</w:t>
      </w:r>
      <w:r w:rsidRPr="00437E53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437E53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t>ազդեցություն</w:t>
      </w:r>
      <w:r w:rsidR="00D804E1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t>ը</w:t>
      </w:r>
      <w:r w:rsidRPr="00437E53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437E5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(</w:t>
      </w:r>
      <w:r w:rsidRPr="00437E53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t>հակացուցված</w:t>
      </w:r>
      <w:r w:rsidRPr="00437E53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437E53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t>դեղեր</w:t>
      </w:r>
      <w:r w:rsidRPr="00437E5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)</w:t>
      </w:r>
    </w:p>
    <w:p w14:paraId="58F43DFC" w14:textId="069FDE48" w:rsidR="002432F0" w:rsidRPr="003359D6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3359D6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_________________________________________________</w:t>
      </w:r>
      <w:r w:rsidR="00070A1D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_____________</w:t>
      </w:r>
      <w:r w:rsidRPr="003359D6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_______________________</w:t>
      </w:r>
      <w:r w:rsidR="00025B3A" w:rsidRPr="00D5708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</w:t>
      </w:r>
      <w:r w:rsidRPr="003359D6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____</w:t>
      </w:r>
    </w:p>
    <w:p w14:paraId="2CFAC124" w14:textId="5945E8BD" w:rsidR="002432F0" w:rsidRPr="00070A1D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Ծննդյան ամսաթիվ</w:t>
      </w:r>
      <w:r w:rsidR="00D804E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ը 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(օր/ամ</w:t>
      </w:r>
      <w:r w:rsidR="00D804E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իս/տարի) __</w:t>
      </w:r>
      <w:r w:rsidR="00070A1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</w:t>
      </w:r>
      <w:r w:rsidRPr="00492F2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Սեռը</w:t>
      </w:r>
      <w:r w:rsidRPr="00492F23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  <w:r w:rsidRPr="00200731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>(ընդգծել)</w:t>
      </w:r>
      <w:r w:rsidRPr="00492F23">
        <w:rPr>
          <w:rFonts w:ascii="Calibri" w:eastAsia="Times New Roman" w:hAnsi="Calibri" w:cs="Calibri"/>
          <w:color w:val="000000"/>
          <w:sz w:val="20"/>
          <w:szCs w:val="20"/>
          <w:lang w:val="hy-AM" w:eastAsia="ru-RU"/>
        </w:rPr>
        <w:t> </w:t>
      </w:r>
      <w:r w:rsidR="00200731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1B4937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իգական</w:t>
      </w:r>
      <w:r w:rsidR="00070A1D" w:rsidRPr="001B4937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="00070A1D" w:rsidRPr="001B49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/ </w:t>
      </w:r>
      <w:r w:rsidRPr="001B4937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արական</w:t>
      </w:r>
    </w:p>
    <w:p w14:paraId="2AD05EB1" w14:textId="167E9423" w:rsidR="002432F0" w:rsidRPr="00492F23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92F2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Բնակության վայր</w:t>
      </w:r>
      <w:r w:rsidR="00F87A2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ի հասցեն </w:t>
      </w:r>
      <w:r w:rsidRPr="00492F2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_______________</w:t>
      </w:r>
      <w:r w:rsidR="00070A1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</w:t>
      </w:r>
      <w:r w:rsidRPr="00492F2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</w:t>
      </w:r>
    </w:p>
    <w:p w14:paraId="16CD7343" w14:textId="2B2E1566" w:rsidR="002432F0" w:rsidRPr="00492F23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92F2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Հաշվառման վայր</w:t>
      </w:r>
      <w:r w:rsidR="00F87A2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 հասցեն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92F2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</w:t>
      </w:r>
      <w:r w:rsidR="00070A1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</w:t>
      </w:r>
      <w:r w:rsidRPr="00492F2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</w:t>
      </w:r>
    </w:p>
    <w:p w14:paraId="34C736B1" w14:textId="11BBB307" w:rsidR="002432F0" w:rsidRPr="003717E9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Պացիենտի օրինական ներկայացուցչի կամ կոնտակտային անձի</w:t>
      </w:r>
      <w:r w:rsidR="0000052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="00D14AC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անուն, ազգանուն, հայրանուն</w:t>
      </w:r>
      <w:r w:rsidR="00DD1202" w:rsidRPr="00DD120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_________</w:t>
      </w:r>
      <w:r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_________________________________________________</w:t>
      </w:r>
      <w:r w:rsidR="00D14AC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</w:t>
      </w:r>
    </w:p>
    <w:p w14:paraId="598A0734" w14:textId="0CA62D5A" w:rsidR="002432F0" w:rsidRPr="00BF69D4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Պացիենտի օրինական ներկայացուցչի կամ կոնտակտային անձի հեռախոս</w:t>
      </w:r>
      <w:r w:rsidR="00D804E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ահամարը</w:t>
      </w:r>
      <w:r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(քաղաքային, բջջային) ___________________________</w:t>
      </w:r>
      <w:r w:rsidR="009D1B6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</w:t>
      </w:r>
      <w:r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</w:t>
      </w:r>
      <w:r w:rsidR="00025B3A" w:rsidRPr="00025B3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Pr="00BF69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</w:t>
      </w:r>
    </w:p>
    <w:p w14:paraId="1F434D1B" w14:textId="0A406DF1" w:rsidR="002432F0" w:rsidRPr="00BF69D4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BF69D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Ընտանեկան դրությունը</w:t>
      </w:r>
      <w:r w:rsidRPr="00BF69D4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 ____</w:t>
      </w:r>
      <w:r w:rsidR="009D1B6B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___________</w:t>
      </w:r>
      <w:r w:rsidRPr="00BF69D4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_____________________________________________</w:t>
      </w:r>
      <w:r w:rsidR="00025B3A" w:rsidRPr="00D5708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</w:t>
      </w:r>
      <w:r w:rsidRPr="00BF69D4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</w:t>
      </w:r>
    </w:p>
    <w:p w14:paraId="1B293AD7" w14:textId="77777777" w:rsidR="002432F0" w:rsidRPr="00167AAD" w:rsidRDefault="00D23388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Ընդունվել</w:t>
      </w:r>
      <w:r w:rsidR="002432F0" w:rsidRPr="00167A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է </w:t>
      </w:r>
      <w:r w:rsidR="002432F0" w:rsidRPr="001B49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ստացիոնար </w:t>
      </w:r>
      <w:r w:rsidR="002432F0" w:rsidRPr="00167A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անհետաձգելի ցուցումներով</w:t>
      </w:r>
      <w:r w:rsidR="002432F0" w:rsidRPr="00167AAD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  <w:r w:rsidR="002432F0" w:rsidRPr="00113222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>(ընդգծել</w:t>
      </w:r>
      <w:r w:rsidR="002432F0" w:rsidRPr="00BF69D4"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hy-AM" w:eastAsia="ru-RU"/>
        </w:rPr>
        <w:t>)</w:t>
      </w:r>
      <w:r w:rsidR="002432F0" w:rsidRPr="00167AAD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  <w:r w:rsidR="00086D99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 xml:space="preserve">  </w:t>
      </w:r>
      <w:r w:rsidR="002432F0" w:rsidRPr="00167AA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այո</w:t>
      </w:r>
      <w:r w:rsidR="002432F0" w:rsidRPr="00167A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/</w:t>
      </w:r>
      <w:r w:rsidR="002432F0" w:rsidRPr="00167AA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ոչ</w:t>
      </w:r>
    </w:p>
    <w:p w14:paraId="17C311D1" w14:textId="77777777" w:rsidR="002432F0" w:rsidRPr="00437E53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Հոսպիտալացվել է պլանային կարգով</w:t>
      </w:r>
      <w:r w:rsidRPr="00437E53">
        <w:rPr>
          <w:rFonts w:ascii="Calibri" w:eastAsia="Times New Roman" w:hAnsi="Calibri" w:cs="Calibri"/>
          <w:i/>
          <w:iCs/>
          <w:color w:val="000000"/>
          <w:sz w:val="24"/>
          <w:szCs w:val="24"/>
          <w:lang w:val="hy-AM" w:eastAsia="ru-RU"/>
        </w:rPr>
        <w:t> </w:t>
      </w:r>
      <w:r w:rsidRPr="00113222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>(</w:t>
      </w:r>
      <w:r w:rsidRPr="00113222">
        <w:rPr>
          <w:rFonts w:ascii="GHEA Grapalat" w:eastAsia="Times New Roman" w:hAnsi="GHEA Grapalat" w:cs="GHEA Grapalat"/>
          <w:i/>
          <w:iCs/>
          <w:color w:val="000000"/>
          <w:sz w:val="16"/>
          <w:szCs w:val="16"/>
          <w:lang w:val="hy-AM" w:eastAsia="ru-RU"/>
        </w:rPr>
        <w:t>ընդգծել</w:t>
      </w:r>
      <w:r w:rsidRPr="00113222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>)</w:t>
      </w:r>
      <w:r w:rsidR="00086D99"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hy-AM" w:eastAsia="ru-RU"/>
        </w:rPr>
        <w:t xml:space="preserve">  </w:t>
      </w:r>
      <w:r w:rsidRPr="00437E53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  <w:r w:rsidRPr="00437E5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այո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/</w:t>
      </w:r>
      <w:r w:rsidRPr="00437E5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ոչ</w:t>
      </w:r>
    </w:p>
    <w:p w14:paraId="318F2BE2" w14:textId="0CCD78AB" w:rsidR="002432F0" w:rsidRPr="00BA449D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Ուղեգրող </w:t>
      </w:r>
      <w:r w:rsidR="004724A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բժշկական 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հաստատության </w:t>
      </w:r>
      <w:r w:rsidR="004724A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կամ քրեակատարողական հիմնարկի բժշկական ստորաբաժանման 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ախտորոշում </w:t>
      </w:r>
      <w:r w:rsidR="004724A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</w:t>
      </w:r>
    </w:p>
    <w:p w14:paraId="45F110FB" w14:textId="7E870CB4" w:rsidR="003717E9" w:rsidRPr="00BA449D" w:rsidRDefault="003717E9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BA44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935657" w14:textId="77777777" w:rsidR="002432F0" w:rsidRPr="00437E53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Ախտորոշումն ընդունվելիս (նախնական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ախտորոշում)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</w:t>
      </w:r>
      <w:r w:rsidR="00C24B5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</w:t>
      </w:r>
    </w:p>
    <w:p w14:paraId="1B642E43" w14:textId="0A9184BB" w:rsidR="002432F0" w:rsidRPr="00BA449D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</w:t>
      </w:r>
      <w:r w:rsidR="00C24B5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</w:t>
      </w:r>
      <w:r w:rsidR="00025B3A" w:rsidRPr="00D5708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</w:t>
      </w:r>
      <w:r w:rsidR="00DD1202" w:rsidRPr="003717E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</w:t>
      </w:r>
      <w:r w:rsidR="003717E9" w:rsidRPr="00BA44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lastRenderedPageBreak/>
        <w:t>____________________________________________________________________________________________________________________________________________________________</w:t>
      </w:r>
    </w:p>
    <w:p w14:paraId="6D4F6DF8" w14:textId="5B83F217" w:rsidR="002432F0" w:rsidRPr="00437E53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Կլինիկական ախտորոշում _________________________________</w:t>
      </w:r>
      <w:r w:rsidR="00C24B5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</w:t>
      </w:r>
      <w:r w:rsidR="00025B3A" w:rsidRPr="00D5708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="00DD1202" w:rsidRPr="003717E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</w:p>
    <w:p w14:paraId="1B3AB4B0" w14:textId="11B7576E" w:rsidR="002432F0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</w:t>
      </w:r>
      <w:r w:rsidR="00C24B5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</w:t>
      </w:r>
      <w:r w:rsidR="006F7A5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  <w:r w:rsidR="00025B3A" w:rsidRPr="00D5708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</w:p>
    <w:p w14:paraId="41A1C33E" w14:textId="364BE08B" w:rsidR="00DD1202" w:rsidRPr="00BA449D" w:rsidRDefault="00DD1202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3717E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</w:t>
      </w:r>
      <w:r w:rsidR="003717E9" w:rsidRPr="00BA44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</w:t>
      </w:r>
    </w:p>
    <w:p w14:paraId="1B923E9B" w14:textId="0B8BEAB2" w:rsidR="00025B3A" w:rsidRPr="003717E9" w:rsidRDefault="00025B3A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36328580" w14:textId="4C98C389" w:rsidR="002432F0" w:rsidRPr="00437E53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Կլինիկական</w:t>
      </w:r>
      <w:r w:rsidRPr="00437E53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437E53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t>եզրափակիչ</w:t>
      </w:r>
      <w:r w:rsidRPr="00437E53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437E53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t>ախտորոշում</w:t>
      </w:r>
    </w:p>
    <w:p w14:paraId="4B3856DE" w14:textId="4D4E9C06" w:rsidR="002432F0" w:rsidRPr="00437E53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Հիմնական ________________________________</w:t>
      </w:r>
      <w:r w:rsidR="00A24B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</w:t>
      </w:r>
      <w:r w:rsidR="00025B3A" w:rsidRPr="00025B3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</w:t>
      </w:r>
    </w:p>
    <w:p w14:paraId="4B69548B" w14:textId="43032728" w:rsidR="00A24BAD" w:rsidRPr="00BA449D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</w:t>
      </w:r>
      <w:r w:rsidR="00A24B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</w:t>
      </w:r>
      <w:r w:rsidR="00A24B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</w:t>
      </w:r>
      <w:r w:rsidR="00025B3A" w:rsidRPr="00025B3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</w:t>
      </w:r>
      <w:r w:rsidR="00DD1202" w:rsidRPr="003717E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</w:t>
      </w:r>
      <w:r w:rsidR="003717E9" w:rsidRPr="00BA44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</w:t>
      </w:r>
    </w:p>
    <w:p w14:paraId="22DD46CB" w14:textId="14355EB7" w:rsidR="002432F0" w:rsidRPr="00437E53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Բարդություններ____________________________________________________</w:t>
      </w:r>
      <w:r w:rsidR="00025B3A" w:rsidRPr="00025B3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</w:t>
      </w:r>
      <w:r w:rsidR="00A24B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</w:t>
      </w:r>
    </w:p>
    <w:p w14:paraId="1DF19B9C" w14:textId="61E18BE7" w:rsidR="002432F0" w:rsidRPr="003717E9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</w:t>
      </w:r>
      <w:r w:rsidR="00A24B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</w:t>
      </w:r>
      <w:r w:rsidR="00025B3A" w:rsidRPr="00D5708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</w:t>
      </w:r>
      <w:r w:rsidR="00A24B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="00DD1202" w:rsidRPr="003717E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</w:t>
      </w:r>
      <w:r w:rsidR="003717E9" w:rsidRPr="00BA44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</w:t>
      </w:r>
      <w:r w:rsidR="00DD1202" w:rsidRPr="003717E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</w:p>
    <w:p w14:paraId="58EB7C8C" w14:textId="19A9E7D6" w:rsidR="002432F0" w:rsidRPr="00437E53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Ուղեկցող հիվանդություններ _________</w:t>
      </w:r>
      <w:r w:rsidR="00A24B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</w:t>
      </w:r>
      <w:r w:rsidR="00025B3A" w:rsidRPr="00D5708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</w:p>
    <w:p w14:paraId="5D15EEA2" w14:textId="3A395B7D" w:rsidR="002432F0" w:rsidRPr="00BA449D" w:rsidRDefault="002432F0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</w:t>
      </w:r>
      <w:r w:rsidR="00A24B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</w:t>
      </w: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</w:t>
      </w:r>
      <w:r w:rsidR="006B59B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  <w:r w:rsidR="00025B3A" w:rsidRPr="00D5708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="00DD1202" w:rsidRPr="003717E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</w:t>
      </w:r>
      <w:r w:rsidR="003717E9" w:rsidRPr="00BA44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</w:t>
      </w:r>
    </w:p>
    <w:p w14:paraId="2D70ACA5" w14:textId="77777777" w:rsidR="002432F0" w:rsidRPr="00437E53" w:rsidRDefault="002432F0" w:rsidP="00025B3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Հոսպիտալացվել է տվյալ տարեթվին տվյալ հիվանդության կապակցությամբ </w:t>
      </w:r>
      <w:r w:rsidRPr="00113222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(ընդգծել)</w:t>
      </w:r>
    </w:p>
    <w:p w14:paraId="3C21BCD0" w14:textId="129655D4" w:rsidR="002432F0" w:rsidRPr="00244473" w:rsidRDefault="008001C8" w:rsidP="00025B3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առաջին անգամ </w:t>
      </w:r>
      <w:r w:rsidR="002432F0"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/ կրկնակի: Եթե այո</w:t>
      </w:r>
      <w:r w:rsidR="0011322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, </w:t>
      </w:r>
      <w:r w:rsidR="002432F0" w:rsidRPr="00437E5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ընդամենը</w:t>
      </w:r>
      <w:r w:rsidR="0011322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 ______ անգամ</w:t>
      </w:r>
      <w:r w:rsidR="00B0046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:</w:t>
      </w:r>
    </w:p>
    <w:p w14:paraId="5727F6A0" w14:textId="77777777" w:rsidR="00DD1202" w:rsidRDefault="00DD1202" w:rsidP="004724A9">
      <w:pPr>
        <w:pStyle w:val="BodyText"/>
        <w:kinsoku w:val="0"/>
        <w:overflowPunct w:val="0"/>
        <w:spacing w:line="360" w:lineRule="auto"/>
        <w:rPr>
          <w:b/>
          <w:bCs/>
          <w:sz w:val="24"/>
          <w:szCs w:val="24"/>
          <w:lang w:val="hy-AM"/>
        </w:rPr>
      </w:pPr>
    </w:p>
    <w:p w14:paraId="1B9B1782" w14:textId="29DC43BF" w:rsidR="002432F0" w:rsidRPr="00086D99" w:rsidRDefault="00511CB6" w:rsidP="009F57BA">
      <w:pPr>
        <w:pStyle w:val="BodyText"/>
        <w:kinsoku w:val="0"/>
        <w:overflowPunct w:val="0"/>
        <w:spacing w:line="360" w:lineRule="auto"/>
        <w:jc w:val="center"/>
        <w:rPr>
          <w:b/>
          <w:bCs/>
          <w:sz w:val="24"/>
          <w:szCs w:val="24"/>
          <w:lang w:val="hy-AM"/>
        </w:rPr>
      </w:pPr>
      <w:r>
        <w:rPr>
          <w:b/>
          <w:bCs/>
          <w:sz w:val="24"/>
          <w:szCs w:val="24"/>
          <w:lang w:val="hy-AM"/>
        </w:rPr>
        <w:lastRenderedPageBreak/>
        <w:t xml:space="preserve">ՊԱՑԻԵՆՏԻ ԱՌԱՋՆԱՅԻՆ </w:t>
      </w:r>
      <w:r w:rsidR="00405641">
        <w:rPr>
          <w:b/>
          <w:bCs/>
          <w:sz w:val="24"/>
          <w:szCs w:val="24"/>
          <w:lang w:val="hy-AM"/>
        </w:rPr>
        <w:t xml:space="preserve">ԲԺՇԿԱԿԱՆ </w:t>
      </w:r>
      <w:r>
        <w:rPr>
          <w:b/>
          <w:bCs/>
          <w:sz w:val="24"/>
          <w:szCs w:val="24"/>
          <w:lang w:val="hy-AM"/>
        </w:rPr>
        <w:t>ԶՆՆՈՒ</w:t>
      </w:r>
      <w:r w:rsidR="00405641">
        <w:rPr>
          <w:b/>
          <w:bCs/>
          <w:sz w:val="24"/>
          <w:szCs w:val="24"/>
          <w:lang w:val="hy-AM"/>
        </w:rPr>
        <w:t>ԹՅՈՒՆ</w:t>
      </w:r>
      <w:r>
        <w:rPr>
          <w:b/>
          <w:bCs/>
          <w:sz w:val="24"/>
          <w:szCs w:val="24"/>
          <w:lang w:val="hy-AM"/>
        </w:rPr>
        <w:t xml:space="preserve"> </w:t>
      </w:r>
    </w:p>
    <w:p w14:paraId="27E188F4" w14:textId="069C6F12" w:rsidR="002432F0" w:rsidRPr="003717E9" w:rsidRDefault="002432F0" w:rsidP="007005A7">
      <w:pPr>
        <w:pStyle w:val="BodyText"/>
        <w:kinsoku w:val="0"/>
        <w:overflowPunct w:val="0"/>
        <w:spacing w:line="360" w:lineRule="auto"/>
        <w:jc w:val="both"/>
        <w:rPr>
          <w:sz w:val="24"/>
          <w:szCs w:val="24"/>
          <w:lang w:val="hy-AM"/>
        </w:rPr>
      </w:pPr>
      <w:r w:rsidRPr="00086D99">
        <w:rPr>
          <w:sz w:val="24"/>
          <w:szCs w:val="24"/>
          <w:lang w:val="hy-AM"/>
        </w:rPr>
        <w:t>Գանգատներ</w:t>
      </w:r>
      <w:r w:rsidR="0059012B">
        <w:rPr>
          <w:sz w:val="24"/>
          <w:szCs w:val="24"/>
          <w:lang w:val="hy-AM"/>
        </w:rPr>
        <w:t xml:space="preserve"> ___________________________________________________</w:t>
      </w:r>
      <w:r w:rsidR="007005A7" w:rsidRPr="00DD1202">
        <w:rPr>
          <w:sz w:val="24"/>
          <w:szCs w:val="24"/>
          <w:lang w:val="hy-AM"/>
        </w:rPr>
        <w:t>__</w:t>
      </w:r>
      <w:r w:rsidR="0059012B">
        <w:rPr>
          <w:sz w:val="24"/>
          <w:szCs w:val="24"/>
          <w:lang w:val="hy-AM"/>
        </w:rPr>
        <w:t>____________</w:t>
      </w:r>
      <w:r w:rsidR="00DD1202" w:rsidRPr="003717E9">
        <w:rPr>
          <w:sz w:val="24"/>
          <w:szCs w:val="24"/>
          <w:lang w:val="hy-AM"/>
        </w:rPr>
        <w:t>_</w:t>
      </w:r>
    </w:p>
    <w:p w14:paraId="124FD15C" w14:textId="116E88EE" w:rsidR="0059012B" w:rsidRPr="00086D99" w:rsidRDefault="0059012B" w:rsidP="007005A7">
      <w:pPr>
        <w:pStyle w:val="BodyText"/>
        <w:kinsoku w:val="0"/>
        <w:overflowPunct w:val="0"/>
        <w:spacing w:line="360" w:lineRule="auto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______________________________________________________________________________________________________________________________________________________</w:t>
      </w:r>
      <w:r w:rsidR="007005A7" w:rsidRPr="00DD1202">
        <w:rPr>
          <w:sz w:val="24"/>
          <w:szCs w:val="24"/>
          <w:lang w:val="hy-AM"/>
        </w:rPr>
        <w:t>____</w:t>
      </w:r>
      <w:r>
        <w:rPr>
          <w:sz w:val="24"/>
          <w:szCs w:val="24"/>
          <w:lang w:val="hy-AM"/>
        </w:rPr>
        <w:t>__</w:t>
      </w:r>
    </w:p>
    <w:p w14:paraId="1B1F6C4C" w14:textId="22D1940A" w:rsidR="002432F0" w:rsidRPr="003717E9" w:rsidRDefault="002432F0" w:rsidP="007005A7">
      <w:pPr>
        <w:pStyle w:val="BodyText"/>
        <w:kinsoku w:val="0"/>
        <w:overflowPunct w:val="0"/>
        <w:spacing w:line="360" w:lineRule="auto"/>
        <w:jc w:val="both"/>
        <w:rPr>
          <w:sz w:val="24"/>
          <w:szCs w:val="24"/>
          <w:lang w:val="hy-AM"/>
        </w:rPr>
      </w:pPr>
      <w:r w:rsidRPr="00086D99">
        <w:rPr>
          <w:sz w:val="24"/>
          <w:szCs w:val="24"/>
          <w:lang w:val="hy-AM"/>
        </w:rPr>
        <w:t>_________________________________________________</w:t>
      </w:r>
      <w:r w:rsidR="0059012B">
        <w:rPr>
          <w:sz w:val="24"/>
          <w:szCs w:val="24"/>
          <w:lang w:val="hy-AM"/>
        </w:rPr>
        <w:t>_____________________________</w:t>
      </w:r>
      <w:r w:rsidR="00C01952" w:rsidRPr="008C7323">
        <w:rPr>
          <w:sz w:val="24"/>
          <w:szCs w:val="24"/>
          <w:lang w:val="hy-AM"/>
        </w:rPr>
        <w:t>____________________________________________________________</w:t>
      </w:r>
      <w:r w:rsidR="0010149F">
        <w:rPr>
          <w:sz w:val="24"/>
          <w:szCs w:val="24"/>
          <w:lang w:val="hy-AM"/>
        </w:rPr>
        <w:t>___________</w:t>
      </w:r>
      <w:r w:rsidR="007005A7" w:rsidRPr="00DD1202">
        <w:rPr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</w:t>
      </w:r>
      <w:r w:rsidR="0010149F">
        <w:rPr>
          <w:sz w:val="24"/>
          <w:szCs w:val="24"/>
          <w:lang w:val="hy-AM"/>
        </w:rPr>
        <w:t>_______</w:t>
      </w:r>
      <w:r w:rsidR="0029375B" w:rsidRPr="003717E9">
        <w:rPr>
          <w:sz w:val="24"/>
          <w:szCs w:val="24"/>
          <w:lang w:val="hy-AM"/>
        </w:rPr>
        <w:t>______________________________________________________________________</w:t>
      </w:r>
    </w:p>
    <w:p w14:paraId="4F41A4B5" w14:textId="5D29069E" w:rsidR="00CA65BC" w:rsidRPr="007005A7" w:rsidRDefault="00CA65BC" w:rsidP="007005A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Հիվանդության անամնեզ </w:t>
      </w:r>
      <w:r w:rsidRPr="00B40E2F">
        <w:rPr>
          <w:rFonts w:ascii="GHEA Grapalat" w:eastAsia="Times New Roman" w:hAnsi="GHEA Grapalat" w:cs="Times New Roman"/>
          <w:sz w:val="20"/>
          <w:szCs w:val="20"/>
          <w:lang w:val="hy-AM" w:eastAsia="ru-RU"/>
        </w:rPr>
        <w:t>(սկիզբ, ընթացք, ստացած բուժումը` դեղ</w:t>
      </w:r>
      <w:r>
        <w:rPr>
          <w:rFonts w:ascii="GHEA Grapalat" w:eastAsia="Times New Roman" w:hAnsi="GHEA Grapalat" w:cs="Times New Roman"/>
          <w:sz w:val="20"/>
          <w:szCs w:val="20"/>
          <w:lang w:val="hy-AM" w:eastAsia="ru-RU"/>
        </w:rPr>
        <w:t>եր</w:t>
      </w:r>
      <w:r w:rsidRPr="00B40E2F">
        <w:rPr>
          <w:rFonts w:ascii="GHEA Grapalat" w:eastAsia="Times New Roman" w:hAnsi="GHEA Grapalat" w:cs="Times New Roman"/>
          <w:sz w:val="20"/>
          <w:szCs w:val="20"/>
          <w:lang w:val="hy-AM" w:eastAsia="ru-RU"/>
        </w:rPr>
        <w:t>, դեղաչափ, տևողություն, կատարված միջամտությունները)</w:t>
      </w:r>
      <w:r w:rsidR="007005A7" w:rsidRPr="007005A7">
        <w:rPr>
          <w:rFonts w:ascii="GHEA Grapalat" w:eastAsia="Times New Roman" w:hAnsi="GHEA Grapalat" w:cs="Times New Roman"/>
          <w:sz w:val="20"/>
          <w:szCs w:val="20"/>
          <w:lang w:val="hy-AM" w:eastAsia="ru-RU"/>
        </w:rPr>
        <w:t xml:space="preserve"> ________________________________________________________________</w:t>
      </w:r>
    </w:p>
    <w:p w14:paraId="24589816" w14:textId="4E41DD3A" w:rsidR="00CA65BC" w:rsidRPr="00056FC1" w:rsidRDefault="00CA65BC" w:rsidP="007005A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86D99">
        <w:rPr>
          <w:rFonts w:ascii="GHEA Grapalat" w:eastAsia="Times New Roman" w:hAnsi="GHEA Grapalat" w:cs="Times New Roman"/>
          <w:sz w:val="21"/>
          <w:szCs w:val="21"/>
          <w:lang w:val="hy-AM" w:eastAsia="ru-RU"/>
        </w:rPr>
        <w:t xml:space="preserve"> </w:t>
      </w:r>
      <w:r w:rsidRPr="00056F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</w:t>
      </w:r>
      <w:r w:rsidR="007005A7" w:rsidRPr="00D570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Pr="00056F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</w:t>
      </w:r>
    </w:p>
    <w:p w14:paraId="75CF3FC8" w14:textId="17C075F1" w:rsidR="00CA65BC" w:rsidRPr="00056FC1" w:rsidRDefault="00CA65BC" w:rsidP="007005A7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56F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</w:t>
      </w:r>
      <w:r w:rsidR="007005A7" w:rsidRPr="00D570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056F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</w:t>
      </w:r>
    </w:p>
    <w:p w14:paraId="2ACED9E9" w14:textId="44ED49F4" w:rsidR="00CA65BC" w:rsidRPr="00056FC1" w:rsidRDefault="00CA65BC" w:rsidP="007005A7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56F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</w:t>
      </w:r>
      <w:r w:rsidR="007005A7" w:rsidRPr="00D570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056F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</w:t>
      </w:r>
    </w:p>
    <w:p w14:paraId="5C8A9C08" w14:textId="15279D30" w:rsidR="00CA65BC" w:rsidRPr="00056FC1" w:rsidRDefault="00CA65BC" w:rsidP="007005A7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56F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</w:t>
      </w:r>
      <w:r w:rsidR="007005A7" w:rsidRPr="00D570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056F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</w:t>
      </w:r>
    </w:p>
    <w:p w14:paraId="0DF8CDB0" w14:textId="11CF9431" w:rsidR="00CA65BC" w:rsidRPr="00056FC1" w:rsidRDefault="00CA65BC" w:rsidP="007005A7">
      <w:pPr>
        <w:pStyle w:val="BodyText"/>
        <w:kinsoku w:val="0"/>
        <w:overflowPunct w:val="0"/>
        <w:spacing w:line="360" w:lineRule="auto"/>
        <w:jc w:val="both"/>
        <w:rPr>
          <w:sz w:val="24"/>
          <w:szCs w:val="24"/>
          <w:lang w:val="hy-AM"/>
        </w:rPr>
      </w:pPr>
      <w:r w:rsidRPr="00056FC1">
        <w:rPr>
          <w:rFonts w:cs="Times New Roman"/>
          <w:sz w:val="24"/>
          <w:szCs w:val="24"/>
          <w:lang w:val="hy-AM" w:eastAsia="ru-RU"/>
        </w:rPr>
        <w:t>__________________________________________________________________</w:t>
      </w:r>
      <w:r w:rsidR="007005A7" w:rsidRPr="00D57081">
        <w:rPr>
          <w:rFonts w:cs="Times New Roman"/>
          <w:sz w:val="24"/>
          <w:szCs w:val="24"/>
          <w:lang w:val="hy-AM" w:eastAsia="ru-RU"/>
        </w:rPr>
        <w:t>__</w:t>
      </w:r>
      <w:r w:rsidRPr="00056FC1">
        <w:rPr>
          <w:rFonts w:cs="Times New Roman"/>
          <w:sz w:val="24"/>
          <w:szCs w:val="24"/>
          <w:lang w:val="hy-AM" w:eastAsia="ru-RU"/>
        </w:rPr>
        <w:t>_____</w:t>
      </w:r>
      <w:r w:rsidR="007005A7" w:rsidRPr="00D57081">
        <w:rPr>
          <w:rFonts w:cs="Times New Roman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8A6A17" w14:textId="412666D8" w:rsidR="002432F0" w:rsidRPr="00BA449D" w:rsidRDefault="003F7AB0" w:rsidP="007005A7">
      <w:pPr>
        <w:pStyle w:val="BodyText"/>
        <w:kinsoku w:val="0"/>
        <w:overflowPunct w:val="0"/>
        <w:spacing w:line="360" w:lineRule="auto"/>
        <w:jc w:val="both"/>
        <w:rPr>
          <w:sz w:val="24"/>
          <w:szCs w:val="24"/>
          <w:lang w:val="hy-AM"/>
        </w:rPr>
      </w:pPr>
      <w:r w:rsidRPr="003717E9">
        <w:rPr>
          <w:sz w:val="24"/>
          <w:szCs w:val="24"/>
          <w:lang w:val="hy-AM"/>
        </w:rPr>
        <w:t>Մարմնական զննության տվյալներ (</w:t>
      </w:r>
      <w:r w:rsidR="003717E9" w:rsidRPr="003717E9">
        <w:rPr>
          <w:sz w:val="24"/>
          <w:szCs w:val="24"/>
          <w:lang w:val="hy-AM"/>
        </w:rPr>
        <w:t>վ</w:t>
      </w:r>
      <w:r w:rsidRPr="003717E9">
        <w:rPr>
          <w:sz w:val="24"/>
          <w:szCs w:val="24"/>
          <w:lang w:val="hy-AM"/>
        </w:rPr>
        <w:t>նասվածք)</w:t>
      </w:r>
      <w:r w:rsidR="002432F0" w:rsidRPr="003717E9">
        <w:rPr>
          <w:sz w:val="24"/>
          <w:szCs w:val="24"/>
          <w:lang w:val="hy-AM"/>
        </w:rPr>
        <w:t xml:space="preserve"> __________________________________</w:t>
      </w:r>
      <w:r w:rsidR="003717E9" w:rsidRPr="00BA449D">
        <w:rPr>
          <w:sz w:val="24"/>
          <w:szCs w:val="24"/>
          <w:lang w:val="hy-AM"/>
        </w:rPr>
        <w:t>_</w:t>
      </w:r>
    </w:p>
    <w:p w14:paraId="1C14BCF7" w14:textId="7B9A01B8" w:rsidR="002432F0" w:rsidRPr="00086D99" w:rsidRDefault="002432F0" w:rsidP="007005A7">
      <w:pPr>
        <w:pStyle w:val="BodyText"/>
        <w:kinsoku w:val="0"/>
        <w:overflowPunct w:val="0"/>
        <w:spacing w:line="360" w:lineRule="auto"/>
        <w:jc w:val="both"/>
        <w:rPr>
          <w:sz w:val="24"/>
          <w:szCs w:val="24"/>
          <w:lang w:val="hy-AM"/>
        </w:rPr>
      </w:pPr>
      <w:r w:rsidRPr="00086D99">
        <w:rPr>
          <w:sz w:val="24"/>
          <w:szCs w:val="24"/>
          <w:lang w:val="hy-AM"/>
        </w:rPr>
        <w:t>____________________________________________</w:t>
      </w:r>
      <w:r w:rsidR="0059012B">
        <w:rPr>
          <w:sz w:val="24"/>
          <w:szCs w:val="24"/>
          <w:lang w:val="hy-AM"/>
        </w:rPr>
        <w:t>______________________________</w:t>
      </w:r>
      <w:r w:rsidRPr="00086D99">
        <w:rPr>
          <w:sz w:val="24"/>
          <w:szCs w:val="24"/>
          <w:lang w:val="hy-AM"/>
        </w:rPr>
        <w:t>____</w:t>
      </w:r>
      <w:r w:rsidR="007005A7" w:rsidRPr="00D57081">
        <w:rPr>
          <w:sz w:val="24"/>
          <w:szCs w:val="24"/>
          <w:lang w:val="hy-AM"/>
        </w:rPr>
        <w:t>__</w:t>
      </w:r>
      <w:r w:rsidR="0059012B">
        <w:rPr>
          <w:sz w:val="24"/>
          <w:szCs w:val="24"/>
          <w:lang w:val="hy-AM"/>
        </w:rPr>
        <w:t>_________________________________________________________________________</w:t>
      </w:r>
      <w:r w:rsidR="007005A7" w:rsidRPr="00D57081">
        <w:rPr>
          <w:sz w:val="24"/>
          <w:szCs w:val="24"/>
          <w:lang w:val="hy-AM"/>
        </w:rPr>
        <w:t>____</w:t>
      </w:r>
      <w:r w:rsidR="0059012B">
        <w:rPr>
          <w:sz w:val="24"/>
          <w:szCs w:val="24"/>
          <w:lang w:val="hy-AM"/>
        </w:rPr>
        <w:t>_____________________________________________________________________________</w:t>
      </w:r>
      <w:r w:rsidR="007005A7" w:rsidRPr="00D57081">
        <w:rPr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0462">
        <w:rPr>
          <w:sz w:val="24"/>
          <w:szCs w:val="24"/>
          <w:lang w:val="hy-AM"/>
        </w:rPr>
        <w:t>______________________________________________________________________________</w:t>
      </w:r>
      <w:r w:rsidRPr="00086D99">
        <w:rPr>
          <w:sz w:val="24"/>
          <w:szCs w:val="24"/>
          <w:u w:val="single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714304" w14:textId="4C2556F8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jc w:val="center"/>
        <w:rPr>
          <w:b/>
          <w:bCs/>
          <w:sz w:val="24"/>
          <w:szCs w:val="24"/>
          <w:lang w:val="hy-AM"/>
        </w:rPr>
      </w:pPr>
      <w:r w:rsidRPr="00901CB4">
        <w:rPr>
          <w:b/>
          <w:bCs/>
          <w:sz w:val="24"/>
          <w:szCs w:val="24"/>
          <w:lang w:val="hy-AM"/>
        </w:rPr>
        <w:lastRenderedPageBreak/>
        <w:t>Օբյեկտիվ զնն</w:t>
      </w:r>
      <w:r w:rsidR="00D931F6">
        <w:rPr>
          <w:b/>
          <w:bCs/>
          <w:sz w:val="24"/>
          <w:szCs w:val="24"/>
          <w:lang w:val="hy-AM"/>
        </w:rPr>
        <w:t>ում</w:t>
      </w:r>
    </w:p>
    <w:p w14:paraId="3224BA55" w14:textId="1E709A8C" w:rsidR="00901CB4" w:rsidRPr="00C57F01" w:rsidRDefault="00C57F01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u w:val="single"/>
          <w:lang w:val="hy-AM"/>
        </w:rPr>
      </w:pPr>
      <w:r>
        <w:rPr>
          <w:sz w:val="24"/>
          <w:szCs w:val="24"/>
          <w:lang w:val="hy-AM"/>
        </w:rPr>
        <w:t>Մարմնի ջ</w:t>
      </w:r>
      <w:r w:rsidRPr="00086D99">
        <w:rPr>
          <w:sz w:val="24"/>
          <w:szCs w:val="24"/>
          <w:lang w:val="hy-AM"/>
        </w:rPr>
        <w:t>երմ</w:t>
      </w:r>
      <w:r>
        <w:rPr>
          <w:sz w:val="24"/>
          <w:szCs w:val="24"/>
          <w:lang w:val="hy-AM"/>
        </w:rPr>
        <w:t xml:space="preserve">աստիճան </w:t>
      </w:r>
      <w:r>
        <w:rPr>
          <w:sz w:val="24"/>
          <w:szCs w:val="24"/>
          <w:u w:val="single"/>
          <w:lang w:val="hy-AM"/>
        </w:rPr>
        <w:t xml:space="preserve">            </w:t>
      </w:r>
      <w:r w:rsidRPr="0059012B">
        <w:rPr>
          <w:sz w:val="24"/>
          <w:szCs w:val="24"/>
          <w:lang w:val="hy-AM"/>
        </w:rPr>
        <w:t>C</w:t>
      </w:r>
      <w:r w:rsidRPr="0059012B">
        <w:rPr>
          <w:sz w:val="24"/>
          <w:szCs w:val="24"/>
          <w:vertAlign w:val="superscript"/>
          <w:lang w:val="hy-AM"/>
        </w:rPr>
        <w:t>0</w:t>
      </w:r>
      <w:r w:rsidRPr="0059012B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 xml:space="preserve"> </w:t>
      </w:r>
      <w:r w:rsidR="007005A7" w:rsidRPr="007005A7">
        <w:rPr>
          <w:sz w:val="24"/>
          <w:szCs w:val="24"/>
          <w:lang w:val="hy-AM"/>
        </w:rPr>
        <w:t xml:space="preserve">  </w:t>
      </w:r>
      <w:r>
        <w:rPr>
          <w:sz w:val="24"/>
          <w:szCs w:val="24"/>
          <w:lang w:val="hy-AM"/>
        </w:rPr>
        <w:t xml:space="preserve"> </w:t>
      </w:r>
      <w:r w:rsidR="007F3666" w:rsidRPr="007F3666">
        <w:rPr>
          <w:sz w:val="24"/>
          <w:szCs w:val="24"/>
          <w:lang w:val="hy-AM"/>
        </w:rPr>
        <w:t xml:space="preserve">                   </w:t>
      </w:r>
      <w:r w:rsidRPr="00086D99">
        <w:rPr>
          <w:sz w:val="24"/>
          <w:szCs w:val="24"/>
          <w:lang w:val="hy-AM"/>
        </w:rPr>
        <w:t>Զ</w:t>
      </w:r>
      <w:r>
        <w:rPr>
          <w:sz w:val="24"/>
          <w:szCs w:val="24"/>
          <w:lang w:val="hy-AM"/>
        </w:rPr>
        <w:t>արկերակային ճնշում</w:t>
      </w:r>
      <w:r w:rsidRPr="00086D99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 xml:space="preserve">____________ </w:t>
      </w:r>
      <w:r w:rsidRPr="00086D99">
        <w:rPr>
          <w:sz w:val="24"/>
          <w:szCs w:val="24"/>
          <w:lang w:val="hy-AM"/>
        </w:rPr>
        <w:t xml:space="preserve"> </w:t>
      </w:r>
      <w:r w:rsidR="007005A7" w:rsidRPr="007005A7">
        <w:rPr>
          <w:sz w:val="24"/>
          <w:szCs w:val="24"/>
          <w:lang w:val="hy-AM"/>
        </w:rPr>
        <w:t xml:space="preserve">    </w:t>
      </w:r>
      <w:r w:rsidRPr="00086D99">
        <w:rPr>
          <w:sz w:val="24"/>
          <w:szCs w:val="24"/>
          <w:lang w:val="hy-AM"/>
        </w:rPr>
        <w:t>Պուլս_____</w:t>
      </w:r>
      <w:r>
        <w:rPr>
          <w:sz w:val="24"/>
          <w:szCs w:val="24"/>
          <w:lang w:val="hy-AM"/>
        </w:rPr>
        <w:t>_</w:t>
      </w:r>
      <w:r w:rsidRPr="00086D99">
        <w:rPr>
          <w:sz w:val="24"/>
          <w:szCs w:val="24"/>
          <w:lang w:val="hy-AM"/>
        </w:rPr>
        <w:t xml:space="preserve">    </w:t>
      </w:r>
      <w:r>
        <w:rPr>
          <w:sz w:val="24"/>
          <w:szCs w:val="24"/>
          <w:lang w:val="hy-AM"/>
        </w:rPr>
        <w:t xml:space="preserve"> </w:t>
      </w:r>
      <w:r w:rsidR="00901CB4" w:rsidRPr="00901CB4">
        <w:rPr>
          <w:sz w:val="24"/>
          <w:szCs w:val="24"/>
          <w:lang w:val="hy-AM"/>
        </w:rPr>
        <w:t>Կազմվածք  _______</w:t>
      </w:r>
      <w:r w:rsidRPr="00C57F01">
        <w:rPr>
          <w:sz w:val="24"/>
          <w:szCs w:val="24"/>
          <w:lang w:val="hy-AM"/>
        </w:rPr>
        <w:t>_</w:t>
      </w:r>
      <w:r w:rsidR="007005A7" w:rsidRPr="007005A7">
        <w:rPr>
          <w:sz w:val="24"/>
          <w:szCs w:val="24"/>
          <w:lang w:val="hy-AM"/>
        </w:rPr>
        <w:t>_____________________________________________</w:t>
      </w:r>
      <w:r w:rsidR="007F3666" w:rsidRPr="007F3666">
        <w:rPr>
          <w:sz w:val="24"/>
          <w:szCs w:val="24"/>
          <w:lang w:val="hy-AM"/>
        </w:rPr>
        <w:t>_</w:t>
      </w:r>
      <w:r w:rsidR="00901CB4" w:rsidRPr="00901CB4">
        <w:rPr>
          <w:sz w:val="24"/>
          <w:szCs w:val="24"/>
          <w:lang w:val="hy-AM"/>
        </w:rPr>
        <w:t xml:space="preserve"> </w:t>
      </w:r>
    </w:p>
    <w:p w14:paraId="65F70114" w14:textId="27574A64" w:rsidR="00C57F01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Հասակ</w:t>
      </w:r>
      <w:r>
        <w:rPr>
          <w:sz w:val="24"/>
          <w:szCs w:val="24"/>
          <w:lang w:val="hy-AM"/>
        </w:rPr>
        <w:t xml:space="preserve"> </w:t>
      </w:r>
      <w:r w:rsidRPr="00901CB4">
        <w:rPr>
          <w:sz w:val="24"/>
          <w:szCs w:val="24"/>
          <w:lang w:val="hy-AM"/>
        </w:rPr>
        <w:t>(</w:t>
      </w:r>
      <w:r>
        <w:rPr>
          <w:sz w:val="24"/>
          <w:szCs w:val="24"/>
          <w:lang w:val="hy-AM"/>
        </w:rPr>
        <w:t>սմ</w:t>
      </w:r>
      <w:r w:rsidRPr="00901CB4">
        <w:rPr>
          <w:sz w:val="24"/>
          <w:szCs w:val="24"/>
          <w:lang w:val="hy-AM"/>
        </w:rPr>
        <w:t xml:space="preserve">) __________  </w:t>
      </w:r>
      <w:r w:rsidR="007005A7" w:rsidRPr="007005A7">
        <w:rPr>
          <w:sz w:val="24"/>
          <w:szCs w:val="24"/>
          <w:lang w:val="hy-AM"/>
        </w:rPr>
        <w:t xml:space="preserve">    </w:t>
      </w:r>
      <w:r w:rsidRPr="00901CB4">
        <w:rPr>
          <w:sz w:val="24"/>
          <w:szCs w:val="24"/>
          <w:lang w:val="hy-AM"/>
        </w:rPr>
        <w:t xml:space="preserve">Քաշ (կգ) _______  </w:t>
      </w:r>
      <w:r w:rsidR="007005A7" w:rsidRPr="007005A7">
        <w:rPr>
          <w:sz w:val="24"/>
          <w:szCs w:val="24"/>
          <w:lang w:val="hy-AM"/>
        </w:rPr>
        <w:t xml:space="preserve"> </w:t>
      </w:r>
      <w:r w:rsidRPr="00901CB4">
        <w:rPr>
          <w:sz w:val="24"/>
          <w:szCs w:val="24"/>
          <w:lang w:val="hy-AM"/>
        </w:rPr>
        <w:t>Հասակաքաշային ցուցանիշ (կգ/մ</w:t>
      </w:r>
      <w:r w:rsidRPr="00901CB4">
        <w:rPr>
          <w:sz w:val="24"/>
          <w:szCs w:val="24"/>
          <w:vertAlign w:val="superscript"/>
          <w:lang w:val="hy-AM"/>
        </w:rPr>
        <w:t>2</w:t>
      </w:r>
      <w:r w:rsidRPr="00901CB4">
        <w:rPr>
          <w:sz w:val="24"/>
          <w:szCs w:val="24"/>
          <w:lang w:val="hy-AM"/>
        </w:rPr>
        <w:t xml:space="preserve">) ____ </w:t>
      </w:r>
    </w:p>
    <w:p w14:paraId="4FF15187" w14:textId="61A035FF" w:rsidR="00C57F01" w:rsidRPr="00086D99" w:rsidRDefault="00C57F01" w:rsidP="007005A7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Շաքարային դիաբետ </w:t>
      </w:r>
      <w:r w:rsidRPr="00C57F01">
        <w:rPr>
          <w:rFonts w:ascii="GHEA Grapalat" w:eastAsia="Times New Roman" w:hAnsi="GHEA Grapalat" w:cs="Times New Roman"/>
          <w:i/>
          <w:iCs/>
          <w:sz w:val="16"/>
          <w:szCs w:val="16"/>
          <w:lang w:val="hy-AM" w:eastAsia="ru-RU"/>
        </w:rPr>
        <w:t>(ընդգծել)</w:t>
      </w:r>
      <w:r w:rsidRPr="00086D99">
        <w:rPr>
          <w:rFonts w:ascii="Calibri" w:eastAsia="Times New Roman" w:hAnsi="Calibri" w:cs="Calibri"/>
          <w:i/>
          <w:iCs/>
          <w:sz w:val="24"/>
          <w:szCs w:val="24"/>
          <w:lang w:val="hy-AM" w:eastAsia="ru-RU"/>
        </w:rPr>
        <w:t> </w:t>
      </w:r>
      <w:r>
        <w:rPr>
          <w:rFonts w:ascii="Calibri" w:eastAsia="Times New Roman" w:hAnsi="Calibri" w:cs="Calibri"/>
          <w:i/>
          <w:iCs/>
          <w:sz w:val="24"/>
          <w:szCs w:val="24"/>
          <w:lang w:val="hy-AM" w:eastAsia="ru-RU"/>
        </w:rPr>
        <w:t xml:space="preserve"> </w:t>
      </w:r>
      <w:r w:rsidRPr="00086D99">
        <w:rPr>
          <w:rFonts w:ascii="GHEA Grapalat" w:eastAsia="Times New Roman" w:hAnsi="GHEA Grapalat" w:cs="Calibri"/>
          <w:b/>
          <w:bCs/>
          <w:sz w:val="24"/>
          <w:szCs w:val="24"/>
          <w:lang w:val="hy-AM" w:eastAsia="ru-RU"/>
        </w:rPr>
        <w:t xml:space="preserve"> այո</w:t>
      </w:r>
      <w:r>
        <w:rPr>
          <w:rFonts w:ascii="Calibri" w:eastAsia="Times New Roman" w:hAnsi="Calibri" w:cs="Calibri"/>
          <w:sz w:val="24"/>
          <w:szCs w:val="24"/>
          <w:lang w:val="hy-AM" w:eastAsia="ru-RU"/>
        </w:rPr>
        <w:t xml:space="preserve"> / </w:t>
      </w:r>
      <w:r w:rsidRPr="00086D99">
        <w:rPr>
          <w:rFonts w:ascii="GHEA Grapalat" w:eastAsia="Times New Roman" w:hAnsi="GHEA Grapalat" w:cs="Calibri"/>
          <w:b/>
          <w:bCs/>
          <w:sz w:val="24"/>
          <w:szCs w:val="24"/>
          <w:lang w:val="hy-AM" w:eastAsia="ru-RU"/>
        </w:rPr>
        <w:t>ոչ</w:t>
      </w:r>
      <w:r>
        <w:rPr>
          <w:rFonts w:ascii="GHEA Grapalat" w:eastAsia="Times New Roman" w:hAnsi="GHEA Grapalat" w:cs="Calibri"/>
          <w:b/>
          <w:bCs/>
          <w:sz w:val="24"/>
          <w:szCs w:val="24"/>
          <w:lang w:val="hy-AM" w:eastAsia="ru-RU"/>
        </w:rPr>
        <w:t xml:space="preserve">,     </w:t>
      </w:r>
      <w:r w:rsidRPr="00086D99">
        <w:rPr>
          <w:rFonts w:ascii="GHEA Grapalat" w:eastAsia="Times New Roman" w:hAnsi="GHEA Grapalat" w:cs="Calibri"/>
          <w:b/>
          <w:bCs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I տիպ /</w:t>
      </w:r>
      <w:r w:rsidRPr="00086D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II տիպ   </w:t>
      </w:r>
    </w:p>
    <w:p w14:paraId="77D18C25" w14:textId="77777777" w:rsidR="00C57F01" w:rsidRPr="00086D99" w:rsidRDefault="00C57F01" w:rsidP="007005A7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86D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Ծխում է</w:t>
      </w:r>
      <w:r w:rsidRPr="00086D99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C57F01">
        <w:rPr>
          <w:rFonts w:ascii="GHEA Grapalat" w:eastAsia="Times New Roman" w:hAnsi="GHEA Grapalat" w:cs="Times New Roman"/>
          <w:i/>
          <w:iCs/>
          <w:sz w:val="16"/>
          <w:szCs w:val="16"/>
          <w:lang w:val="hy-AM" w:eastAsia="ru-RU"/>
        </w:rPr>
        <w:t>(ընդգծել)</w:t>
      </w:r>
      <w:r w:rsidRPr="00086D99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86D99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այո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/</w:t>
      </w:r>
      <w:r w:rsidRPr="00086D99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ոչ</w:t>
      </w:r>
    </w:p>
    <w:p w14:paraId="6B840C6A" w14:textId="77326831" w:rsidR="00C57F01" w:rsidRPr="00C57F01" w:rsidRDefault="00C57F01" w:rsidP="007005A7">
      <w:pPr>
        <w:shd w:val="clear" w:color="auto" w:fill="FFFFFF"/>
        <w:spacing w:after="0" w:line="360" w:lineRule="auto"/>
        <w:rPr>
          <w:rFonts w:ascii="GHEA Grapalat" w:eastAsia="Times New Roman" w:hAnsi="GHEA Grapalat" w:cs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</w:t>
      </w:r>
      <w:r w:rsidRPr="00086D99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մրամիջոցների և</w:t>
      </w:r>
      <w:r w:rsidR="0040564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 </w:t>
      </w:r>
      <w:r w:rsidR="00405641" w:rsidRPr="0040564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(</w:t>
      </w:r>
      <w:r w:rsidRPr="00086D99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կամ</w:t>
      </w:r>
      <w:r w:rsidR="00405641" w:rsidRPr="0040564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) </w:t>
      </w:r>
      <w:r w:rsidR="0040564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հոգեմետ</w:t>
      </w:r>
      <w:r w:rsidRPr="00086D99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 </w:t>
      </w:r>
      <w:r w:rsidR="00405641" w:rsidRPr="0040564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(</w:t>
      </w:r>
      <w:r w:rsidRPr="00086D99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հոգեներգործուն</w:t>
      </w:r>
      <w:r w:rsidR="00405641" w:rsidRPr="0040564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)</w:t>
      </w:r>
      <w:r w:rsidRPr="00086D99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 նյութերի օգտագործում նախկինում</w:t>
      </w:r>
      <w:r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 </w:t>
      </w:r>
      <w:r w:rsidRPr="00C57F01">
        <w:rPr>
          <w:rFonts w:ascii="GHEA Grapalat" w:eastAsia="Times New Roman" w:hAnsi="GHEA Grapalat" w:cs="Times New Roman"/>
          <w:i/>
          <w:iCs/>
          <w:sz w:val="16"/>
          <w:szCs w:val="16"/>
          <w:lang w:val="hy-AM" w:eastAsia="ru-RU"/>
        </w:rPr>
        <w:t>(ընդգծել)</w:t>
      </w:r>
      <w:r w:rsidRPr="00086D99">
        <w:rPr>
          <w:rFonts w:ascii="Calibri" w:eastAsia="Times New Roman" w:hAnsi="Calibri" w:cs="Calibri"/>
          <w:i/>
          <w:iCs/>
          <w:sz w:val="24"/>
          <w:szCs w:val="24"/>
          <w:lang w:val="hy-AM" w:eastAsia="ru-RU"/>
        </w:rPr>
        <w:t> </w:t>
      </w:r>
      <w:r>
        <w:rPr>
          <w:rFonts w:ascii="Calibri" w:eastAsia="Times New Roman" w:hAnsi="Calibri" w:cs="Calibri"/>
          <w:i/>
          <w:iCs/>
          <w:sz w:val="24"/>
          <w:szCs w:val="24"/>
          <w:lang w:val="hy-AM" w:eastAsia="ru-RU"/>
        </w:rPr>
        <w:t xml:space="preserve"> </w:t>
      </w:r>
      <w:r w:rsidRPr="00086D99">
        <w:rPr>
          <w:rFonts w:ascii="GHEA Grapalat" w:eastAsia="Times New Roman" w:hAnsi="GHEA Grapalat" w:cs="Calibri"/>
          <w:b/>
          <w:bCs/>
          <w:sz w:val="24"/>
          <w:szCs w:val="24"/>
          <w:lang w:val="hy-AM" w:eastAsia="ru-RU"/>
        </w:rPr>
        <w:t xml:space="preserve"> </w:t>
      </w:r>
      <w:r w:rsidRPr="00EC6A1E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այո</w:t>
      </w:r>
      <w:r w:rsidRPr="00EC6A1E">
        <w:rPr>
          <w:rFonts w:ascii="Calibri" w:eastAsia="Times New Roman" w:hAnsi="Calibri" w:cs="Calibri"/>
          <w:sz w:val="24"/>
          <w:szCs w:val="24"/>
          <w:lang w:val="hy-AM" w:eastAsia="ru-RU"/>
        </w:rPr>
        <w:t xml:space="preserve"> / </w:t>
      </w:r>
      <w:r w:rsidRPr="00EC6A1E">
        <w:rPr>
          <w:rFonts w:ascii="GHEA Grapalat" w:eastAsia="Times New Roman" w:hAnsi="GHEA Grapalat" w:cs="Calibri"/>
          <w:bCs/>
          <w:sz w:val="24"/>
          <w:szCs w:val="24"/>
          <w:lang w:val="hy-AM" w:eastAsia="ru-RU"/>
        </w:rPr>
        <w:t>ոչ</w:t>
      </w:r>
    </w:p>
    <w:p w14:paraId="460D2C77" w14:textId="17B673D5" w:rsidR="00901CB4" w:rsidRPr="00D57081" w:rsidRDefault="00C57F01" w:rsidP="007005A7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86D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Ժ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առանգական նախատրամադրվածություն </w:t>
      </w:r>
      <w:r w:rsidRPr="00086D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</w:t>
      </w:r>
    </w:p>
    <w:p w14:paraId="1900E489" w14:textId="65C47868" w:rsidR="008F407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Մաշկ/ենթամաշկ, այտուցներ _____________</w:t>
      </w:r>
      <w:r w:rsidR="00C57F01">
        <w:rPr>
          <w:sz w:val="24"/>
          <w:szCs w:val="24"/>
          <w:lang w:val="hy-AM"/>
        </w:rPr>
        <w:t>______________________________</w:t>
      </w:r>
      <w:r w:rsidR="007005A7" w:rsidRPr="00D57081">
        <w:rPr>
          <w:sz w:val="24"/>
          <w:szCs w:val="24"/>
          <w:lang w:val="hy-AM"/>
        </w:rPr>
        <w:t>_</w:t>
      </w:r>
      <w:r w:rsidR="00C57F0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_______</w:t>
      </w:r>
    </w:p>
    <w:p w14:paraId="026FA60E" w14:textId="2A3A4003" w:rsidR="00901CB4" w:rsidRPr="00901CB4" w:rsidRDefault="008F407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_______________________________________________________________________</w:t>
      </w:r>
      <w:r w:rsidR="007005A7" w:rsidRPr="00D57081">
        <w:rPr>
          <w:sz w:val="24"/>
          <w:szCs w:val="24"/>
          <w:lang w:val="hy-AM"/>
        </w:rPr>
        <w:t>_</w:t>
      </w:r>
      <w:r>
        <w:rPr>
          <w:sz w:val="24"/>
          <w:szCs w:val="24"/>
          <w:lang w:val="hy-AM"/>
        </w:rPr>
        <w:t>_______</w:t>
      </w:r>
    </w:p>
    <w:p w14:paraId="10420BE1" w14:textId="37018787" w:rsid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Շոշափվող ավշահանգույցներ ________________</w:t>
      </w:r>
      <w:r w:rsidR="00C57F0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_________________________</w:t>
      </w:r>
      <w:r w:rsidR="007005A7" w:rsidRPr="00D5708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________</w:t>
      </w:r>
    </w:p>
    <w:p w14:paraId="62697064" w14:textId="50B90A14" w:rsidR="008F4074" w:rsidRPr="00901CB4" w:rsidRDefault="008F407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</w:t>
      </w:r>
      <w:r>
        <w:rPr>
          <w:sz w:val="24"/>
          <w:szCs w:val="24"/>
          <w:lang w:val="hy-AM"/>
        </w:rPr>
        <w:t>________</w:t>
      </w:r>
    </w:p>
    <w:p w14:paraId="3049F1B9" w14:textId="1A3185CC" w:rsidR="008F407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 xml:space="preserve">Ոսկրամկանային </w:t>
      </w:r>
      <w:r w:rsidRPr="003717E9">
        <w:rPr>
          <w:sz w:val="24"/>
          <w:szCs w:val="24"/>
          <w:lang w:val="hy-AM"/>
        </w:rPr>
        <w:t xml:space="preserve">համակարգ՝ </w:t>
      </w:r>
    </w:p>
    <w:p w14:paraId="1ADEBC5F" w14:textId="0736150D" w:rsidR="00901CB4" w:rsidRPr="003717E9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Կմախք 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__</w:t>
      </w:r>
      <w:r w:rsidRPr="00901CB4">
        <w:rPr>
          <w:sz w:val="24"/>
          <w:szCs w:val="24"/>
          <w:lang w:val="hy-AM"/>
        </w:rPr>
        <w:t xml:space="preserve">__ </w:t>
      </w:r>
      <w:r w:rsidR="008F4074">
        <w:rPr>
          <w:sz w:val="24"/>
          <w:szCs w:val="24"/>
          <w:lang w:val="hy-AM"/>
        </w:rPr>
        <w:t>___________________________________________________________________________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__</w:t>
      </w:r>
      <w:r w:rsidR="008F4074">
        <w:rPr>
          <w:sz w:val="24"/>
          <w:szCs w:val="24"/>
          <w:lang w:val="hy-AM"/>
        </w:rPr>
        <w:t>__</w:t>
      </w:r>
      <w:r w:rsidRPr="00901CB4">
        <w:rPr>
          <w:sz w:val="24"/>
          <w:szCs w:val="24"/>
          <w:lang w:val="hy-AM"/>
        </w:rPr>
        <w:t>Մկաններ 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 xml:space="preserve">       </w:t>
      </w:r>
      <w:r w:rsidR="00A24D31">
        <w:rPr>
          <w:sz w:val="24"/>
          <w:szCs w:val="24"/>
          <w:lang w:val="hy-AM"/>
        </w:rPr>
        <w:t>_________________________________________________________________________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__</w:t>
      </w:r>
      <w:r w:rsidR="00A24D31">
        <w:rPr>
          <w:sz w:val="24"/>
          <w:szCs w:val="24"/>
          <w:lang w:val="hy-AM"/>
        </w:rPr>
        <w:t>____</w:t>
      </w:r>
      <w:r w:rsidRPr="00901CB4">
        <w:rPr>
          <w:sz w:val="24"/>
          <w:szCs w:val="24"/>
          <w:lang w:val="hy-AM"/>
        </w:rPr>
        <w:t>Հոդեր __________________________________________________________________</w:t>
      </w:r>
      <w:r w:rsidR="007005A7" w:rsidRPr="007005A7">
        <w:rPr>
          <w:sz w:val="24"/>
          <w:szCs w:val="24"/>
          <w:lang w:val="hy-AM"/>
        </w:rPr>
        <w:t>__</w:t>
      </w:r>
      <w:r w:rsidRPr="00901CB4">
        <w:rPr>
          <w:sz w:val="24"/>
          <w:szCs w:val="24"/>
          <w:lang w:val="hy-AM"/>
        </w:rPr>
        <w:t>____</w:t>
      </w:r>
    </w:p>
    <w:p w14:paraId="6DED50F7" w14:textId="077F9D49" w:rsidR="00901CB4" w:rsidRPr="00363E46" w:rsidRDefault="00A24D31" w:rsidP="007005A7">
      <w:pPr>
        <w:pStyle w:val="BodyText"/>
        <w:kinsoku w:val="0"/>
        <w:overflowPunct w:val="0"/>
        <w:spacing w:line="360" w:lineRule="auto"/>
        <w:ind w:right="-24"/>
        <w:rPr>
          <w:color w:val="FF0000"/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_______________________________________________________________________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__</w:t>
      </w:r>
      <w:r>
        <w:rPr>
          <w:sz w:val="24"/>
          <w:szCs w:val="24"/>
          <w:lang w:val="hy-AM"/>
        </w:rPr>
        <w:t>______</w:t>
      </w:r>
      <w:r w:rsidR="00901CB4" w:rsidRPr="00901CB4">
        <w:rPr>
          <w:sz w:val="24"/>
          <w:szCs w:val="24"/>
          <w:lang w:val="hy-AM"/>
        </w:rPr>
        <w:t xml:space="preserve">Սիրտ-անոթային համակարգ՝ </w:t>
      </w:r>
    </w:p>
    <w:p w14:paraId="4448065F" w14:textId="11EDDC80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Սիրտ ____________________________________________________</w:t>
      </w:r>
      <w:r w:rsidR="00833FBA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_________________</w:t>
      </w:r>
      <w:r w:rsidR="007005A7" w:rsidRPr="007005A7">
        <w:rPr>
          <w:sz w:val="24"/>
          <w:szCs w:val="24"/>
          <w:lang w:val="hy-AM"/>
        </w:rPr>
        <w:t>__</w:t>
      </w:r>
      <w:r w:rsidRPr="00901CB4">
        <w:rPr>
          <w:sz w:val="24"/>
          <w:szCs w:val="24"/>
          <w:lang w:val="hy-AM"/>
        </w:rPr>
        <w:t xml:space="preserve">_   </w:t>
      </w:r>
    </w:p>
    <w:p w14:paraId="1A29410E" w14:textId="2CE57B24" w:rsidR="00901CB4" w:rsidRPr="00901CB4" w:rsidRDefault="00A24D31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____________________________________________________</w:t>
      </w:r>
      <w:r w:rsidR="00833FBA">
        <w:rPr>
          <w:sz w:val="24"/>
          <w:szCs w:val="24"/>
          <w:lang w:val="hy-AM"/>
        </w:rPr>
        <w:t>_</w:t>
      </w:r>
      <w:r>
        <w:rPr>
          <w:sz w:val="24"/>
          <w:szCs w:val="24"/>
          <w:lang w:val="hy-AM"/>
        </w:rPr>
        <w:t>______________________</w:t>
      </w:r>
      <w:r w:rsidR="007005A7" w:rsidRPr="007005A7">
        <w:rPr>
          <w:sz w:val="24"/>
          <w:szCs w:val="24"/>
          <w:lang w:val="hy-AM"/>
        </w:rPr>
        <w:t>_</w:t>
      </w:r>
      <w:r>
        <w:rPr>
          <w:sz w:val="24"/>
          <w:szCs w:val="24"/>
          <w:lang w:val="hy-AM"/>
        </w:rPr>
        <w:t>___</w:t>
      </w:r>
      <w:r w:rsidR="00901CB4" w:rsidRPr="00901CB4">
        <w:rPr>
          <w:sz w:val="24"/>
          <w:szCs w:val="24"/>
          <w:lang w:val="hy-AM"/>
        </w:rPr>
        <w:t>Պերիֆերիկ երակներ  ____________________________________________________</w:t>
      </w:r>
      <w:r w:rsidR="007005A7" w:rsidRPr="007005A7">
        <w:rPr>
          <w:sz w:val="24"/>
          <w:szCs w:val="24"/>
          <w:lang w:val="hy-AM"/>
        </w:rPr>
        <w:t>__</w:t>
      </w:r>
      <w:r w:rsidR="00901CB4" w:rsidRPr="00901CB4">
        <w:rPr>
          <w:sz w:val="24"/>
          <w:szCs w:val="24"/>
          <w:lang w:val="hy-AM"/>
        </w:rPr>
        <w:t>____</w:t>
      </w:r>
    </w:p>
    <w:p w14:paraId="3BB1880F" w14:textId="655F5D06" w:rsidR="00901CB4" w:rsidRPr="00901CB4" w:rsidRDefault="00A24D31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___________________________________________________________________________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__</w:t>
      </w:r>
      <w:r>
        <w:rPr>
          <w:sz w:val="24"/>
          <w:szCs w:val="24"/>
          <w:lang w:val="hy-AM"/>
        </w:rPr>
        <w:t>__</w:t>
      </w:r>
      <w:r w:rsidR="00901CB4" w:rsidRPr="00901CB4">
        <w:rPr>
          <w:sz w:val="24"/>
          <w:szCs w:val="24"/>
          <w:lang w:val="hy-AM"/>
        </w:rPr>
        <w:t>Շնչառական համակարգ՝  ՇԱՀ 1</w:t>
      </w:r>
      <w:r>
        <w:rPr>
          <w:sz w:val="24"/>
          <w:szCs w:val="24"/>
          <w:lang w:val="hy-AM"/>
        </w:rPr>
        <w:t>ր</w:t>
      </w:r>
      <w:r w:rsidR="00405641">
        <w:rPr>
          <w:sz w:val="24"/>
          <w:szCs w:val="24"/>
          <w:lang w:val="hy-AM"/>
        </w:rPr>
        <w:t>ոպե</w:t>
      </w:r>
      <w:r w:rsidR="00901CB4" w:rsidRPr="00901CB4">
        <w:rPr>
          <w:sz w:val="24"/>
          <w:szCs w:val="24"/>
          <w:lang w:val="hy-AM"/>
        </w:rPr>
        <w:t xml:space="preserve">ում _____________ </w:t>
      </w:r>
      <w:r>
        <w:rPr>
          <w:sz w:val="24"/>
          <w:szCs w:val="24"/>
          <w:lang w:val="hy-AM"/>
        </w:rPr>
        <w:t xml:space="preserve">    </w:t>
      </w:r>
      <w:r w:rsidR="007005A7">
        <w:rPr>
          <w:sz w:val="24"/>
          <w:szCs w:val="24"/>
          <w:lang w:val="hy-AM"/>
        </w:rPr>
        <w:t>Ս</w:t>
      </w:r>
      <w:r w:rsidR="00901CB4" w:rsidRPr="00901CB4">
        <w:rPr>
          <w:sz w:val="24"/>
          <w:szCs w:val="24"/>
          <w:lang w:val="hy-AM"/>
        </w:rPr>
        <w:t>ատուրացիա _______</w:t>
      </w:r>
      <w:r w:rsidR="007005A7" w:rsidRPr="007005A7">
        <w:rPr>
          <w:sz w:val="24"/>
          <w:szCs w:val="24"/>
          <w:lang w:val="hy-AM"/>
        </w:rPr>
        <w:t>_</w:t>
      </w:r>
      <w:r w:rsidR="00901CB4" w:rsidRPr="00901CB4">
        <w:rPr>
          <w:sz w:val="24"/>
          <w:szCs w:val="24"/>
          <w:lang w:val="hy-AM"/>
        </w:rPr>
        <w:t>___</w:t>
      </w:r>
      <w:r w:rsidR="00405641">
        <w:rPr>
          <w:sz w:val="24"/>
          <w:szCs w:val="24"/>
          <w:lang w:val="hy-AM"/>
        </w:rPr>
        <w:t>_</w:t>
      </w:r>
    </w:p>
    <w:p w14:paraId="24BD765A" w14:textId="523EADE4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 xml:space="preserve">Թոքեր </w:t>
      </w:r>
      <w:r w:rsidR="00A24D31">
        <w:rPr>
          <w:sz w:val="24"/>
          <w:szCs w:val="24"/>
          <w:lang w:val="hy-AM"/>
        </w:rPr>
        <w:t>__________________________________</w:t>
      </w:r>
      <w:r w:rsidRPr="00901CB4">
        <w:rPr>
          <w:sz w:val="24"/>
          <w:szCs w:val="24"/>
          <w:lang w:val="hy-AM"/>
        </w:rPr>
        <w:t>____________</w:t>
      </w:r>
      <w:r w:rsidR="00A24D3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_______</w:t>
      </w:r>
      <w:r w:rsidR="007005A7" w:rsidRPr="007005A7">
        <w:rPr>
          <w:sz w:val="24"/>
          <w:szCs w:val="24"/>
          <w:lang w:val="hy-AM"/>
        </w:rPr>
        <w:t>__</w:t>
      </w:r>
      <w:r w:rsidRPr="00901CB4">
        <w:rPr>
          <w:sz w:val="24"/>
          <w:szCs w:val="24"/>
          <w:lang w:val="hy-AM"/>
        </w:rPr>
        <w:t xml:space="preserve">________________   </w:t>
      </w:r>
    </w:p>
    <w:p w14:paraId="13721870" w14:textId="63E10259" w:rsidR="00901CB4" w:rsidRPr="00901CB4" w:rsidRDefault="00A24D31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___________________________________________________________________________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</w:t>
      </w:r>
      <w:r>
        <w:rPr>
          <w:sz w:val="24"/>
          <w:szCs w:val="24"/>
          <w:lang w:val="hy-AM"/>
        </w:rPr>
        <w:t>_</w:t>
      </w:r>
      <w:r w:rsidR="007005A7" w:rsidRPr="007005A7">
        <w:rPr>
          <w:sz w:val="24"/>
          <w:szCs w:val="24"/>
          <w:lang w:val="hy-AM"/>
        </w:rPr>
        <w:t>________________________________________________________________________________</w:t>
      </w:r>
      <w:r>
        <w:rPr>
          <w:sz w:val="24"/>
          <w:szCs w:val="24"/>
          <w:lang w:val="hy-AM"/>
        </w:rPr>
        <w:t>_</w:t>
      </w:r>
      <w:r w:rsidR="00901CB4" w:rsidRPr="00901CB4">
        <w:rPr>
          <w:sz w:val="24"/>
          <w:szCs w:val="24"/>
          <w:lang w:val="hy-AM"/>
        </w:rPr>
        <w:lastRenderedPageBreak/>
        <w:t>Քիթ-կոկորդ-ականջ _________________________________________</w:t>
      </w:r>
      <w:r>
        <w:rPr>
          <w:sz w:val="24"/>
          <w:szCs w:val="24"/>
          <w:lang w:val="hy-AM"/>
        </w:rPr>
        <w:t>_</w:t>
      </w:r>
      <w:r w:rsidR="00901CB4" w:rsidRPr="00901CB4">
        <w:rPr>
          <w:sz w:val="24"/>
          <w:szCs w:val="24"/>
          <w:lang w:val="hy-AM"/>
        </w:rPr>
        <w:t>__________</w:t>
      </w:r>
      <w:r w:rsidR="007005A7" w:rsidRPr="007005A7">
        <w:rPr>
          <w:sz w:val="24"/>
          <w:szCs w:val="24"/>
          <w:lang w:val="hy-AM"/>
        </w:rPr>
        <w:t>__</w:t>
      </w:r>
      <w:r w:rsidR="00901CB4" w:rsidRPr="00901CB4">
        <w:rPr>
          <w:sz w:val="24"/>
          <w:szCs w:val="24"/>
          <w:lang w:val="hy-AM"/>
        </w:rPr>
        <w:t xml:space="preserve">______                                                                                                                                           </w:t>
      </w:r>
    </w:p>
    <w:p w14:paraId="1B204DF1" w14:textId="497428B9" w:rsidR="00901CB4" w:rsidRPr="00901CB4" w:rsidRDefault="00A24D31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__________________________________________________________________________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</w:t>
      </w:r>
      <w:r>
        <w:rPr>
          <w:sz w:val="24"/>
          <w:szCs w:val="24"/>
          <w:lang w:val="hy-AM"/>
        </w:rPr>
        <w:t>____</w:t>
      </w:r>
      <w:r w:rsidR="00901CB4" w:rsidRPr="00901CB4">
        <w:rPr>
          <w:sz w:val="24"/>
          <w:szCs w:val="24"/>
          <w:lang w:val="hy-AM"/>
        </w:rPr>
        <w:t>Աղեստամոքսային համակարգ _______________________________</w:t>
      </w:r>
      <w:r>
        <w:rPr>
          <w:sz w:val="24"/>
          <w:szCs w:val="24"/>
          <w:lang w:val="hy-AM"/>
        </w:rPr>
        <w:t>__</w:t>
      </w:r>
      <w:r w:rsidR="00901CB4" w:rsidRPr="00901CB4">
        <w:rPr>
          <w:sz w:val="24"/>
          <w:szCs w:val="24"/>
          <w:lang w:val="hy-AM"/>
        </w:rPr>
        <w:t>____</w:t>
      </w:r>
      <w:r w:rsidR="003717E9" w:rsidRPr="003717E9">
        <w:rPr>
          <w:sz w:val="24"/>
          <w:szCs w:val="24"/>
          <w:lang w:val="hy-AM"/>
        </w:rPr>
        <w:t>_</w:t>
      </w:r>
      <w:r w:rsidR="00901CB4" w:rsidRPr="00901CB4">
        <w:rPr>
          <w:sz w:val="24"/>
          <w:szCs w:val="24"/>
          <w:lang w:val="hy-AM"/>
        </w:rPr>
        <w:t>__________</w:t>
      </w:r>
      <w:r w:rsidR="007005A7" w:rsidRPr="007005A7">
        <w:rPr>
          <w:sz w:val="24"/>
          <w:szCs w:val="24"/>
          <w:lang w:val="hy-AM"/>
        </w:rPr>
        <w:t>_</w:t>
      </w:r>
      <w:r w:rsidR="00901CB4" w:rsidRPr="00901CB4">
        <w:rPr>
          <w:sz w:val="24"/>
          <w:szCs w:val="24"/>
          <w:lang w:val="hy-AM"/>
        </w:rPr>
        <w:t>__</w:t>
      </w:r>
    </w:p>
    <w:p w14:paraId="5494CE3D" w14:textId="2CB8D29A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_____________________________________________________________</w:t>
      </w:r>
      <w:r w:rsidR="00A24D3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___________</w:t>
      </w:r>
      <w:r w:rsidR="007005A7" w:rsidRPr="007005A7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</w:t>
      </w:r>
    </w:p>
    <w:p w14:paraId="6605AB8D" w14:textId="3EA83FD9" w:rsidR="00A24D31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Փայծաղ _____________________________________________________</w:t>
      </w:r>
      <w:r w:rsidR="00A24D3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_________</w:t>
      </w:r>
      <w:r w:rsidR="007005A7" w:rsidRPr="007005A7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_______</w:t>
      </w:r>
    </w:p>
    <w:p w14:paraId="6BB8D62B" w14:textId="1F4C3F81" w:rsidR="00901CB4" w:rsidRPr="00901CB4" w:rsidRDefault="00A24D31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</w:t>
      </w:r>
      <w:r>
        <w:rPr>
          <w:sz w:val="24"/>
          <w:szCs w:val="24"/>
          <w:lang w:val="hy-AM"/>
        </w:rPr>
        <w:t>________</w:t>
      </w:r>
    </w:p>
    <w:p w14:paraId="2CFD31EC" w14:textId="16819555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Միզասեռական համակարգ ___________________________________________</w:t>
      </w:r>
      <w:r w:rsidR="007005A7" w:rsidRPr="007005A7">
        <w:rPr>
          <w:sz w:val="24"/>
          <w:szCs w:val="24"/>
          <w:lang w:val="hy-AM"/>
        </w:rPr>
        <w:t>__</w:t>
      </w:r>
      <w:r w:rsidRPr="00901CB4">
        <w:rPr>
          <w:sz w:val="24"/>
          <w:szCs w:val="24"/>
          <w:lang w:val="hy-AM"/>
        </w:rPr>
        <w:t>________</w:t>
      </w:r>
    </w:p>
    <w:p w14:paraId="0870FFC8" w14:textId="044AA4FD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______</w:t>
      </w:r>
      <w:r w:rsidR="00A24D3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</w:t>
      </w:r>
    </w:p>
    <w:p w14:paraId="72115559" w14:textId="323781F6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Նյարդային համակարգ _____________________________________________________</w:t>
      </w:r>
      <w:r w:rsidR="007005A7" w:rsidRPr="007005A7">
        <w:rPr>
          <w:sz w:val="24"/>
          <w:szCs w:val="24"/>
          <w:lang w:val="hy-AM"/>
        </w:rPr>
        <w:t>___</w:t>
      </w:r>
      <w:r w:rsidRPr="00901CB4">
        <w:rPr>
          <w:sz w:val="24"/>
          <w:szCs w:val="24"/>
          <w:lang w:val="hy-AM"/>
        </w:rPr>
        <w:t xml:space="preserve">_ </w:t>
      </w:r>
    </w:p>
    <w:p w14:paraId="1E04324B" w14:textId="5BF4A2E8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___________________________________________________________________________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</w:t>
      </w:r>
      <w:r w:rsidR="00A24D3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</w:t>
      </w:r>
    </w:p>
    <w:p w14:paraId="220A1D92" w14:textId="3A3706A8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Էնդոկրին համակարգ ______________________________________________________</w:t>
      </w:r>
      <w:r w:rsidR="007005A7" w:rsidRPr="007005A7">
        <w:rPr>
          <w:sz w:val="24"/>
          <w:szCs w:val="24"/>
          <w:lang w:val="hy-AM"/>
        </w:rPr>
        <w:t>__</w:t>
      </w:r>
      <w:r w:rsidRPr="00901CB4">
        <w:rPr>
          <w:sz w:val="24"/>
          <w:szCs w:val="24"/>
          <w:lang w:val="hy-AM"/>
        </w:rPr>
        <w:t>_</w:t>
      </w:r>
      <w:r w:rsidR="007005A7" w:rsidRPr="00D5708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 xml:space="preserve"> </w:t>
      </w:r>
    </w:p>
    <w:p w14:paraId="791D37F6" w14:textId="522EFDBC" w:rsidR="00901CB4" w:rsidRPr="00901CB4" w:rsidRDefault="00901CB4" w:rsidP="007005A7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________________________________________________________________________</w:t>
      </w:r>
      <w:r w:rsidR="007005A7" w:rsidRPr="007005A7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</w:t>
      </w:r>
      <w:r w:rsidR="00A24D31">
        <w:rPr>
          <w:sz w:val="24"/>
          <w:szCs w:val="24"/>
          <w:lang w:val="hy-AM"/>
        </w:rPr>
        <w:t>_</w:t>
      </w:r>
      <w:r w:rsidR="007005A7" w:rsidRPr="00D5708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</w:t>
      </w:r>
      <w:r w:rsidR="00B00462">
        <w:rPr>
          <w:sz w:val="24"/>
          <w:szCs w:val="24"/>
          <w:lang w:val="hy-AM"/>
        </w:rPr>
        <w:t>_______________________________________________________________________________</w:t>
      </w:r>
    </w:p>
    <w:p w14:paraId="018E8441" w14:textId="53745D98" w:rsidR="003717E9" w:rsidRDefault="00901CB4" w:rsidP="00983496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Տեսողական համակարգ__________________________________________________</w:t>
      </w:r>
      <w:r w:rsidR="003717E9" w:rsidRPr="00BA449D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___</w:t>
      </w:r>
      <w:r w:rsidR="00A24D3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</w:t>
      </w:r>
      <w:r w:rsidR="007005A7" w:rsidRPr="00D57081">
        <w:rPr>
          <w:sz w:val="24"/>
          <w:szCs w:val="24"/>
          <w:lang w:val="hy-AM"/>
        </w:rPr>
        <w:t>_</w:t>
      </w:r>
    </w:p>
    <w:p w14:paraId="471E4F69" w14:textId="74CD42F4" w:rsidR="005E6329" w:rsidRPr="00983496" w:rsidRDefault="00901CB4" w:rsidP="00983496">
      <w:pPr>
        <w:pStyle w:val="BodyText"/>
        <w:kinsoku w:val="0"/>
        <w:overflowPunct w:val="0"/>
        <w:spacing w:line="360" w:lineRule="auto"/>
        <w:ind w:right="-24"/>
        <w:rPr>
          <w:sz w:val="24"/>
          <w:szCs w:val="24"/>
          <w:lang w:val="hy-AM"/>
        </w:rPr>
      </w:pPr>
      <w:r w:rsidRPr="00901CB4">
        <w:rPr>
          <w:sz w:val="24"/>
          <w:szCs w:val="24"/>
          <w:lang w:val="hy-AM"/>
        </w:rPr>
        <w:t>___________________________________________________________________________</w:t>
      </w:r>
      <w:r w:rsidR="00A24D31">
        <w:rPr>
          <w:sz w:val="24"/>
          <w:szCs w:val="24"/>
          <w:lang w:val="hy-AM"/>
        </w:rPr>
        <w:t>_</w:t>
      </w:r>
      <w:r w:rsidR="007005A7" w:rsidRPr="00D57081">
        <w:rPr>
          <w:sz w:val="24"/>
          <w:szCs w:val="24"/>
          <w:lang w:val="hy-AM"/>
        </w:rPr>
        <w:t>_</w:t>
      </w:r>
      <w:r w:rsidRPr="00901CB4">
        <w:rPr>
          <w:sz w:val="24"/>
          <w:szCs w:val="24"/>
          <w:lang w:val="hy-AM"/>
        </w:rPr>
        <w:t>__</w:t>
      </w:r>
    </w:p>
    <w:p w14:paraId="1AF36E0E" w14:textId="60FC5EAA" w:rsidR="005E6329" w:rsidRDefault="005E6329" w:rsidP="005E632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Ընդհանուր</w:t>
      </w:r>
      <w:r w:rsidR="002432F0" w:rsidRPr="005E632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անամնեզ</w:t>
      </w:r>
    </w:p>
    <w:p w14:paraId="4CC8856F" w14:textId="77777777" w:rsidR="00983496" w:rsidRPr="005E6329" w:rsidRDefault="00983496" w:rsidP="005E632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 w:eastAsia="ru-RU"/>
        </w:rPr>
      </w:pPr>
    </w:p>
    <w:p w14:paraId="07900C37" w14:textId="6891C361" w:rsidR="005E6329" w:rsidRPr="005E6329" w:rsidRDefault="005E6329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Կյանքի անամնեզ __________________</w:t>
      </w:r>
      <w:r w:rsidRPr="005E63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</w:t>
      </w:r>
      <w:r w:rsidR="00983496" w:rsidRPr="009834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5E63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</w:p>
    <w:p w14:paraId="3C3148F6" w14:textId="3DFA8AF1" w:rsidR="005E6329" w:rsidRPr="005E6329" w:rsidRDefault="005E6329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E63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__________________________________________________________________________</w:t>
      </w:r>
      <w:r w:rsidR="00983496" w:rsidRPr="009834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5E63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</w:p>
    <w:p w14:paraId="49C8DAEF" w14:textId="5522A5CA" w:rsidR="005E6329" w:rsidRPr="005E6329" w:rsidRDefault="005E6329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E63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</w:t>
      </w:r>
      <w:r w:rsidR="00983496" w:rsidRPr="009834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5E63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</w:t>
      </w:r>
    </w:p>
    <w:p w14:paraId="3983ED4C" w14:textId="51D2C144" w:rsidR="005E6329" w:rsidRPr="005E6329" w:rsidRDefault="005E6329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E63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</w:t>
      </w:r>
      <w:r w:rsidR="00983496" w:rsidRPr="009834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</w:t>
      </w:r>
      <w:r w:rsidR="00B0046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______________________________________________________________________________</w:t>
      </w:r>
    </w:p>
    <w:p w14:paraId="21E9577F" w14:textId="457A81B4" w:rsidR="005E6329" w:rsidRPr="00BA449D" w:rsidRDefault="000C5D6E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Տարած վարակիչ հիվանդություններ</w:t>
      </w:r>
      <w:r w:rsidR="007F3666" w:rsidRPr="007F36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_</w:t>
      </w:r>
      <w:r w:rsidR="007F3666" w:rsidRPr="00BA44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</w:p>
    <w:p w14:paraId="7744327C" w14:textId="4D00C67F" w:rsidR="007F3666" w:rsidRPr="00BA449D" w:rsidRDefault="007F3666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44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DF9285" w14:textId="5D13F7F4" w:rsidR="002432F0" w:rsidRPr="008F7C6A" w:rsidRDefault="002432F0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F7C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Ախտահարման թիրախ (locus morbi)</w:t>
      </w:r>
      <w:r w:rsidRPr="008F7C6A">
        <w:rPr>
          <w:rFonts w:ascii="Calibri" w:eastAsia="Times New Roman" w:hAnsi="Calibri" w:cs="Calibri"/>
          <w:b/>
          <w:bCs/>
          <w:sz w:val="24"/>
          <w:szCs w:val="24"/>
          <w:lang w:val="hy-AM" w:eastAsia="ru-RU"/>
        </w:rPr>
        <w:t> </w:t>
      </w:r>
      <w:r w:rsidRPr="008F7C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</w:t>
      </w:r>
      <w:r w:rsidR="00787088" w:rsidRPr="008F7C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</w:t>
      </w:r>
      <w:r w:rsidR="00983496" w:rsidRPr="009834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="00787088" w:rsidRPr="008F7C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 w:rsidRPr="008F7C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</w:p>
    <w:p w14:paraId="5B04CC03" w14:textId="70ED0247" w:rsidR="002432F0" w:rsidRPr="00EF53C2" w:rsidRDefault="002432F0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eastAsia="ru-RU"/>
        </w:rPr>
        <w:t>_________________________________________________________________________</w:t>
      </w:r>
      <w:r w:rsidR="00983496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eastAsia="ru-RU"/>
        </w:rPr>
        <w:t>_</w:t>
      </w:r>
      <w:r w:rsidR="00787088" w:rsidRPr="00EC6A1E">
        <w:rPr>
          <w:rFonts w:ascii="GHEA Grapalat" w:eastAsia="Times New Roman" w:hAnsi="GHEA Grapalat" w:cs="Times New Roman"/>
          <w:sz w:val="24"/>
          <w:szCs w:val="24"/>
          <w:lang w:eastAsia="ru-RU"/>
        </w:rPr>
        <w:t>__</w:t>
      </w:r>
    </w:p>
    <w:p w14:paraId="621364CE" w14:textId="16E518E3" w:rsidR="002432F0" w:rsidRPr="00EF53C2" w:rsidRDefault="002432F0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eastAsia="ru-RU"/>
        </w:rPr>
        <w:t>____________________________________________________________________</w:t>
      </w:r>
      <w:r w:rsidR="00983496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eastAsia="ru-RU"/>
        </w:rPr>
        <w:t>______</w:t>
      </w:r>
      <w:r w:rsidR="00787088" w:rsidRPr="00EC6A1E">
        <w:rPr>
          <w:rFonts w:ascii="GHEA Grapalat" w:eastAsia="Times New Roman" w:hAnsi="GHEA Grapalat" w:cs="Times New Roman"/>
          <w:sz w:val="24"/>
          <w:szCs w:val="24"/>
          <w:lang w:eastAsia="ru-RU"/>
        </w:rPr>
        <w:t>__</w:t>
      </w:r>
    </w:p>
    <w:p w14:paraId="1D0F2B40" w14:textId="713887B5" w:rsidR="002432F0" w:rsidRPr="00EF53C2" w:rsidRDefault="002432F0" w:rsidP="00983496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eastAsia="ru-RU"/>
        </w:rPr>
        <w:t>____________________________________________________________________</w:t>
      </w:r>
      <w:r w:rsidR="00983496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eastAsia="ru-RU"/>
        </w:rPr>
        <w:t>______</w:t>
      </w:r>
      <w:r w:rsidR="00787088" w:rsidRPr="00EC6A1E">
        <w:rPr>
          <w:rFonts w:ascii="GHEA Grapalat" w:eastAsia="Times New Roman" w:hAnsi="GHEA Grapalat" w:cs="Times New Roman"/>
          <w:sz w:val="24"/>
          <w:szCs w:val="24"/>
          <w:lang w:eastAsia="ru-RU"/>
        </w:rPr>
        <w:t>__</w:t>
      </w:r>
    </w:p>
    <w:p w14:paraId="1B81EC83" w14:textId="611E05AF" w:rsidR="008F4074" w:rsidRDefault="008F4074" w:rsidP="008F4074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652"/>
        <w:gridCol w:w="2835"/>
        <w:gridCol w:w="3119"/>
      </w:tblGrid>
      <w:tr w:rsidR="00005FA8" w:rsidRPr="005B724C" w14:paraId="2AEDBDFE" w14:textId="77777777" w:rsidTr="002020CE">
        <w:trPr>
          <w:trHeight w:val="557"/>
        </w:trPr>
        <w:tc>
          <w:tcPr>
            <w:tcW w:w="3652" w:type="dxa"/>
            <w:vAlign w:val="center"/>
          </w:tcPr>
          <w:p w14:paraId="6ED2F518" w14:textId="14E35076" w:rsidR="00005FA8" w:rsidRPr="002020CE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lang w:val="hy-AM" w:eastAsia="ru-RU"/>
              </w:rPr>
            </w:pPr>
            <w:bookmarkStart w:id="0" w:name="_Hlk221011163"/>
            <w:r w:rsidRPr="002020CE">
              <w:rPr>
                <w:rFonts w:ascii="GHEA Grapalat" w:eastAsia="Times New Roman" w:hAnsi="GHEA Grapalat" w:cs="Times New Roman"/>
                <w:b/>
                <w:lang w:val="hy-AM" w:eastAsia="ru-RU"/>
              </w:rPr>
              <w:t>Թեստի անվանում</w:t>
            </w:r>
          </w:p>
        </w:tc>
        <w:tc>
          <w:tcPr>
            <w:tcW w:w="2835" w:type="dxa"/>
            <w:vAlign w:val="center"/>
          </w:tcPr>
          <w:p w14:paraId="2E1188EA" w14:textId="77777777" w:rsidR="00005FA8" w:rsidRPr="002020CE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2020CE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Հետազոտման ամսաթիվ</w:t>
            </w:r>
          </w:p>
        </w:tc>
        <w:tc>
          <w:tcPr>
            <w:tcW w:w="3119" w:type="dxa"/>
            <w:vAlign w:val="center"/>
          </w:tcPr>
          <w:p w14:paraId="71BE41C3" w14:textId="77777777" w:rsidR="00005FA8" w:rsidRPr="002020CE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2020CE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Պատասխանի ամսաթիվ</w:t>
            </w:r>
          </w:p>
        </w:tc>
      </w:tr>
      <w:tr w:rsidR="00005FA8" w:rsidRPr="005B724C" w14:paraId="636ECD60" w14:textId="77777777" w:rsidTr="002020CE">
        <w:trPr>
          <w:trHeight w:val="323"/>
        </w:trPr>
        <w:tc>
          <w:tcPr>
            <w:tcW w:w="3652" w:type="dxa"/>
            <w:vAlign w:val="center"/>
          </w:tcPr>
          <w:p w14:paraId="7D9E7F54" w14:textId="588804C2" w:rsidR="00005FA8" w:rsidRPr="004945E6" w:rsidRDefault="00005FA8" w:rsidP="00B51F60">
            <w:pPr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Հակա ՀՑՎ ՀՄ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  <w:t xml:space="preserve"> (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ԱԱԹ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835" w:type="dxa"/>
            <w:vAlign w:val="center"/>
          </w:tcPr>
          <w:p w14:paraId="4487B359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24F844A9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5FA8" w:rsidRPr="005B724C" w14:paraId="737A63E5" w14:textId="77777777" w:rsidTr="002020CE">
        <w:trPr>
          <w:trHeight w:val="323"/>
        </w:trPr>
        <w:tc>
          <w:tcPr>
            <w:tcW w:w="3652" w:type="dxa"/>
            <w:vAlign w:val="center"/>
          </w:tcPr>
          <w:p w14:paraId="2CC9CEBE" w14:textId="07304AE3" w:rsidR="00005FA8" w:rsidRPr="004945E6" w:rsidRDefault="00005FA8" w:rsidP="00B51F60">
            <w:pPr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ՀՑՎ 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  <w:t>(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ՊՇՌ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835" w:type="dxa"/>
            <w:vAlign w:val="center"/>
          </w:tcPr>
          <w:p w14:paraId="550D13F5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71C37C09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5FA8" w:rsidRPr="005B724C" w14:paraId="53623508" w14:textId="77777777" w:rsidTr="002020CE">
        <w:trPr>
          <w:trHeight w:val="323"/>
        </w:trPr>
        <w:tc>
          <w:tcPr>
            <w:tcW w:w="3652" w:type="dxa"/>
            <w:vAlign w:val="center"/>
          </w:tcPr>
          <w:p w14:paraId="3957477F" w14:textId="370BCA1B" w:rsidR="00005FA8" w:rsidRPr="004945E6" w:rsidRDefault="00005FA8" w:rsidP="00B51F60">
            <w:pPr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ՀԲՎ մակերեսային ՀԾ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  <w:t>(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ԱԱԹ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835" w:type="dxa"/>
            <w:vAlign w:val="center"/>
          </w:tcPr>
          <w:p w14:paraId="645E9DFD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1CDFDE5C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5FA8" w:rsidRPr="005B724C" w14:paraId="534BCDA3" w14:textId="77777777" w:rsidTr="002020CE">
        <w:trPr>
          <w:trHeight w:val="323"/>
        </w:trPr>
        <w:tc>
          <w:tcPr>
            <w:tcW w:w="3652" w:type="dxa"/>
            <w:vAlign w:val="center"/>
          </w:tcPr>
          <w:p w14:paraId="799943ED" w14:textId="567CC73E" w:rsidR="00005FA8" w:rsidRPr="004945E6" w:rsidRDefault="00005FA8" w:rsidP="00B51F60">
            <w:pPr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</w:pPr>
            <w:r w:rsidRPr="006D7680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ՄԻԱՎ</w:t>
            </w:r>
            <w:r w:rsidR="004F0EDF" w:rsidRPr="006D7680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="006D7680" w:rsidRPr="006D7680">
              <w:rPr>
                <w:rFonts w:ascii="GHEA Grapalat" w:hAnsi="GHEA Grapalat"/>
                <w:sz w:val="20"/>
                <w:szCs w:val="20"/>
              </w:rPr>
              <w:t>հակամարմիններ</w:t>
            </w:r>
            <w:r w:rsidR="004945E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945E6">
              <w:rPr>
                <w:rFonts w:ascii="GHEA Grapalat" w:hAnsi="GHEA Grapalat"/>
                <w:sz w:val="20"/>
                <w:szCs w:val="20"/>
                <w:lang w:val="en-US"/>
              </w:rPr>
              <w:t>(</w:t>
            </w:r>
            <w:r w:rsidR="004945E6">
              <w:rPr>
                <w:rFonts w:ascii="GHEA Grapalat" w:hAnsi="GHEA Grapalat"/>
                <w:sz w:val="20"/>
                <w:szCs w:val="20"/>
                <w:lang w:val="hy-AM"/>
              </w:rPr>
              <w:t>ԱԱԹ</w:t>
            </w:r>
            <w:r w:rsidR="004945E6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vAlign w:val="center"/>
          </w:tcPr>
          <w:p w14:paraId="07CFDB01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4C116B3C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5FA8" w:rsidRPr="005B724C" w14:paraId="7862450D" w14:textId="77777777" w:rsidTr="002020CE">
        <w:trPr>
          <w:trHeight w:val="323"/>
        </w:trPr>
        <w:tc>
          <w:tcPr>
            <w:tcW w:w="3652" w:type="dxa"/>
            <w:vAlign w:val="center"/>
          </w:tcPr>
          <w:p w14:paraId="1E1CD530" w14:textId="3ED48641" w:rsidR="00005FA8" w:rsidRPr="006D7680" w:rsidRDefault="00005FA8" w:rsidP="00B51F60">
            <w:pPr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</w:pPr>
            <w:r w:rsidRPr="006D7680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Սիֆիլիս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հակամարմիններ</w:t>
            </w:r>
            <w:r w:rsidR="006D7680" w:rsidRPr="006D7680"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  <w:t xml:space="preserve"> (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ԱԱԹ</w:t>
            </w:r>
            <w:r w:rsidR="006D7680" w:rsidRPr="006D7680"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  <w:t>)</w:t>
            </w:r>
            <w:r w:rsidR="004945E6">
              <w:rPr>
                <w:rFonts w:ascii="GHEA Grapalat" w:eastAsia="Times New Roman" w:hAnsi="GHEA Grapalat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32B4649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3E345309" w14:textId="77777777" w:rsidR="00005FA8" w:rsidRPr="00E766DD" w:rsidRDefault="00005FA8" w:rsidP="00B51F60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0"/>
    </w:tbl>
    <w:p w14:paraId="0D2005A5" w14:textId="77777777" w:rsidR="00B00462" w:rsidRDefault="00B00462" w:rsidP="00C65755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72964C99" w14:textId="6FC9005E" w:rsidR="008F4074" w:rsidRPr="00EF53C2" w:rsidRDefault="008F4074" w:rsidP="00C65755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EF53C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Հոգեկան վիճակ</w:t>
      </w:r>
    </w:p>
    <w:p w14:paraId="0B05746F" w14:textId="473DCCD2" w:rsidR="008F4074" w:rsidRPr="00EF53C2" w:rsidRDefault="008F4074" w:rsidP="00A2449C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</w:t>
      </w:r>
      <w:r w:rsidR="00A2449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</w:p>
    <w:p w14:paraId="6B507AB2" w14:textId="50D4E108" w:rsidR="008F4074" w:rsidRPr="00EF53C2" w:rsidRDefault="008F4074" w:rsidP="00A2449C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</w:t>
      </w:r>
      <w:r w:rsidR="00A2449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</w:p>
    <w:p w14:paraId="097FFD99" w14:textId="05F14EB1" w:rsidR="008F4074" w:rsidRPr="00EF53C2" w:rsidRDefault="008F4074" w:rsidP="00A2449C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="00A2449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_</w:t>
      </w:r>
    </w:p>
    <w:p w14:paraId="0E307EAC" w14:textId="4D263FE3" w:rsidR="008F4074" w:rsidRPr="00A2449C" w:rsidRDefault="008F4074" w:rsidP="00A2449C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</w:t>
      </w:r>
    </w:p>
    <w:p w14:paraId="757846C7" w14:textId="42EAE47F" w:rsidR="008F4074" w:rsidRPr="00A2449C" w:rsidRDefault="008F4074" w:rsidP="00A2449C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</w:t>
      </w:r>
    </w:p>
    <w:p w14:paraId="22402646" w14:textId="41BD2BB1" w:rsidR="008F4074" w:rsidRPr="00A2449C" w:rsidRDefault="008F4074" w:rsidP="00A2449C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</w:p>
    <w:p w14:paraId="12090727" w14:textId="2AD4C60A" w:rsidR="008F4074" w:rsidRPr="00A2449C" w:rsidRDefault="008F4074" w:rsidP="00A2449C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</w:t>
      </w:r>
    </w:p>
    <w:p w14:paraId="08003C35" w14:textId="45F31E6E" w:rsidR="00EC6A1E" w:rsidRPr="00A2449C" w:rsidRDefault="008F4074" w:rsidP="00A2449C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________________________________________________________________________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="006E0B4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____________________________________________________________________________________________________________________________________________________________</w:t>
      </w:r>
      <w:r w:rsidRPr="00EF53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</w:p>
    <w:p w14:paraId="4EC24DC4" w14:textId="7830D7B2" w:rsidR="00921D44" w:rsidRDefault="00D931F6" w:rsidP="00A2449C">
      <w:pPr>
        <w:pStyle w:val="BodyText"/>
        <w:tabs>
          <w:tab w:val="left" w:pos="11181"/>
        </w:tabs>
        <w:kinsoku w:val="0"/>
        <w:overflowPunct w:val="0"/>
        <w:spacing w:line="360" w:lineRule="auto"/>
        <w:rPr>
          <w:sz w:val="24"/>
          <w:szCs w:val="24"/>
          <w:lang w:val="hy-AM"/>
        </w:rPr>
      </w:pPr>
      <w:r w:rsidRPr="00BE6D17">
        <w:rPr>
          <w:sz w:val="24"/>
          <w:szCs w:val="24"/>
          <w:lang w:val="hy-AM"/>
        </w:rPr>
        <w:t>Հատուկ</w:t>
      </w:r>
      <w:r w:rsidRPr="00BE6D17">
        <w:rPr>
          <w:spacing w:val="-1"/>
          <w:sz w:val="24"/>
          <w:szCs w:val="24"/>
          <w:lang w:val="hy-AM"/>
        </w:rPr>
        <w:t xml:space="preserve"> </w:t>
      </w:r>
      <w:r w:rsidRPr="00BE6D17">
        <w:rPr>
          <w:sz w:val="24"/>
          <w:szCs w:val="24"/>
          <w:lang w:val="hy-AM"/>
        </w:rPr>
        <w:t>նշումներ ________________________________________________________</w:t>
      </w:r>
      <w:r w:rsidR="00A2449C">
        <w:rPr>
          <w:sz w:val="24"/>
          <w:szCs w:val="24"/>
        </w:rPr>
        <w:t>__</w:t>
      </w:r>
      <w:r w:rsidRPr="00BE6D17">
        <w:rPr>
          <w:sz w:val="24"/>
          <w:szCs w:val="24"/>
          <w:lang w:val="hy-AM"/>
        </w:rPr>
        <w:t>____</w:t>
      </w:r>
    </w:p>
    <w:p w14:paraId="04CFB4B0" w14:textId="530BB27E" w:rsidR="00921D44" w:rsidRPr="00921D44" w:rsidRDefault="00921D44" w:rsidP="00A2449C">
      <w:pPr>
        <w:pStyle w:val="BodyText"/>
        <w:tabs>
          <w:tab w:val="left" w:pos="11181"/>
        </w:tabs>
        <w:kinsoku w:val="0"/>
        <w:overflowPunct w:val="0"/>
        <w:spacing w:line="360" w:lineRule="auto"/>
        <w:rPr>
          <w:sz w:val="24"/>
          <w:szCs w:val="24"/>
        </w:rPr>
      </w:pPr>
      <w:r w:rsidRPr="00921D44">
        <w:rPr>
          <w:sz w:val="24"/>
          <w:szCs w:val="24"/>
          <w:lang w:val="hy-AM"/>
        </w:rPr>
        <w:t>__</w:t>
      </w:r>
      <w:r>
        <w:rPr>
          <w:sz w:val="24"/>
          <w:szCs w:val="24"/>
        </w:rPr>
        <w:t>____________________________________________________________________________</w:t>
      </w:r>
    </w:p>
    <w:p w14:paraId="7C5580B3" w14:textId="49E201A5" w:rsidR="00D931F6" w:rsidRPr="00086D99" w:rsidRDefault="00D931F6" w:rsidP="00A2449C">
      <w:pPr>
        <w:pStyle w:val="BodyText"/>
        <w:tabs>
          <w:tab w:val="left" w:pos="11181"/>
        </w:tabs>
        <w:kinsoku w:val="0"/>
        <w:overflowPunct w:val="0"/>
        <w:spacing w:line="360" w:lineRule="auto"/>
        <w:rPr>
          <w:sz w:val="24"/>
          <w:szCs w:val="24"/>
          <w:lang w:val="hy-AM"/>
        </w:rPr>
      </w:pPr>
      <w:r w:rsidRPr="00086D99">
        <w:rPr>
          <w:sz w:val="24"/>
          <w:szCs w:val="24"/>
          <w:lang w:val="hy-AM"/>
        </w:rPr>
        <w:t>______________________________________________________</w:t>
      </w:r>
      <w:r w:rsidR="00921D44">
        <w:rPr>
          <w:sz w:val="24"/>
          <w:szCs w:val="24"/>
        </w:rPr>
        <w:t>___</w:t>
      </w:r>
      <w:r w:rsidRPr="00086D99">
        <w:rPr>
          <w:sz w:val="24"/>
          <w:szCs w:val="24"/>
          <w:lang w:val="hy-AM"/>
        </w:rPr>
        <w:t>_______</w:t>
      </w:r>
      <w:r>
        <w:rPr>
          <w:sz w:val="24"/>
          <w:szCs w:val="24"/>
          <w:lang w:val="hy-AM"/>
        </w:rPr>
        <w:t>___________</w:t>
      </w:r>
      <w:r w:rsidR="00A2449C" w:rsidRPr="00921D44">
        <w:rPr>
          <w:sz w:val="24"/>
          <w:szCs w:val="24"/>
          <w:lang w:val="hy-AM"/>
        </w:rPr>
        <w:t>__</w:t>
      </w:r>
      <w:r>
        <w:rPr>
          <w:sz w:val="24"/>
          <w:szCs w:val="24"/>
          <w:lang w:val="hy-AM"/>
        </w:rPr>
        <w:t>_</w:t>
      </w:r>
    </w:p>
    <w:p w14:paraId="77375D6B" w14:textId="161D8170" w:rsidR="00D931F6" w:rsidRPr="006E0B49" w:rsidRDefault="00D931F6" w:rsidP="00A2449C">
      <w:pPr>
        <w:pStyle w:val="BodyText"/>
        <w:tabs>
          <w:tab w:val="left" w:pos="10956"/>
        </w:tabs>
        <w:kinsoku w:val="0"/>
        <w:overflowPunct w:val="0"/>
        <w:spacing w:line="360" w:lineRule="auto"/>
        <w:rPr>
          <w:sz w:val="24"/>
          <w:szCs w:val="24"/>
          <w:u w:val="single"/>
        </w:rPr>
      </w:pPr>
      <w:r w:rsidRPr="00086D99">
        <w:rPr>
          <w:sz w:val="24"/>
          <w:szCs w:val="24"/>
          <w:lang w:val="hy-AM"/>
        </w:rPr>
        <w:t>___________________________________________________</w:t>
      </w:r>
      <w:r>
        <w:rPr>
          <w:sz w:val="24"/>
          <w:szCs w:val="24"/>
          <w:lang w:val="hy-AM"/>
        </w:rPr>
        <w:t>____________</w:t>
      </w:r>
      <w:r w:rsidR="00A2449C" w:rsidRPr="00921D44">
        <w:rPr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hy-AM"/>
        </w:rPr>
        <w:t>______</w:t>
      </w:r>
      <w:r w:rsidRPr="00086D99">
        <w:rPr>
          <w:sz w:val="24"/>
          <w:szCs w:val="24"/>
          <w:lang w:val="hy-AM"/>
        </w:rPr>
        <w:t>_____</w:t>
      </w:r>
      <w:r w:rsidR="006E0B49"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2207BE98" w14:textId="3E556152" w:rsidR="00D931F6" w:rsidRDefault="00D931F6" w:rsidP="00D931F6">
      <w:pPr>
        <w:pStyle w:val="BodyText"/>
        <w:tabs>
          <w:tab w:val="left" w:pos="10956"/>
        </w:tabs>
        <w:kinsoku w:val="0"/>
        <w:overflowPunct w:val="0"/>
        <w:spacing w:line="276" w:lineRule="auto"/>
        <w:rPr>
          <w:sz w:val="24"/>
          <w:szCs w:val="24"/>
          <w:u w:val="single"/>
          <w:lang w:val="hy-AM"/>
        </w:rPr>
      </w:pPr>
    </w:p>
    <w:p w14:paraId="6C835FF4" w14:textId="77777777" w:rsidR="00A2449C" w:rsidRPr="00086D99" w:rsidRDefault="00A2449C" w:rsidP="00D931F6">
      <w:pPr>
        <w:pStyle w:val="BodyText"/>
        <w:tabs>
          <w:tab w:val="left" w:pos="10956"/>
        </w:tabs>
        <w:kinsoku w:val="0"/>
        <w:overflowPunct w:val="0"/>
        <w:spacing w:line="276" w:lineRule="auto"/>
        <w:rPr>
          <w:sz w:val="24"/>
          <w:szCs w:val="24"/>
          <w:u w:val="single"/>
          <w:lang w:val="hy-AM"/>
        </w:rPr>
      </w:pPr>
    </w:p>
    <w:p w14:paraId="1E279647" w14:textId="3B691265" w:rsidR="00D931F6" w:rsidRPr="00086D99" w:rsidRDefault="004F0EDF" w:rsidP="00D931F6">
      <w:pPr>
        <w:pStyle w:val="BodyText"/>
        <w:tabs>
          <w:tab w:val="left" w:pos="6617"/>
        </w:tabs>
        <w:kinsoku w:val="0"/>
        <w:overflowPunct w:val="0"/>
        <w:rPr>
          <w:sz w:val="18"/>
          <w:szCs w:val="18"/>
          <w:u w:val="single"/>
          <w:lang w:val="hy-AM"/>
        </w:rPr>
      </w:pPr>
      <w:r>
        <w:rPr>
          <w:sz w:val="24"/>
          <w:szCs w:val="24"/>
          <w:lang w:val="hy-AM"/>
        </w:rPr>
        <w:t>Բ</w:t>
      </w:r>
      <w:r w:rsidR="00B6547F">
        <w:rPr>
          <w:sz w:val="24"/>
          <w:szCs w:val="24"/>
          <w:lang w:val="hy-AM"/>
        </w:rPr>
        <w:t>ուժող բ</w:t>
      </w:r>
      <w:r w:rsidR="00D931F6">
        <w:rPr>
          <w:sz w:val="24"/>
          <w:szCs w:val="24"/>
          <w:lang w:val="hy-AM"/>
        </w:rPr>
        <w:t>ժիշկ`   ___________________________</w:t>
      </w:r>
      <w:r w:rsidR="00A2449C" w:rsidRPr="00A2449C">
        <w:rPr>
          <w:sz w:val="24"/>
          <w:szCs w:val="24"/>
          <w:lang w:val="hy-AM"/>
        </w:rPr>
        <w:t>______</w:t>
      </w:r>
      <w:r w:rsidR="00D931F6">
        <w:rPr>
          <w:sz w:val="24"/>
          <w:szCs w:val="24"/>
          <w:lang w:val="hy-AM"/>
        </w:rPr>
        <w:t>________     __________________</w:t>
      </w:r>
      <w:r w:rsidR="00D931F6" w:rsidRPr="00086D99">
        <w:rPr>
          <w:sz w:val="18"/>
          <w:szCs w:val="18"/>
          <w:u w:val="single"/>
          <w:lang w:val="hy-AM"/>
        </w:rPr>
        <w:t xml:space="preserve">                                                   </w:t>
      </w:r>
    </w:p>
    <w:p w14:paraId="0B70D71C" w14:textId="752DC3DC" w:rsidR="00FC3B3C" w:rsidRPr="00B00462" w:rsidRDefault="00D931F6" w:rsidP="00B00462">
      <w:pPr>
        <w:pStyle w:val="BodyText"/>
        <w:tabs>
          <w:tab w:val="left" w:pos="6617"/>
        </w:tabs>
        <w:kinsoku w:val="0"/>
        <w:overflowPunct w:val="0"/>
        <w:rPr>
          <w:i/>
          <w:iCs/>
          <w:sz w:val="16"/>
          <w:szCs w:val="16"/>
          <w:lang w:val="hy-AM"/>
        </w:rPr>
      </w:pPr>
      <w:r w:rsidRPr="00086D99">
        <w:rPr>
          <w:i/>
          <w:iCs/>
          <w:sz w:val="16"/>
          <w:szCs w:val="16"/>
          <w:lang w:val="hy-AM"/>
        </w:rPr>
        <w:t xml:space="preserve">                                    </w:t>
      </w:r>
      <w:r w:rsidR="006E0B49">
        <w:rPr>
          <w:i/>
          <w:iCs/>
          <w:sz w:val="16"/>
          <w:szCs w:val="16"/>
        </w:rPr>
        <w:t xml:space="preserve">         </w:t>
      </w:r>
      <w:r w:rsidRPr="00086D99">
        <w:rPr>
          <w:i/>
          <w:iCs/>
          <w:sz w:val="16"/>
          <w:szCs w:val="16"/>
          <w:lang w:val="hy-AM"/>
        </w:rPr>
        <w:t xml:space="preserve">      </w:t>
      </w:r>
      <w:r>
        <w:rPr>
          <w:i/>
          <w:iCs/>
          <w:sz w:val="16"/>
          <w:szCs w:val="16"/>
          <w:lang w:val="hy-AM"/>
        </w:rPr>
        <w:t xml:space="preserve">  </w:t>
      </w:r>
      <w:r w:rsidR="00B6547F">
        <w:rPr>
          <w:i/>
          <w:iCs/>
          <w:sz w:val="16"/>
          <w:szCs w:val="16"/>
          <w:lang w:val="hy-AM"/>
        </w:rPr>
        <w:t xml:space="preserve">                  </w:t>
      </w:r>
      <w:r>
        <w:rPr>
          <w:i/>
          <w:iCs/>
          <w:sz w:val="16"/>
          <w:szCs w:val="16"/>
          <w:lang w:val="hy-AM"/>
        </w:rPr>
        <w:t>/ ա</w:t>
      </w:r>
      <w:r w:rsidRPr="00086D99">
        <w:rPr>
          <w:i/>
          <w:iCs/>
          <w:sz w:val="16"/>
          <w:szCs w:val="16"/>
          <w:lang w:val="hy-AM"/>
        </w:rPr>
        <w:t>նուն</w:t>
      </w:r>
      <w:r>
        <w:rPr>
          <w:i/>
          <w:iCs/>
          <w:sz w:val="16"/>
          <w:szCs w:val="16"/>
          <w:lang w:val="hy-AM"/>
        </w:rPr>
        <w:t>,</w:t>
      </w:r>
      <w:r w:rsidRPr="00086D99">
        <w:rPr>
          <w:i/>
          <w:iCs/>
          <w:spacing w:val="53"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ա</w:t>
      </w:r>
      <w:r w:rsidRPr="00086D99">
        <w:rPr>
          <w:i/>
          <w:iCs/>
          <w:sz w:val="16"/>
          <w:szCs w:val="16"/>
          <w:lang w:val="hy-AM"/>
        </w:rPr>
        <w:t>զգանուն</w:t>
      </w:r>
      <w:r>
        <w:rPr>
          <w:i/>
          <w:iCs/>
          <w:sz w:val="16"/>
          <w:szCs w:val="16"/>
          <w:lang w:val="hy-AM"/>
        </w:rPr>
        <w:t xml:space="preserve"> /                                       </w:t>
      </w:r>
      <w:r w:rsidR="00A2449C" w:rsidRPr="00921D44">
        <w:rPr>
          <w:i/>
          <w:iCs/>
          <w:sz w:val="16"/>
          <w:szCs w:val="16"/>
          <w:lang w:val="hy-AM"/>
        </w:rPr>
        <w:t xml:space="preserve">             </w:t>
      </w:r>
      <w:r>
        <w:rPr>
          <w:i/>
          <w:iCs/>
          <w:sz w:val="16"/>
          <w:szCs w:val="16"/>
          <w:lang w:val="hy-AM"/>
        </w:rPr>
        <w:t xml:space="preserve">   / </w:t>
      </w:r>
      <w:r w:rsidRPr="00086D99">
        <w:rPr>
          <w:i/>
          <w:iCs/>
          <w:sz w:val="16"/>
          <w:szCs w:val="16"/>
          <w:lang w:val="hy-AM"/>
        </w:rPr>
        <w:t>ստորագրու</w:t>
      </w:r>
      <w:r>
        <w:rPr>
          <w:i/>
          <w:iCs/>
          <w:sz w:val="16"/>
          <w:szCs w:val="16"/>
          <w:lang w:val="hy-AM"/>
        </w:rPr>
        <w:t xml:space="preserve">թյուն /                        </w:t>
      </w:r>
    </w:p>
    <w:p w14:paraId="595D2394" w14:textId="635AEED6" w:rsidR="00B6547F" w:rsidRDefault="00B6547F" w:rsidP="00B6547F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   </w:t>
      </w:r>
    </w:p>
    <w:p w14:paraId="7B632A4D" w14:textId="432E115E" w:rsidR="002432F0" w:rsidRPr="00467EBA" w:rsidRDefault="002432F0" w:rsidP="00B6547F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 w:rsidRPr="00467EB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lastRenderedPageBreak/>
        <w:t>Օ Ր Ա Գ Ի Ր</w:t>
      </w:r>
    </w:p>
    <w:p w14:paraId="265ACD27" w14:textId="77777777" w:rsidR="00467EBA" w:rsidRDefault="00467EBA" w:rsidP="009F57B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2879"/>
      </w:tblGrid>
      <w:tr w:rsidR="00467EBA" w:rsidRPr="00CC76FA" w14:paraId="22E60A3C" w14:textId="77777777" w:rsidTr="00467EBA"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</w:tcPr>
          <w:p w14:paraId="047D0A58" w14:textId="2FE33EAD" w:rsidR="00467EBA" w:rsidRPr="00FC3B3C" w:rsidRDefault="00D931F6" w:rsidP="009F57BA">
            <w:pPr>
              <w:jc w:val="center"/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</w:pPr>
            <w:r w:rsidRPr="00D931F6">
              <w:rPr>
                <w:rFonts w:ascii="GHEA Grapalat" w:hAnsi="GHEA Grapalat" w:cs="Arial"/>
                <w:color w:val="333333"/>
                <w:shd w:val="clear" w:color="auto" w:fill="FFFFFF"/>
              </w:rPr>
              <w:t>Ամսաթիվ, ժամ</w:t>
            </w:r>
          </w:p>
        </w:tc>
        <w:tc>
          <w:tcPr>
            <w:tcW w:w="4819" w:type="dxa"/>
            <w:tcBorders>
              <w:top w:val="single" w:sz="18" w:space="0" w:color="auto"/>
              <w:bottom w:val="single" w:sz="18" w:space="0" w:color="auto"/>
            </w:tcBorders>
          </w:tcPr>
          <w:p w14:paraId="4C0275C9" w14:textId="77777777" w:rsidR="00467EBA" w:rsidRDefault="00467EBA" w:rsidP="009F57BA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  <w:r w:rsidRPr="00BD03C3">
              <w:rPr>
                <w:rFonts w:ascii="GHEA Grapalat" w:eastAsia="Times New Roman" w:hAnsi="GHEA Grapalat" w:cs="Times New Roman"/>
                <w:sz w:val="21"/>
                <w:szCs w:val="21"/>
                <w:lang w:eastAsia="ru-RU"/>
              </w:rPr>
              <w:t>Հիվանդության ընթացք</w:t>
            </w:r>
          </w:p>
        </w:tc>
        <w:tc>
          <w:tcPr>
            <w:tcW w:w="2879" w:type="dxa"/>
            <w:tcBorders>
              <w:top w:val="single" w:sz="18" w:space="0" w:color="auto"/>
              <w:bottom w:val="single" w:sz="18" w:space="0" w:color="auto"/>
            </w:tcBorders>
          </w:tcPr>
          <w:p w14:paraId="156D731E" w14:textId="50AFF703" w:rsidR="00467EBA" w:rsidRPr="003B67E3" w:rsidRDefault="008C7323" w:rsidP="009F57BA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  <w:lang w:val="hy-AM" w:eastAsia="ru-RU"/>
              </w:rPr>
            </w:pPr>
            <w:r w:rsidRPr="003B67E3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Ն</w:t>
            </w:r>
            <w:r w:rsidR="00467EBA" w:rsidRPr="00F835D6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շանակումներ</w:t>
            </w:r>
            <w:r w:rsidR="004F0EDF" w:rsidRPr="003B67E3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 xml:space="preserve">, բժշկի </w:t>
            </w:r>
            <w:r w:rsidR="00F835D6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անուն</w:t>
            </w:r>
            <w:r w:rsidR="004F0EDF" w:rsidRPr="003B67E3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,</w:t>
            </w:r>
            <w:r w:rsidR="00F835D6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 xml:space="preserve"> ազգանուն,</w:t>
            </w:r>
            <w:r w:rsidR="004F0EDF" w:rsidRPr="003B67E3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 xml:space="preserve"> ստորագրություն</w:t>
            </w:r>
          </w:p>
        </w:tc>
      </w:tr>
      <w:tr w:rsidR="00467EBA" w:rsidRPr="00CC76FA" w14:paraId="54CD8FD6" w14:textId="77777777" w:rsidTr="00467EBA"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14:paraId="6E236C72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top w:val="single" w:sz="18" w:space="0" w:color="auto"/>
            </w:tcBorders>
          </w:tcPr>
          <w:p w14:paraId="60044AA5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top w:val="single" w:sz="18" w:space="0" w:color="auto"/>
            </w:tcBorders>
          </w:tcPr>
          <w:p w14:paraId="1FB09840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37E81820" w14:textId="77777777" w:rsidTr="00467EBA">
        <w:tc>
          <w:tcPr>
            <w:tcW w:w="1980" w:type="dxa"/>
            <w:vMerge/>
          </w:tcPr>
          <w:p w14:paraId="6D13F49C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319BE5C8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44CAECB8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49C20205" w14:textId="77777777" w:rsidTr="00467EBA">
        <w:tc>
          <w:tcPr>
            <w:tcW w:w="1980" w:type="dxa"/>
            <w:vMerge/>
          </w:tcPr>
          <w:p w14:paraId="5DF24FD3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33ED4771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30DA8235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4704A12A" w14:textId="77777777" w:rsidTr="00467EBA">
        <w:tc>
          <w:tcPr>
            <w:tcW w:w="1980" w:type="dxa"/>
            <w:vMerge/>
          </w:tcPr>
          <w:p w14:paraId="32D460B2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188E4F34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26813CC2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4BD36ACF" w14:textId="77777777" w:rsidTr="00467EBA">
        <w:tc>
          <w:tcPr>
            <w:tcW w:w="1980" w:type="dxa"/>
            <w:vMerge/>
          </w:tcPr>
          <w:p w14:paraId="17A79510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130E4142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24EA4E88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0E8EA7D7" w14:textId="77777777" w:rsidTr="00467EBA">
        <w:tc>
          <w:tcPr>
            <w:tcW w:w="1980" w:type="dxa"/>
            <w:vMerge/>
          </w:tcPr>
          <w:p w14:paraId="08B551E8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F13E86E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29C891D0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6E64C6D5" w14:textId="77777777" w:rsidTr="00467EBA">
        <w:tc>
          <w:tcPr>
            <w:tcW w:w="1980" w:type="dxa"/>
            <w:vMerge/>
            <w:tcBorders>
              <w:bottom w:val="single" w:sz="18" w:space="0" w:color="auto"/>
            </w:tcBorders>
          </w:tcPr>
          <w:p w14:paraId="11C99D54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14:paraId="7EA55828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bottom w:val="single" w:sz="18" w:space="0" w:color="auto"/>
            </w:tcBorders>
          </w:tcPr>
          <w:p w14:paraId="28340306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7321F901" w14:textId="77777777" w:rsidTr="00467EBA"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14:paraId="2B2CC86D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top w:val="single" w:sz="18" w:space="0" w:color="auto"/>
            </w:tcBorders>
          </w:tcPr>
          <w:p w14:paraId="7011B890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top w:val="single" w:sz="18" w:space="0" w:color="auto"/>
            </w:tcBorders>
          </w:tcPr>
          <w:p w14:paraId="72E26AA4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333E1B40" w14:textId="77777777" w:rsidTr="00467EBA">
        <w:tc>
          <w:tcPr>
            <w:tcW w:w="1980" w:type="dxa"/>
            <w:vMerge/>
          </w:tcPr>
          <w:p w14:paraId="795A9D10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44858D7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0684E47C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669534E5" w14:textId="77777777" w:rsidTr="00467EBA">
        <w:tc>
          <w:tcPr>
            <w:tcW w:w="1980" w:type="dxa"/>
            <w:vMerge/>
          </w:tcPr>
          <w:p w14:paraId="70A8348C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7FF4D7F1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6F0D26C5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2083A9C9" w14:textId="77777777" w:rsidTr="00467EBA">
        <w:tc>
          <w:tcPr>
            <w:tcW w:w="1980" w:type="dxa"/>
            <w:vMerge/>
          </w:tcPr>
          <w:p w14:paraId="051B3399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7F973877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675E1CCC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07513AC8" w14:textId="77777777" w:rsidTr="00467EBA">
        <w:tc>
          <w:tcPr>
            <w:tcW w:w="1980" w:type="dxa"/>
            <w:vMerge/>
          </w:tcPr>
          <w:p w14:paraId="7615382B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718B3A5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79B09BAD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1ED9E372" w14:textId="77777777" w:rsidTr="00467EBA">
        <w:tc>
          <w:tcPr>
            <w:tcW w:w="1980" w:type="dxa"/>
            <w:vMerge/>
          </w:tcPr>
          <w:p w14:paraId="5248B2BE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49FE03AE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30E01031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7E4597E1" w14:textId="77777777" w:rsidTr="00467EBA">
        <w:tc>
          <w:tcPr>
            <w:tcW w:w="1980" w:type="dxa"/>
            <w:vMerge/>
            <w:tcBorders>
              <w:bottom w:val="single" w:sz="18" w:space="0" w:color="auto"/>
            </w:tcBorders>
          </w:tcPr>
          <w:p w14:paraId="27F7565F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14:paraId="56B938B3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bottom w:val="single" w:sz="18" w:space="0" w:color="auto"/>
            </w:tcBorders>
          </w:tcPr>
          <w:p w14:paraId="1AC12217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4894D5EE" w14:textId="77777777" w:rsidTr="00467EBA"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14:paraId="4EE09689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top w:val="single" w:sz="18" w:space="0" w:color="auto"/>
            </w:tcBorders>
          </w:tcPr>
          <w:p w14:paraId="18FBF318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top w:val="single" w:sz="18" w:space="0" w:color="auto"/>
            </w:tcBorders>
          </w:tcPr>
          <w:p w14:paraId="14A993B9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3F39C6CA" w14:textId="77777777" w:rsidTr="00467EBA">
        <w:tc>
          <w:tcPr>
            <w:tcW w:w="1980" w:type="dxa"/>
            <w:vMerge/>
          </w:tcPr>
          <w:p w14:paraId="10DFEE5F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79C85CFE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16A47C1B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573B2A28" w14:textId="77777777" w:rsidTr="00467EBA">
        <w:tc>
          <w:tcPr>
            <w:tcW w:w="1980" w:type="dxa"/>
            <w:vMerge/>
          </w:tcPr>
          <w:p w14:paraId="268C08F4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65403CC0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6C676FDC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45D0A9AB" w14:textId="77777777" w:rsidTr="00467EBA">
        <w:tc>
          <w:tcPr>
            <w:tcW w:w="1980" w:type="dxa"/>
            <w:vMerge/>
          </w:tcPr>
          <w:p w14:paraId="13CD1547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3DB608FA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0B8343E7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3B42792B" w14:textId="77777777" w:rsidTr="00467EBA">
        <w:tc>
          <w:tcPr>
            <w:tcW w:w="1980" w:type="dxa"/>
            <w:vMerge/>
          </w:tcPr>
          <w:p w14:paraId="7109DA29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2035D51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761FC12B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60075B1C" w14:textId="77777777" w:rsidTr="00467EBA">
        <w:tc>
          <w:tcPr>
            <w:tcW w:w="1980" w:type="dxa"/>
            <w:vMerge/>
          </w:tcPr>
          <w:p w14:paraId="002F4BDA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317DACE2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3D5E26E8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1DA5143F" w14:textId="77777777" w:rsidTr="00467EBA">
        <w:tc>
          <w:tcPr>
            <w:tcW w:w="1980" w:type="dxa"/>
            <w:vMerge/>
            <w:tcBorders>
              <w:bottom w:val="single" w:sz="18" w:space="0" w:color="auto"/>
            </w:tcBorders>
          </w:tcPr>
          <w:p w14:paraId="153F304B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14:paraId="342C6F09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bottom w:val="single" w:sz="18" w:space="0" w:color="auto"/>
            </w:tcBorders>
          </w:tcPr>
          <w:p w14:paraId="27AC722E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535727D0" w14:textId="77777777" w:rsidTr="00467EBA"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14:paraId="61067DF1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top w:val="single" w:sz="18" w:space="0" w:color="auto"/>
            </w:tcBorders>
          </w:tcPr>
          <w:p w14:paraId="511A6436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top w:val="single" w:sz="18" w:space="0" w:color="auto"/>
            </w:tcBorders>
          </w:tcPr>
          <w:p w14:paraId="7C834767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4ECDF9E3" w14:textId="77777777" w:rsidTr="00467EBA">
        <w:tc>
          <w:tcPr>
            <w:tcW w:w="1980" w:type="dxa"/>
            <w:vMerge/>
          </w:tcPr>
          <w:p w14:paraId="519F37E5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64302428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25E7F5D0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308E7B2B" w14:textId="77777777" w:rsidTr="00467EBA">
        <w:tc>
          <w:tcPr>
            <w:tcW w:w="1980" w:type="dxa"/>
            <w:vMerge/>
          </w:tcPr>
          <w:p w14:paraId="4EF864B0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A3B8B01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495081C0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2138CAF7" w14:textId="77777777" w:rsidTr="00467EBA">
        <w:tc>
          <w:tcPr>
            <w:tcW w:w="1980" w:type="dxa"/>
            <w:vMerge/>
          </w:tcPr>
          <w:p w14:paraId="6517E0FC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601EFE82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2016AEB3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7B60793A" w14:textId="77777777" w:rsidTr="00467EBA">
        <w:tc>
          <w:tcPr>
            <w:tcW w:w="1980" w:type="dxa"/>
            <w:vMerge/>
          </w:tcPr>
          <w:p w14:paraId="1ACF3994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1AE0A00F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36692941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25EED26D" w14:textId="77777777" w:rsidTr="00467EBA">
        <w:tc>
          <w:tcPr>
            <w:tcW w:w="1980" w:type="dxa"/>
            <w:vMerge/>
          </w:tcPr>
          <w:p w14:paraId="3F17A560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09301EBB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1617B105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67EBA" w:rsidRPr="00CC76FA" w14:paraId="2289103A" w14:textId="77777777" w:rsidTr="00467EBA">
        <w:tc>
          <w:tcPr>
            <w:tcW w:w="1980" w:type="dxa"/>
            <w:vMerge/>
            <w:tcBorders>
              <w:bottom w:val="single" w:sz="18" w:space="0" w:color="auto"/>
            </w:tcBorders>
          </w:tcPr>
          <w:p w14:paraId="560B6F9F" w14:textId="77777777" w:rsidR="00467EBA" w:rsidRPr="00D931F6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14:paraId="0FC6004E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bottom w:val="single" w:sz="18" w:space="0" w:color="auto"/>
            </w:tcBorders>
          </w:tcPr>
          <w:p w14:paraId="3A066623" w14:textId="77777777" w:rsidR="00467EBA" w:rsidRDefault="00467EBA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0618C181" w14:textId="77777777" w:rsidTr="00AC3B7C"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14:paraId="74E61704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top w:val="single" w:sz="18" w:space="0" w:color="auto"/>
            </w:tcBorders>
          </w:tcPr>
          <w:p w14:paraId="3A0DEA64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top w:val="single" w:sz="18" w:space="0" w:color="auto"/>
            </w:tcBorders>
          </w:tcPr>
          <w:p w14:paraId="42E5D492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5BF21D4D" w14:textId="77777777" w:rsidTr="00AC3B7C">
        <w:tc>
          <w:tcPr>
            <w:tcW w:w="1980" w:type="dxa"/>
            <w:vMerge/>
          </w:tcPr>
          <w:p w14:paraId="7EC42AE1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46AE02B5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1CAAB518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49512DB" w14:textId="77777777" w:rsidTr="00AC3B7C">
        <w:tc>
          <w:tcPr>
            <w:tcW w:w="1980" w:type="dxa"/>
            <w:vMerge/>
          </w:tcPr>
          <w:p w14:paraId="725B0D07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A0FC1A0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3983E92C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EC6A1E" w:rsidRPr="00CC76FA" w14:paraId="16CE3F68" w14:textId="77777777" w:rsidTr="00AC3B7C">
        <w:tc>
          <w:tcPr>
            <w:tcW w:w="1980" w:type="dxa"/>
            <w:vMerge/>
          </w:tcPr>
          <w:p w14:paraId="3601152E" w14:textId="77777777" w:rsidR="00EC6A1E" w:rsidRPr="00D931F6" w:rsidRDefault="00EC6A1E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62965356" w14:textId="77777777" w:rsidR="00EC6A1E" w:rsidRDefault="00EC6A1E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3C07EAFA" w14:textId="77777777" w:rsidR="00EC6A1E" w:rsidRDefault="00EC6A1E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C2F9F4E" w14:textId="77777777" w:rsidTr="00AC3B7C">
        <w:tc>
          <w:tcPr>
            <w:tcW w:w="1980" w:type="dxa"/>
            <w:vMerge/>
          </w:tcPr>
          <w:p w14:paraId="0163304F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5540EAAA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36775CCB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02A5E21" w14:textId="77777777" w:rsidTr="00AC3B7C">
        <w:tc>
          <w:tcPr>
            <w:tcW w:w="1980" w:type="dxa"/>
            <w:vMerge/>
          </w:tcPr>
          <w:p w14:paraId="69FF38B8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7F2FCC52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67BE720D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47AFD18" w14:textId="77777777" w:rsidTr="00AC3B7C">
        <w:tc>
          <w:tcPr>
            <w:tcW w:w="1980" w:type="dxa"/>
            <w:vMerge/>
          </w:tcPr>
          <w:p w14:paraId="4469BFB3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7EC1A35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27B6377A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5E4A8A3D" w14:textId="77777777" w:rsidTr="00AC3B7C">
        <w:tc>
          <w:tcPr>
            <w:tcW w:w="1980" w:type="dxa"/>
            <w:vMerge/>
            <w:tcBorders>
              <w:bottom w:val="single" w:sz="18" w:space="0" w:color="auto"/>
            </w:tcBorders>
          </w:tcPr>
          <w:p w14:paraId="4D4C36EB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14:paraId="7FE3ADDC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bottom w:val="single" w:sz="18" w:space="0" w:color="auto"/>
            </w:tcBorders>
          </w:tcPr>
          <w:p w14:paraId="5C91BE9E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0F06619D" w14:textId="77777777" w:rsidTr="00AC3B7C"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14:paraId="6CA63401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top w:val="single" w:sz="18" w:space="0" w:color="auto"/>
            </w:tcBorders>
          </w:tcPr>
          <w:p w14:paraId="3F25EF24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top w:val="single" w:sz="18" w:space="0" w:color="auto"/>
            </w:tcBorders>
          </w:tcPr>
          <w:p w14:paraId="2D541DC2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93081C9" w14:textId="77777777" w:rsidTr="00AC3B7C">
        <w:tc>
          <w:tcPr>
            <w:tcW w:w="1980" w:type="dxa"/>
            <w:vMerge/>
          </w:tcPr>
          <w:p w14:paraId="02DB781D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389BAD3A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475168DB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57B4F5B0" w14:textId="77777777" w:rsidTr="00AC3B7C">
        <w:tc>
          <w:tcPr>
            <w:tcW w:w="1980" w:type="dxa"/>
            <w:vMerge/>
          </w:tcPr>
          <w:p w14:paraId="74EFC8E5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DFAE0F8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0C95539A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2D6A03AA" w14:textId="77777777" w:rsidTr="00AC3B7C">
        <w:tc>
          <w:tcPr>
            <w:tcW w:w="1980" w:type="dxa"/>
            <w:vMerge/>
          </w:tcPr>
          <w:p w14:paraId="54424A5C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0E2B9B12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39E8A761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72BEE8BC" w14:textId="77777777" w:rsidTr="00AC3B7C">
        <w:tc>
          <w:tcPr>
            <w:tcW w:w="1980" w:type="dxa"/>
            <w:vMerge/>
          </w:tcPr>
          <w:p w14:paraId="571B58EA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4F2EDFC6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544B95CE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7E6822FE" w14:textId="77777777" w:rsidTr="00AC3B7C">
        <w:tc>
          <w:tcPr>
            <w:tcW w:w="1980" w:type="dxa"/>
            <w:vMerge/>
          </w:tcPr>
          <w:p w14:paraId="20F35987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32BE52CE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4A7B7C9B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5BE8AF9D" w14:textId="77777777" w:rsidTr="00AC3B7C">
        <w:tc>
          <w:tcPr>
            <w:tcW w:w="1980" w:type="dxa"/>
            <w:vMerge/>
            <w:tcBorders>
              <w:bottom w:val="single" w:sz="18" w:space="0" w:color="auto"/>
            </w:tcBorders>
          </w:tcPr>
          <w:p w14:paraId="7C135E8F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14:paraId="0E1F908F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bottom w:val="single" w:sz="18" w:space="0" w:color="auto"/>
            </w:tcBorders>
          </w:tcPr>
          <w:p w14:paraId="6BF9741F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7CA60BF3" w14:textId="77777777" w:rsidTr="00AC3B7C"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14:paraId="08A5F8AC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top w:val="single" w:sz="18" w:space="0" w:color="auto"/>
            </w:tcBorders>
          </w:tcPr>
          <w:p w14:paraId="6241A1C5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top w:val="single" w:sz="18" w:space="0" w:color="auto"/>
            </w:tcBorders>
          </w:tcPr>
          <w:p w14:paraId="0AE7E0C1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4800F3E6" w14:textId="77777777" w:rsidTr="00AC3B7C">
        <w:tc>
          <w:tcPr>
            <w:tcW w:w="1980" w:type="dxa"/>
            <w:vMerge/>
          </w:tcPr>
          <w:p w14:paraId="09256031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79E7F577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52C0C2E0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42CD75EC" w14:textId="77777777" w:rsidTr="00AC3B7C">
        <w:tc>
          <w:tcPr>
            <w:tcW w:w="1980" w:type="dxa"/>
            <w:vMerge/>
          </w:tcPr>
          <w:p w14:paraId="6799A74D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0CB432A1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7807156A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7B8C9497" w14:textId="77777777" w:rsidTr="00AC3B7C">
        <w:tc>
          <w:tcPr>
            <w:tcW w:w="1980" w:type="dxa"/>
            <w:vMerge/>
          </w:tcPr>
          <w:p w14:paraId="5F31C6A9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139F18C4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5985C2BC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6343160C" w14:textId="77777777" w:rsidTr="00AC3B7C">
        <w:tc>
          <w:tcPr>
            <w:tcW w:w="1980" w:type="dxa"/>
            <w:vMerge/>
          </w:tcPr>
          <w:p w14:paraId="5B2D4D14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73F2EB94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49447B82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7A176022" w14:textId="77777777" w:rsidTr="00AC3B7C">
        <w:tc>
          <w:tcPr>
            <w:tcW w:w="1980" w:type="dxa"/>
            <w:vMerge/>
          </w:tcPr>
          <w:p w14:paraId="1FB1B2D0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7F2590FA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5F37C898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32ECE40" w14:textId="77777777" w:rsidTr="00AC3B7C">
        <w:tc>
          <w:tcPr>
            <w:tcW w:w="1980" w:type="dxa"/>
            <w:vMerge/>
            <w:tcBorders>
              <w:bottom w:val="single" w:sz="18" w:space="0" w:color="auto"/>
            </w:tcBorders>
          </w:tcPr>
          <w:p w14:paraId="6DCFEE49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14:paraId="5CF56320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bottom w:val="single" w:sz="18" w:space="0" w:color="auto"/>
            </w:tcBorders>
          </w:tcPr>
          <w:p w14:paraId="4CE89F29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21DF9BCE" w14:textId="77777777" w:rsidTr="00AC3B7C"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14:paraId="05AB2560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top w:val="single" w:sz="18" w:space="0" w:color="auto"/>
            </w:tcBorders>
          </w:tcPr>
          <w:p w14:paraId="11C5893A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top w:val="single" w:sz="18" w:space="0" w:color="auto"/>
            </w:tcBorders>
          </w:tcPr>
          <w:p w14:paraId="622E3622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74DF23E5" w14:textId="77777777" w:rsidTr="00AC3B7C">
        <w:tc>
          <w:tcPr>
            <w:tcW w:w="1980" w:type="dxa"/>
            <w:vMerge/>
          </w:tcPr>
          <w:p w14:paraId="1A69056E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4A020D66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4BC8E3FC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BDC57CC" w14:textId="77777777" w:rsidTr="00AC3B7C">
        <w:tc>
          <w:tcPr>
            <w:tcW w:w="1980" w:type="dxa"/>
            <w:vMerge/>
          </w:tcPr>
          <w:p w14:paraId="2F70F0DE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1AD5450D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02C6B362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2798AB6D" w14:textId="77777777" w:rsidTr="00AC3B7C">
        <w:tc>
          <w:tcPr>
            <w:tcW w:w="1980" w:type="dxa"/>
            <w:vMerge/>
          </w:tcPr>
          <w:p w14:paraId="6F20F27E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5E03C442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518CF4D0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B75C3C1" w14:textId="77777777" w:rsidTr="00AC3B7C">
        <w:tc>
          <w:tcPr>
            <w:tcW w:w="1980" w:type="dxa"/>
            <w:vMerge/>
          </w:tcPr>
          <w:p w14:paraId="26F5429A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A08C4CB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2D727817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39772BF" w14:textId="77777777" w:rsidTr="00AC3B7C">
        <w:tc>
          <w:tcPr>
            <w:tcW w:w="1980" w:type="dxa"/>
            <w:vMerge/>
          </w:tcPr>
          <w:p w14:paraId="0FE37BD6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512877A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52E418C7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59FAC969" w14:textId="77777777" w:rsidTr="00AC3B7C">
        <w:tc>
          <w:tcPr>
            <w:tcW w:w="1980" w:type="dxa"/>
            <w:vMerge/>
            <w:tcBorders>
              <w:bottom w:val="single" w:sz="18" w:space="0" w:color="auto"/>
            </w:tcBorders>
          </w:tcPr>
          <w:p w14:paraId="3419C4CE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</w:tcPr>
          <w:p w14:paraId="5B9FEE3F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bottom w:val="single" w:sz="18" w:space="0" w:color="auto"/>
            </w:tcBorders>
          </w:tcPr>
          <w:p w14:paraId="2183D7CE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6BE409DA" w14:textId="77777777" w:rsidTr="00AC3B7C"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14:paraId="050D973E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  <w:p w14:paraId="756FCDAF" w14:textId="77777777" w:rsidR="00EC6A1E" w:rsidRPr="00D931F6" w:rsidRDefault="00EC6A1E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  <w:tcBorders>
              <w:top w:val="single" w:sz="18" w:space="0" w:color="auto"/>
            </w:tcBorders>
          </w:tcPr>
          <w:p w14:paraId="5D329A33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  <w:tcBorders>
              <w:top w:val="single" w:sz="18" w:space="0" w:color="auto"/>
            </w:tcBorders>
          </w:tcPr>
          <w:p w14:paraId="79527875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771A4838" w14:textId="77777777" w:rsidTr="00AC3B7C">
        <w:tc>
          <w:tcPr>
            <w:tcW w:w="1980" w:type="dxa"/>
            <w:vMerge/>
          </w:tcPr>
          <w:p w14:paraId="265AD906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06447328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0B026CF2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188F5FEC" w14:textId="77777777" w:rsidTr="00AC3B7C">
        <w:tc>
          <w:tcPr>
            <w:tcW w:w="1980" w:type="dxa"/>
            <w:vMerge/>
          </w:tcPr>
          <w:p w14:paraId="4651710C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3D6AB7FF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422174EC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068D2" w:rsidRPr="00CC76FA" w14:paraId="5F87021C" w14:textId="77777777" w:rsidTr="00AC3B7C">
        <w:tc>
          <w:tcPr>
            <w:tcW w:w="1980" w:type="dxa"/>
            <w:vMerge/>
          </w:tcPr>
          <w:p w14:paraId="4F5FA093" w14:textId="77777777" w:rsidR="009068D2" w:rsidRPr="00D931F6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819" w:type="dxa"/>
          </w:tcPr>
          <w:p w14:paraId="229FF7F4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2879" w:type="dxa"/>
          </w:tcPr>
          <w:p w14:paraId="6DF8093B" w14:textId="77777777" w:rsidR="009068D2" w:rsidRDefault="009068D2" w:rsidP="00FC3B3C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</w:tr>
    </w:tbl>
    <w:p w14:paraId="5C5C66F5" w14:textId="23F31E96" w:rsidR="002432F0" w:rsidRDefault="002432F0" w:rsidP="006E0B4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</w:pPr>
      <w:r w:rsidRPr="009068D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lastRenderedPageBreak/>
        <w:t>Է Պ Ի Կ Ր Ի Զ</w:t>
      </w:r>
      <w:r w:rsidR="00C11D9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</w:p>
    <w:p w14:paraId="40E93862" w14:textId="77777777" w:rsidR="00C11D9C" w:rsidRPr="009068D2" w:rsidRDefault="00C11D9C" w:rsidP="00C11D9C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</w:pPr>
    </w:p>
    <w:p w14:paraId="30400D1A" w14:textId="06D35E5B" w:rsidR="008C55B6" w:rsidRPr="0096793C" w:rsidRDefault="00C11D9C" w:rsidP="00C11D9C">
      <w:pPr>
        <w:shd w:val="clear" w:color="auto" w:fill="FFFFFF"/>
        <w:spacing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</w:t>
      </w:r>
      <w:r w:rsidR="00632E2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նուն, ազգանուն, հայրանուն ___________________________________________________</w:t>
      </w:r>
    </w:p>
    <w:p w14:paraId="3581F81F" w14:textId="4F09FB82" w:rsidR="00EC1F61" w:rsidRPr="0096793C" w:rsidRDefault="008C55B6" w:rsidP="00C11D9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Ծննդյան օր, ամիս, տարի ____________________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</w:t>
      </w:r>
      <w:r w:rsid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 Անց է կացրել մ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ահճակալ-օր _</w:t>
      </w:r>
      <w:r w:rsidR="00DE27A9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</w:t>
      </w:r>
    </w:p>
    <w:p w14:paraId="78485974" w14:textId="772A68C8" w:rsidR="00C11D9C" w:rsidRPr="0096793C" w:rsidRDefault="00C11D9C" w:rsidP="00C11D9C">
      <w:pPr>
        <w:shd w:val="clear" w:color="auto" w:fill="FFFFFF"/>
        <w:spacing w:line="360" w:lineRule="auto"/>
        <w:rPr>
          <w:rFonts w:ascii="Cambria Math" w:eastAsia="Times New Roman" w:hAnsi="Cambria Math" w:cs="Cambria Math"/>
          <w:color w:val="000000"/>
          <w:lang w:val="hy-AM" w:eastAsia="ru-RU"/>
        </w:rPr>
      </w:pPr>
      <w:r w:rsidRPr="0096793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Ընդունման ամսաթիվ </w:t>
      </w:r>
      <w:r w:rsidRPr="0096793C">
        <w:rPr>
          <w:rFonts w:ascii="GHEA Grapalat" w:eastAsia="Times New Roman" w:hAnsi="GHEA Grapalat" w:cs="Times New Roman"/>
          <w:color w:val="000000"/>
          <w:lang w:val="hy-AM" w:eastAsia="ru-RU"/>
        </w:rPr>
        <w:t>«___» _______20___թ</w:t>
      </w:r>
      <w:r w:rsidRPr="0096793C">
        <w:rPr>
          <w:rFonts w:ascii="Cambria Math" w:eastAsia="Times New Roman" w:hAnsi="Cambria Math" w:cs="Cambria Math"/>
          <w:color w:val="000000"/>
          <w:lang w:val="hy-AM" w:eastAsia="ru-RU"/>
        </w:rPr>
        <w:t>․</w:t>
      </w:r>
      <w:r w:rsidRPr="0096793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96793C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Դուրս</w:t>
      </w:r>
      <w:r w:rsidRPr="0096793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96793C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գրման</w:t>
      </w:r>
      <w:r w:rsidRPr="0096793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96793C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ամսաթիվ</w:t>
      </w:r>
      <w:r w:rsidRPr="0096793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96793C">
        <w:rPr>
          <w:rFonts w:ascii="GHEA Grapalat" w:eastAsia="Times New Roman" w:hAnsi="GHEA Grapalat" w:cs="GHEA Grapalat"/>
          <w:color w:val="000000"/>
          <w:lang w:val="hy-AM" w:eastAsia="ru-RU"/>
        </w:rPr>
        <w:t>«</w:t>
      </w:r>
      <w:r w:rsidRPr="0096793C">
        <w:rPr>
          <w:rFonts w:ascii="GHEA Grapalat" w:eastAsia="Times New Roman" w:hAnsi="GHEA Grapalat" w:cs="Times New Roman"/>
          <w:color w:val="000000"/>
          <w:lang w:val="hy-AM" w:eastAsia="ru-RU"/>
        </w:rPr>
        <w:t>___</w:t>
      </w:r>
      <w:r w:rsidRPr="0096793C">
        <w:rPr>
          <w:rFonts w:ascii="GHEA Grapalat" w:eastAsia="Times New Roman" w:hAnsi="GHEA Grapalat" w:cs="GHEA Grapalat"/>
          <w:color w:val="000000"/>
          <w:lang w:val="hy-AM" w:eastAsia="ru-RU"/>
        </w:rPr>
        <w:t>»</w:t>
      </w:r>
      <w:r w:rsidRPr="0096793C">
        <w:rPr>
          <w:rFonts w:ascii="GHEA Grapalat" w:eastAsia="Times New Roman" w:hAnsi="GHEA Grapalat" w:cs="Times New Roman"/>
          <w:color w:val="000000"/>
          <w:lang w:val="hy-AM" w:eastAsia="ru-RU"/>
        </w:rPr>
        <w:t xml:space="preserve"> _______20___</w:t>
      </w:r>
      <w:r w:rsidRPr="0096793C">
        <w:rPr>
          <w:rFonts w:ascii="GHEA Grapalat" w:eastAsia="Times New Roman" w:hAnsi="GHEA Grapalat" w:cs="GHEA Grapalat"/>
          <w:color w:val="000000"/>
          <w:lang w:val="hy-AM" w:eastAsia="ru-RU"/>
        </w:rPr>
        <w:t>թ</w:t>
      </w:r>
      <w:r w:rsidRPr="0096793C">
        <w:rPr>
          <w:rFonts w:ascii="Cambria Math" w:eastAsia="Times New Roman" w:hAnsi="Cambria Math" w:cs="Cambria Math"/>
          <w:color w:val="000000"/>
          <w:lang w:val="hy-AM" w:eastAsia="ru-RU"/>
        </w:rPr>
        <w:t>․</w:t>
      </w:r>
    </w:p>
    <w:p w14:paraId="710F0223" w14:textId="28F305FB" w:rsidR="00C11D9C" w:rsidRPr="0096793C" w:rsidRDefault="00C11D9C" w:rsidP="00C11D9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Նախնական ախտորոշում ________________________________________________</w:t>
      </w:r>
      <w:r w:rsidR="00861DA7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35D6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</w:t>
      </w:r>
    </w:p>
    <w:p w14:paraId="73C66C8D" w14:textId="1041F0A7" w:rsidR="00C11D9C" w:rsidRPr="0096793C" w:rsidRDefault="00C11D9C" w:rsidP="00C11D9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Կլինիկական ախտորոշում</w:t>
      </w:r>
      <w:r w:rsidR="00E0084C"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___________________________________________________</w:t>
      </w:r>
      <w:r w:rsidR="00861DA7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35D6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</w:t>
      </w:r>
    </w:p>
    <w:p w14:paraId="086069A2" w14:textId="01EB75A7" w:rsidR="00E0084C" w:rsidRPr="0096793C" w:rsidRDefault="00E0084C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Վերջնական </w:t>
      </w:r>
      <w:r w:rsidRPr="00861DA7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(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եզրափակիչ</w:t>
      </w:r>
      <w:r w:rsidRPr="00861DA7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)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ախտորոշում</w:t>
      </w:r>
      <w:r w:rsidRPr="00861DA7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35D6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</w:t>
      </w:r>
    </w:p>
    <w:p w14:paraId="5F7786E5" w14:textId="5D2B804C" w:rsidR="008C55B6" w:rsidRPr="0096793C" w:rsidRDefault="008C55B6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Բարդություններ ______________________________________________________________</w:t>
      </w:r>
      <w:r w:rsidR="00861DA7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____________________________________________________________________________________________________________________________________________________________________________</w:t>
      </w:r>
      <w:r w:rsidR="00F835D6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______________________________________________________________</w:t>
      </w:r>
    </w:p>
    <w:p w14:paraId="7F6AF1A0" w14:textId="0B3DA53A" w:rsidR="008C55B6" w:rsidRPr="0096793C" w:rsidRDefault="008C55B6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Ուղեկցող հիվանդություններ ___________________________________________________ ______________________________________________________________________________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lastRenderedPageBreak/>
        <w:t>______________________________________________________________________________________________</w:t>
      </w:r>
      <w:r w:rsidR="00F835D6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______________________________________________________________</w:t>
      </w:r>
    </w:p>
    <w:p w14:paraId="34865CBA" w14:textId="4AB3329D" w:rsidR="008C55B6" w:rsidRPr="0096793C" w:rsidRDefault="008C55B6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Գանգատներ 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35D6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</w:t>
      </w:r>
    </w:p>
    <w:p w14:paraId="1C9ABE80" w14:textId="75D1FC26" w:rsidR="00421A10" w:rsidRPr="0096793C" w:rsidRDefault="00421A10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Կլինիկական ընթացք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35D6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</w:t>
      </w:r>
    </w:p>
    <w:p w14:paraId="763B7EB1" w14:textId="07DFA88F" w:rsidR="00421A10" w:rsidRPr="0096793C" w:rsidRDefault="00421A10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Ստացած բուժում 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35D6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</w:t>
      </w:r>
    </w:p>
    <w:p w14:paraId="7E0E1894" w14:textId="34C198C0" w:rsidR="00421A10" w:rsidRPr="0096793C" w:rsidRDefault="00421A10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Կատարված </w:t>
      </w:r>
      <w:r w:rsidR="00184974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ախտորոշիչ 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հետազոտություններ ___________________________________</w:t>
      </w:r>
      <w:r w:rsidR="00184974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</w:t>
      </w: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 xml:space="preserve"> ____________________________________________________________________________________________________________________________________________________________________________</w:t>
      </w:r>
      <w:r w:rsidR="0096793C"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______________________________________________________________________________________</w:t>
      </w:r>
      <w:r w:rsidR="00F835D6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______________________________________________________</w:t>
      </w:r>
    </w:p>
    <w:p w14:paraId="0A421367" w14:textId="77E82B2F" w:rsidR="008C55B6" w:rsidRDefault="0096793C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 w:rsidRPr="0096793C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Հիվանդության ելքը` առողջացում, լավացում, անփոփոխ, վատացում, մահ (ընդգծել)</w:t>
      </w:r>
    </w:p>
    <w:p w14:paraId="6212457B" w14:textId="5F508EA9" w:rsidR="00306839" w:rsidRPr="0096793C" w:rsidRDefault="00861DA7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Խորհորդներ 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</w:t>
      </w:r>
      <w:r w:rsidR="00306839"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  <w:t>__</w:t>
      </w:r>
    </w:p>
    <w:tbl>
      <w:tblPr>
        <w:tblStyle w:val="TableGrid"/>
        <w:tblW w:w="10802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250"/>
        <w:gridCol w:w="943"/>
        <w:gridCol w:w="857"/>
        <w:gridCol w:w="1170"/>
        <w:gridCol w:w="1080"/>
        <w:gridCol w:w="810"/>
        <w:gridCol w:w="990"/>
        <w:gridCol w:w="990"/>
        <w:gridCol w:w="1080"/>
        <w:gridCol w:w="7"/>
      </w:tblGrid>
      <w:tr w:rsidR="00306839" w:rsidRPr="00366BBE" w14:paraId="2ADF26DB" w14:textId="77777777" w:rsidTr="007B6EEA">
        <w:trPr>
          <w:trHeight w:val="345"/>
          <w:jc w:val="center"/>
        </w:trPr>
        <w:tc>
          <w:tcPr>
            <w:tcW w:w="287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200673B" w14:textId="349BBCB1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0D5E41">
              <w:rPr>
                <w:rFonts w:ascii="GHEA Grapalat" w:hAnsi="GHEA Grapalat"/>
                <w:b/>
                <w:sz w:val="12"/>
                <w:szCs w:val="12"/>
              </w:rPr>
              <w:lastRenderedPageBreak/>
              <w:t>Հետազոտվող պարամետրեր</w:t>
            </w:r>
          </w:p>
          <w:p w14:paraId="148543B0" w14:textId="77777777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  <w:vAlign w:val="center"/>
          </w:tcPr>
          <w:p w14:paraId="57827726" w14:textId="2E9A7914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0D5E41">
              <w:rPr>
                <w:rFonts w:ascii="GHEA Grapalat" w:hAnsi="GHEA Grapalat"/>
                <w:b/>
                <w:sz w:val="12"/>
                <w:szCs w:val="12"/>
              </w:rPr>
              <w:t>Հետազոտության արդյունքներ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21E032" w14:textId="5AF806AA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0D5E41">
              <w:rPr>
                <w:rFonts w:ascii="GHEA Grapalat" w:hAnsi="GHEA Grapalat"/>
                <w:b/>
                <w:sz w:val="12"/>
                <w:szCs w:val="12"/>
              </w:rPr>
              <w:t>Նորմաներ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2AD84" w14:textId="77777777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ind w:hanging="16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0D5E41">
              <w:rPr>
                <w:rFonts w:ascii="GHEA Grapalat" w:hAnsi="GHEA Grapalat"/>
                <w:b/>
                <w:sz w:val="12"/>
                <w:szCs w:val="12"/>
              </w:rPr>
              <w:t>Հետազոտվող պարամետրերը</w:t>
            </w:r>
          </w:p>
          <w:p w14:paraId="4CE76224" w14:textId="77777777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ind w:hanging="16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</w:tcBorders>
            <w:vAlign w:val="center"/>
          </w:tcPr>
          <w:p w14:paraId="63ACD9F7" w14:textId="55A2A09A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0D5E41">
              <w:rPr>
                <w:rFonts w:ascii="GHEA Grapalat" w:hAnsi="GHEA Grapalat"/>
                <w:b/>
                <w:sz w:val="12"/>
                <w:szCs w:val="12"/>
              </w:rPr>
              <w:t>Հետազոտության արդյունքներ</w:t>
            </w:r>
          </w:p>
        </w:tc>
        <w:tc>
          <w:tcPr>
            <w:tcW w:w="108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932BF3B" w14:textId="782495F9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0D5E41">
              <w:rPr>
                <w:rFonts w:ascii="GHEA Grapalat" w:hAnsi="GHEA Grapalat"/>
                <w:b/>
                <w:sz w:val="12"/>
                <w:szCs w:val="12"/>
              </w:rPr>
              <w:t>Նորմաներ</w:t>
            </w:r>
          </w:p>
        </w:tc>
      </w:tr>
      <w:tr w:rsidR="00306839" w:rsidRPr="00366BBE" w14:paraId="0FE4A66E" w14:textId="77777777" w:rsidTr="00B35AD8">
        <w:trPr>
          <w:trHeight w:val="345"/>
          <w:jc w:val="center"/>
        </w:trPr>
        <w:tc>
          <w:tcPr>
            <w:tcW w:w="2875" w:type="dxa"/>
            <w:gridSpan w:val="2"/>
            <w:vMerge/>
          </w:tcPr>
          <w:p w14:paraId="4DE2731A" w14:textId="77777777" w:rsidR="00306839" w:rsidRPr="00366BBE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43" w:type="dxa"/>
          </w:tcPr>
          <w:p w14:paraId="03669A98" w14:textId="77777777" w:rsidR="00306839" w:rsidRPr="00F24C77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  <w:r w:rsidRPr="00F24C77">
              <w:rPr>
                <w:rFonts w:ascii="GHEA Grapalat" w:hAnsi="GHEA Grapalat"/>
                <w:b/>
                <w:sz w:val="12"/>
                <w:szCs w:val="12"/>
                <w:lang w:val="hy-AM"/>
              </w:rPr>
              <w:t>ընդունվելիս</w:t>
            </w:r>
          </w:p>
        </w:tc>
        <w:tc>
          <w:tcPr>
            <w:tcW w:w="857" w:type="dxa"/>
          </w:tcPr>
          <w:p w14:paraId="12456D26" w14:textId="77777777" w:rsidR="00306839" w:rsidRPr="00F24C77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  <w:r>
              <w:rPr>
                <w:rFonts w:ascii="GHEA Grapalat" w:hAnsi="GHEA Grapalat"/>
                <w:b/>
                <w:sz w:val="12"/>
                <w:szCs w:val="12"/>
                <w:lang w:val="hy-AM"/>
              </w:rPr>
              <w:t>դ</w:t>
            </w:r>
            <w:r w:rsidRPr="00F24C77">
              <w:rPr>
                <w:rFonts w:ascii="GHEA Grapalat" w:hAnsi="GHEA Grapalat"/>
                <w:b/>
                <w:sz w:val="12"/>
                <w:szCs w:val="12"/>
                <w:lang w:val="hy-AM"/>
              </w:rPr>
              <w:t>ուրս գրվելիս</w:t>
            </w:r>
          </w:p>
        </w:tc>
        <w:tc>
          <w:tcPr>
            <w:tcW w:w="1170" w:type="dxa"/>
            <w:vMerge/>
            <w:tcBorders>
              <w:right w:val="single" w:sz="12" w:space="0" w:color="auto"/>
            </w:tcBorders>
          </w:tcPr>
          <w:p w14:paraId="0C78F990" w14:textId="77777777" w:rsidR="00306839" w:rsidRPr="00366BBE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vMerge/>
            <w:tcBorders>
              <w:left w:val="single" w:sz="12" w:space="0" w:color="auto"/>
            </w:tcBorders>
          </w:tcPr>
          <w:p w14:paraId="180AC9FA" w14:textId="77777777" w:rsidR="00306839" w:rsidRPr="00366BBE" w:rsidRDefault="00306839" w:rsidP="007B6EEA">
            <w:pPr>
              <w:tabs>
                <w:tab w:val="right" w:pos="10800"/>
              </w:tabs>
              <w:spacing w:line="276" w:lineRule="auto"/>
              <w:ind w:hanging="16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70F34C4A" w14:textId="77777777" w:rsidR="00306839" w:rsidRPr="00F24C77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  <w:r w:rsidRPr="00F24C77">
              <w:rPr>
                <w:rFonts w:ascii="GHEA Grapalat" w:hAnsi="GHEA Grapalat"/>
                <w:b/>
                <w:sz w:val="12"/>
                <w:szCs w:val="12"/>
                <w:lang w:val="hy-AM"/>
              </w:rPr>
              <w:t>ընդունվելիս</w:t>
            </w:r>
          </w:p>
        </w:tc>
        <w:tc>
          <w:tcPr>
            <w:tcW w:w="990" w:type="dxa"/>
          </w:tcPr>
          <w:p w14:paraId="40C2B63B" w14:textId="77777777" w:rsidR="00306839" w:rsidRPr="00F24C77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  <w:r>
              <w:rPr>
                <w:rFonts w:ascii="GHEA Grapalat" w:hAnsi="GHEA Grapalat"/>
                <w:b/>
                <w:sz w:val="12"/>
                <w:szCs w:val="12"/>
                <w:lang w:val="hy-AM"/>
              </w:rPr>
              <w:t>դ</w:t>
            </w:r>
            <w:r w:rsidRPr="00F24C77">
              <w:rPr>
                <w:rFonts w:ascii="GHEA Grapalat" w:hAnsi="GHEA Grapalat"/>
                <w:b/>
                <w:sz w:val="12"/>
                <w:szCs w:val="12"/>
                <w:lang w:val="hy-AM"/>
              </w:rPr>
              <w:t>ուրս գրվելիս</w:t>
            </w:r>
          </w:p>
        </w:tc>
        <w:tc>
          <w:tcPr>
            <w:tcW w:w="1087" w:type="dxa"/>
            <w:gridSpan w:val="2"/>
            <w:vMerge/>
          </w:tcPr>
          <w:p w14:paraId="08D5DF50" w14:textId="77777777" w:rsidR="00306839" w:rsidRPr="00366BBE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306839" w:rsidRPr="00366BBE" w14:paraId="1B30BAB3" w14:textId="77777777" w:rsidTr="00B35AD8">
        <w:trPr>
          <w:gridAfter w:val="1"/>
          <w:wAfter w:w="7" w:type="dxa"/>
          <w:trHeight w:val="325"/>
          <w:jc w:val="center"/>
        </w:trPr>
        <w:tc>
          <w:tcPr>
            <w:tcW w:w="625" w:type="dxa"/>
          </w:tcPr>
          <w:p w14:paraId="51D17D70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WBC</w:t>
            </w:r>
          </w:p>
        </w:tc>
        <w:tc>
          <w:tcPr>
            <w:tcW w:w="2250" w:type="dxa"/>
          </w:tcPr>
          <w:p w14:paraId="6CC6035B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Լեյկոցիտների ընդհանուր քանակը</w:t>
            </w:r>
          </w:p>
        </w:tc>
        <w:tc>
          <w:tcPr>
            <w:tcW w:w="943" w:type="dxa"/>
          </w:tcPr>
          <w:p w14:paraId="037BB9D1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3C942EDD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1BD6A702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4.0-10*10</w:t>
            </w:r>
            <w:r w:rsidRPr="008F038F">
              <w:rPr>
                <w:rFonts w:ascii="GHEA Grapalat" w:hAnsi="GHEA Grapalat"/>
                <w:sz w:val="12"/>
                <w:szCs w:val="12"/>
                <w:vertAlign w:val="superscript"/>
              </w:rPr>
              <w:t>9</w:t>
            </w:r>
            <w:r w:rsidRPr="008F038F">
              <w:rPr>
                <w:rFonts w:ascii="GHEA Grapalat" w:hAnsi="GHEA Grapalat"/>
                <w:sz w:val="12"/>
                <w:szCs w:val="12"/>
              </w:rPr>
              <w:t>/uL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14D1BF96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Ընդհանուր սպիտակուց</w:t>
            </w:r>
          </w:p>
        </w:tc>
        <w:tc>
          <w:tcPr>
            <w:tcW w:w="810" w:type="dxa"/>
            <w:vAlign w:val="center"/>
          </w:tcPr>
          <w:p w14:paraId="4DAF9863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TP</w:t>
            </w:r>
          </w:p>
        </w:tc>
        <w:tc>
          <w:tcPr>
            <w:tcW w:w="990" w:type="dxa"/>
            <w:vAlign w:val="center"/>
          </w:tcPr>
          <w:p w14:paraId="6475DEF6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18F76AC5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  <w:tc>
          <w:tcPr>
            <w:tcW w:w="1080" w:type="dxa"/>
            <w:vAlign w:val="center"/>
          </w:tcPr>
          <w:p w14:paraId="66C7D48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65 – 85      g/l,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գ/լ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  M, F</w:t>
            </w:r>
          </w:p>
        </w:tc>
      </w:tr>
      <w:tr w:rsidR="00306839" w:rsidRPr="00366BBE" w14:paraId="6DD7D8B7" w14:textId="77777777" w:rsidTr="00B35AD8">
        <w:trPr>
          <w:gridAfter w:val="1"/>
          <w:wAfter w:w="7" w:type="dxa"/>
          <w:trHeight w:val="377"/>
          <w:jc w:val="center"/>
        </w:trPr>
        <w:tc>
          <w:tcPr>
            <w:tcW w:w="625" w:type="dxa"/>
          </w:tcPr>
          <w:p w14:paraId="37772A56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RBC</w:t>
            </w:r>
          </w:p>
        </w:tc>
        <w:tc>
          <w:tcPr>
            <w:tcW w:w="2250" w:type="dxa"/>
          </w:tcPr>
          <w:p w14:paraId="719FFFC1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 xml:space="preserve">Էրիթրոցիտների ընդհանուր քանակը                 </w:t>
            </w:r>
          </w:p>
        </w:tc>
        <w:tc>
          <w:tcPr>
            <w:tcW w:w="943" w:type="dxa"/>
          </w:tcPr>
          <w:p w14:paraId="22237924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  <w:p w14:paraId="45EB0E74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659650B4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b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52A2FE0E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Տ</w:t>
            </w:r>
            <w:r w:rsidRPr="008F038F">
              <w:rPr>
                <w:rFonts w:ascii="GHEA Grapalat" w:hAnsi="GHEA Grapalat"/>
                <w:sz w:val="12"/>
                <w:szCs w:val="12"/>
              </w:rPr>
              <w:t xml:space="preserve"> 4.6-6.2*10</w:t>
            </w:r>
            <w:r w:rsidRPr="008F038F">
              <w:rPr>
                <w:rFonts w:ascii="GHEA Grapalat" w:hAnsi="GHEA Grapalat"/>
                <w:sz w:val="12"/>
                <w:szCs w:val="12"/>
                <w:vertAlign w:val="superscript"/>
              </w:rPr>
              <w:t>12</w:t>
            </w:r>
            <w:r w:rsidRPr="008F038F">
              <w:rPr>
                <w:rFonts w:ascii="GHEA Grapalat" w:hAnsi="GHEA Grapalat"/>
                <w:sz w:val="12"/>
                <w:szCs w:val="12"/>
              </w:rPr>
              <w:t>/uL</w:t>
            </w:r>
          </w:p>
          <w:p w14:paraId="51F931CE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Կ</w:t>
            </w:r>
            <w:r w:rsidRPr="008F038F">
              <w:rPr>
                <w:rFonts w:ascii="GHEA Grapalat" w:hAnsi="GHEA Grapalat"/>
                <w:sz w:val="12"/>
                <w:szCs w:val="12"/>
              </w:rPr>
              <w:t>4.2-5.4*10</w:t>
            </w:r>
            <w:r w:rsidRPr="008F038F">
              <w:rPr>
                <w:rFonts w:ascii="GHEA Grapalat" w:hAnsi="GHEA Grapalat"/>
                <w:sz w:val="12"/>
                <w:szCs w:val="12"/>
                <w:vertAlign w:val="superscript"/>
              </w:rPr>
              <w:t>12</w:t>
            </w:r>
            <w:r w:rsidRPr="008F038F">
              <w:rPr>
                <w:rFonts w:ascii="GHEA Grapalat" w:hAnsi="GHEA Grapalat"/>
                <w:sz w:val="12"/>
                <w:szCs w:val="12"/>
              </w:rPr>
              <w:t>/ uL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5FF89A0E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Ալբումին</w:t>
            </w:r>
          </w:p>
        </w:tc>
        <w:tc>
          <w:tcPr>
            <w:tcW w:w="810" w:type="dxa"/>
            <w:vAlign w:val="center"/>
          </w:tcPr>
          <w:p w14:paraId="5F3AEC57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ALB</w:t>
            </w:r>
          </w:p>
        </w:tc>
        <w:tc>
          <w:tcPr>
            <w:tcW w:w="990" w:type="dxa"/>
            <w:vAlign w:val="center"/>
          </w:tcPr>
          <w:p w14:paraId="7289BCF7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29233722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  <w:vAlign w:val="center"/>
          </w:tcPr>
          <w:p w14:paraId="4706E04E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35 – 55      g/l,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գ/լ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  M, F</w:t>
            </w:r>
          </w:p>
        </w:tc>
      </w:tr>
      <w:tr w:rsidR="00306839" w:rsidRPr="00366BBE" w14:paraId="364ABDB8" w14:textId="77777777" w:rsidTr="00B35AD8">
        <w:trPr>
          <w:gridAfter w:val="1"/>
          <w:wAfter w:w="7" w:type="dxa"/>
          <w:trHeight w:val="440"/>
          <w:jc w:val="center"/>
        </w:trPr>
        <w:tc>
          <w:tcPr>
            <w:tcW w:w="625" w:type="dxa"/>
          </w:tcPr>
          <w:p w14:paraId="0CA1D028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HGB</w:t>
            </w:r>
          </w:p>
        </w:tc>
        <w:tc>
          <w:tcPr>
            <w:tcW w:w="2250" w:type="dxa"/>
          </w:tcPr>
          <w:p w14:paraId="36BB42C2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 xml:space="preserve">Հեմոգլոբինի կոնցետրացիան                                </w:t>
            </w:r>
          </w:p>
        </w:tc>
        <w:tc>
          <w:tcPr>
            <w:tcW w:w="943" w:type="dxa"/>
          </w:tcPr>
          <w:p w14:paraId="48FCD71B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26D4FD5A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b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540837A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Տ</w:t>
            </w:r>
            <w:r w:rsidRPr="008F038F">
              <w:rPr>
                <w:rFonts w:ascii="GHEA Grapalat" w:hAnsi="GHEA Grapalat"/>
                <w:sz w:val="12"/>
                <w:szCs w:val="12"/>
              </w:rPr>
              <w:t xml:space="preserve"> 130-180g/L</w:t>
            </w:r>
          </w:p>
          <w:p w14:paraId="5A4C6A05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Կ</w:t>
            </w:r>
            <w:r w:rsidRPr="008F038F">
              <w:rPr>
                <w:rFonts w:ascii="GHEA Grapalat" w:hAnsi="GHEA Grapalat"/>
                <w:sz w:val="12"/>
                <w:szCs w:val="12"/>
              </w:rPr>
              <w:t xml:space="preserve"> 120-160 g/L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408C25E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Բիլիռուբին ընդհանուր</w:t>
            </w:r>
          </w:p>
        </w:tc>
        <w:tc>
          <w:tcPr>
            <w:tcW w:w="810" w:type="dxa"/>
            <w:vAlign w:val="center"/>
          </w:tcPr>
          <w:p w14:paraId="5B979BF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Bil Tot</w:t>
            </w:r>
          </w:p>
        </w:tc>
        <w:tc>
          <w:tcPr>
            <w:tcW w:w="990" w:type="dxa"/>
            <w:vAlign w:val="center"/>
          </w:tcPr>
          <w:p w14:paraId="6247F6CD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7DD3F1A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  <w:vAlign w:val="center"/>
          </w:tcPr>
          <w:p w14:paraId="46EABC6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3.4-20.5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մկմոլ/լ,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mkmol/l  M, F</w:t>
            </w:r>
          </w:p>
        </w:tc>
      </w:tr>
      <w:tr w:rsidR="00306839" w:rsidRPr="00CC76FA" w14:paraId="47A19903" w14:textId="77777777" w:rsidTr="00B35AD8">
        <w:trPr>
          <w:gridAfter w:val="1"/>
          <w:wAfter w:w="7" w:type="dxa"/>
          <w:trHeight w:val="325"/>
          <w:jc w:val="center"/>
        </w:trPr>
        <w:tc>
          <w:tcPr>
            <w:tcW w:w="625" w:type="dxa"/>
          </w:tcPr>
          <w:p w14:paraId="6C5D10CF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HCT</w:t>
            </w:r>
          </w:p>
        </w:tc>
        <w:tc>
          <w:tcPr>
            <w:tcW w:w="2250" w:type="dxa"/>
          </w:tcPr>
          <w:p w14:paraId="495AD4A7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 xml:space="preserve">Հեմատոկրիտի ցուցանիշը                                     </w:t>
            </w:r>
          </w:p>
        </w:tc>
        <w:tc>
          <w:tcPr>
            <w:tcW w:w="943" w:type="dxa"/>
          </w:tcPr>
          <w:p w14:paraId="3C9CE375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69CEE2B5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40DC267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42-54%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58BCDF4D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Բիլիռուբին ոչ կոնյուգ</w:t>
            </w:r>
            <w:r w:rsidRPr="008F038F">
              <w:rPr>
                <w:rFonts w:ascii="Times New Roman" w:hAnsi="Times New Roman" w:cs="Times New Roman"/>
                <w:bCs/>
                <w:iCs/>
                <w:sz w:val="12"/>
                <w:szCs w:val="12"/>
                <w:lang w:val="hy-AM"/>
              </w:rPr>
              <w:t>․</w:t>
            </w:r>
          </w:p>
        </w:tc>
        <w:tc>
          <w:tcPr>
            <w:tcW w:w="810" w:type="dxa"/>
            <w:vAlign w:val="center"/>
          </w:tcPr>
          <w:p w14:paraId="60CF63A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Bil Indrekt</w:t>
            </w:r>
          </w:p>
        </w:tc>
        <w:tc>
          <w:tcPr>
            <w:tcW w:w="990" w:type="dxa"/>
            <w:vAlign w:val="center"/>
          </w:tcPr>
          <w:p w14:paraId="0F2F50AB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253676C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</w:p>
        </w:tc>
        <w:tc>
          <w:tcPr>
            <w:tcW w:w="1080" w:type="dxa"/>
            <w:vAlign w:val="center"/>
          </w:tcPr>
          <w:p w14:paraId="35779526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   – 15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>,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4մկմոլ/լ,  mkmol/l M, F</w:t>
            </w:r>
          </w:p>
        </w:tc>
      </w:tr>
      <w:tr w:rsidR="00306839" w:rsidRPr="00CC76FA" w14:paraId="7CD5FD12" w14:textId="77777777" w:rsidTr="00B35AD8">
        <w:trPr>
          <w:gridAfter w:val="1"/>
          <w:wAfter w:w="7" w:type="dxa"/>
          <w:trHeight w:val="311"/>
          <w:jc w:val="center"/>
        </w:trPr>
        <w:tc>
          <w:tcPr>
            <w:tcW w:w="625" w:type="dxa"/>
          </w:tcPr>
          <w:p w14:paraId="1D77E980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MCV</w:t>
            </w:r>
          </w:p>
        </w:tc>
        <w:tc>
          <w:tcPr>
            <w:tcW w:w="2250" w:type="dxa"/>
          </w:tcPr>
          <w:p w14:paraId="1C458C13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Էրիթրոցիտների միջին ծավալը</w:t>
            </w:r>
          </w:p>
        </w:tc>
        <w:tc>
          <w:tcPr>
            <w:tcW w:w="943" w:type="dxa"/>
          </w:tcPr>
          <w:p w14:paraId="331B6DB3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3E4C39BA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0D4F7C46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80-100 fL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D5F4BE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Բիլիռուբին կոնյուգացված</w:t>
            </w:r>
          </w:p>
        </w:tc>
        <w:tc>
          <w:tcPr>
            <w:tcW w:w="810" w:type="dxa"/>
            <w:vAlign w:val="center"/>
          </w:tcPr>
          <w:p w14:paraId="0BEF4817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Bil Direkt</w:t>
            </w:r>
          </w:p>
        </w:tc>
        <w:tc>
          <w:tcPr>
            <w:tcW w:w="990" w:type="dxa"/>
            <w:vAlign w:val="center"/>
          </w:tcPr>
          <w:p w14:paraId="75AD6129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177554B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</w:p>
        </w:tc>
        <w:tc>
          <w:tcPr>
            <w:tcW w:w="1080" w:type="dxa"/>
            <w:vAlign w:val="center"/>
          </w:tcPr>
          <w:p w14:paraId="0B3EA1E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0 – 5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>,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1 մկմոլ/լ,  mkmol/l M, F</w:t>
            </w:r>
          </w:p>
        </w:tc>
      </w:tr>
      <w:tr w:rsidR="00306839" w:rsidRPr="00CC76FA" w14:paraId="6F174814" w14:textId="77777777" w:rsidTr="00B35AD8">
        <w:trPr>
          <w:gridAfter w:val="1"/>
          <w:wAfter w:w="7" w:type="dxa"/>
          <w:trHeight w:val="325"/>
          <w:jc w:val="center"/>
        </w:trPr>
        <w:tc>
          <w:tcPr>
            <w:tcW w:w="625" w:type="dxa"/>
          </w:tcPr>
          <w:p w14:paraId="385A99CB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MCH</w:t>
            </w:r>
          </w:p>
        </w:tc>
        <w:tc>
          <w:tcPr>
            <w:tcW w:w="2250" w:type="dxa"/>
          </w:tcPr>
          <w:p w14:paraId="06CADD23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Հեմոգլոբինի միջին ծավալը էրիթրոցիտներում</w:t>
            </w:r>
          </w:p>
        </w:tc>
        <w:tc>
          <w:tcPr>
            <w:tcW w:w="943" w:type="dxa"/>
          </w:tcPr>
          <w:p w14:paraId="2F9239C5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17BEFAEF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14AD576D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27-33 pg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58FFB7B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Գլյուկոզա</w:t>
            </w:r>
          </w:p>
        </w:tc>
        <w:tc>
          <w:tcPr>
            <w:tcW w:w="810" w:type="dxa"/>
            <w:vAlign w:val="center"/>
          </w:tcPr>
          <w:p w14:paraId="65375CB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Gluc.</w:t>
            </w:r>
          </w:p>
        </w:tc>
        <w:tc>
          <w:tcPr>
            <w:tcW w:w="990" w:type="dxa"/>
            <w:vAlign w:val="center"/>
          </w:tcPr>
          <w:p w14:paraId="17EBC626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4B1D5D1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</w:p>
        </w:tc>
        <w:tc>
          <w:tcPr>
            <w:tcW w:w="1080" w:type="dxa"/>
            <w:vAlign w:val="center"/>
          </w:tcPr>
          <w:p w14:paraId="408951E3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4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>,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2 – 6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>,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2  մմոլ/լ,  mmol/l M, F</w:t>
            </w:r>
          </w:p>
        </w:tc>
      </w:tr>
      <w:tr w:rsidR="00306839" w:rsidRPr="00CC76FA" w14:paraId="357A0E7A" w14:textId="77777777" w:rsidTr="00B35AD8">
        <w:trPr>
          <w:gridAfter w:val="1"/>
          <w:wAfter w:w="7" w:type="dxa"/>
          <w:trHeight w:val="323"/>
          <w:jc w:val="center"/>
        </w:trPr>
        <w:tc>
          <w:tcPr>
            <w:tcW w:w="625" w:type="dxa"/>
          </w:tcPr>
          <w:p w14:paraId="6B352691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MCHC</w:t>
            </w:r>
          </w:p>
        </w:tc>
        <w:tc>
          <w:tcPr>
            <w:tcW w:w="2250" w:type="dxa"/>
          </w:tcPr>
          <w:p w14:paraId="711579E4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Հեմոգլոբինի միջին կոնցետրացիան էրիթրոցիտներում</w:t>
            </w:r>
          </w:p>
        </w:tc>
        <w:tc>
          <w:tcPr>
            <w:tcW w:w="943" w:type="dxa"/>
          </w:tcPr>
          <w:p w14:paraId="5FF20B59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63AA4858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16A65135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32-36 g/dL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05860DB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Միզանյութ</w:t>
            </w:r>
          </w:p>
        </w:tc>
        <w:tc>
          <w:tcPr>
            <w:tcW w:w="810" w:type="dxa"/>
            <w:vAlign w:val="center"/>
          </w:tcPr>
          <w:p w14:paraId="02C7CB9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Urea</w:t>
            </w:r>
          </w:p>
        </w:tc>
        <w:tc>
          <w:tcPr>
            <w:tcW w:w="990" w:type="dxa"/>
            <w:vAlign w:val="center"/>
          </w:tcPr>
          <w:p w14:paraId="45DA319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5EADC14E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</w:pPr>
          </w:p>
        </w:tc>
        <w:tc>
          <w:tcPr>
            <w:tcW w:w="1080" w:type="dxa"/>
            <w:vAlign w:val="center"/>
          </w:tcPr>
          <w:p w14:paraId="4ADDAE71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1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 xml:space="preserve">,7 – 8,3 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մմոլ/լ,  mmol/l M, F</w:t>
            </w:r>
          </w:p>
        </w:tc>
      </w:tr>
      <w:tr w:rsidR="00306839" w:rsidRPr="00CC76FA" w14:paraId="4614C57A" w14:textId="77777777" w:rsidTr="00B35AD8">
        <w:trPr>
          <w:gridAfter w:val="1"/>
          <w:wAfter w:w="7" w:type="dxa"/>
          <w:trHeight w:val="332"/>
          <w:jc w:val="center"/>
        </w:trPr>
        <w:tc>
          <w:tcPr>
            <w:tcW w:w="625" w:type="dxa"/>
          </w:tcPr>
          <w:p w14:paraId="268A279A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RDW-SD</w:t>
            </w:r>
          </w:p>
        </w:tc>
        <w:tc>
          <w:tcPr>
            <w:tcW w:w="2250" w:type="dxa"/>
          </w:tcPr>
          <w:p w14:paraId="1D1E0B26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Էրիթրոցիտների բաշխման ցուցանիշը ըստ ծավալի</w:t>
            </w:r>
          </w:p>
        </w:tc>
        <w:tc>
          <w:tcPr>
            <w:tcW w:w="943" w:type="dxa"/>
          </w:tcPr>
          <w:p w14:paraId="249E803B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6FAA1F96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6C8ABA9F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37-46 fL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21264CC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Կրեատինին</w:t>
            </w:r>
          </w:p>
        </w:tc>
        <w:tc>
          <w:tcPr>
            <w:tcW w:w="810" w:type="dxa"/>
            <w:vAlign w:val="center"/>
          </w:tcPr>
          <w:p w14:paraId="555CB1EE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Creat</w:t>
            </w:r>
          </w:p>
        </w:tc>
        <w:tc>
          <w:tcPr>
            <w:tcW w:w="990" w:type="dxa"/>
            <w:vAlign w:val="center"/>
          </w:tcPr>
          <w:p w14:paraId="6022DB6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3448573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</w:p>
        </w:tc>
        <w:tc>
          <w:tcPr>
            <w:tcW w:w="1080" w:type="dxa"/>
            <w:vAlign w:val="center"/>
          </w:tcPr>
          <w:p w14:paraId="56459292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&lt;97 M, &lt;83 F կմոլ/լ, mkmol/l</w:t>
            </w:r>
          </w:p>
        </w:tc>
      </w:tr>
      <w:tr w:rsidR="00306839" w:rsidRPr="00CC76FA" w14:paraId="502E3526" w14:textId="77777777" w:rsidTr="00B35AD8">
        <w:trPr>
          <w:gridAfter w:val="1"/>
          <w:wAfter w:w="7" w:type="dxa"/>
          <w:trHeight w:val="359"/>
          <w:jc w:val="center"/>
        </w:trPr>
        <w:tc>
          <w:tcPr>
            <w:tcW w:w="625" w:type="dxa"/>
          </w:tcPr>
          <w:p w14:paraId="25E8BC61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RDW-CV</w:t>
            </w:r>
          </w:p>
        </w:tc>
        <w:tc>
          <w:tcPr>
            <w:tcW w:w="2250" w:type="dxa"/>
          </w:tcPr>
          <w:p w14:paraId="6C8F8DA8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Էրիթրոցիտների բաշխումը ըստ ծավալի, վարիացիոն գործակիցը</w:t>
            </w:r>
          </w:p>
        </w:tc>
        <w:tc>
          <w:tcPr>
            <w:tcW w:w="943" w:type="dxa"/>
          </w:tcPr>
          <w:p w14:paraId="5A3A5D9E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0C264C58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344B8C8F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11-16 %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515C137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Միզաթթու</w:t>
            </w:r>
          </w:p>
        </w:tc>
        <w:tc>
          <w:tcPr>
            <w:tcW w:w="810" w:type="dxa"/>
            <w:vAlign w:val="center"/>
          </w:tcPr>
          <w:p w14:paraId="54632A3F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UA</w:t>
            </w:r>
          </w:p>
        </w:tc>
        <w:tc>
          <w:tcPr>
            <w:tcW w:w="990" w:type="dxa"/>
            <w:vAlign w:val="center"/>
          </w:tcPr>
          <w:p w14:paraId="7B589C4F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1171725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</w:p>
        </w:tc>
        <w:tc>
          <w:tcPr>
            <w:tcW w:w="1080" w:type="dxa"/>
            <w:vAlign w:val="center"/>
          </w:tcPr>
          <w:p w14:paraId="483C6652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214–458 մկմոլ/լ, mkmol/l M,F</w:t>
            </w:r>
          </w:p>
        </w:tc>
      </w:tr>
      <w:tr w:rsidR="00306839" w:rsidRPr="00366BBE" w14:paraId="4DFE1761" w14:textId="77777777" w:rsidTr="00B35AD8">
        <w:trPr>
          <w:gridAfter w:val="1"/>
          <w:wAfter w:w="7" w:type="dxa"/>
          <w:trHeight w:val="311"/>
          <w:jc w:val="center"/>
        </w:trPr>
        <w:tc>
          <w:tcPr>
            <w:tcW w:w="625" w:type="dxa"/>
          </w:tcPr>
          <w:p w14:paraId="17B9D916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PLT</w:t>
            </w:r>
          </w:p>
        </w:tc>
        <w:tc>
          <w:tcPr>
            <w:tcW w:w="2250" w:type="dxa"/>
          </w:tcPr>
          <w:p w14:paraId="4FC9D225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Թրոմբոցիտների ընդհանուր քանակը</w:t>
            </w:r>
          </w:p>
        </w:tc>
        <w:tc>
          <w:tcPr>
            <w:tcW w:w="943" w:type="dxa"/>
          </w:tcPr>
          <w:p w14:paraId="0C8FB547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002A247C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6BC66BA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150-400*10</w:t>
            </w:r>
            <w:r w:rsidRPr="008F038F">
              <w:rPr>
                <w:rFonts w:ascii="GHEA Grapalat" w:hAnsi="GHEA Grapalat"/>
                <w:sz w:val="12"/>
                <w:szCs w:val="12"/>
                <w:vertAlign w:val="superscript"/>
              </w:rPr>
              <w:t>3</w:t>
            </w:r>
            <w:r w:rsidRPr="008F038F">
              <w:rPr>
                <w:rFonts w:ascii="GHEA Grapalat" w:hAnsi="GHEA Grapalat"/>
                <w:sz w:val="12"/>
                <w:szCs w:val="12"/>
              </w:rPr>
              <w:t>/uL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61CF83B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Ամիլազա ընդհանուր</w:t>
            </w:r>
          </w:p>
        </w:tc>
        <w:tc>
          <w:tcPr>
            <w:tcW w:w="810" w:type="dxa"/>
            <w:vAlign w:val="center"/>
          </w:tcPr>
          <w:p w14:paraId="106BBC63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AMYL2</w:t>
            </w:r>
          </w:p>
        </w:tc>
        <w:tc>
          <w:tcPr>
            <w:tcW w:w="990" w:type="dxa"/>
            <w:vAlign w:val="center"/>
          </w:tcPr>
          <w:p w14:paraId="1026EA59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3FF91DA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</w:p>
        </w:tc>
        <w:tc>
          <w:tcPr>
            <w:tcW w:w="1080" w:type="dxa"/>
            <w:vAlign w:val="center"/>
          </w:tcPr>
          <w:p w14:paraId="52F2F717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28-100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 xml:space="preserve">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Մ/Լ,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U/I  M, F</w:t>
            </w:r>
          </w:p>
        </w:tc>
      </w:tr>
      <w:tr w:rsidR="00306839" w:rsidRPr="00366BBE" w14:paraId="1664E7BE" w14:textId="77777777" w:rsidTr="00B35AD8">
        <w:trPr>
          <w:gridAfter w:val="1"/>
          <w:wAfter w:w="7" w:type="dxa"/>
          <w:trHeight w:val="325"/>
          <w:jc w:val="center"/>
        </w:trPr>
        <w:tc>
          <w:tcPr>
            <w:tcW w:w="625" w:type="dxa"/>
          </w:tcPr>
          <w:p w14:paraId="27D3BEE7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NEUT%</w:t>
            </w:r>
          </w:p>
        </w:tc>
        <w:tc>
          <w:tcPr>
            <w:tcW w:w="2250" w:type="dxa"/>
          </w:tcPr>
          <w:p w14:paraId="014F7585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Նեյտրոֆիլների տոկոսային քանակը</w:t>
            </w:r>
          </w:p>
        </w:tc>
        <w:tc>
          <w:tcPr>
            <w:tcW w:w="943" w:type="dxa"/>
          </w:tcPr>
          <w:p w14:paraId="605C1B5F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48930439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4B15D58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50-70 %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1FAE49B5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Հիմնային Ֆոսֆատազա</w:t>
            </w:r>
          </w:p>
        </w:tc>
        <w:tc>
          <w:tcPr>
            <w:tcW w:w="810" w:type="dxa"/>
            <w:vAlign w:val="center"/>
          </w:tcPr>
          <w:p w14:paraId="7C4E632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ALP</w:t>
            </w:r>
          </w:p>
        </w:tc>
        <w:tc>
          <w:tcPr>
            <w:tcW w:w="990" w:type="dxa"/>
            <w:vAlign w:val="center"/>
          </w:tcPr>
          <w:p w14:paraId="663F4E39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25A8C63D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</w:p>
        </w:tc>
        <w:tc>
          <w:tcPr>
            <w:tcW w:w="1080" w:type="dxa"/>
            <w:vAlign w:val="center"/>
          </w:tcPr>
          <w:p w14:paraId="56C9CA5B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</w:p>
        </w:tc>
      </w:tr>
      <w:tr w:rsidR="00306839" w:rsidRPr="00366BBE" w14:paraId="5F598F66" w14:textId="77777777" w:rsidTr="00B35AD8">
        <w:trPr>
          <w:gridAfter w:val="1"/>
          <w:wAfter w:w="7" w:type="dxa"/>
          <w:trHeight w:val="311"/>
          <w:jc w:val="center"/>
        </w:trPr>
        <w:tc>
          <w:tcPr>
            <w:tcW w:w="625" w:type="dxa"/>
          </w:tcPr>
          <w:p w14:paraId="381B1FF8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LYMPH%</w:t>
            </w:r>
          </w:p>
        </w:tc>
        <w:tc>
          <w:tcPr>
            <w:tcW w:w="2250" w:type="dxa"/>
          </w:tcPr>
          <w:p w14:paraId="03A62C90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Լիմֆոցիտների տոկոսային քանակը</w:t>
            </w:r>
          </w:p>
        </w:tc>
        <w:tc>
          <w:tcPr>
            <w:tcW w:w="943" w:type="dxa"/>
          </w:tcPr>
          <w:p w14:paraId="19083E05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6C401803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71E60EE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25-40 %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21D63EEF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Ասպարտատամինոտրանսֆերազ</w:t>
            </w:r>
          </w:p>
        </w:tc>
        <w:tc>
          <w:tcPr>
            <w:tcW w:w="810" w:type="dxa"/>
            <w:vAlign w:val="center"/>
          </w:tcPr>
          <w:p w14:paraId="33392546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AST</w:t>
            </w:r>
          </w:p>
        </w:tc>
        <w:tc>
          <w:tcPr>
            <w:tcW w:w="990" w:type="dxa"/>
            <w:vAlign w:val="center"/>
          </w:tcPr>
          <w:p w14:paraId="3257CF17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6DB064F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  <w:tc>
          <w:tcPr>
            <w:tcW w:w="1080" w:type="dxa"/>
            <w:vAlign w:val="center"/>
          </w:tcPr>
          <w:p w14:paraId="231E601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&lt;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  <w:t>37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 xml:space="preserve">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Մ/Լ,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U/I  M, F</w:t>
            </w:r>
          </w:p>
        </w:tc>
      </w:tr>
      <w:tr w:rsidR="00306839" w:rsidRPr="00366BBE" w14:paraId="56198E89" w14:textId="77777777" w:rsidTr="00B35AD8">
        <w:trPr>
          <w:gridAfter w:val="1"/>
          <w:wAfter w:w="7" w:type="dxa"/>
          <w:trHeight w:val="311"/>
          <w:jc w:val="center"/>
        </w:trPr>
        <w:tc>
          <w:tcPr>
            <w:tcW w:w="625" w:type="dxa"/>
          </w:tcPr>
          <w:p w14:paraId="09DF209D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MONO%</w:t>
            </w:r>
          </w:p>
        </w:tc>
        <w:tc>
          <w:tcPr>
            <w:tcW w:w="2250" w:type="dxa"/>
          </w:tcPr>
          <w:p w14:paraId="4FF2D15E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Մոնոցիտների տոկոսային քանակը</w:t>
            </w:r>
          </w:p>
        </w:tc>
        <w:tc>
          <w:tcPr>
            <w:tcW w:w="943" w:type="dxa"/>
          </w:tcPr>
          <w:p w14:paraId="3156F50A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70035E11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4C3C9F6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3-11 %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4CBCC5C7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Ալանինամինոտրանսֆերազ</w:t>
            </w:r>
          </w:p>
        </w:tc>
        <w:tc>
          <w:tcPr>
            <w:tcW w:w="810" w:type="dxa"/>
            <w:vAlign w:val="center"/>
          </w:tcPr>
          <w:p w14:paraId="00FC5171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ALT</w:t>
            </w:r>
          </w:p>
        </w:tc>
        <w:tc>
          <w:tcPr>
            <w:tcW w:w="990" w:type="dxa"/>
            <w:vAlign w:val="center"/>
          </w:tcPr>
          <w:p w14:paraId="6ACD0FF9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57EABEF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</w:p>
        </w:tc>
        <w:tc>
          <w:tcPr>
            <w:tcW w:w="1080" w:type="dxa"/>
            <w:vAlign w:val="center"/>
          </w:tcPr>
          <w:p w14:paraId="63ABEFC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&lt;41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  <w:t xml:space="preserve">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Մ/Լ,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U/I  M, F</w:t>
            </w:r>
          </w:p>
        </w:tc>
      </w:tr>
      <w:tr w:rsidR="00306839" w:rsidRPr="00366BBE" w14:paraId="73E0E287" w14:textId="77777777" w:rsidTr="00B35AD8">
        <w:trPr>
          <w:gridAfter w:val="1"/>
          <w:wAfter w:w="7" w:type="dxa"/>
          <w:trHeight w:val="325"/>
          <w:jc w:val="center"/>
        </w:trPr>
        <w:tc>
          <w:tcPr>
            <w:tcW w:w="625" w:type="dxa"/>
          </w:tcPr>
          <w:p w14:paraId="2D7E0C4A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EO%</w:t>
            </w:r>
          </w:p>
        </w:tc>
        <w:tc>
          <w:tcPr>
            <w:tcW w:w="2250" w:type="dxa"/>
          </w:tcPr>
          <w:p w14:paraId="57AA49A6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Էոզինոֆիլների տոկոսային քանակը</w:t>
            </w:r>
          </w:p>
        </w:tc>
        <w:tc>
          <w:tcPr>
            <w:tcW w:w="943" w:type="dxa"/>
          </w:tcPr>
          <w:p w14:paraId="3AD84C2F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16EF699D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79B36AE6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0.5-5 %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7318E29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Գամմագլուտամիլտրանսֆերազ</w:t>
            </w:r>
          </w:p>
        </w:tc>
        <w:tc>
          <w:tcPr>
            <w:tcW w:w="810" w:type="dxa"/>
            <w:vAlign w:val="center"/>
          </w:tcPr>
          <w:p w14:paraId="1CBA2143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GGT</w:t>
            </w:r>
          </w:p>
        </w:tc>
        <w:tc>
          <w:tcPr>
            <w:tcW w:w="990" w:type="dxa"/>
            <w:vAlign w:val="center"/>
          </w:tcPr>
          <w:p w14:paraId="2B9ACFC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6D229162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</w:p>
        </w:tc>
        <w:tc>
          <w:tcPr>
            <w:tcW w:w="1080" w:type="dxa"/>
            <w:vAlign w:val="center"/>
          </w:tcPr>
          <w:p w14:paraId="6230595B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&lt;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49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 M,  &lt;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37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 F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 xml:space="preserve">  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Մ/Լ,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U/I</w:t>
            </w:r>
          </w:p>
        </w:tc>
      </w:tr>
      <w:tr w:rsidR="00306839" w:rsidRPr="00366BBE" w14:paraId="7F7EE019" w14:textId="77777777" w:rsidTr="00B35AD8">
        <w:trPr>
          <w:gridAfter w:val="1"/>
          <w:wAfter w:w="7" w:type="dxa"/>
          <w:trHeight w:val="311"/>
          <w:jc w:val="center"/>
        </w:trPr>
        <w:tc>
          <w:tcPr>
            <w:tcW w:w="625" w:type="dxa"/>
          </w:tcPr>
          <w:p w14:paraId="155F5985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BASO%</w:t>
            </w:r>
          </w:p>
        </w:tc>
        <w:tc>
          <w:tcPr>
            <w:tcW w:w="2250" w:type="dxa"/>
          </w:tcPr>
          <w:p w14:paraId="05F9FC31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Բազոֆիլների տոկոսային քանակը</w:t>
            </w:r>
          </w:p>
        </w:tc>
        <w:tc>
          <w:tcPr>
            <w:tcW w:w="943" w:type="dxa"/>
          </w:tcPr>
          <w:p w14:paraId="624C921B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2E8DF964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17A5342B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0-1.0 %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7CF09FF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Խոլեսթերին ընդհանուր</w:t>
            </w:r>
          </w:p>
        </w:tc>
        <w:tc>
          <w:tcPr>
            <w:tcW w:w="810" w:type="dxa"/>
            <w:vAlign w:val="center"/>
          </w:tcPr>
          <w:p w14:paraId="1CBF543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Cholest.t</w:t>
            </w:r>
          </w:p>
        </w:tc>
        <w:tc>
          <w:tcPr>
            <w:tcW w:w="990" w:type="dxa"/>
            <w:vAlign w:val="center"/>
          </w:tcPr>
          <w:p w14:paraId="730E1D3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7F82B385" w14:textId="77777777" w:rsidR="00306839" w:rsidRPr="008F038F" w:rsidRDefault="00306839" w:rsidP="007B6EEA">
            <w:pPr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  <w:vAlign w:val="center"/>
          </w:tcPr>
          <w:p w14:paraId="542DE389" w14:textId="77777777" w:rsidR="00306839" w:rsidRPr="008F038F" w:rsidRDefault="00306839" w:rsidP="007B6EEA">
            <w:pPr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&lt;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5,2 մմոլ/լ,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  mmol/l M, F</w:t>
            </w:r>
          </w:p>
        </w:tc>
      </w:tr>
      <w:tr w:rsidR="00306839" w:rsidRPr="00366BBE" w14:paraId="3C165293" w14:textId="77777777" w:rsidTr="00B35AD8">
        <w:trPr>
          <w:gridAfter w:val="1"/>
          <w:wAfter w:w="7" w:type="dxa"/>
          <w:trHeight w:val="377"/>
          <w:jc w:val="center"/>
        </w:trPr>
        <w:tc>
          <w:tcPr>
            <w:tcW w:w="625" w:type="dxa"/>
          </w:tcPr>
          <w:p w14:paraId="41681D69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PDW</w:t>
            </w:r>
          </w:p>
        </w:tc>
        <w:tc>
          <w:tcPr>
            <w:tcW w:w="2250" w:type="dxa"/>
          </w:tcPr>
          <w:p w14:paraId="523D2893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Թրոմբոցիտների բաշխման ցուցանիշը ըստ ծավալի</w:t>
            </w:r>
          </w:p>
        </w:tc>
        <w:tc>
          <w:tcPr>
            <w:tcW w:w="943" w:type="dxa"/>
          </w:tcPr>
          <w:p w14:paraId="0F4A6AAB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34EADEBD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316FD07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9-14 fL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299DADAA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Եռգլիցերիդներ</w:t>
            </w:r>
          </w:p>
        </w:tc>
        <w:tc>
          <w:tcPr>
            <w:tcW w:w="810" w:type="dxa"/>
            <w:vAlign w:val="center"/>
          </w:tcPr>
          <w:p w14:paraId="211C285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TG</w:t>
            </w:r>
          </w:p>
        </w:tc>
        <w:tc>
          <w:tcPr>
            <w:tcW w:w="990" w:type="dxa"/>
            <w:vAlign w:val="center"/>
          </w:tcPr>
          <w:p w14:paraId="5043E2A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5759F23C" w14:textId="77777777" w:rsidR="00306839" w:rsidRPr="008F038F" w:rsidRDefault="00306839" w:rsidP="007B6EEA">
            <w:pPr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  <w:vAlign w:val="center"/>
          </w:tcPr>
          <w:p w14:paraId="30AEC708" w14:textId="77777777" w:rsidR="00306839" w:rsidRPr="008F038F" w:rsidRDefault="00306839" w:rsidP="007B6EEA">
            <w:pPr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0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  <w:t>,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 xml:space="preserve">7 – 1,70 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մմոլ/լ,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  mmol/l M, F</w:t>
            </w:r>
          </w:p>
        </w:tc>
      </w:tr>
      <w:tr w:rsidR="00306839" w:rsidRPr="00366BBE" w14:paraId="4028AAE2" w14:textId="77777777" w:rsidTr="00B35AD8">
        <w:trPr>
          <w:gridAfter w:val="1"/>
          <w:wAfter w:w="7" w:type="dxa"/>
          <w:trHeight w:val="325"/>
          <w:jc w:val="center"/>
        </w:trPr>
        <w:tc>
          <w:tcPr>
            <w:tcW w:w="625" w:type="dxa"/>
          </w:tcPr>
          <w:p w14:paraId="3F6AB4FB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MPV</w:t>
            </w:r>
          </w:p>
        </w:tc>
        <w:tc>
          <w:tcPr>
            <w:tcW w:w="2250" w:type="dxa"/>
          </w:tcPr>
          <w:p w14:paraId="7BADEA61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Թրոմբոցիտների միջին ծավալը</w:t>
            </w:r>
          </w:p>
        </w:tc>
        <w:tc>
          <w:tcPr>
            <w:tcW w:w="943" w:type="dxa"/>
          </w:tcPr>
          <w:p w14:paraId="5A058C57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21E5BE3F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05C04C29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8-12 fL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D366922" w14:textId="2E553248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C ռեակտիվ սպիտակուց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B6C0595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CRP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A1F02DE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2BDBB1F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</w:p>
        </w:tc>
        <w:tc>
          <w:tcPr>
            <w:tcW w:w="1080" w:type="dxa"/>
            <w:vAlign w:val="center"/>
          </w:tcPr>
          <w:p w14:paraId="43C037C7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&lt;12 մգ/լ, mg/l</w:t>
            </w:r>
          </w:p>
        </w:tc>
      </w:tr>
      <w:tr w:rsidR="00306839" w:rsidRPr="00366BBE" w14:paraId="34151F8B" w14:textId="77777777" w:rsidTr="00B35AD8">
        <w:trPr>
          <w:gridAfter w:val="1"/>
          <w:wAfter w:w="7" w:type="dxa"/>
          <w:trHeight w:val="311"/>
          <w:jc w:val="center"/>
        </w:trPr>
        <w:tc>
          <w:tcPr>
            <w:tcW w:w="625" w:type="dxa"/>
          </w:tcPr>
          <w:p w14:paraId="7330658F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P-LCR</w:t>
            </w:r>
          </w:p>
        </w:tc>
        <w:tc>
          <w:tcPr>
            <w:tcW w:w="2250" w:type="dxa"/>
          </w:tcPr>
          <w:p w14:paraId="22B50767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Խոշոր թրոմբոցիտների տոկոսային քանակը</w:t>
            </w:r>
          </w:p>
        </w:tc>
        <w:tc>
          <w:tcPr>
            <w:tcW w:w="943" w:type="dxa"/>
          </w:tcPr>
          <w:p w14:paraId="15E9B5FD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41F76DE5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4C3FD2DE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11-45 %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95EF9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Ռևմատոիդ գործոն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7C0D4581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RF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14:paraId="243057E8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14:paraId="6DA9247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0CE7CFA2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&lt;8 մգ/լ, mg/l</w:t>
            </w:r>
          </w:p>
        </w:tc>
      </w:tr>
      <w:tr w:rsidR="00306839" w:rsidRPr="00366BBE" w14:paraId="53658772" w14:textId="77777777" w:rsidTr="00B35AD8">
        <w:trPr>
          <w:gridAfter w:val="1"/>
          <w:wAfter w:w="7" w:type="dxa"/>
          <w:trHeight w:val="325"/>
          <w:jc w:val="center"/>
        </w:trPr>
        <w:tc>
          <w:tcPr>
            <w:tcW w:w="625" w:type="dxa"/>
          </w:tcPr>
          <w:p w14:paraId="2967D8FC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PCT</w:t>
            </w:r>
          </w:p>
        </w:tc>
        <w:tc>
          <w:tcPr>
            <w:tcW w:w="2250" w:type="dxa"/>
          </w:tcPr>
          <w:p w14:paraId="0FFC0BF3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Թրոմբոցիտոկրիտ</w:t>
            </w:r>
          </w:p>
        </w:tc>
        <w:tc>
          <w:tcPr>
            <w:tcW w:w="943" w:type="dxa"/>
          </w:tcPr>
          <w:p w14:paraId="536318EE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1BC05062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3BD884F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0.11-0.28 %</w:t>
            </w:r>
          </w:p>
        </w:tc>
        <w:tc>
          <w:tcPr>
            <w:tcW w:w="4950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29906" w14:textId="77777777" w:rsidR="00306839" w:rsidRPr="002B4B37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 w:cs="Times New Roman"/>
                <w:b/>
                <w:bCs/>
                <w:iCs/>
                <w:sz w:val="12"/>
                <w:szCs w:val="12"/>
                <w:lang w:val="hy-AM"/>
              </w:rPr>
            </w:pPr>
            <w:r w:rsidRPr="002B4B37">
              <w:rPr>
                <w:rFonts w:ascii="GHEA Grapalat" w:hAnsi="GHEA Grapalat" w:cs="Times New Roman"/>
                <w:b/>
                <w:bCs/>
                <w:iCs/>
                <w:sz w:val="12"/>
                <w:szCs w:val="12"/>
                <w:lang w:val="hy-AM"/>
              </w:rPr>
              <w:t>Կոագուլոգրամա</w:t>
            </w:r>
          </w:p>
        </w:tc>
      </w:tr>
      <w:tr w:rsidR="00306839" w:rsidRPr="00366BBE" w14:paraId="6B3FAC0C" w14:textId="77777777" w:rsidTr="00B35AD8">
        <w:trPr>
          <w:gridAfter w:val="1"/>
          <w:wAfter w:w="7" w:type="dxa"/>
          <w:trHeight w:val="368"/>
          <w:jc w:val="center"/>
        </w:trPr>
        <w:tc>
          <w:tcPr>
            <w:tcW w:w="625" w:type="dxa"/>
          </w:tcPr>
          <w:p w14:paraId="7909FB73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ESR</w:t>
            </w:r>
          </w:p>
        </w:tc>
        <w:tc>
          <w:tcPr>
            <w:tcW w:w="2250" w:type="dxa"/>
          </w:tcPr>
          <w:p w14:paraId="0F005F38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 xml:space="preserve">Էրիթրոցիտների նստեցման արագությունը      </w:t>
            </w:r>
          </w:p>
        </w:tc>
        <w:tc>
          <w:tcPr>
            <w:tcW w:w="943" w:type="dxa"/>
          </w:tcPr>
          <w:p w14:paraId="1C51A550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033FA9DC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b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3C640E73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Տ</w:t>
            </w:r>
            <w:r w:rsidRPr="008F038F">
              <w:rPr>
                <w:rFonts w:ascii="GHEA Grapalat" w:hAnsi="GHEA Grapalat"/>
                <w:sz w:val="12"/>
                <w:szCs w:val="12"/>
              </w:rPr>
              <w:t xml:space="preserve"> 2-10 mm/h</w:t>
            </w:r>
          </w:p>
          <w:p w14:paraId="658B2E17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Կ</w:t>
            </w:r>
            <w:r w:rsidRPr="008F038F">
              <w:rPr>
                <w:rFonts w:ascii="GHEA Grapalat" w:hAnsi="GHEA Grapalat"/>
                <w:sz w:val="12"/>
                <w:szCs w:val="12"/>
              </w:rPr>
              <w:t xml:space="preserve"> 2-15 mm/h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410CF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Ֆիբրինոգեն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vAlign w:val="center"/>
          </w:tcPr>
          <w:p w14:paraId="2AB5909E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Fibrinogen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1279D8D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677F6E1D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EB0447A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200-400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մգ/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%, mg/% </w:t>
            </w:r>
          </w:p>
        </w:tc>
      </w:tr>
      <w:tr w:rsidR="00306839" w:rsidRPr="00366BBE" w14:paraId="021B1255" w14:textId="77777777" w:rsidTr="00B35AD8">
        <w:trPr>
          <w:gridAfter w:val="1"/>
          <w:wAfter w:w="7" w:type="dxa"/>
          <w:trHeight w:val="293"/>
          <w:jc w:val="center"/>
        </w:trPr>
        <w:tc>
          <w:tcPr>
            <w:tcW w:w="625" w:type="dxa"/>
            <w:vMerge w:val="restart"/>
          </w:tcPr>
          <w:p w14:paraId="04B83D40" w14:textId="77777777" w:rsidR="00306839" w:rsidRPr="008F038F" w:rsidRDefault="00306839" w:rsidP="007B6EEA">
            <w:pPr>
              <w:tabs>
                <w:tab w:val="right" w:pos="10800"/>
              </w:tabs>
              <w:jc w:val="center"/>
              <w:rPr>
                <w:rFonts w:ascii="GHEA Grapalat" w:hAnsi="GHEA Grapalat"/>
                <w:sz w:val="12"/>
                <w:szCs w:val="12"/>
              </w:rPr>
            </w:pPr>
          </w:p>
          <w:p w14:paraId="2B128184" w14:textId="77777777" w:rsidR="00306839" w:rsidRPr="008F038F" w:rsidRDefault="00306839" w:rsidP="007B6EEA">
            <w:pPr>
              <w:tabs>
                <w:tab w:val="left" w:pos="300"/>
                <w:tab w:val="center" w:pos="442"/>
                <w:tab w:val="right" w:pos="10800"/>
              </w:tabs>
              <w:ind w:right="-105" w:hanging="120"/>
              <w:jc w:val="center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դրոշմներ</w:t>
            </w:r>
          </w:p>
        </w:tc>
        <w:tc>
          <w:tcPr>
            <w:tcW w:w="2250" w:type="dxa"/>
          </w:tcPr>
          <w:p w14:paraId="7FFF6071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WBC</w:t>
            </w:r>
          </w:p>
        </w:tc>
        <w:tc>
          <w:tcPr>
            <w:tcW w:w="943" w:type="dxa"/>
          </w:tcPr>
          <w:p w14:paraId="0323D7CD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111A739F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3ED24B51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24A047E1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Պրոթրոմբին</w:t>
            </w:r>
            <w:r w:rsidRPr="008F038F">
              <w:rPr>
                <w:rFonts w:ascii="Times New Roman" w:hAnsi="Times New Roman" w:cs="Times New Roman"/>
                <w:bCs/>
                <w:iCs/>
                <w:sz w:val="12"/>
                <w:szCs w:val="12"/>
                <w:lang w:val="hy-AM"/>
              </w:rPr>
              <w:t>․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 ժամանակ</w:t>
            </w:r>
          </w:p>
        </w:tc>
        <w:tc>
          <w:tcPr>
            <w:tcW w:w="810" w:type="dxa"/>
            <w:vAlign w:val="center"/>
          </w:tcPr>
          <w:p w14:paraId="33F25A55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PT</w:t>
            </w:r>
          </w:p>
        </w:tc>
        <w:tc>
          <w:tcPr>
            <w:tcW w:w="990" w:type="dxa"/>
            <w:vAlign w:val="center"/>
          </w:tcPr>
          <w:p w14:paraId="73802F50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17A4185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b/>
                <w:sz w:val="12"/>
                <w:szCs w:val="12"/>
              </w:rPr>
            </w:pPr>
          </w:p>
        </w:tc>
        <w:tc>
          <w:tcPr>
            <w:tcW w:w="1080" w:type="dxa"/>
          </w:tcPr>
          <w:p w14:paraId="0D47447C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jc w:val="both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1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2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-1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8  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>վրկ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  <w:t>.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  <w:lang w:val="hy-AM"/>
              </w:rPr>
              <w:t xml:space="preserve">, 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  <w:t>sec.</w:t>
            </w:r>
          </w:p>
        </w:tc>
      </w:tr>
      <w:tr w:rsidR="00306839" w:rsidRPr="00366BBE" w14:paraId="5EC6A7FA" w14:textId="77777777" w:rsidTr="00B35AD8">
        <w:trPr>
          <w:gridAfter w:val="1"/>
          <w:wAfter w:w="7" w:type="dxa"/>
          <w:trHeight w:val="291"/>
          <w:jc w:val="center"/>
        </w:trPr>
        <w:tc>
          <w:tcPr>
            <w:tcW w:w="625" w:type="dxa"/>
            <w:vMerge/>
          </w:tcPr>
          <w:p w14:paraId="639AECB7" w14:textId="77777777" w:rsidR="00306839" w:rsidRPr="008F038F" w:rsidRDefault="00306839" w:rsidP="007B6EEA">
            <w:pPr>
              <w:tabs>
                <w:tab w:val="right" w:pos="10800"/>
              </w:tabs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2250" w:type="dxa"/>
          </w:tcPr>
          <w:p w14:paraId="49781E45" w14:textId="77777777" w:rsidR="00306839" w:rsidRPr="008F038F" w:rsidRDefault="00306839" w:rsidP="007B6EEA">
            <w:pPr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RBC</w:t>
            </w:r>
          </w:p>
        </w:tc>
        <w:tc>
          <w:tcPr>
            <w:tcW w:w="943" w:type="dxa"/>
          </w:tcPr>
          <w:p w14:paraId="202E1C3A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23FDAAC6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558D2F4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245B2C88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Պրոթրոմբին</w:t>
            </w:r>
            <w:r w:rsidRPr="008F038F">
              <w:rPr>
                <w:rFonts w:ascii="Times New Roman" w:hAnsi="Times New Roman" w:cs="Times New Roman"/>
                <w:bCs/>
                <w:iCs/>
                <w:sz w:val="12"/>
                <w:szCs w:val="12"/>
                <w:lang w:val="hy-AM"/>
              </w:rPr>
              <w:t>․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 ինդեքս</w:t>
            </w:r>
          </w:p>
        </w:tc>
        <w:tc>
          <w:tcPr>
            <w:tcW w:w="810" w:type="dxa"/>
            <w:vAlign w:val="center"/>
          </w:tcPr>
          <w:p w14:paraId="58C8154D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iPT</w:t>
            </w:r>
          </w:p>
        </w:tc>
        <w:tc>
          <w:tcPr>
            <w:tcW w:w="990" w:type="dxa"/>
            <w:vAlign w:val="center"/>
          </w:tcPr>
          <w:p w14:paraId="0EE61826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2C390FDF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</w:tcPr>
          <w:p w14:paraId="24229BFB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jc w:val="both"/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70-105 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  <w:t>%</w:t>
            </w: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             </w:t>
            </w:r>
            <w:r w:rsidRPr="008F038F"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  <w:t xml:space="preserve">                         </w:t>
            </w:r>
          </w:p>
        </w:tc>
      </w:tr>
      <w:tr w:rsidR="00306839" w:rsidRPr="00366BBE" w14:paraId="6C0926E6" w14:textId="77777777" w:rsidTr="00B35AD8">
        <w:trPr>
          <w:gridAfter w:val="1"/>
          <w:wAfter w:w="7" w:type="dxa"/>
          <w:trHeight w:val="291"/>
          <w:jc w:val="center"/>
        </w:trPr>
        <w:tc>
          <w:tcPr>
            <w:tcW w:w="625" w:type="dxa"/>
            <w:vMerge/>
          </w:tcPr>
          <w:p w14:paraId="0626F9B7" w14:textId="77777777" w:rsidR="00306839" w:rsidRPr="008F038F" w:rsidRDefault="00306839" w:rsidP="007B6EEA">
            <w:pPr>
              <w:tabs>
                <w:tab w:val="right" w:pos="10800"/>
              </w:tabs>
              <w:jc w:val="center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2250" w:type="dxa"/>
          </w:tcPr>
          <w:p w14:paraId="2046976E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b/>
                <w:sz w:val="12"/>
                <w:szCs w:val="12"/>
              </w:rPr>
            </w:pPr>
            <w:r w:rsidRPr="008F038F">
              <w:rPr>
                <w:rFonts w:ascii="GHEA Grapalat" w:hAnsi="GHEA Grapalat"/>
                <w:b/>
                <w:sz w:val="12"/>
                <w:szCs w:val="12"/>
              </w:rPr>
              <w:t>PLT</w:t>
            </w:r>
          </w:p>
        </w:tc>
        <w:tc>
          <w:tcPr>
            <w:tcW w:w="943" w:type="dxa"/>
          </w:tcPr>
          <w:p w14:paraId="4F2C2868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857" w:type="dxa"/>
          </w:tcPr>
          <w:p w14:paraId="6C1708A0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4AB2E31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4BBE40F8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>ՄՆՀ</w:t>
            </w:r>
          </w:p>
        </w:tc>
        <w:tc>
          <w:tcPr>
            <w:tcW w:w="810" w:type="dxa"/>
            <w:vAlign w:val="center"/>
          </w:tcPr>
          <w:p w14:paraId="5CCF479A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INR</w:t>
            </w:r>
          </w:p>
        </w:tc>
        <w:tc>
          <w:tcPr>
            <w:tcW w:w="990" w:type="dxa"/>
            <w:vAlign w:val="center"/>
          </w:tcPr>
          <w:p w14:paraId="16FAD329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14:paraId="2F839B2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080" w:type="dxa"/>
          </w:tcPr>
          <w:p w14:paraId="66E4A134" w14:textId="77777777" w:rsidR="00306839" w:rsidRPr="008F038F" w:rsidRDefault="00306839" w:rsidP="007B6EEA">
            <w:pPr>
              <w:tabs>
                <w:tab w:val="right" w:pos="10800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8F038F">
              <w:rPr>
                <w:rFonts w:ascii="GHEA Grapalat" w:hAnsi="GHEA Grapalat"/>
                <w:bCs/>
                <w:iCs/>
                <w:sz w:val="12"/>
                <w:szCs w:val="12"/>
              </w:rPr>
              <w:t>0.8 – 1.34</w:t>
            </w:r>
          </w:p>
        </w:tc>
      </w:tr>
    </w:tbl>
    <w:p w14:paraId="2A241158" w14:textId="0295EA29" w:rsidR="00E0084C" w:rsidRPr="0096793C" w:rsidRDefault="00E0084C" w:rsidP="00E0084C">
      <w:pPr>
        <w:shd w:val="clear" w:color="auto" w:fill="FFFFFF"/>
        <w:spacing w:line="360" w:lineRule="auto"/>
        <w:rPr>
          <w:rFonts w:ascii="GHEA Grapalat" w:eastAsia="Times New Roman" w:hAnsi="GHEA Grapalat" w:cs="Cambria Math"/>
          <w:color w:val="000000"/>
          <w:sz w:val="24"/>
          <w:szCs w:val="24"/>
          <w:lang w:val="hy-AM" w:eastAsia="ru-RU"/>
        </w:rPr>
      </w:pPr>
    </w:p>
    <w:tbl>
      <w:tblPr>
        <w:tblStyle w:val="TableGrid"/>
        <w:tblW w:w="10802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250"/>
        <w:gridCol w:w="900"/>
        <w:gridCol w:w="900"/>
        <w:gridCol w:w="1170"/>
        <w:gridCol w:w="1350"/>
        <w:gridCol w:w="1710"/>
        <w:gridCol w:w="1890"/>
        <w:gridCol w:w="7"/>
      </w:tblGrid>
      <w:tr w:rsidR="00306839" w:rsidRPr="000D5E41" w14:paraId="6C4178FD" w14:textId="77777777" w:rsidTr="005017C1">
        <w:trPr>
          <w:gridAfter w:val="1"/>
          <w:wAfter w:w="7" w:type="dxa"/>
          <w:trHeight w:val="94"/>
          <w:jc w:val="center"/>
        </w:trPr>
        <w:tc>
          <w:tcPr>
            <w:tcW w:w="28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90FF4" w14:textId="2BD12C5A" w:rsidR="00306839" w:rsidRPr="00F15CA1" w:rsidRDefault="002C2DA1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>
              <w:rPr>
                <w:rFonts w:ascii="GHEA Grapalat" w:hAnsi="GHEA Grapalat"/>
                <w:b/>
                <w:bCs/>
                <w:iCs/>
                <w:sz w:val="12"/>
                <w:szCs w:val="12"/>
                <w:lang w:val="hy-AM"/>
              </w:rPr>
              <w:t>Վարակներ</w:t>
            </w:r>
            <w:r w:rsidR="00306839">
              <w:rPr>
                <w:rFonts w:ascii="GHEA Grapalat" w:hAnsi="GHEA Grapalat"/>
                <w:b/>
                <w:bCs/>
                <w:iCs/>
                <w:sz w:val="12"/>
                <w:szCs w:val="12"/>
                <w:lang w:val="hy-AM"/>
              </w:rPr>
              <w:t xml:space="preserve"> </w:t>
            </w:r>
            <w:r w:rsidR="00306839">
              <w:rPr>
                <w:rFonts w:ascii="GHEA Grapalat" w:hAnsi="GHEA Grapalat"/>
                <w:b/>
                <w:bCs/>
                <w:iCs/>
                <w:sz w:val="12"/>
                <w:szCs w:val="12"/>
              </w:rPr>
              <w:t>(</w:t>
            </w:r>
            <w:r w:rsidR="00306839">
              <w:rPr>
                <w:rFonts w:ascii="GHEA Grapalat" w:hAnsi="GHEA Grapalat"/>
                <w:b/>
                <w:bCs/>
                <w:iCs/>
                <w:sz w:val="12"/>
                <w:szCs w:val="12"/>
                <w:lang w:val="hy-AM"/>
              </w:rPr>
              <w:t>ԱԱԹ</w:t>
            </w:r>
            <w:r w:rsidR="00306839">
              <w:rPr>
                <w:rFonts w:ascii="GHEA Grapalat" w:hAnsi="GHEA Grapalat"/>
                <w:b/>
                <w:bCs/>
                <w:iCs/>
                <w:sz w:val="12"/>
                <w:szCs w:val="12"/>
              </w:rPr>
              <w:t>)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5BAC9" w14:textId="59384D5D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0D5E41">
              <w:rPr>
                <w:rFonts w:ascii="GHEA Grapalat" w:hAnsi="GHEA Grapalat"/>
                <w:b/>
                <w:sz w:val="12"/>
                <w:szCs w:val="12"/>
              </w:rPr>
              <w:t>Հետազոտության արդյունքներ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A53B" w14:textId="77777777" w:rsidR="00306839" w:rsidRPr="000D5E41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0D5E41">
              <w:rPr>
                <w:rFonts w:ascii="GHEA Grapalat" w:hAnsi="GHEA Grapalat"/>
                <w:b/>
                <w:sz w:val="12"/>
                <w:szCs w:val="12"/>
              </w:rPr>
              <w:t>Նորմաները</w:t>
            </w:r>
          </w:p>
        </w:tc>
        <w:tc>
          <w:tcPr>
            <w:tcW w:w="495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EBE26" w14:textId="77777777" w:rsidR="00306839" w:rsidRPr="00FA55FE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  <w:r>
              <w:rPr>
                <w:rFonts w:ascii="GHEA Grapalat" w:hAnsi="GHEA Grapalat"/>
                <w:b/>
                <w:sz w:val="12"/>
                <w:szCs w:val="12"/>
                <w:lang w:val="hy-AM"/>
              </w:rPr>
              <w:t>Մեզի ընդհանուր քննություն</w:t>
            </w:r>
          </w:p>
        </w:tc>
      </w:tr>
      <w:tr w:rsidR="00306839" w:rsidRPr="00366BBE" w14:paraId="08041226" w14:textId="77777777" w:rsidTr="007B6EEA">
        <w:trPr>
          <w:trHeight w:val="134"/>
          <w:jc w:val="center"/>
        </w:trPr>
        <w:tc>
          <w:tcPr>
            <w:tcW w:w="28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CB832A" w14:textId="77777777" w:rsidR="00306839" w:rsidRPr="00366BBE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3A278" w14:textId="77777777" w:rsidR="00306839" w:rsidRPr="00F24C77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</w:p>
        </w:tc>
        <w:tc>
          <w:tcPr>
            <w:tcW w:w="11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CC8FC" w14:textId="77777777" w:rsidR="00306839" w:rsidRPr="00366BBE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</w:tcBorders>
          </w:tcPr>
          <w:p w14:paraId="4C273AE5" w14:textId="77777777" w:rsidR="00306839" w:rsidRPr="00366BBE" w:rsidRDefault="00306839" w:rsidP="007B6EEA">
            <w:pPr>
              <w:tabs>
                <w:tab w:val="right" w:pos="10800"/>
              </w:tabs>
              <w:spacing w:line="276" w:lineRule="auto"/>
              <w:ind w:hanging="16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  <w:vAlign w:val="center"/>
          </w:tcPr>
          <w:p w14:paraId="180B4ABF" w14:textId="77777777" w:rsidR="00306839" w:rsidRPr="00F24C77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  <w:r w:rsidRPr="00F24C77">
              <w:rPr>
                <w:rFonts w:ascii="GHEA Grapalat" w:hAnsi="GHEA Grapalat"/>
                <w:b/>
                <w:sz w:val="12"/>
                <w:szCs w:val="12"/>
                <w:lang w:val="hy-AM"/>
              </w:rPr>
              <w:t>ընդունվելիս</w:t>
            </w:r>
          </w:p>
        </w:tc>
        <w:tc>
          <w:tcPr>
            <w:tcW w:w="1897" w:type="dxa"/>
            <w:gridSpan w:val="2"/>
            <w:tcBorders>
              <w:top w:val="single" w:sz="12" w:space="0" w:color="auto"/>
            </w:tcBorders>
            <w:vAlign w:val="center"/>
          </w:tcPr>
          <w:p w14:paraId="043F35EA" w14:textId="77777777" w:rsidR="00306839" w:rsidRPr="00366BBE" w:rsidRDefault="00306839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2"/>
                <w:szCs w:val="12"/>
                <w:lang w:val="hy-AM"/>
              </w:rPr>
              <w:t>դ</w:t>
            </w:r>
            <w:r w:rsidRPr="00F24C77">
              <w:rPr>
                <w:rFonts w:ascii="GHEA Grapalat" w:hAnsi="GHEA Grapalat"/>
                <w:b/>
                <w:sz w:val="12"/>
                <w:szCs w:val="12"/>
                <w:lang w:val="hy-AM"/>
              </w:rPr>
              <w:t>ուրս գրվելիս</w:t>
            </w:r>
          </w:p>
        </w:tc>
      </w:tr>
      <w:tr w:rsidR="00306839" w:rsidRPr="008F038F" w14:paraId="1CC49E92" w14:textId="77777777" w:rsidTr="007B6EEA">
        <w:trPr>
          <w:gridAfter w:val="1"/>
          <w:wAfter w:w="7" w:type="dxa"/>
          <w:trHeight w:val="325"/>
          <w:jc w:val="center"/>
        </w:trPr>
        <w:tc>
          <w:tcPr>
            <w:tcW w:w="625" w:type="dxa"/>
            <w:tcBorders>
              <w:top w:val="single" w:sz="12" w:space="0" w:color="auto"/>
            </w:tcBorders>
            <w:vAlign w:val="center"/>
          </w:tcPr>
          <w:p w14:paraId="1F3901DD" w14:textId="77777777" w:rsidR="00306839" w:rsidRPr="007F17C9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7F17C9">
              <w:rPr>
                <w:rFonts w:ascii="GHEA Grapalat" w:hAnsi="GHEA Grapalat"/>
                <w:bCs/>
                <w:iCs/>
                <w:sz w:val="12"/>
                <w:szCs w:val="12"/>
              </w:rPr>
              <w:t>HBsAg</w:t>
            </w:r>
          </w:p>
        </w:tc>
        <w:tc>
          <w:tcPr>
            <w:tcW w:w="2250" w:type="dxa"/>
            <w:tcBorders>
              <w:top w:val="single" w:sz="12" w:space="0" w:color="auto"/>
            </w:tcBorders>
          </w:tcPr>
          <w:p w14:paraId="69094EC1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>Լեյկոցիտների ընդհանուր քանակը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251F294B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377FDA4B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E643FE" w14:textId="731FA163" w:rsidR="00306839" w:rsidRPr="007F17C9" w:rsidRDefault="009F22DE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Բացասական </w:t>
            </w:r>
            <w:r w:rsidR="00306839" w:rsidRPr="007F17C9">
              <w:rPr>
                <w:rFonts w:ascii="GHEA Grapalat" w:hAnsi="GHEA Grapalat"/>
                <w:bCs/>
                <w:iCs/>
                <w:sz w:val="12"/>
                <w:szCs w:val="12"/>
              </w:rPr>
              <w:t>Negative</w:t>
            </w:r>
          </w:p>
        </w:tc>
        <w:tc>
          <w:tcPr>
            <w:tcW w:w="1350" w:type="dxa"/>
            <w:vMerge w:val="restart"/>
            <w:tcBorders>
              <w:left w:val="single" w:sz="12" w:space="0" w:color="auto"/>
            </w:tcBorders>
            <w:vAlign w:val="center"/>
          </w:tcPr>
          <w:p w14:paraId="22CB2B76" w14:textId="77777777" w:rsidR="00306839" w:rsidRPr="007C49C2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  <w:r w:rsidRPr="007C49C2">
              <w:rPr>
                <w:rFonts w:ascii="GHEA Grapalat" w:hAnsi="GHEA Grapalat"/>
                <w:bCs/>
                <w:iCs/>
                <w:sz w:val="12"/>
                <w:szCs w:val="12"/>
              </w:rPr>
              <w:t>Ֆիզիկաքիմիական հատկություններ</w:t>
            </w:r>
          </w:p>
        </w:tc>
        <w:tc>
          <w:tcPr>
            <w:tcW w:w="1710" w:type="dxa"/>
            <w:vMerge w:val="restart"/>
            <w:vAlign w:val="center"/>
          </w:tcPr>
          <w:p w14:paraId="674F0C95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5EA28B3D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</w:tr>
      <w:tr w:rsidR="00306839" w:rsidRPr="008F038F" w14:paraId="6F500CAE" w14:textId="77777777" w:rsidTr="007B6EEA">
        <w:trPr>
          <w:gridAfter w:val="1"/>
          <w:wAfter w:w="7" w:type="dxa"/>
          <w:trHeight w:val="377"/>
          <w:jc w:val="center"/>
        </w:trPr>
        <w:tc>
          <w:tcPr>
            <w:tcW w:w="625" w:type="dxa"/>
            <w:vAlign w:val="center"/>
          </w:tcPr>
          <w:p w14:paraId="3E0400BC" w14:textId="77777777" w:rsidR="00306839" w:rsidRPr="007F17C9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7F17C9">
              <w:rPr>
                <w:rFonts w:ascii="GHEA Grapalat" w:hAnsi="GHEA Grapalat"/>
                <w:bCs/>
                <w:iCs/>
                <w:sz w:val="12"/>
                <w:szCs w:val="12"/>
              </w:rPr>
              <w:t>HCV Ab</w:t>
            </w:r>
          </w:p>
        </w:tc>
        <w:tc>
          <w:tcPr>
            <w:tcW w:w="2250" w:type="dxa"/>
          </w:tcPr>
          <w:p w14:paraId="3A9D00E4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 xml:space="preserve">Էրիթրոցիտների ընդհանուր քանակը                 </w:t>
            </w:r>
          </w:p>
        </w:tc>
        <w:tc>
          <w:tcPr>
            <w:tcW w:w="900" w:type="dxa"/>
          </w:tcPr>
          <w:p w14:paraId="34380771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  <w:p w14:paraId="64824102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00" w:type="dxa"/>
          </w:tcPr>
          <w:p w14:paraId="7404C416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b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75E38270" w14:textId="72223050" w:rsidR="00306839" w:rsidRPr="007F17C9" w:rsidRDefault="009F22DE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sz w:val="12"/>
                <w:szCs w:val="12"/>
              </w:rPr>
            </w:pPr>
            <w:r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Բացասական </w:t>
            </w:r>
            <w:r w:rsidR="00306839" w:rsidRPr="007F17C9">
              <w:rPr>
                <w:rFonts w:ascii="GHEA Grapalat" w:hAnsi="GHEA Grapalat"/>
                <w:bCs/>
                <w:iCs/>
                <w:sz w:val="12"/>
                <w:szCs w:val="12"/>
              </w:rPr>
              <w:t>Negative</w:t>
            </w:r>
          </w:p>
        </w:tc>
        <w:tc>
          <w:tcPr>
            <w:tcW w:w="1350" w:type="dxa"/>
            <w:vMerge/>
            <w:tcBorders>
              <w:left w:val="single" w:sz="12" w:space="0" w:color="auto"/>
            </w:tcBorders>
            <w:vAlign w:val="center"/>
          </w:tcPr>
          <w:p w14:paraId="34100C08" w14:textId="77777777" w:rsidR="00306839" w:rsidRPr="007C49C2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  <w:tc>
          <w:tcPr>
            <w:tcW w:w="1710" w:type="dxa"/>
            <w:vMerge/>
            <w:vAlign w:val="center"/>
          </w:tcPr>
          <w:p w14:paraId="66AA66C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  <w:tc>
          <w:tcPr>
            <w:tcW w:w="1890" w:type="dxa"/>
            <w:vMerge/>
            <w:vAlign w:val="center"/>
          </w:tcPr>
          <w:p w14:paraId="32367C6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</w:tr>
      <w:tr w:rsidR="00306839" w:rsidRPr="008F038F" w14:paraId="66D78BB5" w14:textId="77777777" w:rsidTr="007B6EEA">
        <w:trPr>
          <w:gridAfter w:val="1"/>
          <w:wAfter w:w="7" w:type="dxa"/>
          <w:trHeight w:val="440"/>
          <w:jc w:val="center"/>
        </w:trPr>
        <w:tc>
          <w:tcPr>
            <w:tcW w:w="625" w:type="dxa"/>
            <w:vAlign w:val="center"/>
          </w:tcPr>
          <w:p w14:paraId="6D035A0E" w14:textId="77777777" w:rsidR="00306839" w:rsidRPr="007F17C9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7F17C9">
              <w:rPr>
                <w:rFonts w:ascii="GHEA Grapalat" w:hAnsi="GHEA Grapalat"/>
                <w:bCs/>
                <w:iCs/>
                <w:sz w:val="12"/>
                <w:szCs w:val="12"/>
              </w:rPr>
              <w:t>HIV</w:t>
            </w:r>
          </w:p>
        </w:tc>
        <w:tc>
          <w:tcPr>
            <w:tcW w:w="2250" w:type="dxa"/>
          </w:tcPr>
          <w:p w14:paraId="34A2CC30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 xml:space="preserve">Հեմոգլոբինի կոնցետրացիան                                </w:t>
            </w:r>
          </w:p>
        </w:tc>
        <w:tc>
          <w:tcPr>
            <w:tcW w:w="900" w:type="dxa"/>
          </w:tcPr>
          <w:p w14:paraId="64802613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00" w:type="dxa"/>
          </w:tcPr>
          <w:p w14:paraId="2341A289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b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2805305F" w14:textId="24A4718A" w:rsidR="00306839" w:rsidRPr="007F17C9" w:rsidRDefault="009F22DE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sz w:val="12"/>
                <w:szCs w:val="12"/>
              </w:rPr>
            </w:pPr>
            <w:r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Բացասական </w:t>
            </w:r>
            <w:r w:rsidR="00306839" w:rsidRPr="007F17C9">
              <w:rPr>
                <w:rFonts w:ascii="GHEA Grapalat" w:hAnsi="GHEA Grapalat"/>
                <w:bCs/>
                <w:iCs/>
                <w:sz w:val="12"/>
                <w:szCs w:val="12"/>
              </w:rPr>
              <w:t>Negative</w:t>
            </w:r>
          </w:p>
        </w:tc>
        <w:tc>
          <w:tcPr>
            <w:tcW w:w="1350" w:type="dxa"/>
            <w:vMerge w:val="restart"/>
            <w:tcBorders>
              <w:left w:val="single" w:sz="12" w:space="0" w:color="auto"/>
            </w:tcBorders>
            <w:vAlign w:val="center"/>
          </w:tcPr>
          <w:p w14:paraId="6A1D74BE" w14:textId="77777777" w:rsidR="00306839" w:rsidRPr="007C49C2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  <w:r w:rsidRPr="007C49C2">
              <w:rPr>
                <w:rFonts w:ascii="GHEA Grapalat" w:hAnsi="GHEA Grapalat"/>
                <w:bCs/>
                <w:iCs/>
                <w:sz w:val="12"/>
                <w:szCs w:val="12"/>
              </w:rPr>
              <w:t>Ձևավորված նստվածքի մանրադիտակային զննում</w:t>
            </w:r>
          </w:p>
        </w:tc>
        <w:tc>
          <w:tcPr>
            <w:tcW w:w="1710" w:type="dxa"/>
            <w:vMerge w:val="restart"/>
            <w:vAlign w:val="center"/>
          </w:tcPr>
          <w:p w14:paraId="07147AC3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37B6473C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</w:tr>
      <w:tr w:rsidR="00306839" w:rsidRPr="008F038F" w14:paraId="16FB1FDB" w14:textId="77777777" w:rsidTr="007B6EEA">
        <w:trPr>
          <w:gridAfter w:val="1"/>
          <w:wAfter w:w="7" w:type="dxa"/>
          <w:trHeight w:val="325"/>
          <w:jc w:val="center"/>
        </w:trPr>
        <w:tc>
          <w:tcPr>
            <w:tcW w:w="625" w:type="dxa"/>
            <w:vAlign w:val="center"/>
          </w:tcPr>
          <w:p w14:paraId="76178075" w14:textId="77777777" w:rsidR="00306839" w:rsidRPr="007F17C9" w:rsidRDefault="00306839" w:rsidP="007B6EEA">
            <w:pPr>
              <w:tabs>
                <w:tab w:val="right" w:pos="10800"/>
              </w:tabs>
              <w:spacing w:line="276" w:lineRule="auto"/>
              <w:rPr>
                <w:rFonts w:ascii="GHEA Grapalat" w:hAnsi="GHEA Grapalat"/>
                <w:bCs/>
                <w:iCs/>
                <w:sz w:val="12"/>
                <w:szCs w:val="12"/>
              </w:rPr>
            </w:pPr>
            <w:r w:rsidRPr="007F17C9">
              <w:rPr>
                <w:rFonts w:ascii="GHEA Grapalat" w:hAnsi="GHEA Grapalat"/>
                <w:bCs/>
                <w:iCs/>
                <w:sz w:val="12"/>
                <w:szCs w:val="12"/>
              </w:rPr>
              <w:t xml:space="preserve">Syphilis </w:t>
            </w:r>
          </w:p>
        </w:tc>
        <w:tc>
          <w:tcPr>
            <w:tcW w:w="2250" w:type="dxa"/>
          </w:tcPr>
          <w:p w14:paraId="7EA8034F" w14:textId="77777777" w:rsidR="00306839" w:rsidRPr="008F038F" w:rsidRDefault="00306839" w:rsidP="007B6EEA">
            <w:pPr>
              <w:tabs>
                <w:tab w:val="right" w:pos="10800"/>
              </w:tabs>
              <w:rPr>
                <w:rFonts w:ascii="GHEA Grapalat" w:hAnsi="GHEA Grapalat"/>
                <w:sz w:val="12"/>
                <w:szCs w:val="12"/>
              </w:rPr>
            </w:pPr>
            <w:r w:rsidRPr="008F038F">
              <w:rPr>
                <w:rFonts w:ascii="GHEA Grapalat" w:hAnsi="GHEA Grapalat"/>
                <w:sz w:val="12"/>
                <w:szCs w:val="12"/>
              </w:rPr>
              <w:t xml:space="preserve">Հեմատոկրիտի ցուցանիշը                                     </w:t>
            </w:r>
          </w:p>
        </w:tc>
        <w:tc>
          <w:tcPr>
            <w:tcW w:w="900" w:type="dxa"/>
          </w:tcPr>
          <w:p w14:paraId="0E93E2D1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900" w:type="dxa"/>
          </w:tcPr>
          <w:p w14:paraId="5A711BCE" w14:textId="77777777" w:rsidR="00306839" w:rsidRPr="008F038F" w:rsidRDefault="00306839" w:rsidP="007B6EEA">
            <w:pPr>
              <w:tabs>
                <w:tab w:val="right" w:pos="10800"/>
              </w:tabs>
              <w:jc w:val="both"/>
              <w:rPr>
                <w:rFonts w:ascii="GHEA Grapalat" w:hAnsi="GHEA Grapalat"/>
                <w:sz w:val="12"/>
                <w:szCs w:val="12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40448A4C" w14:textId="53A47401" w:rsidR="00306839" w:rsidRPr="007F17C9" w:rsidRDefault="009F22DE" w:rsidP="007B6EEA">
            <w:pPr>
              <w:tabs>
                <w:tab w:val="right" w:pos="10800"/>
              </w:tabs>
              <w:spacing w:line="276" w:lineRule="auto"/>
              <w:jc w:val="center"/>
              <w:rPr>
                <w:rFonts w:ascii="GHEA Grapalat" w:hAnsi="GHEA Grapalat"/>
                <w:sz w:val="12"/>
                <w:szCs w:val="12"/>
              </w:rPr>
            </w:pPr>
            <w:r>
              <w:rPr>
                <w:rFonts w:ascii="GHEA Grapalat" w:hAnsi="GHEA Grapalat"/>
                <w:bCs/>
                <w:iCs/>
                <w:sz w:val="12"/>
                <w:szCs w:val="12"/>
                <w:lang w:val="hy-AM"/>
              </w:rPr>
              <w:t xml:space="preserve">Բացասական </w:t>
            </w:r>
            <w:r w:rsidR="00306839" w:rsidRPr="007F17C9">
              <w:rPr>
                <w:rFonts w:ascii="GHEA Grapalat" w:hAnsi="GHEA Grapalat"/>
                <w:bCs/>
                <w:iCs/>
                <w:sz w:val="12"/>
                <w:szCs w:val="12"/>
              </w:rPr>
              <w:t>Negative</w:t>
            </w:r>
          </w:p>
        </w:tc>
        <w:tc>
          <w:tcPr>
            <w:tcW w:w="1350" w:type="dxa"/>
            <w:vMerge/>
            <w:tcBorders>
              <w:left w:val="single" w:sz="12" w:space="0" w:color="auto"/>
            </w:tcBorders>
            <w:vAlign w:val="center"/>
          </w:tcPr>
          <w:p w14:paraId="207A64FF" w14:textId="77777777" w:rsidR="00306839" w:rsidRPr="007C49C2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  <w:tc>
          <w:tcPr>
            <w:tcW w:w="1710" w:type="dxa"/>
            <w:vMerge/>
            <w:vAlign w:val="center"/>
          </w:tcPr>
          <w:p w14:paraId="128146E2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  <w:tc>
          <w:tcPr>
            <w:tcW w:w="1890" w:type="dxa"/>
            <w:vMerge/>
            <w:vAlign w:val="center"/>
          </w:tcPr>
          <w:p w14:paraId="04890114" w14:textId="77777777" w:rsidR="00306839" w:rsidRPr="008F038F" w:rsidRDefault="00306839" w:rsidP="007B6EEA">
            <w:pPr>
              <w:tabs>
                <w:tab w:val="right" w:pos="10800"/>
              </w:tabs>
              <w:ind w:left="-17" w:right="-107" w:hanging="17"/>
              <w:rPr>
                <w:rFonts w:ascii="GHEA Grapalat" w:hAnsi="GHEA Grapalat" w:cs="Times New Roman"/>
                <w:bCs/>
                <w:iCs/>
                <w:sz w:val="12"/>
                <w:szCs w:val="12"/>
              </w:rPr>
            </w:pPr>
          </w:p>
        </w:tc>
      </w:tr>
    </w:tbl>
    <w:p w14:paraId="6DF81E23" w14:textId="77777777" w:rsidR="00B00462" w:rsidRDefault="00B00462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71DE4144" w14:textId="34564DEC" w:rsidR="002432F0" w:rsidRDefault="002432F0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Բուժող բժիշկ</w:t>
      </w:r>
      <w:r w:rsid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F3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</w:t>
      </w:r>
      <w:r w:rsidR="008C73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="00C94B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_</w:t>
      </w:r>
      <w:r w:rsidR="00DF3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 w:rsidR="008C73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</w:t>
      </w:r>
      <w:r w:rsidR="00EF4C71"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="00FC3B3C" w:rsidRPr="00FC3B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="00EF4C71"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="00DF3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</w:t>
      </w:r>
      <w:r w:rsidR="00C94B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="00DF3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_    </w:t>
      </w:r>
      <w:r w:rsidR="00C94B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_</w:t>
      </w:r>
      <w:r w:rsidR="008C73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</w:t>
      </w:r>
      <w:r w:rsidR="00C94B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</w:p>
    <w:p w14:paraId="767AB4CD" w14:textId="7405EFE8" w:rsidR="00EF4C71" w:rsidRPr="00467EBA" w:rsidRDefault="00EF4C71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i/>
          <w:iCs/>
          <w:sz w:val="16"/>
          <w:szCs w:val="16"/>
          <w:lang w:val="hy-AM"/>
        </w:rPr>
        <w:t xml:space="preserve">                                                                                           </w:t>
      </w:r>
      <w:r w:rsidR="008C7323">
        <w:rPr>
          <w:i/>
          <w:iCs/>
          <w:sz w:val="16"/>
          <w:szCs w:val="16"/>
          <w:lang w:val="hy-AM"/>
        </w:rPr>
        <w:t xml:space="preserve">                   </w:t>
      </w:r>
      <w:r w:rsidR="00AD7842">
        <w:rPr>
          <w:i/>
          <w:iCs/>
          <w:sz w:val="16"/>
          <w:szCs w:val="16"/>
          <w:lang w:val="hy-AM"/>
        </w:rPr>
        <w:t xml:space="preserve">    </w:t>
      </w:r>
      <w:r w:rsidR="008D237B">
        <w:rPr>
          <w:i/>
          <w:iCs/>
          <w:sz w:val="16"/>
          <w:szCs w:val="16"/>
          <w:lang w:val="hy-AM"/>
        </w:rPr>
        <w:t xml:space="preserve">       </w:t>
      </w:r>
      <w:r w:rsidR="00AD7842">
        <w:rPr>
          <w:i/>
          <w:iCs/>
          <w:sz w:val="16"/>
          <w:szCs w:val="16"/>
          <w:lang w:val="hy-AM"/>
        </w:rPr>
        <w:t xml:space="preserve">  </w:t>
      </w:r>
      <w:r w:rsidR="008C7323">
        <w:rPr>
          <w:i/>
          <w:iCs/>
          <w:sz w:val="16"/>
          <w:szCs w:val="16"/>
          <w:lang w:val="hy-AM"/>
        </w:rPr>
        <w:t xml:space="preserve">  </w:t>
      </w:r>
      <w:r w:rsidR="00FC3B3C" w:rsidRPr="00FC3B3C">
        <w:rPr>
          <w:i/>
          <w:iCs/>
          <w:sz w:val="16"/>
          <w:szCs w:val="16"/>
          <w:lang w:val="hy-AM"/>
        </w:rPr>
        <w:t xml:space="preserve">   </w:t>
      </w:r>
      <w:r w:rsidR="00FC3B3C" w:rsidRPr="006E0B49">
        <w:rPr>
          <w:i/>
          <w:iCs/>
          <w:sz w:val="16"/>
          <w:szCs w:val="16"/>
          <w:lang w:val="hy-AM"/>
        </w:rPr>
        <w:t xml:space="preserve">   </w:t>
      </w:r>
      <w:r>
        <w:rPr>
          <w:i/>
          <w:iCs/>
          <w:sz w:val="16"/>
          <w:szCs w:val="16"/>
          <w:lang w:val="hy-AM"/>
        </w:rPr>
        <w:t xml:space="preserve">  </w:t>
      </w:r>
      <w:r w:rsidR="008C7323">
        <w:rPr>
          <w:i/>
          <w:iCs/>
          <w:sz w:val="16"/>
          <w:szCs w:val="16"/>
          <w:lang w:val="hy-AM"/>
        </w:rPr>
        <w:t>/</w:t>
      </w:r>
      <w:r>
        <w:rPr>
          <w:i/>
          <w:iCs/>
          <w:sz w:val="16"/>
          <w:szCs w:val="16"/>
          <w:lang w:val="hy-AM"/>
        </w:rPr>
        <w:t xml:space="preserve"> </w:t>
      </w:r>
      <w:r w:rsidR="008C7323">
        <w:rPr>
          <w:i/>
          <w:iCs/>
          <w:sz w:val="16"/>
          <w:szCs w:val="16"/>
          <w:lang w:val="hy-AM"/>
        </w:rPr>
        <w:t>անուն, ազգանուն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 w:rsidR="008C7323"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                    </w:t>
      </w:r>
      <w:r w:rsidR="008C7323">
        <w:rPr>
          <w:i/>
          <w:iCs/>
          <w:sz w:val="16"/>
          <w:szCs w:val="16"/>
          <w:lang w:val="hy-AM"/>
        </w:rPr>
        <w:t xml:space="preserve">               </w:t>
      </w:r>
      <w:r w:rsidR="00DF3F5F">
        <w:rPr>
          <w:i/>
          <w:iCs/>
          <w:sz w:val="16"/>
          <w:szCs w:val="16"/>
          <w:lang w:val="hy-AM"/>
        </w:rPr>
        <w:t xml:space="preserve">         </w:t>
      </w:r>
      <w:r w:rsidR="008D237B">
        <w:rPr>
          <w:i/>
          <w:iCs/>
          <w:sz w:val="16"/>
          <w:szCs w:val="16"/>
          <w:lang w:val="hy-AM"/>
        </w:rPr>
        <w:t xml:space="preserve">     </w:t>
      </w:r>
      <w:r w:rsidR="008C7323">
        <w:rPr>
          <w:i/>
          <w:iCs/>
          <w:sz w:val="16"/>
          <w:szCs w:val="16"/>
          <w:lang w:val="hy-AM"/>
        </w:rPr>
        <w:t xml:space="preserve"> </w:t>
      </w:r>
      <w:r w:rsidR="00AD7842">
        <w:rPr>
          <w:i/>
          <w:iCs/>
          <w:sz w:val="16"/>
          <w:szCs w:val="16"/>
          <w:lang w:val="hy-AM"/>
        </w:rPr>
        <w:t xml:space="preserve"> 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 w:rsidR="008C7323"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 w:rsidR="00AD7842">
        <w:rPr>
          <w:i/>
          <w:iCs/>
          <w:sz w:val="16"/>
          <w:szCs w:val="16"/>
          <w:lang w:val="hy-AM"/>
        </w:rPr>
        <w:t>ս</w:t>
      </w:r>
      <w:r w:rsidR="008C7323">
        <w:rPr>
          <w:i/>
          <w:iCs/>
          <w:sz w:val="16"/>
          <w:szCs w:val="16"/>
          <w:lang w:val="hy-AM"/>
        </w:rPr>
        <w:t>տորագրություն/</w:t>
      </w:r>
    </w:p>
    <w:p w14:paraId="5C771A47" w14:textId="5B367DB9" w:rsidR="00B4428D" w:rsidRDefault="002432F0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Բաժանմունքի  ղեկավար</w:t>
      </w:r>
      <w:r w:rsid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  </w:t>
      </w:r>
      <w:r w:rsidR="00C94B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B442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</w:t>
      </w:r>
      <w:r w:rsidR="00B4428D"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</w:t>
      </w:r>
      <w:r w:rsidR="00FC3B3C" w:rsidRPr="00FC3B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="00B4428D"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 w:rsidR="00B442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</w:t>
      </w:r>
      <w:r w:rsidR="006E0B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42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 w:rsidR="00B4428D"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 w:rsidR="00B442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</w:t>
      </w:r>
    </w:p>
    <w:p w14:paraId="6037EEBB" w14:textId="2C950A3B" w:rsidR="00AD7842" w:rsidRPr="00C94B6E" w:rsidRDefault="00B4428D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i/>
          <w:iCs/>
          <w:sz w:val="16"/>
          <w:szCs w:val="16"/>
          <w:lang w:val="hy-AM"/>
        </w:rPr>
        <w:t xml:space="preserve">                                                                                                                           </w:t>
      </w:r>
      <w:r w:rsidR="00FC3B3C" w:rsidRPr="00FC3B3C">
        <w:rPr>
          <w:i/>
          <w:iCs/>
          <w:sz w:val="16"/>
          <w:szCs w:val="16"/>
          <w:lang w:val="hy-AM"/>
        </w:rPr>
        <w:t xml:space="preserve">      </w:t>
      </w:r>
      <w:r>
        <w:rPr>
          <w:i/>
          <w:iCs/>
          <w:sz w:val="16"/>
          <w:szCs w:val="16"/>
          <w:lang w:val="hy-AM"/>
        </w:rPr>
        <w:t xml:space="preserve">  / անուն, ազգանուն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                    </w:t>
      </w:r>
      <w:r>
        <w:rPr>
          <w:i/>
          <w:iCs/>
          <w:sz w:val="16"/>
          <w:szCs w:val="16"/>
          <w:lang w:val="hy-AM"/>
        </w:rPr>
        <w:t xml:space="preserve">                         </w:t>
      </w:r>
      <w:r w:rsidR="003544AF">
        <w:rPr>
          <w:i/>
          <w:iCs/>
          <w:sz w:val="16"/>
          <w:szCs w:val="16"/>
          <w:lang w:val="hy-AM"/>
        </w:rPr>
        <w:t xml:space="preserve">        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ստորագրություն/</w:t>
      </w:r>
    </w:p>
    <w:p w14:paraId="5CCE6D13" w14:textId="4609C73E" w:rsidR="002432F0" w:rsidRDefault="002432F0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Ստորաբաժանման ղեկավար</w:t>
      </w:r>
      <w:r w:rsid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</w:t>
      </w:r>
      <w:r w:rsidR="00EF4C71"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</w:t>
      </w:r>
      <w:r w:rsidR="003544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="00FC3B3C" w:rsidRPr="00FC3B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="003544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_________  </w:t>
      </w:r>
      <w:r w:rsidR="00AD78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 w:rsidR="003544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="00AD78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="00C94B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 w:rsidR="003544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</w:p>
    <w:p w14:paraId="763B5661" w14:textId="3D39B42A" w:rsidR="0094735B" w:rsidRDefault="00C94B6E" w:rsidP="00DB4F26">
      <w:pPr>
        <w:shd w:val="clear" w:color="auto" w:fill="FFFFFF"/>
        <w:spacing w:after="0" w:line="48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  </w:t>
      </w:r>
      <w:r w:rsidR="008D237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</w:t>
      </w:r>
      <w:r w:rsidR="006E0B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 w:rsidR="00AD7842">
        <w:rPr>
          <w:i/>
          <w:iCs/>
          <w:sz w:val="16"/>
          <w:szCs w:val="16"/>
          <w:lang w:val="hy-AM"/>
        </w:rPr>
        <w:t xml:space="preserve"> / անուն, ազգանուն</w:t>
      </w:r>
      <w:r w:rsidR="00AD7842" w:rsidRPr="00EF4C71">
        <w:rPr>
          <w:i/>
          <w:iCs/>
          <w:sz w:val="16"/>
          <w:szCs w:val="16"/>
          <w:lang w:val="hy-AM"/>
        </w:rPr>
        <w:t xml:space="preserve"> </w:t>
      </w:r>
      <w:r w:rsidR="00AD7842">
        <w:rPr>
          <w:i/>
          <w:iCs/>
          <w:sz w:val="16"/>
          <w:szCs w:val="16"/>
          <w:lang w:val="hy-AM"/>
        </w:rPr>
        <w:t>/</w:t>
      </w:r>
      <w:r w:rsidR="00AD7842" w:rsidRPr="00EF4C71">
        <w:rPr>
          <w:i/>
          <w:iCs/>
          <w:sz w:val="16"/>
          <w:szCs w:val="16"/>
          <w:lang w:val="hy-AM"/>
        </w:rPr>
        <w:t xml:space="preserve">                     </w:t>
      </w:r>
      <w:r w:rsidR="00AD7842">
        <w:rPr>
          <w:i/>
          <w:iCs/>
          <w:sz w:val="16"/>
          <w:szCs w:val="16"/>
          <w:lang w:val="hy-AM"/>
        </w:rPr>
        <w:t xml:space="preserve">    </w:t>
      </w:r>
      <w:r w:rsidR="006E0B49">
        <w:rPr>
          <w:i/>
          <w:iCs/>
          <w:sz w:val="16"/>
          <w:szCs w:val="16"/>
          <w:lang w:val="hy-AM"/>
        </w:rPr>
        <w:t xml:space="preserve">                    </w:t>
      </w:r>
      <w:r w:rsidR="00AD7842">
        <w:rPr>
          <w:i/>
          <w:iCs/>
          <w:sz w:val="16"/>
          <w:szCs w:val="16"/>
          <w:lang w:val="hy-AM"/>
        </w:rPr>
        <w:t xml:space="preserve">      </w:t>
      </w:r>
      <w:r w:rsidR="00AD7842" w:rsidRPr="00EF4C71">
        <w:rPr>
          <w:i/>
          <w:iCs/>
          <w:sz w:val="16"/>
          <w:szCs w:val="16"/>
          <w:lang w:val="hy-AM"/>
        </w:rPr>
        <w:t xml:space="preserve"> </w:t>
      </w:r>
      <w:r w:rsidR="00AD7842">
        <w:rPr>
          <w:i/>
          <w:iCs/>
          <w:sz w:val="16"/>
          <w:szCs w:val="16"/>
          <w:lang w:val="hy-AM"/>
        </w:rPr>
        <w:t>/</w:t>
      </w:r>
      <w:r w:rsidR="00AD7842" w:rsidRPr="00EF4C71">
        <w:rPr>
          <w:i/>
          <w:iCs/>
          <w:sz w:val="16"/>
          <w:szCs w:val="16"/>
          <w:lang w:val="hy-AM"/>
        </w:rPr>
        <w:t xml:space="preserve"> </w:t>
      </w:r>
      <w:r w:rsidR="00AD7842">
        <w:rPr>
          <w:i/>
          <w:iCs/>
          <w:sz w:val="16"/>
          <w:szCs w:val="16"/>
          <w:lang w:val="hy-AM"/>
        </w:rPr>
        <w:t>ստորագրություն/</w:t>
      </w:r>
    </w:p>
    <w:p w14:paraId="58682AEA" w14:textId="76E80572" w:rsidR="00AF492A" w:rsidRPr="00306839" w:rsidRDefault="00AF492A" w:rsidP="00DB4F26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«_____»_____________ 20 </w:t>
      </w:r>
      <w:r w:rsidR="00FC3B3C" w:rsidRPr="00FC3B3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թ.</w:t>
      </w:r>
      <w:r w:rsidRPr="00467EBA">
        <w:rPr>
          <w:rFonts w:ascii="Sylfaen" w:eastAsia="Times New Roman" w:hAnsi="Sylfaen" w:cs="Times New Roman"/>
          <w:color w:val="000000"/>
          <w:sz w:val="21"/>
          <w:szCs w:val="21"/>
          <w:lang w:val="hy-AM" w:eastAsia="ru-RU"/>
        </w:rPr>
        <w:t> </w:t>
      </w:r>
    </w:p>
    <w:p w14:paraId="551F0787" w14:textId="638DA676" w:rsidR="002432F0" w:rsidRPr="009C078B" w:rsidRDefault="009C078B" w:rsidP="009F57B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lastRenderedPageBreak/>
        <w:t>Բ</w:t>
      </w:r>
      <w:r w:rsidRPr="009C078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ժշկական օգնության 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և</w:t>
      </w:r>
      <w:r w:rsidRPr="009C078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սպասարկման ժամանակ օգտագործված դեղեր, պարագաներ 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և</w:t>
      </w:r>
      <w:r w:rsidRPr="009C078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նյութեր</w:t>
      </w:r>
    </w:p>
    <w:p w14:paraId="1FFF1535" w14:textId="77777777" w:rsidR="00AF492A" w:rsidRPr="00EF1628" w:rsidRDefault="00AF492A" w:rsidP="009F57BA">
      <w:pPr>
        <w:pStyle w:val="BodyText"/>
        <w:kinsoku w:val="0"/>
        <w:overflowPunct w:val="0"/>
        <w:ind w:right="-24"/>
        <w:jc w:val="center"/>
        <w:rPr>
          <w:bCs/>
          <w:sz w:val="16"/>
          <w:szCs w:val="16"/>
          <w:lang w:val="hy-AM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1134"/>
        <w:gridCol w:w="4056"/>
        <w:gridCol w:w="1897"/>
      </w:tblGrid>
      <w:tr w:rsidR="00987237" w:rsidRPr="00EF4C71" w14:paraId="43A6757B" w14:textId="77777777" w:rsidTr="001361AA">
        <w:trPr>
          <w:trHeight w:val="429"/>
          <w:jc w:val="center"/>
        </w:trPr>
        <w:tc>
          <w:tcPr>
            <w:tcW w:w="2614" w:type="dxa"/>
          </w:tcPr>
          <w:p w14:paraId="48DEF112" w14:textId="1FB0274D" w:rsidR="00987237" w:rsidRPr="002020CE" w:rsidRDefault="00987237" w:rsidP="006E0B49">
            <w:pPr>
              <w:pStyle w:val="TableParagraph"/>
              <w:kinsoku w:val="0"/>
              <w:overflowPunct w:val="0"/>
              <w:jc w:val="center"/>
              <w:rPr>
                <w:b/>
                <w:sz w:val="22"/>
                <w:szCs w:val="22"/>
              </w:rPr>
            </w:pPr>
            <w:r w:rsidRPr="002020CE">
              <w:rPr>
                <w:b/>
                <w:sz w:val="22"/>
                <w:szCs w:val="22"/>
                <w:lang w:val="hy-AM"/>
              </w:rPr>
              <w:t>Օ</w:t>
            </w:r>
            <w:r w:rsidRPr="002020CE">
              <w:rPr>
                <w:b/>
                <w:sz w:val="22"/>
                <w:szCs w:val="22"/>
              </w:rPr>
              <w:t>ր,</w:t>
            </w:r>
            <w:r w:rsidRPr="002020CE">
              <w:rPr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020CE">
              <w:rPr>
                <w:b/>
                <w:sz w:val="22"/>
                <w:szCs w:val="22"/>
              </w:rPr>
              <w:t>ամիս</w:t>
            </w:r>
            <w:proofErr w:type="spellEnd"/>
            <w:r w:rsidRPr="002020CE">
              <w:rPr>
                <w:b/>
                <w:sz w:val="22"/>
                <w:szCs w:val="22"/>
              </w:rPr>
              <w:t>,</w:t>
            </w:r>
            <w:r w:rsidRPr="002020CE">
              <w:rPr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020CE">
              <w:rPr>
                <w:b/>
                <w:sz w:val="22"/>
                <w:szCs w:val="22"/>
              </w:rPr>
              <w:t>տարի</w:t>
            </w:r>
            <w:proofErr w:type="spellEnd"/>
          </w:p>
        </w:tc>
        <w:tc>
          <w:tcPr>
            <w:tcW w:w="1134" w:type="dxa"/>
          </w:tcPr>
          <w:p w14:paraId="2BD32E5C" w14:textId="25787946" w:rsidR="00987237" w:rsidRPr="002020CE" w:rsidRDefault="00987237" w:rsidP="00F53CD5">
            <w:pPr>
              <w:pStyle w:val="TableParagraph"/>
              <w:kinsoku w:val="0"/>
              <w:overflowPunct w:val="0"/>
              <w:jc w:val="center"/>
              <w:rPr>
                <w:b/>
                <w:sz w:val="22"/>
                <w:szCs w:val="22"/>
              </w:rPr>
            </w:pPr>
            <w:r w:rsidRPr="002020CE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4056" w:type="dxa"/>
          </w:tcPr>
          <w:p w14:paraId="09B2E86C" w14:textId="5C809D91" w:rsidR="00987237" w:rsidRPr="002020CE" w:rsidRDefault="00987237" w:rsidP="009F57BA">
            <w:pPr>
              <w:pStyle w:val="BodyText"/>
              <w:kinsoku w:val="0"/>
              <w:overflowPunct w:val="0"/>
              <w:spacing w:line="276" w:lineRule="auto"/>
              <w:ind w:right="-24"/>
              <w:jc w:val="center"/>
              <w:rPr>
                <w:b/>
                <w:sz w:val="22"/>
                <w:szCs w:val="22"/>
                <w:lang w:val="hy-AM"/>
              </w:rPr>
            </w:pPr>
            <w:r w:rsidRPr="002020CE">
              <w:rPr>
                <w:b/>
                <w:sz w:val="22"/>
                <w:szCs w:val="22"/>
                <w:lang w:val="hy-AM"/>
              </w:rPr>
              <w:t>Անվանում</w:t>
            </w:r>
          </w:p>
        </w:tc>
        <w:tc>
          <w:tcPr>
            <w:tcW w:w="1897" w:type="dxa"/>
          </w:tcPr>
          <w:p w14:paraId="2F8B3B45" w14:textId="13C25BC3" w:rsidR="00987237" w:rsidRPr="002020CE" w:rsidRDefault="00987237" w:rsidP="009F57BA">
            <w:pPr>
              <w:pStyle w:val="TableParagraph"/>
              <w:kinsoku w:val="0"/>
              <w:overflowPunct w:val="0"/>
              <w:jc w:val="center"/>
              <w:rPr>
                <w:b/>
                <w:sz w:val="22"/>
                <w:szCs w:val="22"/>
                <w:lang w:val="hy-AM"/>
              </w:rPr>
            </w:pPr>
            <w:r w:rsidRPr="002020CE">
              <w:rPr>
                <w:b/>
                <w:sz w:val="22"/>
                <w:szCs w:val="22"/>
                <w:lang w:val="hy-AM"/>
              </w:rPr>
              <w:t>Քանակ</w:t>
            </w:r>
          </w:p>
        </w:tc>
      </w:tr>
      <w:tr w:rsidR="00987237" w:rsidRPr="00EF4C71" w14:paraId="7F681FC9" w14:textId="77777777" w:rsidTr="00856FDA">
        <w:trPr>
          <w:jc w:val="center"/>
        </w:trPr>
        <w:tc>
          <w:tcPr>
            <w:tcW w:w="2614" w:type="dxa"/>
          </w:tcPr>
          <w:p w14:paraId="63F5BD3C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6569808F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056" w:type="dxa"/>
          </w:tcPr>
          <w:p w14:paraId="1B75DF05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13F979F7" w14:textId="19C0A18B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</w:tr>
      <w:tr w:rsidR="00987237" w:rsidRPr="00EF4C71" w14:paraId="5D88B886" w14:textId="77777777" w:rsidTr="00856FDA">
        <w:trPr>
          <w:jc w:val="center"/>
        </w:trPr>
        <w:tc>
          <w:tcPr>
            <w:tcW w:w="2614" w:type="dxa"/>
          </w:tcPr>
          <w:p w14:paraId="58986DAF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6AB4C297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056" w:type="dxa"/>
          </w:tcPr>
          <w:p w14:paraId="339A09E6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377A9DBD" w14:textId="7EF1614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</w:tr>
      <w:tr w:rsidR="00987237" w:rsidRPr="00EF4C71" w14:paraId="24C58429" w14:textId="77777777" w:rsidTr="00856FDA">
        <w:trPr>
          <w:jc w:val="center"/>
        </w:trPr>
        <w:tc>
          <w:tcPr>
            <w:tcW w:w="2614" w:type="dxa"/>
          </w:tcPr>
          <w:p w14:paraId="611BCD1C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0298A29D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056" w:type="dxa"/>
          </w:tcPr>
          <w:p w14:paraId="34A302AE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6CAA960B" w14:textId="31029C2E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</w:tr>
      <w:tr w:rsidR="00987237" w:rsidRPr="00EF4C71" w14:paraId="52EAF5BC" w14:textId="77777777" w:rsidTr="00856FDA">
        <w:trPr>
          <w:jc w:val="center"/>
        </w:trPr>
        <w:tc>
          <w:tcPr>
            <w:tcW w:w="2614" w:type="dxa"/>
          </w:tcPr>
          <w:p w14:paraId="486BE732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6E913BE2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056" w:type="dxa"/>
          </w:tcPr>
          <w:p w14:paraId="54B33B52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7AF79A1E" w14:textId="2B83D75A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</w:tr>
      <w:tr w:rsidR="00987237" w:rsidRPr="00EF4C71" w14:paraId="49E3FF7E" w14:textId="77777777" w:rsidTr="00856FDA">
        <w:trPr>
          <w:jc w:val="center"/>
        </w:trPr>
        <w:tc>
          <w:tcPr>
            <w:tcW w:w="2614" w:type="dxa"/>
          </w:tcPr>
          <w:p w14:paraId="1AE217EC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6EBC7E6A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056" w:type="dxa"/>
          </w:tcPr>
          <w:p w14:paraId="504AA5DD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5AC9E4C7" w14:textId="45E08480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</w:tr>
      <w:tr w:rsidR="00987237" w:rsidRPr="00EF4C71" w14:paraId="22323D24" w14:textId="77777777" w:rsidTr="002020CE">
        <w:trPr>
          <w:jc w:val="center"/>
        </w:trPr>
        <w:tc>
          <w:tcPr>
            <w:tcW w:w="2614" w:type="dxa"/>
          </w:tcPr>
          <w:p w14:paraId="4ACD5146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41B3D5BA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056" w:type="dxa"/>
          </w:tcPr>
          <w:p w14:paraId="2B1B1E9B" w14:textId="77777777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4A71F893" w14:textId="53D60E30" w:rsidR="00987237" w:rsidRPr="00EF4C71" w:rsidRDefault="00987237" w:rsidP="002020CE">
            <w:pPr>
              <w:pStyle w:val="BodyText"/>
              <w:kinsoku w:val="0"/>
              <w:overflowPunct w:val="0"/>
              <w:spacing w:line="360" w:lineRule="auto"/>
              <w:ind w:right="-24"/>
              <w:jc w:val="center"/>
              <w:rPr>
                <w:b/>
                <w:bCs/>
                <w:u w:val="single"/>
              </w:rPr>
            </w:pPr>
          </w:p>
        </w:tc>
      </w:tr>
    </w:tbl>
    <w:p w14:paraId="36EC3707" w14:textId="77777777" w:rsidR="00F53CD5" w:rsidRDefault="00F53CD5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00C6F905" w14:textId="04098D58" w:rsidR="00F53CD5" w:rsidRDefault="005554AB" w:rsidP="00D514DB">
      <w:pPr>
        <w:shd w:val="clear" w:color="auto" w:fill="FFFFFF"/>
        <w:tabs>
          <w:tab w:val="left" w:pos="142"/>
          <w:tab w:val="left" w:pos="426"/>
        </w:tabs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</w:t>
      </w:r>
      <w:r w:rsidR="00F53CD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Ավագ բ</w:t>
      </w:r>
      <w:r w:rsidR="002432F0" w:rsidRPr="00F53CD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ուժքույր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2432F0" w:rsidRPr="00F53CD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F4C71" w:rsidRP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992C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</w:t>
      </w:r>
      <w:r w:rsidR="001361AA" w:rsidRPr="001361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_______    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</w:t>
      </w:r>
      <w:r w:rsidR="00992C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</w:t>
      </w:r>
    </w:p>
    <w:p w14:paraId="70CDFD2F" w14:textId="5D76BFB5" w:rsidR="005554AB" w:rsidRDefault="005554AB" w:rsidP="00D514DB">
      <w:pPr>
        <w:shd w:val="clear" w:color="auto" w:fill="FFFFFF"/>
        <w:tabs>
          <w:tab w:val="left" w:pos="142"/>
          <w:tab w:val="left" w:pos="426"/>
        </w:tabs>
        <w:spacing w:after="0" w:line="240" w:lineRule="auto"/>
        <w:rPr>
          <w:i/>
          <w:iCs/>
          <w:sz w:val="16"/>
          <w:szCs w:val="16"/>
          <w:lang w:val="hy-AM"/>
        </w:rPr>
      </w:pPr>
      <w:r>
        <w:rPr>
          <w:i/>
          <w:iCs/>
          <w:sz w:val="16"/>
          <w:szCs w:val="16"/>
          <w:lang w:val="hy-AM"/>
        </w:rPr>
        <w:t xml:space="preserve">                                                                                               </w:t>
      </w:r>
      <w:r w:rsidR="00F53CD5">
        <w:rPr>
          <w:i/>
          <w:iCs/>
          <w:sz w:val="16"/>
          <w:szCs w:val="16"/>
          <w:lang w:val="hy-AM"/>
        </w:rPr>
        <w:t xml:space="preserve">               </w:t>
      </w:r>
      <w:r w:rsidR="00992CF5">
        <w:rPr>
          <w:i/>
          <w:iCs/>
          <w:sz w:val="16"/>
          <w:szCs w:val="16"/>
          <w:lang w:val="hy-AM"/>
        </w:rPr>
        <w:t xml:space="preserve">              </w:t>
      </w:r>
      <w:r w:rsidR="001361AA" w:rsidRPr="001361AA">
        <w:rPr>
          <w:i/>
          <w:iCs/>
          <w:sz w:val="16"/>
          <w:szCs w:val="16"/>
          <w:lang w:val="hy-AM"/>
        </w:rPr>
        <w:t xml:space="preserve">   </w:t>
      </w:r>
      <w:r w:rsidR="00992CF5">
        <w:rPr>
          <w:i/>
          <w:iCs/>
          <w:sz w:val="16"/>
          <w:szCs w:val="16"/>
          <w:lang w:val="hy-AM"/>
        </w:rPr>
        <w:t xml:space="preserve">   </w:t>
      </w:r>
      <w:r w:rsidR="00F53CD5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 xml:space="preserve">    / անուն, ազգանուն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                    </w:t>
      </w:r>
      <w:r>
        <w:rPr>
          <w:i/>
          <w:iCs/>
          <w:sz w:val="16"/>
          <w:szCs w:val="16"/>
          <w:lang w:val="hy-AM"/>
        </w:rPr>
        <w:t xml:space="preserve">                           /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ստորագրություն/</w:t>
      </w:r>
    </w:p>
    <w:p w14:paraId="6B0621F2" w14:textId="3850DBE0" w:rsidR="00F53CD5" w:rsidRDefault="00F53CD5" w:rsidP="00D514DB">
      <w:pPr>
        <w:shd w:val="clear" w:color="auto" w:fill="FFFFFF"/>
        <w:tabs>
          <w:tab w:val="left" w:pos="142"/>
          <w:tab w:val="left" w:pos="426"/>
        </w:tabs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Բուժող բժիշկ`</w:t>
      </w:r>
      <w:r w:rsidRPr="00F53CD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992C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="001361AA" w:rsidRPr="001361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_    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="00992C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</w:p>
    <w:p w14:paraId="2871FE32" w14:textId="6B33C291" w:rsidR="00992CF5" w:rsidRPr="00992CF5" w:rsidRDefault="00F53CD5" w:rsidP="00D514DB">
      <w:pPr>
        <w:shd w:val="clear" w:color="auto" w:fill="FFFFFF"/>
        <w:tabs>
          <w:tab w:val="left" w:pos="142"/>
          <w:tab w:val="left" w:pos="426"/>
        </w:tabs>
        <w:spacing w:after="0" w:line="240" w:lineRule="auto"/>
        <w:rPr>
          <w:i/>
          <w:iCs/>
          <w:sz w:val="16"/>
          <w:szCs w:val="16"/>
          <w:lang w:val="hy-AM"/>
        </w:rPr>
      </w:pPr>
      <w:r>
        <w:rPr>
          <w:i/>
          <w:iCs/>
          <w:sz w:val="16"/>
          <w:szCs w:val="16"/>
          <w:lang w:val="hy-AM"/>
        </w:rPr>
        <w:t xml:space="preserve">                                                                                                        </w:t>
      </w:r>
      <w:r w:rsidR="00992CF5">
        <w:rPr>
          <w:i/>
          <w:iCs/>
          <w:sz w:val="16"/>
          <w:szCs w:val="16"/>
          <w:lang w:val="hy-AM"/>
        </w:rPr>
        <w:t xml:space="preserve">                   </w:t>
      </w:r>
      <w:r>
        <w:rPr>
          <w:i/>
          <w:iCs/>
          <w:sz w:val="16"/>
          <w:szCs w:val="16"/>
          <w:lang w:val="hy-AM"/>
        </w:rPr>
        <w:t xml:space="preserve"> </w:t>
      </w:r>
      <w:r w:rsidR="001361AA" w:rsidRPr="001361AA">
        <w:rPr>
          <w:i/>
          <w:iCs/>
          <w:sz w:val="16"/>
          <w:szCs w:val="16"/>
          <w:lang w:val="hy-AM"/>
        </w:rPr>
        <w:t xml:space="preserve">  </w:t>
      </w:r>
      <w:r w:rsidR="001361AA" w:rsidRPr="00C579CB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 xml:space="preserve">       / անուն, ազգանուն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                    </w:t>
      </w:r>
      <w:r>
        <w:rPr>
          <w:i/>
          <w:iCs/>
          <w:sz w:val="16"/>
          <w:szCs w:val="16"/>
          <w:lang w:val="hy-AM"/>
        </w:rPr>
        <w:t xml:space="preserve">                            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ստորագրություն/</w:t>
      </w:r>
    </w:p>
    <w:p w14:paraId="675CA7E4" w14:textId="7C762512" w:rsidR="00992CF5" w:rsidRDefault="00992CF5" w:rsidP="00D514DB">
      <w:pPr>
        <w:shd w:val="clear" w:color="auto" w:fill="FFFFFF"/>
        <w:tabs>
          <w:tab w:val="left" w:pos="142"/>
          <w:tab w:val="left" w:pos="426"/>
        </w:tabs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Բաժանմունքի վարիչ`</w:t>
      </w:r>
      <w:r w:rsidRPr="00F53CD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="001361AA" w:rsidRPr="001361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____    </w:t>
      </w:r>
      <w:r w:rsidR="00C579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</w:t>
      </w:r>
    </w:p>
    <w:p w14:paraId="68A1C206" w14:textId="602567FD" w:rsidR="00992CF5" w:rsidRDefault="00992CF5" w:rsidP="00D514DB">
      <w:pPr>
        <w:shd w:val="clear" w:color="auto" w:fill="FFFFFF"/>
        <w:tabs>
          <w:tab w:val="left" w:pos="142"/>
          <w:tab w:val="left" w:pos="426"/>
        </w:tabs>
        <w:spacing w:after="0" w:line="240" w:lineRule="auto"/>
        <w:rPr>
          <w:i/>
          <w:iCs/>
          <w:sz w:val="16"/>
          <w:szCs w:val="16"/>
          <w:lang w:val="hy-AM"/>
        </w:rPr>
      </w:pPr>
      <w:r>
        <w:rPr>
          <w:i/>
          <w:iCs/>
          <w:sz w:val="16"/>
          <w:szCs w:val="16"/>
          <w:lang w:val="hy-AM"/>
        </w:rPr>
        <w:t xml:space="preserve">                                                                                                                             </w:t>
      </w:r>
      <w:r w:rsidR="001361AA" w:rsidRPr="00C579CB">
        <w:rPr>
          <w:i/>
          <w:iCs/>
          <w:sz w:val="16"/>
          <w:szCs w:val="16"/>
          <w:lang w:val="hy-AM"/>
        </w:rPr>
        <w:t xml:space="preserve">   </w:t>
      </w:r>
      <w:r>
        <w:rPr>
          <w:i/>
          <w:iCs/>
          <w:sz w:val="16"/>
          <w:szCs w:val="16"/>
          <w:lang w:val="hy-AM"/>
        </w:rPr>
        <w:t xml:space="preserve">     / անուն, ազգանուն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                    </w:t>
      </w:r>
      <w:r>
        <w:rPr>
          <w:i/>
          <w:iCs/>
          <w:sz w:val="16"/>
          <w:szCs w:val="16"/>
          <w:lang w:val="hy-AM"/>
        </w:rPr>
        <w:t xml:space="preserve">                              /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ստորագրություն/</w:t>
      </w:r>
    </w:p>
    <w:p w14:paraId="76E048CD" w14:textId="77777777" w:rsidR="00F53CD5" w:rsidRPr="00F53CD5" w:rsidRDefault="00F53CD5" w:rsidP="00F53CD5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25A48C8E" w14:textId="77777777" w:rsidR="00DD6163" w:rsidRDefault="00DD6163" w:rsidP="00710992">
      <w:pPr>
        <w:spacing w:after="0" w:line="240" w:lineRule="auto"/>
        <w:rPr>
          <w:rFonts w:ascii="GHEA Grapalat" w:eastAsia="Times New Roman" w:hAnsi="GHEA Grapalat" w:cs="GHEA Grapalat"/>
          <w:b/>
          <w:bCs/>
          <w:sz w:val="24"/>
          <w:szCs w:val="24"/>
          <w:shd w:val="clear" w:color="auto" w:fill="FFFFFF"/>
          <w:lang w:val="hy-AM" w:eastAsia="ru-RU"/>
        </w:rPr>
      </w:pPr>
    </w:p>
    <w:p w14:paraId="4780F9C7" w14:textId="5F5868B3" w:rsidR="002432F0" w:rsidRPr="00B40E2F" w:rsidRDefault="00F04BCD" w:rsidP="009F57BA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</w:pPr>
      <w:r>
        <w:rPr>
          <w:rFonts w:ascii="GHEA Grapalat" w:eastAsia="Times New Roman" w:hAnsi="GHEA Grapalat" w:cs="GHEA Grapalat"/>
          <w:b/>
          <w:bCs/>
          <w:sz w:val="24"/>
          <w:szCs w:val="24"/>
          <w:shd w:val="clear" w:color="auto" w:fill="FFFFFF"/>
          <w:lang w:val="hy-AM" w:eastAsia="ru-RU"/>
        </w:rPr>
        <w:t>Բ</w:t>
      </w:r>
      <w:r w:rsidRPr="00B40E2F">
        <w:rPr>
          <w:rFonts w:ascii="GHEA Grapalat" w:eastAsia="Times New Roman" w:hAnsi="GHEA Grapalat" w:cs="GHEA Grapalat"/>
          <w:b/>
          <w:bCs/>
          <w:sz w:val="24"/>
          <w:szCs w:val="24"/>
          <w:shd w:val="clear" w:color="auto" w:fill="FFFFFF"/>
          <w:lang w:val="hy-AM" w:eastAsia="ru-RU"/>
        </w:rPr>
        <w:t>ժշկական</w:t>
      </w:r>
      <w:r w:rsidRPr="00B40E2F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val="hy-AM" w:eastAsia="ru-RU"/>
        </w:rPr>
        <w:t> </w:t>
      </w:r>
      <w:r w:rsidRPr="00B40E2F">
        <w:rPr>
          <w:rFonts w:ascii="GHEA Grapalat" w:eastAsia="Times New Roman" w:hAnsi="GHEA Grapalat" w:cs="GHEA Grapalat"/>
          <w:b/>
          <w:bCs/>
          <w:sz w:val="24"/>
          <w:szCs w:val="24"/>
          <w:shd w:val="clear" w:color="auto" w:fill="FFFFFF"/>
          <w:lang w:val="hy-AM" w:eastAsia="ru-RU"/>
        </w:rPr>
        <w:t>օգնության</w:t>
      </w:r>
      <w:r w:rsidRPr="00B40E2F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val="hy-AM" w:eastAsia="ru-RU"/>
        </w:rPr>
        <w:t> </w:t>
      </w:r>
      <w:r>
        <w:rPr>
          <w:rFonts w:ascii="GHEA Grapalat" w:eastAsia="Times New Roman" w:hAnsi="GHEA Grapalat" w:cs="GHEA Grapalat"/>
          <w:b/>
          <w:bCs/>
          <w:sz w:val="24"/>
          <w:szCs w:val="24"/>
          <w:shd w:val="clear" w:color="auto" w:fill="FFFFFF"/>
          <w:lang w:val="hy-AM" w:eastAsia="ru-RU"/>
        </w:rPr>
        <w:t>և</w:t>
      </w:r>
      <w:r w:rsidRPr="00B40E2F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val="hy-AM" w:eastAsia="ru-RU"/>
        </w:rPr>
        <w:t> </w:t>
      </w:r>
      <w:r w:rsidRPr="00B40E2F">
        <w:rPr>
          <w:rFonts w:ascii="GHEA Grapalat" w:eastAsia="Times New Roman" w:hAnsi="GHEA Grapalat" w:cs="GHEA Grapalat"/>
          <w:b/>
          <w:bCs/>
          <w:sz w:val="24"/>
          <w:szCs w:val="24"/>
          <w:shd w:val="clear" w:color="auto" w:fill="FFFFFF"/>
          <w:lang w:val="hy-AM" w:eastAsia="ru-RU"/>
        </w:rPr>
        <w:t>սպասարկման</w:t>
      </w:r>
      <w:r w:rsidRPr="00B40E2F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val="hy-AM" w:eastAsia="ru-RU"/>
        </w:rPr>
        <w:t> </w:t>
      </w:r>
      <w:r w:rsidRPr="00B40E2F">
        <w:rPr>
          <w:rFonts w:ascii="GHEA Grapalat" w:eastAsia="Times New Roman" w:hAnsi="GHEA Grapalat" w:cs="GHEA Grapalat"/>
          <w:b/>
          <w:bCs/>
          <w:sz w:val="24"/>
          <w:szCs w:val="24"/>
          <w:shd w:val="clear" w:color="auto" w:fill="FFFFFF"/>
          <w:lang w:val="hy-AM" w:eastAsia="ru-RU"/>
        </w:rPr>
        <w:t>ժամանակ</w:t>
      </w:r>
      <w:r w:rsidRPr="00B40E2F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 xml:space="preserve"> </w:t>
      </w:r>
      <w:r w:rsidRPr="00B40E2F">
        <w:rPr>
          <w:rFonts w:ascii="GHEA Grapalat" w:eastAsia="Times New Roman" w:hAnsi="GHEA Grapalat" w:cs="GHEA Grapalat"/>
          <w:b/>
          <w:bCs/>
          <w:sz w:val="24"/>
          <w:szCs w:val="24"/>
          <w:shd w:val="clear" w:color="auto" w:fill="FFFFFF"/>
          <w:lang w:val="hy-AM" w:eastAsia="ru-RU"/>
        </w:rPr>
        <w:t>իրականացված</w:t>
      </w:r>
      <w:r w:rsidRPr="00B40E2F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val="hy-AM" w:eastAsia="ru-RU"/>
        </w:rPr>
        <w:t> </w:t>
      </w:r>
      <w:r w:rsidRPr="00B40E2F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>հետազոտություններ</w:t>
      </w:r>
    </w:p>
    <w:p w14:paraId="39FB34FD" w14:textId="77777777" w:rsidR="002432F0" w:rsidRPr="00B40E2F" w:rsidRDefault="002432F0" w:rsidP="009F57BA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color w:val="000000"/>
          <w:sz w:val="21"/>
          <w:szCs w:val="21"/>
          <w:shd w:val="clear" w:color="auto" w:fill="FFFFFF"/>
          <w:lang w:val="hy-AM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1028"/>
        <w:gridCol w:w="3969"/>
        <w:gridCol w:w="1999"/>
      </w:tblGrid>
      <w:tr w:rsidR="00B40E2F" w:rsidRPr="00B40E2F" w14:paraId="6CB2AF9E" w14:textId="77777777" w:rsidTr="00710992">
        <w:tc>
          <w:tcPr>
            <w:tcW w:w="2908" w:type="dxa"/>
          </w:tcPr>
          <w:p w14:paraId="752CA4C0" w14:textId="66270AA1" w:rsidR="002432F0" w:rsidRPr="002020CE" w:rsidRDefault="00710992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hd w:val="clear" w:color="auto" w:fill="FFFFFF"/>
                <w:lang w:eastAsia="ru-RU"/>
              </w:rPr>
            </w:pPr>
            <w:r w:rsidRPr="002020CE">
              <w:rPr>
                <w:rFonts w:ascii="GHEA Grapalat" w:hAnsi="GHEA Grapalat" w:cs="Times New Roman"/>
                <w:b/>
                <w:lang w:eastAsia="ru-RU"/>
              </w:rPr>
              <w:t xml:space="preserve">Օր, ամիս, տարի </w:t>
            </w:r>
          </w:p>
        </w:tc>
        <w:tc>
          <w:tcPr>
            <w:tcW w:w="1028" w:type="dxa"/>
          </w:tcPr>
          <w:p w14:paraId="4CB94798" w14:textId="413BFD2E" w:rsidR="002432F0" w:rsidRPr="002020CE" w:rsidRDefault="00710992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hd w:val="clear" w:color="auto" w:fill="FFFFFF"/>
                <w:lang w:val="en-US" w:eastAsia="ru-RU"/>
              </w:rPr>
            </w:pPr>
            <w:r w:rsidRPr="002020CE">
              <w:rPr>
                <w:rFonts w:ascii="GHEA Grapalat" w:hAnsi="GHEA Grapalat" w:cs="Times New Roman"/>
                <w:b/>
                <w:bCs/>
                <w:shd w:val="clear" w:color="auto" w:fill="FFFFFF"/>
                <w:lang w:val="en-US" w:eastAsia="ru-RU"/>
              </w:rPr>
              <w:t>N</w:t>
            </w:r>
          </w:p>
        </w:tc>
        <w:tc>
          <w:tcPr>
            <w:tcW w:w="3969" w:type="dxa"/>
          </w:tcPr>
          <w:p w14:paraId="7AFC7725" w14:textId="180A0D78" w:rsidR="002432F0" w:rsidRPr="002020CE" w:rsidRDefault="00710992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hd w:val="clear" w:color="auto" w:fill="FFFFFF"/>
                <w:lang w:val="hy-AM" w:eastAsia="ru-RU"/>
              </w:rPr>
            </w:pPr>
            <w:r w:rsidRPr="002020CE">
              <w:rPr>
                <w:rFonts w:ascii="GHEA Grapalat" w:hAnsi="GHEA Grapalat" w:cs="Times New Roman"/>
                <w:b/>
                <w:bCs/>
                <w:shd w:val="clear" w:color="auto" w:fill="FFFFFF"/>
                <w:lang w:val="hy-AM" w:eastAsia="ru-RU"/>
              </w:rPr>
              <w:t>Անվանում</w:t>
            </w:r>
          </w:p>
        </w:tc>
        <w:tc>
          <w:tcPr>
            <w:tcW w:w="1999" w:type="dxa"/>
          </w:tcPr>
          <w:p w14:paraId="4273B9FB" w14:textId="77777777" w:rsidR="002432F0" w:rsidRPr="002020CE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hd w:val="clear" w:color="auto" w:fill="FFFFFF"/>
                <w:lang w:eastAsia="ru-RU"/>
              </w:rPr>
            </w:pPr>
            <w:r w:rsidRPr="002020CE">
              <w:rPr>
                <w:rFonts w:ascii="GHEA Grapalat" w:hAnsi="GHEA Grapalat" w:cs="Times New Roman"/>
                <w:b/>
                <w:lang w:eastAsia="ru-RU"/>
              </w:rPr>
              <w:t>Քանակ</w:t>
            </w:r>
          </w:p>
        </w:tc>
      </w:tr>
      <w:tr w:rsidR="00B40E2F" w:rsidRPr="00B40E2F" w14:paraId="40F2CA79" w14:textId="77777777" w:rsidTr="00710992">
        <w:tc>
          <w:tcPr>
            <w:tcW w:w="2908" w:type="dxa"/>
            <w:vAlign w:val="center"/>
          </w:tcPr>
          <w:p w14:paraId="1E082DA5" w14:textId="045F2913" w:rsidR="002432F0" w:rsidRPr="00230516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Cs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1028" w:type="dxa"/>
          </w:tcPr>
          <w:p w14:paraId="3ACBE67D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</w:tcPr>
          <w:p w14:paraId="3B561131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999" w:type="dxa"/>
          </w:tcPr>
          <w:p w14:paraId="6FDE5F16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B40E2F" w:rsidRPr="00B40E2F" w14:paraId="03200731" w14:textId="77777777" w:rsidTr="00710992">
        <w:tc>
          <w:tcPr>
            <w:tcW w:w="2908" w:type="dxa"/>
            <w:vAlign w:val="center"/>
          </w:tcPr>
          <w:p w14:paraId="3D4E6AFC" w14:textId="77777777" w:rsidR="002432F0" w:rsidRPr="00230516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8" w:type="dxa"/>
          </w:tcPr>
          <w:p w14:paraId="046B1606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</w:tcPr>
          <w:p w14:paraId="1B389ACE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999" w:type="dxa"/>
          </w:tcPr>
          <w:p w14:paraId="65979445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B40E2F" w:rsidRPr="00B40E2F" w14:paraId="5764D164" w14:textId="77777777" w:rsidTr="00710992">
        <w:tc>
          <w:tcPr>
            <w:tcW w:w="2908" w:type="dxa"/>
            <w:vAlign w:val="center"/>
          </w:tcPr>
          <w:p w14:paraId="7EC09A65" w14:textId="77777777" w:rsidR="002432F0" w:rsidRPr="00230516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8" w:type="dxa"/>
          </w:tcPr>
          <w:p w14:paraId="3DF00C5B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</w:tcPr>
          <w:p w14:paraId="3D16CC9C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999" w:type="dxa"/>
          </w:tcPr>
          <w:p w14:paraId="2EB45670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B40E2F" w:rsidRPr="00B40E2F" w14:paraId="1CB42AE3" w14:textId="77777777" w:rsidTr="00710992">
        <w:tc>
          <w:tcPr>
            <w:tcW w:w="2908" w:type="dxa"/>
            <w:vAlign w:val="center"/>
          </w:tcPr>
          <w:p w14:paraId="51C1C6D6" w14:textId="51B77400" w:rsidR="002432F0" w:rsidRPr="00230516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Cs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1028" w:type="dxa"/>
          </w:tcPr>
          <w:p w14:paraId="11F5F3F6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</w:tcPr>
          <w:p w14:paraId="239CCD48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999" w:type="dxa"/>
          </w:tcPr>
          <w:p w14:paraId="517BFD60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B40E2F" w:rsidRPr="00B40E2F" w14:paraId="58C74BF7" w14:textId="77777777" w:rsidTr="00710992">
        <w:tc>
          <w:tcPr>
            <w:tcW w:w="2908" w:type="dxa"/>
            <w:vAlign w:val="center"/>
          </w:tcPr>
          <w:p w14:paraId="46DE063B" w14:textId="77777777" w:rsidR="002432F0" w:rsidRPr="00230516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8" w:type="dxa"/>
          </w:tcPr>
          <w:p w14:paraId="4EA1CF03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</w:tcPr>
          <w:p w14:paraId="308F8E2B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999" w:type="dxa"/>
          </w:tcPr>
          <w:p w14:paraId="0E4DC690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B40E2F" w:rsidRPr="00B40E2F" w14:paraId="5718DF35" w14:textId="77777777" w:rsidTr="00710992">
        <w:tc>
          <w:tcPr>
            <w:tcW w:w="2908" w:type="dxa"/>
            <w:vAlign w:val="center"/>
          </w:tcPr>
          <w:p w14:paraId="70BA31C6" w14:textId="77777777" w:rsidR="002432F0" w:rsidRPr="00230516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8" w:type="dxa"/>
          </w:tcPr>
          <w:p w14:paraId="32145A1D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</w:tcPr>
          <w:p w14:paraId="51D1D4A3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999" w:type="dxa"/>
          </w:tcPr>
          <w:p w14:paraId="79D763B4" w14:textId="77777777" w:rsidR="002432F0" w:rsidRPr="00345DB4" w:rsidRDefault="002432F0" w:rsidP="002020CE">
            <w:pPr>
              <w:spacing w:after="0" w:line="360" w:lineRule="auto"/>
              <w:jc w:val="center"/>
              <w:rPr>
                <w:rFonts w:ascii="GHEA Grapalat" w:hAnsi="GHEA Grapalat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</w:tbl>
    <w:p w14:paraId="3402DBDC" w14:textId="77777777" w:rsidR="0078659D" w:rsidRDefault="0078659D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E0712EC" w14:textId="77777777" w:rsidR="0078659D" w:rsidRDefault="0078659D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62D1D95" w14:textId="200D545C" w:rsidR="00E910E8" w:rsidRDefault="00E910E8" w:rsidP="00E910E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Ավագ բ</w:t>
      </w:r>
      <w:r w:rsidRPr="00F53CD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ուժքույր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F53CD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_______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</w:t>
      </w:r>
      <w:r w:rsidR="002020CE" w:rsidRPr="002020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_______    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</w:t>
      </w:r>
    </w:p>
    <w:p w14:paraId="5BD48E35" w14:textId="38C2F8EB" w:rsidR="00E910E8" w:rsidRDefault="00E910E8" w:rsidP="00E910E8">
      <w:pPr>
        <w:shd w:val="clear" w:color="auto" w:fill="FFFFFF"/>
        <w:spacing w:after="0" w:line="240" w:lineRule="auto"/>
        <w:rPr>
          <w:i/>
          <w:iCs/>
          <w:sz w:val="16"/>
          <w:szCs w:val="16"/>
          <w:lang w:val="hy-AM"/>
        </w:rPr>
      </w:pPr>
      <w:r>
        <w:rPr>
          <w:i/>
          <w:iCs/>
          <w:sz w:val="16"/>
          <w:szCs w:val="16"/>
          <w:lang w:val="hy-AM"/>
        </w:rPr>
        <w:t xml:space="preserve">                                                                                                                                 </w:t>
      </w:r>
      <w:r w:rsidR="002020CE" w:rsidRPr="002020CE">
        <w:rPr>
          <w:i/>
          <w:iCs/>
          <w:sz w:val="16"/>
          <w:szCs w:val="16"/>
          <w:lang w:val="hy-AM"/>
        </w:rPr>
        <w:t xml:space="preserve">  </w:t>
      </w:r>
      <w:r>
        <w:rPr>
          <w:i/>
          <w:iCs/>
          <w:sz w:val="16"/>
          <w:szCs w:val="16"/>
          <w:lang w:val="hy-AM"/>
        </w:rPr>
        <w:t xml:space="preserve">   / անուն, ազգանուն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                    </w:t>
      </w:r>
      <w:r>
        <w:rPr>
          <w:i/>
          <w:iCs/>
          <w:sz w:val="16"/>
          <w:szCs w:val="16"/>
          <w:lang w:val="hy-AM"/>
        </w:rPr>
        <w:t xml:space="preserve">                           /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ստորագրություն/</w:t>
      </w:r>
    </w:p>
    <w:p w14:paraId="0460601F" w14:textId="45F87246" w:rsidR="00E910E8" w:rsidRDefault="00E910E8" w:rsidP="00E910E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Բուժող բժիշկ`</w:t>
      </w:r>
      <w:r w:rsidRPr="00F53CD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_______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 w:rsidR="002020CE" w:rsidRPr="002020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____    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</w:t>
      </w:r>
    </w:p>
    <w:p w14:paraId="00544913" w14:textId="390DCA73" w:rsidR="00E910E8" w:rsidRPr="00992CF5" w:rsidRDefault="00E910E8" w:rsidP="00E910E8">
      <w:pPr>
        <w:shd w:val="clear" w:color="auto" w:fill="FFFFFF"/>
        <w:spacing w:after="0" w:line="240" w:lineRule="auto"/>
        <w:rPr>
          <w:i/>
          <w:iCs/>
          <w:sz w:val="16"/>
          <w:szCs w:val="16"/>
          <w:lang w:val="hy-AM"/>
        </w:rPr>
      </w:pPr>
      <w:r>
        <w:rPr>
          <w:i/>
          <w:iCs/>
          <w:sz w:val="16"/>
          <w:szCs w:val="16"/>
          <w:lang w:val="hy-AM"/>
        </w:rPr>
        <w:t xml:space="preserve">                                                                                                                                 </w:t>
      </w:r>
      <w:r w:rsidR="002020CE" w:rsidRPr="002020CE">
        <w:rPr>
          <w:i/>
          <w:iCs/>
          <w:sz w:val="16"/>
          <w:szCs w:val="16"/>
          <w:lang w:val="hy-AM"/>
        </w:rPr>
        <w:t xml:space="preserve">  </w:t>
      </w:r>
      <w:r>
        <w:rPr>
          <w:i/>
          <w:iCs/>
          <w:sz w:val="16"/>
          <w:szCs w:val="16"/>
          <w:lang w:val="hy-AM"/>
        </w:rPr>
        <w:t xml:space="preserve">  / անուն, ազգանուն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                    </w:t>
      </w:r>
      <w:r>
        <w:rPr>
          <w:i/>
          <w:iCs/>
          <w:sz w:val="16"/>
          <w:szCs w:val="16"/>
          <w:lang w:val="hy-AM"/>
        </w:rPr>
        <w:t xml:space="preserve">                           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ստորագրություն/</w:t>
      </w:r>
    </w:p>
    <w:p w14:paraId="3C842024" w14:textId="75190AE6" w:rsidR="00E910E8" w:rsidRDefault="00E910E8" w:rsidP="00E910E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  <w:r w:rsidR="00D514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Բաժանմունքի վարիչ`</w:t>
      </w:r>
      <w:r w:rsidRPr="00F53CD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F4C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</w:t>
      </w:r>
      <w:r w:rsidR="002020CE" w:rsidRPr="002020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____    </w:t>
      </w:r>
      <w:r w:rsidRPr="00467E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</w:t>
      </w:r>
    </w:p>
    <w:p w14:paraId="1FD8191D" w14:textId="107E667C" w:rsidR="002020CE" w:rsidRPr="00D848AD" w:rsidRDefault="00E910E8" w:rsidP="00D848AD">
      <w:pPr>
        <w:shd w:val="clear" w:color="auto" w:fill="FFFFFF"/>
        <w:spacing w:after="0" w:line="240" w:lineRule="auto"/>
        <w:rPr>
          <w:rFonts w:ascii="Sylfaen" w:hAnsi="Sylfaen"/>
          <w:i/>
          <w:iCs/>
          <w:sz w:val="16"/>
          <w:szCs w:val="16"/>
          <w:lang w:val="hy-AM"/>
        </w:rPr>
      </w:pPr>
      <w:r>
        <w:rPr>
          <w:i/>
          <w:iCs/>
          <w:sz w:val="16"/>
          <w:szCs w:val="16"/>
          <w:lang w:val="hy-AM"/>
        </w:rPr>
        <w:t xml:space="preserve">                                                                                                                               </w:t>
      </w:r>
      <w:r w:rsidR="002020CE" w:rsidRPr="002020CE">
        <w:rPr>
          <w:i/>
          <w:iCs/>
          <w:sz w:val="16"/>
          <w:szCs w:val="16"/>
          <w:lang w:val="hy-AM"/>
        </w:rPr>
        <w:t xml:space="preserve"> </w:t>
      </w:r>
      <w:r w:rsidR="002020CE" w:rsidRPr="00D514DB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 xml:space="preserve">   / անուն, ազգանուն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                    </w:t>
      </w:r>
      <w:r>
        <w:rPr>
          <w:i/>
          <w:iCs/>
          <w:sz w:val="16"/>
          <w:szCs w:val="16"/>
          <w:lang w:val="hy-AM"/>
        </w:rPr>
        <w:t xml:space="preserve">                            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/</w:t>
      </w:r>
      <w:r w:rsidRPr="00EF4C71">
        <w:rPr>
          <w:i/>
          <w:iCs/>
          <w:sz w:val="16"/>
          <w:szCs w:val="16"/>
          <w:lang w:val="hy-AM"/>
        </w:rPr>
        <w:t xml:space="preserve"> </w:t>
      </w:r>
      <w:r>
        <w:rPr>
          <w:i/>
          <w:iCs/>
          <w:sz w:val="16"/>
          <w:szCs w:val="16"/>
          <w:lang w:val="hy-AM"/>
        </w:rPr>
        <w:t>ստորագրություն</w:t>
      </w:r>
    </w:p>
    <w:p w14:paraId="68624D23" w14:textId="77777777" w:rsidR="00D514DB" w:rsidRDefault="00D514DB" w:rsidP="00D848AD">
      <w:pPr>
        <w:jc w:val="center"/>
        <w:rPr>
          <w:rFonts w:ascii="GHEA Grapalat" w:hAnsi="GHEA Grapalat"/>
          <w:b/>
          <w:bCs/>
        </w:rPr>
      </w:pPr>
    </w:p>
    <w:p w14:paraId="1F65770E" w14:textId="77777777" w:rsidR="00D514DB" w:rsidRDefault="00D514DB" w:rsidP="00D848AD">
      <w:pPr>
        <w:jc w:val="center"/>
        <w:rPr>
          <w:rFonts w:ascii="GHEA Grapalat" w:hAnsi="GHEA Grapalat"/>
          <w:b/>
          <w:bCs/>
        </w:rPr>
      </w:pPr>
    </w:p>
    <w:p w14:paraId="7ECADD61" w14:textId="77777777" w:rsidR="00D514DB" w:rsidRDefault="00D514DB" w:rsidP="00D848AD">
      <w:pPr>
        <w:jc w:val="center"/>
        <w:rPr>
          <w:rFonts w:ascii="GHEA Grapalat" w:hAnsi="GHEA Grapalat"/>
          <w:b/>
          <w:bCs/>
        </w:rPr>
      </w:pPr>
    </w:p>
    <w:p w14:paraId="72929D1D" w14:textId="12952576" w:rsidR="008F7C6A" w:rsidRPr="002E52A9" w:rsidRDefault="008F7C6A" w:rsidP="00D848AD">
      <w:pPr>
        <w:jc w:val="center"/>
        <w:rPr>
          <w:rFonts w:ascii="GHEA Grapalat" w:hAnsi="GHEA Grapalat"/>
          <w:b/>
          <w:bCs/>
        </w:rPr>
      </w:pPr>
      <w:r w:rsidRPr="002E52A9">
        <w:rPr>
          <w:rFonts w:ascii="GHEA Grapalat" w:hAnsi="GHEA Grapalat"/>
          <w:b/>
          <w:bCs/>
        </w:rPr>
        <w:lastRenderedPageBreak/>
        <w:t>ՋԵՐՄԱՍՏԻՃԱՆԱՅԻՆ ԹԵՐԹԻԿ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9"/>
        <w:gridCol w:w="4311"/>
      </w:tblGrid>
      <w:tr w:rsidR="008F7C6A" w:rsidRPr="002E52A9" w14:paraId="1701F908" w14:textId="77777777" w:rsidTr="0016103F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7DA2633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Հիվանդության պատմագրի N ____________________</w:t>
            </w:r>
          </w:p>
        </w:tc>
        <w:tc>
          <w:tcPr>
            <w:tcW w:w="0" w:type="auto"/>
            <w:vAlign w:val="center"/>
            <w:hideMark/>
          </w:tcPr>
          <w:p w14:paraId="59C5DED2" w14:textId="11C1CBA7" w:rsidR="008F7C6A" w:rsidRPr="002E52A9" w:rsidRDefault="008F7C6A" w:rsidP="0016103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2E52A9">
              <w:rPr>
                <w:rFonts w:ascii="GHEA Grapalat" w:hAnsi="GHEA Grapalat"/>
              </w:rPr>
              <w:t>Հիվանդասենյակի N __________</w:t>
            </w:r>
            <w:r w:rsidR="009B3E57">
              <w:rPr>
                <w:rFonts w:ascii="GHEA Grapalat" w:hAnsi="GHEA Grapalat"/>
                <w:lang w:val="en-US"/>
              </w:rPr>
              <w:t>__</w:t>
            </w:r>
            <w:r w:rsidRPr="002E52A9">
              <w:rPr>
                <w:rFonts w:ascii="GHEA Grapalat" w:hAnsi="GHEA Grapalat"/>
              </w:rPr>
              <w:t>______</w:t>
            </w:r>
          </w:p>
        </w:tc>
      </w:tr>
    </w:tbl>
    <w:p w14:paraId="4B7CB279" w14:textId="0E902F9F" w:rsidR="008F7C6A" w:rsidRPr="00632E2C" w:rsidRDefault="008F7C6A" w:rsidP="008F7C6A">
      <w:pPr>
        <w:rPr>
          <w:rFonts w:ascii="GHEA Grapalat" w:hAnsi="GHEA Grapalat"/>
          <w:lang w:val="hy-AM"/>
        </w:rPr>
      </w:pPr>
      <w:r w:rsidRPr="002E52A9">
        <w:rPr>
          <w:rFonts w:ascii="GHEA Grapalat" w:hAnsi="GHEA Grapalat"/>
        </w:rPr>
        <w:t xml:space="preserve">Պացիենտի </w:t>
      </w:r>
      <w:r w:rsidR="00632E2C">
        <w:rPr>
          <w:rFonts w:ascii="GHEA Grapalat" w:hAnsi="GHEA Grapalat"/>
          <w:lang w:val="hy-AM"/>
        </w:rPr>
        <w:t>անուն, ազգանուն, հայրանուն</w:t>
      </w:r>
      <w:r w:rsidR="00581741">
        <w:rPr>
          <w:rFonts w:ascii="GHEA Grapalat" w:hAnsi="GHEA Grapalat"/>
          <w:lang w:val="hy-AM"/>
        </w:rPr>
        <w:t xml:space="preserve"> __________________________</w:t>
      </w:r>
      <w:r w:rsidRPr="002E52A9">
        <w:rPr>
          <w:rFonts w:ascii="GHEA Grapalat" w:hAnsi="GHEA Grapalat"/>
        </w:rPr>
        <w:t>____________________</w:t>
      </w:r>
      <w:r w:rsidR="00632E2C">
        <w:rPr>
          <w:rFonts w:ascii="GHEA Grapalat" w:hAnsi="GHEA Grapalat"/>
          <w:lang w:val="hy-AM"/>
        </w:rPr>
        <w:t>_</w:t>
      </w:r>
    </w:p>
    <w:p w14:paraId="431C589A" w14:textId="77777777" w:rsidR="009B3E57" w:rsidRPr="009B3E57" w:rsidRDefault="009B3E57" w:rsidP="008F7C6A">
      <w:pPr>
        <w:rPr>
          <w:rFonts w:ascii="GHEA Grapalat" w:hAnsi="GHEA Grapalat"/>
          <w:lang w:val="hy-AM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121"/>
        <w:gridCol w:w="775"/>
        <w:gridCol w:w="345"/>
        <w:gridCol w:w="200"/>
        <w:gridCol w:w="279"/>
        <w:gridCol w:w="200"/>
        <w:gridCol w:w="279"/>
        <w:gridCol w:w="200"/>
        <w:gridCol w:w="280"/>
        <w:gridCol w:w="201"/>
        <w:gridCol w:w="280"/>
        <w:gridCol w:w="201"/>
        <w:gridCol w:w="280"/>
        <w:gridCol w:w="201"/>
        <w:gridCol w:w="280"/>
        <w:gridCol w:w="201"/>
        <w:gridCol w:w="280"/>
        <w:gridCol w:w="201"/>
        <w:gridCol w:w="280"/>
        <w:gridCol w:w="201"/>
        <w:gridCol w:w="280"/>
        <w:gridCol w:w="201"/>
        <w:gridCol w:w="280"/>
        <w:gridCol w:w="201"/>
        <w:gridCol w:w="280"/>
        <w:gridCol w:w="201"/>
        <w:gridCol w:w="280"/>
        <w:gridCol w:w="201"/>
        <w:gridCol w:w="280"/>
        <w:gridCol w:w="201"/>
      </w:tblGrid>
      <w:tr w:rsidR="00987237" w:rsidRPr="002E52A9" w14:paraId="3D93AE78" w14:textId="77777777" w:rsidTr="00987237">
        <w:trPr>
          <w:trHeight w:val="303"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79EAE" w14:textId="77777777" w:rsidR="00987237" w:rsidRPr="009B3E57" w:rsidRDefault="00987237" w:rsidP="0016103F">
            <w:pPr>
              <w:rPr>
                <w:rFonts w:ascii="GHEA Grapalat" w:hAnsi="GHEA Grapalat"/>
                <w:b/>
                <w:bCs/>
              </w:rPr>
            </w:pPr>
            <w:r w:rsidRPr="009B3E57">
              <w:rPr>
                <w:rFonts w:ascii="Calibri" w:hAnsi="Calibri" w:cs="Calibri"/>
                <w:b/>
                <w:bCs/>
              </w:rPr>
              <w:t> </w:t>
            </w:r>
            <w:r w:rsidRPr="009B3E57">
              <w:rPr>
                <w:rFonts w:ascii="GHEA Grapalat" w:hAnsi="GHEA Grapalat"/>
                <w:b/>
                <w:bCs/>
              </w:rPr>
              <w:t>Ամսաթիվ</w:t>
            </w:r>
          </w:p>
        </w:tc>
        <w:tc>
          <w:tcPr>
            <w:tcW w:w="0" w:type="auto"/>
            <w:gridSpan w:val="2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14:paraId="1CC7F1CB" w14:textId="38821CB8" w:rsidR="00987237" w:rsidRPr="002E52A9" w:rsidRDefault="00987237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87237" w:rsidRPr="002E52A9" w14:paraId="7B26DF34" w14:textId="77777777" w:rsidTr="00987237">
        <w:trPr>
          <w:trHeight w:val="374"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9147F" w14:textId="77777777" w:rsidR="00987237" w:rsidRPr="009B3E57" w:rsidRDefault="00987237" w:rsidP="0016103F">
            <w:pPr>
              <w:rPr>
                <w:rFonts w:ascii="GHEA Grapalat" w:hAnsi="GHEA Grapalat"/>
                <w:b/>
                <w:bCs/>
              </w:rPr>
            </w:pPr>
            <w:r w:rsidRPr="009B3E57">
              <w:rPr>
                <w:rFonts w:ascii="Calibri" w:hAnsi="Calibri" w:cs="Calibri"/>
                <w:b/>
                <w:bCs/>
              </w:rPr>
              <w:t> </w:t>
            </w:r>
            <w:r w:rsidRPr="009B3E57">
              <w:rPr>
                <w:rFonts w:ascii="GHEA Grapalat" w:hAnsi="GHEA Grapalat"/>
                <w:b/>
                <w:bCs/>
              </w:rPr>
              <w:t>Հիվանդության օրը</w:t>
            </w:r>
          </w:p>
        </w:tc>
        <w:tc>
          <w:tcPr>
            <w:tcW w:w="0" w:type="auto"/>
            <w:gridSpan w:val="2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14:paraId="75954938" w14:textId="5CC567C9" w:rsidR="00987237" w:rsidRPr="002E52A9" w:rsidRDefault="00987237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 </w:t>
            </w:r>
          </w:p>
        </w:tc>
      </w:tr>
      <w:tr w:rsidR="008F7C6A" w:rsidRPr="002E52A9" w14:paraId="57FE2AF6" w14:textId="77777777" w:rsidTr="00F04BCD">
        <w:trPr>
          <w:trHeight w:val="815"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DC375" w14:textId="77777777" w:rsidR="008F7C6A" w:rsidRPr="009B3E57" w:rsidRDefault="008F7C6A" w:rsidP="0016103F">
            <w:pPr>
              <w:rPr>
                <w:rFonts w:ascii="GHEA Grapalat" w:hAnsi="GHEA Grapalat"/>
                <w:b/>
                <w:bCs/>
              </w:rPr>
            </w:pPr>
            <w:r w:rsidRPr="009B3E57">
              <w:rPr>
                <w:rFonts w:ascii="Calibri" w:hAnsi="Calibri" w:cs="Calibri"/>
                <w:b/>
                <w:bCs/>
              </w:rPr>
              <w:t> </w:t>
            </w:r>
            <w:r w:rsidRPr="009B3E57">
              <w:rPr>
                <w:rFonts w:ascii="GHEA Grapalat" w:hAnsi="GHEA Grapalat"/>
                <w:b/>
                <w:bCs/>
              </w:rPr>
              <w:t>Հիվանդանոցում</w:t>
            </w:r>
          </w:p>
          <w:p w14:paraId="4B5012D4" w14:textId="77777777" w:rsidR="008F7C6A" w:rsidRPr="009B3E57" w:rsidRDefault="008F7C6A" w:rsidP="0016103F">
            <w:pPr>
              <w:rPr>
                <w:rFonts w:ascii="GHEA Grapalat" w:hAnsi="GHEA Grapalat"/>
                <w:b/>
                <w:bCs/>
              </w:rPr>
            </w:pPr>
            <w:r w:rsidRPr="009B3E57">
              <w:rPr>
                <w:rFonts w:ascii="GHEA Grapalat" w:hAnsi="GHEA Grapalat"/>
                <w:b/>
                <w:bCs/>
              </w:rPr>
              <w:t>գտնվելու օրը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F391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EEF2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A121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51BE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B558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E527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DD73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6908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4809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4DA2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1A26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EE3A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1B43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BCE1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14</w:t>
            </w:r>
          </w:p>
        </w:tc>
      </w:tr>
      <w:tr w:rsidR="009259C4" w:rsidRPr="002E52A9" w14:paraId="0120D148" w14:textId="77777777" w:rsidTr="001610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2FAB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8B55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ԶՃ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19E4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Ջ</w:t>
            </w:r>
            <w:r w:rsidRPr="002E52A9">
              <w:rPr>
                <w:rFonts w:ascii="GHEA Grapalat" w:hAnsi="GHEA Grapalat"/>
                <w:vertAlign w:val="superscript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2C5C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9C93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93B1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CC1C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3337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9D7A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3452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11CC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99A7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7AC7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FEDA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0D4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579A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93CB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9DBD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2BD6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85E5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85EF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EF88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116A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DF22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0CAC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09FC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F049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0E68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858B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FC9C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DCA9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ե</w:t>
            </w:r>
          </w:p>
        </w:tc>
      </w:tr>
      <w:tr w:rsidR="009259C4" w:rsidRPr="002E52A9" w14:paraId="0071914F" w14:textId="77777777" w:rsidTr="0016103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0957E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160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7DFAD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200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0D82D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25A4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E81F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D3D6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922E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D089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FF27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6402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838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86E2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7ED1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0954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AB41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C535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5064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F4A1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AC60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ABFD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DC29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FED6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2951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EF1B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CE41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5EBB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0A44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ACE4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819C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2235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37D7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034F9A76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02AF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D001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9B78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2A29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5427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2C7F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EEDC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4E65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4E1B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4AC2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C6F1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E9D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D350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86D1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CF3F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9812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BED2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628B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5DBC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CA07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563F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8563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150C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3D9D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93C9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62FC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353E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6E61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5CF1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7150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F702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748919FF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55D3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4B66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5A41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4118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1D48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2AFA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A9D5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331D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B6B5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1632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5059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43D9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C55A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EA22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0DFF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C8FA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F9E6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BEF9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3537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5CD6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4D14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DCF8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08C5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40AD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1C1C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32AE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1172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271D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6E95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1FE4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4BD9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14D5AA97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73FE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C3D5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A0F1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0DEB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CB64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A54B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0681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6070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7AA9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8856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18CE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6D89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F5FD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C65D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ACAE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7FBA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E24C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61B3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00CC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67CC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D42A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28CC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0A50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7266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90DB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1011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3019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D0762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101B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BC3F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A9A1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270A7E5F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E149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96F8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532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9DE9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D639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30AD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402F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3B42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2E28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9553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8239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8FE5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21DD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F402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C245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A8B6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29C9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D890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F5C7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A0EA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1E27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973A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69CA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42AA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511C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8A3B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E615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89A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C2D8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C173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3A47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1B9E33BC" w14:textId="77777777" w:rsidTr="0016103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9EBB1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140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7BF3C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175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445A1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0BF5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8E25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001D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4687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81CE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ABAC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CB98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6BB2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7713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FD40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4EF9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8942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77DC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0C8D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65A2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CF61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901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ABE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B060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401E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9EB4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5213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8545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9204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8B30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95FA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7350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B141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32B9FA2A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37F6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C410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8825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E002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9A8C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B7E8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1E46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3F15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ECA6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8DBC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3C72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BA13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4C5D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5F96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CF44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3186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B5F5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54A2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9660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CAB9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F491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31E7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5914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331E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E2DF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6BF8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EE46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C2F8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7792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F885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F1E4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25CC4A50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EEBB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55F6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A251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EF85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A18E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9C34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4B27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0347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95E8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CE5D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B5AA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18CC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3E0C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3FF3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2227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202E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55A0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C057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AFCF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7CCA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1ECB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40DF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8878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36AD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72B3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217A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140E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28C7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4A3A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7FEE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A188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6D7E4FC2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BB34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9B14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33F7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5D0E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C1B9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C2CE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27B3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DF82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4A2D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8DD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2532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BAEF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335D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5F86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6C20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EA59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469C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AC6C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928D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1C5A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8A54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9A08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0786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77F4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99BE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DFAA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5B28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DF6E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5AF1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B07E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A2C9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45BDEE46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6C5A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A75F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C185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F71E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1040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4765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C630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0270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66B2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9535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F15D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831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2AA2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7496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7D21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3250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1511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1CD3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B286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9B45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8149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9E9E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EF3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4F72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A453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E5C1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EF98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690F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4626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F908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8BB8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5D3EF5D1" w14:textId="77777777" w:rsidTr="0016103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26AC5E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120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37EE6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150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C21FC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9722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D14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456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34F1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E03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90AB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BE43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0045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3C4C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0656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EDDD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218A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9002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6F20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053B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90E9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09E2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010F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7A28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3FEB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FD09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1A1A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315A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271E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944C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12CB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C28F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C5B1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0B313685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92D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F6B1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B313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C9E4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07DE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9FF2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298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CCA7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0BCC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808C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64B6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7B1B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8B62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0003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5B50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E55A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8195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20C1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7434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D8C2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5BFC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C184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D335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763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5D4D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3A65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0DD6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9853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7700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2BF5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29EC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032603E1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54F1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7860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DE41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4BBA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083A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6C90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9D51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1009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078E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AD37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E5F4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92C3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1E72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DFE0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79FE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4EF5D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A933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EC22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C3BB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B057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D6BF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4A6D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28A7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6955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C784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F532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5AF5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4BB4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F26E3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BD7E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6862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42EBFAE5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F839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7075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0EE1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ADA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1DFC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1A85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4A29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8A0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4802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5946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A7E9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764E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6200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74B9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AB4C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6B5A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37C5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60A0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C2C5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D4E4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2049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6F12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ED01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1070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74BE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84EF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91B7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05D2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1A93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5378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F6D9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4FC99290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4F02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D83D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6FB1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C49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13A8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FC1E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ED23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2BE2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6A16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B038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3F9D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54B4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4F0C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4E46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BC19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E030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759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16AB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76F9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15C9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9A0D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D04D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0968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BD01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B301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1AAF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99FD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53B7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8227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E48C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BD51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44025382" w14:textId="77777777" w:rsidTr="0016103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0890A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100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AA2378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125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C39F0B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595B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E895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8B1D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B650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F111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0440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E86C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4552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3BE7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EBA6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15C0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4603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D135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C1B9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B5D0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1CA20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16B4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DFA4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7746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A2C0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7C56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C2D5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3922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9F90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3FAF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03C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9C8E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E2EB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12D1BCF5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A6AD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1479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4605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1E14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CF0B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B304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7526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03D8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68D7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6EB5A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C696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4F0E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BCA1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53A0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F548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A141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24CF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E7A3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3607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81F2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EF86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D335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8080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8901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DA2B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936C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65AE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9891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DDE6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5ABA9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5E9A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7FF1FC40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ABE3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F710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03D3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828E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56D2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8243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31A2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FAD9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2C4F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ABBB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FB3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61BC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59B1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B480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6EE7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70E5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EFC6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59D2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A17A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AA75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221C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7789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AC8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ACDE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97AA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3DFF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3EB8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EBFD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20D8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E6C0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437E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436DEC03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717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D3EC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F33A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DC31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159F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4223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112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B7AF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8776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943A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5D93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A70C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6BC0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7025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0F81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9ED8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970A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4EF5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DFF7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E80F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6BD4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7368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5105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0FEA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6EC3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1E59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2586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6533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4339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CC97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A942A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28540969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3FA8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F7CF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9DAE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EF11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2A81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7337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DAC5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9CFE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A07F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0854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5692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0DDA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3541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EA23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2157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F196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E58B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E3C3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9252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3503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8276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CEF8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64E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4FCD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46E7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DB0A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EDB1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72AA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C8F9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DEAA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0BF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6D5CC6E0" w14:textId="77777777" w:rsidTr="0016103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F9C20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lastRenderedPageBreak/>
              <w:t>80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95924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100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19CB2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30F0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354A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2985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AA14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B48E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8099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52A5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5494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A140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FDA9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2931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20CA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C7C6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E0A9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8DDA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D371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7A09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8608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CD4B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8717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633B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B61A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F146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E4BC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D9FA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3AB4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DBCA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BE71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338406C3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66CB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4C31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D9F8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CD06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5117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C8FB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37A1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F86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3DE4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27E3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FED1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6D27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5BE0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9053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9D8A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8ADE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40B6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52BE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2287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643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D436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F2D5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A5C1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C765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59F9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8E4A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8073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8FC0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983D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3AD2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6165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2262CC32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23A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9B6E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BB7E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A106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3F4F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A893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FE89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BA7B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F4CF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9507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0B4C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518E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A30F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61B2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D48D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0427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37BD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2DD6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5247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3E35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51D6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4EDF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969B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903D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54D1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A1F4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DBC2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91A1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99A2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A8DF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4725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00D1D2DC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05F2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FFFF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C610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42F4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589E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96DF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B816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037F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EE52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8EEE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17AB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EA3A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9860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7892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518A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05C3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EB31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9AF5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917C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18EA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A44F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5206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8293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2061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145E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4623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814D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485E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1AF6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3F7D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8982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6C4DADE1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2E85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8F23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19A7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06F9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51CC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E48A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6DFC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3A15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194D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70CA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E91F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22B9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DF8B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AA62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4BF6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04DE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87AB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7BCD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4EE4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5259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F833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AD19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86A0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92B6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398A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38D3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D555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ED23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2DD3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CABD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A424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54E67E8F" w14:textId="77777777" w:rsidTr="0016103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1475E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60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AFB8E0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75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85B46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5F2C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EF0B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4859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538F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7FA8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3FFB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5D91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4FC8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885F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8DE3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1399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A773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C8FB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30AD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2E6D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F9E8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2613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8343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8663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6415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4AB8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416A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5031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56D9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91B1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0D27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5FC6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12D6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16DBE548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2271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3645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D518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D351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A315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3677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5150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55EE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5985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1D05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377A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2CCE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CE9A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C9D0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1355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91B7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030B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915E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9EE5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9A55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9191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3F4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C683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76B9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63BC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FC0D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5F50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5462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0829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E6E4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8DBF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3B91FB28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7BE5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EF35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B211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1FF5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DBA7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67B5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6568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1589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1A9C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BCF5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F6EA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5530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F73F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0693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1AD2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BF41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061D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71BA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C8A4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1402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7C04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8845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AC77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203D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ABF4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7DA3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BFD6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5F8F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D08A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2B2B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FA0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477A8142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D0FF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B2A5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30AE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59FC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F4BC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A7A1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9AC2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F178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7A14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373A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839A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8F57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EA83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8C7F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BEAC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9C56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6F1B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39F2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E1C7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71E5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45F1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049D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CE91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7BF9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F188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D67E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8203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8142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ADF6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9898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EA7D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68EF769E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D8EC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A4A6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5CF9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9190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257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3B08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91DC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89EE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5F46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E6C5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EF34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9164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7C5D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E414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ABE5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429D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676C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756F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FC45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C983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983C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1298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22D4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EE5F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8F5E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F134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2B18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2619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7AA6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0769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2B53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475C116C" w14:textId="77777777" w:rsidTr="0016103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A6719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D60F17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50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B1D52B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B8F4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3506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F9A0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554B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EC2B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10FE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D020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4941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35C9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3623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BF0F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8C9F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7E69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5DFA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12D3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01E8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0C80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6DFA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FEAF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57D2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07FA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E85E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302D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201B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814F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8C82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46A0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33B0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0D8926C3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5379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1C5F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54E9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5661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ACC7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29C9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F136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7D3F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AC4F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3918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382D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E9FE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97D8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1231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B359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3C9C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0D50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9191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3DC4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6325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5DCF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AD3C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AA62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3DBA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DD70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F071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F547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76C8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AA20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5AD9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27B8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1B550EF6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0B5F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1CE9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FA5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8FB7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5164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52F7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A912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EF2A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0336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0F9E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07DB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4C60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ECD5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9778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B2A7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A034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DB7E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405D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0A71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676E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CE83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6685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CC47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8F4C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4167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ED21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E5D5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F0FF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5711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170D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2424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3250F648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BA85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5FB8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04A4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E81E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9406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9451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CD66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B07A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1C61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96F8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905C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EAA4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77EF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DEE3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9A2A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2C51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052D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68DC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A8B7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57BE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FD3D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EC76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4B4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241C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25F7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5087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355F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695B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9656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4839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97A9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9259C4" w:rsidRPr="002E52A9" w14:paraId="3E9A867D" w14:textId="77777777" w:rsidTr="001610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4F28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A3FF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42B9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9F3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B3AD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E3B5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7CA5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9E22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6439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BEBF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95DF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5CB5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63B1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6D36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9DB2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9703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2C0E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020D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96CD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0600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1893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91F0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81D8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23AB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30A1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71A7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F996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CF18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A1A6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4169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3A70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8F7C6A" w:rsidRPr="002E52A9" w14:paraId="3C2FCC26" w14:textId="77777777" w:rsidTr="0016103F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AE45C" w14:textId="77777777" w:rsidR="009259C4" w:rsidRDefault="008F7C6A" w:rsidP="0016103F">
            <w:pPr>
              <w:rPr>
                <w:rFonts w:ascii="GHEA Grapalat" w:hAnsi="GHEA Grapalat"/>
                <w:lang w:val="hy-AM"/>
              </w:rPr>
            </w:pPr>
            <w:r w:rsidRPr="002E52A9">
              <w:rPr>
                <w:rFonts w:ascii="GHEA Grapalat" w:hAnsi="GHEA Grapalat"/>
              </w:rPr>
              <w:t>Շնչառության</w:t>
            </w:r>
            <w:r w:rsidR="00F0301C">
              <w:rPr>
                <w:rFonts w:ascii="GHEA Grapalat" w:hAnsi="GHEA Grapalat"/>
                <w:lang w:val="hy-AM"/>
              </w:rPr>
              <w:t xml:space="preserve"> </w:t>
            </w:r>
          </w:p>
          <w:p w14:paraId="5AAFAE47" w14:textId="6AA76A03" w:rsidR="008F7C6A" w:rsidRPr="00F0301C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հաճախականություն</w:t>
            </w:r>
            <w:r w:rsidR="00F0301C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DB04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FC55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293F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434A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4485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8773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16C3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0621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0522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D037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B409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93EE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F660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B192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8F7C6A" w:rsidRPr="002E52A9" w14:paraId="29CFD847" w14:textId="77777777" w:rsidTr="0016103F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79A62" w14:textId="28FD230F" w:rsidR="008F7C6A" w:rsidRPr="00F0301C" w:rsidRDefault="008F7C6A" w:rsidP="0016103F">
            <w:pPr>
              <w:rPr>
                <w:rFonts w:ascii="GHEA Grapalat" w:hAnsi="GHEA Grapalat"/>
                <w:lang w:val="hy-AM"/>
              </w:rPr>
            </w:pPr>
            <w:r w:rsidRPr="002E52A9">
              <w:rPr>
                <w:rFonts w:ascii="GHEA Grapalat" w:hAnsi="GHEA Grapalat"/>
              </w:rPr>
              <w:t>Սատուրացիա</w:t>
            </w:r>
            <w:r w:rsidR="00F0301C">
              <w:rPr>
                <w:rFonts w:ascii="GHEA Grapalat" w:hAnsi="GHEA Grapalat"/>
                <w:lang w:val="hy-AM"/>
              </w:rPr>
              <w:t>ն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A6D8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7C7C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7F5E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2A71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1125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89C0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6498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088F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3D38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7EEA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ACD5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357B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8152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FD8D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8F7C6A" w:rsidRPr="002E52A9" w14:paraId="2CFA7EA3" w14:textId="77777777" w:rsidTr="0016103F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8D989" w14:textId="1236AD00" w:rsidR="008F7C6A" w:rsidRPr="00F0301C" w:rsidRDefault="008F7C6A" w:rsidP="0016103F">
            <w:pPr>
              <w:rPr>
                <w:rFonts w:ascii="GHEA Grapalat" w:hAnsi="GHEA Grapalat"/>
                <w:lang w:val="hy-AM"/>
              </w:rPr>
            </w:pPr>
            <w:r w:rsidRPr="002E52A9">
              <w:rPr>
                <w:rFonts w:ascii="GHEA Grapalat" w:hAnsi="GHEA Grapalat"/>
              </w:rPr>
              <w:t>Մարմնի քաշ</w:t>
            </w:r>
            <w:r w:rsidR="00F0301C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E2A0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EE61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D1BB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D8A9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A521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B2B2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3038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B511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3EE8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16F0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E3BA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3987D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DC1F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5D57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8F7C6A" w:rsidRPr="002E52A9" w14:paraId="00C6858D" w14:textId="77777777" w:rsidTr="0016103F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30878" w14:textId="77777777" w:rsidR="009259C4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GHEA Grapalat" w:hAnsi="GHEA Grapalat"/>
              </w:rPr>
              <w:t>Օգտագործվող</w:t>
            </w:r>
          </w:p>
          <w:p w14:paraId="3D5E973B" w14:textId="2F48D03E" w:rsidR="008F7C6A" w:rsidRPr="00F0301C" w:rsidRDefault="008F7C6A" w:rsidP="0016103F">
            <w:pPr>
              <w:rPr>
                <w:rFonts w:ascii="GHEA Grapalat" w:hAnsi="GHEA Grapalat"/>
                <w:lang w:val="hy-AM"/>
              </w:rPr>
            </w:pPr>
            <w:r w:rsidRPr="002E52A9">
              <w:rPr>
                <w:rFonts w:ascii="GHEA Grapalat" w:hAnsi="GHEA Grapalat"/>
              </w:rPr>
              <w:t>հեղուկներ</w:t>
            </w:r>
            <w:r w:rsidR="00F0301C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C826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2BC2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9C46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10DF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0C51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51A4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F093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1458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4BE2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0D3C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8ACA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3F06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9D38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448B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8F7C6A" w:rsidRPr="002E52A9" w14:paraId="7E70EAB1" w14:textId="77777777" w:rsidTr="0016103F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E2972" w14:textId="104DE67A" w:rsidR="008F7C6A" w:rsidRPr="00F0301C" w:rsidRDefault="008F7C6A" w:rsidP="0016103F">
            <w:pPr>
              <w:rPr>
                <w:rFonts w:ascii="GHEA Grapalat" w:hAnsi="GHEA Grapalat"/>
                <w:lang w:val="hy-AM"/>
              </w:rPr>
            </w:pPr>
            <w:r w:rsidRPr="002E52A9">
              <w:rPr>
                <w:rFonts w:ascii="GHEA Grapalat" w:hAnsi="GHEA Grapalat"/>
              </w:rPr>
              <w:t>Օրվա մեզ</w:t>
            </w:r>
            <w:r w:rsidR="00F0301C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8CF3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3076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0467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B748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3501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365E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944E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63B8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64E16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E63A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0F5D3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36D81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CBD22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0C84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  <w:tr w:rsidR="008F7C6A" w:rsidRPr="002E52A9" w14:paraId="068E2CE1" w14:textId="77777777" w:rsidTr="0016103F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87565" w14:textId="178F8D8C" w:rsidR="008F7C6A" w:rsidRPr="00F0301C" w:rsidRDefault="008F7C6A" w:rsidP="0016103F">
            <w:pPr>
              <w:rPr>
                <w:rFonts w:ascii="GHEA Grapalat" w:hAnsi="GHEA Grapalat"/>
                <w:lang w:val="hy-AM"/>
              </w:rPr>
            </w:pPr>
            <w:r w:rsidRPr="002E52A9">
              <w:rPr>
                <w:rFonts w:ascii="GHEA Grapalat" w:hAnsi="GHEA Grapalat"/>
              </w:rPr>
              <w:t>Կղանք</w:t>
            </w:r>
            <w:r w:rsidR="00F0301C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C8F84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A7D0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BCA6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11FEC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26B4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AC575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5EF9A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58F1B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FE670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8122E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E5118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9CC27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9C41F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58579" w14:textId="77777777" w:rsidR="008F7C6A" w:rsidRPr="002E52A9" w:rsidRDefault="008F7C6A" w:rsidP="0016103F">
            <w:pPr>
              <w:rPr>
                <w:rFonts w:ascii="GHEA Grapalat" w:hAnsi="GHEA Grapalat"/>
              </w:rPr>
            </w:pPr>
            <w:r w:rsidRPr="002E52A9">
              <w:rPr>
                <w:rFonts w:ascii="Calibri" w:hAnsi="Calibri" w:cs="Calibri"/>
              </w:rPr>
              <w:t> </w:t>
            </w:r>
          </w:p>
        </w:tc>
      </w:tr>
    </w:tbl>
    <w:p w14:paraId="175C76E0" w14:textId="77777777" w:rsidR="008F7C6A" w:rsidRPr="002E52A9" w:rsidRDefault="008F7C6A" w:rsidP="008F7C6A">
      <w:pPr>
        <w:rPr>
          <w:rFonts w:ascii="GHEA Grapalat" w:hAnsi="GHEA Grapalat"/>
        </w:rPr>
      </w:pPr>
      <w:r w:rsidRPr="002E52A9">
        <w:rPr>
          <w:rFonts w:ascii="Calibri" w:hAnsi="Calibri" w:cs="Calibri"/>
        </w:rPr>
        <w:t> </w:t>
      </w:r>
    </w:p>
    <w:p w14:paraId="7EEAE99E" w14:textId="77777777" w:rsidR="00C112F7" w:rsidRDefault="00C112F7" w:rsidP="002871E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6322EAAF" w14:textId="77777777" w:rsidR="009B3E57" w:rsidRDefault="009B3E57" w:rsidP="00004DD3">
      <w:pPr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44B0A6EC" w14:textId="480081E7" w:rsidR="00B64F62" w:rsidRDefault="00B64F62" w:rsidP="001B7FA8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56845069" w14:textId="2D0DAFA7" w:rsidR="00B64F62" w:rsidRDefault="00B64F62" w:rsidP="001B7FA8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0118558A" w14:textId="1D9647A2" w:rsidR="00B64F62" w:rsidRDefault="00B64F62" w:rsidP="001B7FA8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52300B0D" w14:textId="1824DFA5" w:rsidR="00B64F62" w:rsidRDefault="00B64F62" w:rsidP="00D514D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0981ABC2" w14:textId="77777777" w:rsidR="00B64F62" w:rsidRPr="001B7FA8" w:rsidRDefault="00B64F62" w:rsidP="001B7FA8">
      <w:pPr>
        <w:shd w:val="clear" w:color="auto" w:fill="FFFFFF"/>
        <w:spacing w:after="0" w:line="240" w:lineRule="auto"/>
        <w:jc w:val="right"/>
        <w:rPr>
          <w:rFonts w:ascii="Sylfaen" w:eastAsia="Times New Roman" w:hAnsi="Sylfaen" w:cs="Times New Roman"/>
          <w:color w:val="000000"/>
          <w:sz w:val="21"/>
          <w:szCs w:val="21"/>
          <w:lang w:val="hy-AM" w:eastAsia="ru-RU"/>
        </w:rPr>
      </w:pPr>
    </w:p>
    <w:p w14:paraId="779BF052" w14:textId="78919F9E" w:rsidR="00F85E74" w:rsidRPr="00EB5483" w:rsidRDefault="00F04BCD" w:rsidP="009F57BA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</w:pPr>
      <w:r w:rsidRPr="00F04BCD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 xml:space="preserve">ԼԱԲՈՐԱՏՈՐ </w:t>
      </w:r>
      <w:r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>ԵՎ</w:t>
      </w:r>
      <w:r w:rsidRPr="00F04BCD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 xml:space="preserve"> ԳՈՐԾԻՔԱՅԻՆ </w:t>
      </w:r>
      <w:r w:rsidR="00114788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 xml:space="preserve">ԱԽՏՈՐՈՇԻՉ </w:t>
      </w:r>
      <w:r w:rsidRPr="00F04BCD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>ՀԵՏԱԶՈՏՈՒԹՅՈՒՆՆԵՐԻ ԱՐԴՅՈՒՆՔՆԵՐ</w:t>
      </w:r>
      <w:r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>Ի</w:t>
      </w:r>
      <w:r w:rsidRPr="00F04BCD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 xml:space="preserve"> ԵՎ ԱՅԼ ՓԱՍՏԱԹՂԹԵՐ ՓԱԿՑՆԵԼՈՒ ՀԱՄԱՐ</w:t>
      </w:r>
      <w:r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hy-AM" w:eastAsia="ru-RU"/>
        </w:rPr>
        <w:t xml:space="preserve"> </w:t>
      </w:r>
    </w:p>
    <w:p w14:paraId="345F75F2" w14:textId="77777777" w:rsidR="00F85E74" w:rsidRDefault="00F85E74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4D3C9E01" w14:textId="77777777" w:rsidR="001D32CC" w:rsidRDefault="001D32CC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</w:p>
    <w:p w14:paraId="29866514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23E08C81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787AFB57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21092794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77400CB0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6F33B76B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2E106AE6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46E1CA1A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5F132B66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7D74CDBB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05056B6F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3BF73566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15C86D1D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450EA9F5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5E9AED3A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788BA003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1F867A0B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0504C1A8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2285EC5A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06C8F385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6632D8FB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47BB00B5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6C16EC54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467544C8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1BDC86A6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7626478C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3593BD5F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7FD4B48F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1E1FC3FE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43AEAC6F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1F19EAE7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40556BD2" w14:textId="77777777" w:rsidR="00747499" w:rsidRDefault="00747499" w:rsidP="009F57B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14:paraId="4A7F148F" w14:textId="77777777" w:rsidR="00E86332" w:rsidRPr="00941100" w:rsidRDefault="00E86332" w:rsidP="009F57BA">
      <w:pPr>
        <w:spacing w:after="0" w:line="276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E86332" w:rsidRPr="00941100" w:rsidSect="00D57081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9679701">
    <w:abstractNumId w:val="8"/>
  </w:num>
  <w:num w:numId="2" w16cid:durableId="1042904881">
    <w:abstractNumId w:val="6"/>
  </w:num>
  <w:num w:numId="3" w16cid:durableId="145324250">
    <w:abstractNumId w:val="5"/>
  </w:num>
  <w:num w:numId="4" w16cid:durableId="32389346">
    <w:abstractNumId w:val="4"/>
  </w:num>
  <w:num w:numId="5" w16cid:durableId="2070299632">
    <w:abstractNumId w:val="7"/>
  </w:num>
  <w:num w:numId="6" w16cid:durableId="1202984931">
    <w:abstractNumId w:val="3"/>
  </w:num>
  <w:num w:numId="7" w16cid:durableId="1500123289">
    <w:abstractNumId w:val="2"/>
  </w:num>
  <w:num w:numId="8" w16cid:durableId="1711490331">
    <w:abstractNumId w:val="1"/>
  </w:num>
  <w:num w:numId="9" w16cid:durableId="27325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8EC"/>
    <w:rsid w:val="0000052E"/>
    <w:rsid w:val="00000785"/>
    <w:rsid w:val="0000102A"/>
    <w:rsid w:val="00004DD3"/>
    <w:rsid w:val="00005FA8"/>
    <w:rsid w:val="000235E2"/>
    <w:rsid w:val="00023978"/>
    <w:rsid w:val="00025B3A"/>
    <w:rsid w:val="00033BA7"/>
    <w:rsid w:val="000474E1"/>
    <w:rsid w:val="00047738"/>
    <w:rsid w:val="00056FC1"/>
    <w:rsid w:val="0006664C"/>
    <w:rsid w:val="00067478"/>
    <w:rsid w:val="00070A1D"/>
    <w:rsid w:val="000825DF"/>
    <w:rsid w:val="00083C6D"/>
    <w:rsid w:val="00086D99"/>
    <w:rsid w:val="00090737"/>
    <w:rsid w:val="0009623A"/>
    <w:rsid w:val="000B671A"/>
    <w:rsid w:val="000C0BD3"/>
    <w:rsid w:val="000C5D6E"/>
    <w:rsid w:val="000F1033"/>
    <w:rsid w:val="000F78A4"/>
    <w:rsid w:val="00101343"/>
    <w:rsid w:val="0010149F"/>
    <w:rsid w:val="00113222"/>
    <w:rsid w:val="00114788"/>
    <w:rsid w:val="0012648F"/>
    <w:rsid w:val="001361AA"/>
    <w:rsid w:val="00141F19"/>
    <w:rsid w:val="00153627"/>
    <w:rsid w:val="00156858"/>
    <w:rsid w:val="00164169"/>
    <w:rsid w:val="00171181"/>
    <w:rsid w:val="00174690"/>
    <w:rsid w:val="00184974"/>
    <w:rsid w:val="001B4937"/>
    <w:rsid w:val="001B7FA8"/>
    <w:rsid w:val="001C561D"/>
    <w:rsid w:val="001D32CC"/>
    <w:rsid w:val="001F4F75"/>
    <w:rsid w:val="00200731"/>
    <w:rsid w:val="002020CE"/>
    <w:rsid w:val="00207CC1"/>
    <w:rsid w:val="00217938"/>
    <w:rsid w:val="00227AFF"/>
    <w:rsid w:val="00230516"/>
    <w:rsid w:val="00230BA6"/>
    <w:rsid w:val="0023647A"/>
    <w:rsid w:val="002432F0"/>
    <w:rsid w:val="00244473"/>
    <w:rsid w:val="0027380A"/>
    <w:rsid w:val="002756C9"/>
    <w:rsid w:val="002871E6"/>
    <w:rsid w:val="0029375B"/>
    <w:rsid w:val="00295E18"/>
    <w:rsid w:val="002C2DA1"/>
    <w:rsid w:val="002C7D55"/>
    <w:rsid w:val="002D7B5C"/>
    <w:rsid w:val="002E47EF"/>
    <w:rsid w:val="0030465C"/>
    <w:rsid w:val="00306839"/>
    <w:rsid w:val="00326E62"/>
    <w:rsid w:val="00332585"/>
    <w:rsid w:val="00345DB4"/>
    <w:rsid w:val="003544AF"/>
    <w:rsid w:val="00355E8A"/>
    <w:rsid w:val="003560E5"/>
    <w:rsid w:val="00357309"/>
    <w:rsid w:val="00363E46"/>
    <w:rsid w:val="003717E9"/>
    <w:rsid w:val="0037302F"/>
    <w:rsid w:val="003748A3"/>
    <w:rsid w:val="00376F3D"/>
    <w:rsid w:val="003B67E3"/>
    <w:rsid w:val="003C0114"/>
    <w:rsid w:val="003C49D8"/>
    <w:rsid w:val="003E0AF6"/>
    <w:rsid w:val="003E65D5"/>
    <w:rsid w:val="003F7AB0"/>
    <w:rsid w:val="00405641"/>
    <w:rsid w:val="00407F89"/>
    <w:rsid w:val="00415492"/>
    <w:rsid w:val="00421586"/>
    <w:rsid w:val="00421A10"/>
    <w:rsid w:val="0042271E"/>
    <w:rsid w:val="004316DB"/>
    <w:rsid w:val="00451F9C"/>
    <w:rsid w:val="00467EBA"/>
    <w:rsid w:val="004724A9"/>
    <w:rsid w:val="00477A5E"/>
    <w:rsid w:val="00481054"/>
    <w:rsid w:val="004842A4"/>
    <w:rsid w:val="00491C1B"/>
    <w:rsid w:val="004945E6"/>
    <w:rsid w:val="004A27F2"/>
    <w:rsid w:val="004B1472"/>
    <w:rsid w:val="004D0C0A"/>
    <w:rsid w:val="004F0EDF"/>
    <w:rsid w:val="005017C1"/>
    <w:rsid w:val="00511CB6"/>
    <w:rsid w:val="005325E3"/>
    <w:rsid w:val="005554AB"/>
    <w:rsid w:val="005561FC"/>
    <w:rsid w:val="0056422F"/>
    <w:rsid w:val="00566C80"/>
    <w:rsid w:val="005736FA"/>
    <w:rsid w:val="00581741"/>
    <w:rsid w:val="00584EF8"/>
    <w:rsid w:val="00585129"/>
    <w:rsid w:val="005857D0"/>
    <w:rsid w:val="0059012B"/>
    <w:rsid w:val="00592944"/>
    <w:rsid w:val="005B2A72"/>
    <w:rsid w:val="005D3AE9"/>
    <w:rsid w:val="005E3AA5"/>
    <w:rsid w:val="005E6329"/>
    <w:rsid w:val="0060098B"/>
    <w:rsid w:val="006227C4"/>
    <w:rsid w:val="00623F1B"/>
    <w:rsid w:val="00632E2C"/>
    <w:rsid w:val="00636765"/>
    <w:rsid w:val="00642078"/>
    <w:rsid w:val="0067146D"/>
    <w:rsid w:val="00682822"/>
    <w:rsid w:val="00687ED4"/>
    <w:rsid w:val="006B59B9"/>
    <w:rsid w:val="006B74F4"/>
    <w:rsid w:val="006D7680"/>
    <w:rsid w:val="006E0B49"/>
    <w:rsid w:val="006E6724"/>
    <w:rsid w:val="006F7A5A"/>
    <w:rsid w:val="007005A7"/>
    <w:rsid w:val="00710992"/>
    <w:rsid w:val="00711122"/>
    <w:rsid w:val="00743F8A"/>
    <w:rsid w:val="00747499"/>
    <w:rsid w:val="00773F7B"/>
    <w:rsid w:val="0078659D"/>
    <w:rsid w:val="00787088"/>
    <w:rsid w:val="00795DD6"/>
    <w:rsid w:val="007B0F30"/>
    <w:rsid w:val="007C438B"/>
    <w:rsid w:val="007C576C"/>
    <w:rsid w:val="007D404F"/>
    <w:rsid w:val="007F3666"/>
    <w:rsid w:val="007F602B"/>
    <w:rsid w:val="008001C8"/>
    <w:rsid w:val="00820087"/>
    <w:rsid w:val="00820AD1"/>
    <w:rsid w:val="008304B3"/>
    <w:rsid w:val="00833FBA"/>
    <w:rsid w:val="008438EC"/>
    <w:rsid w:val="00856FDA"/>
    <w:rsid w:val="00861DA7"/>
    <w:rsid w:val="008A2778"/>
    <w:rsid w:val="008B0D6C"/>
    <w:rsid w:val="008C55B6"/>
    <w:rsid w:val="008C7323"/>
    <w:rsid w:val="008D237B"/>
    <w:rsid w:val="008E0332"/>
    <w:rsid w:val="008E50C0"/>
    <w:rsid w:val="008F4074"/>
    <w:rsid w:val="008F7C6A"/>
    <w:rsid w:val="00901CB4"/>
    <w:rsid w:val="009068D2"/>
    <w:rsid w:val="00917655"/>
    <w:rsid w:val="00921D44"/>
    <w:rsid w:val="009259C4"/>
    <w:rsid w:val="00936554"/>
    <w:rsid w:val="00941100"/>
    <w:rsid w:val="0094735B"/>
    <w:rsid w:val="0096112D"/>
    <w:rsid w:val="0096534A"/>
    <w:rsid w:val="0096793C"/>
    <w:rsid w:val="00982E7C"/>
    <w:rsid w:val="00983496"/>
    <w:rsid w:val="00987237"/>
    <w:rsid w:val="00990EAB"/>
    <w:rsid w:val="00992CF5"/>
    <w:rsid w:val="0099303E"/>
    <w:rsid w:val="009A10A7"/>
    <w:rsid w:val="009B3E57"/>
    <w:rsid w:val="009B7297"/>
    <w:rsid w:val="009C0418"/>
    <w:rsid w:val="009C078B"/>
    <w:rsid w:val="009D1B6B"/>
    <w:rsid w:val="009D4C01"/>
    <w:rsid w:val="009F22DE"/>
    <w:rsid w:val="009F57BA"/>
    <w:rsid w:val="00A07596"/>
    <w:rsid w:val="00A14F45"/>
    <w:rsid w:val="00A16F66"/>
    <w:rsid w:val="00A2449C"/>
    <w:rsid w:val="00A24BAD"/>
    <w:rsid w:val="00A24D31"/>
    <w:rsid w:val="00A375B3"/>
    <w:rsid w:val="00A74BE2"/>
    <w:rsid w:val="00AC5874"/>
    <w:rsid w:val="00AC6EE9"/>
    <w:rsid w:val="00AD7842"/>
    <w:rsid w:val="00AE06C5"/>
    <w:rsid w:val="00AF492A"/>
    <w:rsid w:val="00AF5BDE"/>
    <w:rsid w:val="00B00462"/>
    <w:rsid w:val="00B04B12"/>
    <w:rsid w:val="00B10B1E"/>
    <w:rsid w:val="00B26AA0"/>
    <w:rsid w:val="00B35AD8"/>
    <w:rsid w:val="00B40E2F"/>
    <w:rsid w:val="00B4428D"/>
    <w:rsid w:val="00B64F62"/>
    <w:rsid w:val="00B6547F"/>
    <w:rsid w:val="00BA110E"/>
    <w:rsid w:val="00BA449D"/>
    <w:rsid w:val="00BC017F"/>
    <w:rsid w:val="00BD38CC"/>
    <w:rsid w:val="00BE6D17"/>
    <w:rsid w:val="00BF3F06"/>
    <w:rsid w:val="00BF444A"/>
    <w:rsid w:val="00BF69D4"/>
    <w:rsid w:val="00C01952"/>
    <w:rsid w:val="00C07D09"/>
    <w:rsid w:val="00C112F7"/>
    <w:rsid w:val="00C11D9C"/>
    <w:rsid w:val="00C13635"/>
    <w:rsid w:val="00C24B51"/>
    <w:rsid w:val="00C51DAE"/>
    <w:rsid w:val="00C565B5"/>
    <w:rsid w:val="00C579CB"/>
    <w:rsid w:val="00C57F01"/>
    <w:rsid w:val="00C65755"/>
    <w:rsid w:val="00C77919"/>
    <w:rsid w:val="00C834AD"/>
    <w:rsid w:val="00C86C11"/>
    <w:rsid w:val="00C94B6E"/>
    <w:rsid w:val="00C96EB2"/>
    <w:rsid w:val="00CA65BC"/>
    <w:rsid w:val="00CC500E"/>
    <w:rsid w:val="00CC76FA"/>
    <w:rsid w:val="00CF3273"/>
    <w:rsid w:val="00D017E2"/>
    <w:rsid w:val="00D02BBA"/>
    <w:rsid w:val="00D03E41"/>
    <w:rsid w:val="00D14ACB"/>
    <w:rsid w:val="00D1527D"/>
    <w:rsid w:val="00D23388"/>
    <w:rsid w:val="00D514DB"/>
    <w:rsid w:val="00D57081"/>
    <w:rsid w:val="00D630FD"/>
    <w:rsid w:val="00D71A5B"/>
    <w:rsid w:val="00D730CF"/>
    <w:rsid w:val="00D804E1"/>
    <w:rsid w:val="00D848AD"/>
    <w:rsid w:val="00D91855"/>
    <w:rsid w:val="00D931F6"/>
    <w:rsid w:val="00DA2C16"/>
    <w:rsid w:val="00DA3548"/>
    <w:rsid w:val="00DA5AB5"/>
    <w:rsid w:val="00DB4F26"/>
    <w:rsid w:val="00DC1016"/>
    <w:rsid w:val="00DC436E"/>
    <w:rsid w:val="00DD1202"/>
    <w:rsid w:val="00DD6163"/>
    <w:rsid w:val="00DD7055"/>
    <w:rsid w:val="00DE136E"/>
    <w:rsid w:val="00DE27A9"/>
    <w:rsid w:val="00DF3F5F"/>
    <w:rsid w:val="00DF7C56"/>
    <w:rsid w:val="00E0084C"/>
    <w:rsid w:val="00E207D0"/>
    <w:rsid w:val="00E43C4D"/>
    <w:rsid w:val="00E4663C"/>
    <w:rsid w:val="00E5159E"/>
    <w:rsid w:val="00E616FD"/>
    <w:rsid w:val="00E64C01"/>
    <w:rsid w:val="00E75B42"/>
    <w:rsid w:val="00E766DD"/>
    <w:rsid w:val="00E86332"/>
    <w:rsid w:val="00E910E8"/>
    <w:rsid w:val="00EB39A8"/>
    <w:rsid w:val="00EB5483"/>
    <w:rsid w:val="00EC1F61"/>
    <w:rsid w:val="00EC6A1E"/>
    <w:rsid w:val="00ED3D89"/>
    <w:rsid w:val="00EE61E0"/>
    <w:rsid w:val="00EF1628"/>
    <w:rsid w:val="00EF4C71"/>
    <w:rsid w:val="00EF53C2"/>
    <w:rsid w:val="00F0301C"/>
    <w:rsid w:val="00F03F49"/>
    <w:rsid w:val="00F04BCD"/>
    <w:rsid w:val="00F33717"/>
    <w:rsid w:val="00F36F68"/>
    <w:rsid w:val="00F53CD5"/>
    <w:rsid w:val="00F8015E"/>
    <w:rsid w:val="00F835D6"/>
    <w:rsid w:val="00F85E74"/>
    <w:rsid w:val="00F87A29"/>
    <w:rsid w:val="00F9389D"/>
    <w:rsid w:val="00F96321"/>
    <w:rsid w:val="00F963BE"/>
    <w:rsid w:val="00FA2E8E"/>
    <w:rsid w:val="00FB4B73"/>
    <w:rsid w:val="00FC3B3C"/>
    <w:rsid w:val="00FC4F41"/>
    <w:rsid w:val="00FE16F0"/>
    <w:rsid w:val="00FE228A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06AF"/>
  <w15:docId w15:val="{C887FC94-97F6-4459-A635-51FA736A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EC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2F0"/>
    <w:pPr>
      <w:widowControl w:val="0"/>
      <w:autoSpaceDE w:val="0"/>
      <w:autoSpaceDN w:val="0"/>
      <w:adjustRightInd w:val="0"/>
      <w:spacing w:before="73" w:after="0" w:line="240" w:lineRule="auto"/>
      <w:ind w:left="137"/>
      <w:jc w:val="center"/>
      <w:outlineLvl w:val="0"/>
    </w:pPr>
    <w:rPr>
      <w:rFonts w:ascii="GHEA Grapalat" w:eastAsia="Times New Roman" w:hAnsi="GHEA Grapalat" w:cs="GHEA Grapalat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6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7C6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F0"/>
    <w:rPr>
      <w:rFonts w:ascii="GHEA Grapalat" w:eastAsia="Times New Roman" w:hAnsi="GHEA Grapalat" w:cs="GHEA Grapalat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2F0"/>
    <w:rPr>
      <w:sz w:val="20"/>
      <w:szCs w:val="20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2F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2F0"/>
    <w:rPr>
      <w:b/>
      <w:bCs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2F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F0"/>
    <w:rPr>
      <w:rFonts w:ascii="Segoe UI" w:hAnsi="Segoe UI" w:cs="Segoe UI"/>
      <w:sz w:val="18"/>
      <w:szCs w:val="18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2432F0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4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8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27F2"/>
    <w:rPr>
      <w:b/>
      <w:bCs/>
    </w:rPr>
  </w:style>
  <w:style w:type="character" w:styleId="Emphasis">
    <w:name w:val="Emphasis"/>
    <w:basedOn w:val="DefaultParagraphFont"/>
    <w:uiPriority w:val="20"/>
    <w:qFormat/>
    <w:rsid w:val="004A27F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6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C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C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C6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F7C6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F7C6A"/>
    <w:rPr>
      <w:rFonts w:eastAsiaTheme="minorEastAsia"/>
    </w:rPr>
  </w:style>
  <w:style w:type="paragraph" w:styleId="NoSpacing">
    <w:name w:val="No Spacing"/>
    <w:uiPriority w:val="1"/>
    <w:qFormat/>
    <w:rsid w:val="008F7C6A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8F7C6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F7C6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C6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F7C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F7C6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F7C6A"/>
    <w:pPr>
      <w:spacing w:after="120" w:line="480" w:lineRule="auto"/>
    </w:pPr>
    <w:rPr>
      <w:rFonts w:eastAsiaTheme="minorEastAsia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F7C6A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unhideWhenUsed/>
    <w:rsid w:val="008F7C6A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F7C6A"/>
    <w:rPr>
      <w:rFonts w:eastAsiaTheme="minorEastAsia"/>
      <w:sz w:val="16"/>
      <w:szCs w:val="16"/>
    </w:rPr>
  </w:style>
  <w:style w:type="paragraph" w:styleId="List">
    <w:name w:val="List"/>
    <w:basedOn w:val="Normal"/>
    <w:uiPriority w:val="99"/>
    <w:unhideWhenUsed/>
    <w:rsid w:val="008F7C6A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List2">
    <w:name w:val="List 2"/>
    <w:basedOn w:val="Normal"/>
    <w:uiPriority w:val="99"/>
    <w:unhideWhenUsed/>
    <w:rsid w:val="008F7C6A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List3">
    <w:name w:val="List 3"/>
    <w:basedOn w:val="Normal"/>
    <w:uiPriority w:val="99"/>
    <w:unhideWhenUsed/>
    <w:rsid w:val="008F7C6A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ListBullet">
    <w:name w:val="List Bullet"/>
    <w:basedOn w:val="Normal"/>
    <w:uiPriority w:val="99"/>
    <w:unhideWhenUsed/>
    <w:rsid w:val="008F7C6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2">
    <w:name w:val="List Bullet 2"/>
    <w:basedOn w:val="Normal"/>
    <w:uiPriority w:val="99"/>
    <w:unhideWhenUsed/>
    <w:rsid w:val="008F7C6A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3">
    <w:name w:val="List Bullet 3"/>
    <w:basedOn w:val="Normal"/>
    <w:uiPriority w:val="99"/>
    <w:unhideWhenUsed/>
    <w:rsid w:val="008F7C6A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">
    <w:name w:val="List Number"/>
    <w:basedOn w:val="Normal"/>
    <w:uiPriority w:val="99"/>
    <w:unhideWhenUsed/>
    <w:rsid w:val="008F7C6A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2">
    <w:name w:val="List Number 2"/>
    <w:basedOn w:val="Normal"/>
    <w:uiPriority w:val="99"/>
    <w:unhideWhenUsed/>
    <w:rsid w:val="008F7C6A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3">
    <w:name w:val="List Number 3"/>
    <w:basedOn w:val="Normal"/>
    <w:uiPriority w:val="99"/>
    <w:unhideWhenUsed/>
    <w:rsid w:val="008F7C6A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Continue">
    <w:name w:val="List Continue"/>
    <w:basedOn w:val="Normal"/>
    <w:uiPriority w:val="99"/>
    <w:unhideWhenUsed/>
    <w:rsid w:val="008F7C6A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ListContinue2">
    <w:name w:val="List Continue 2"/>
    <w:basedOn w:val="Normal"/>
    <w:uiPriority w:val="99"/>
    <w:unhideWhenUsed/>
    <w:rsid w:val="008F7C6A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ListContinue3">
    <w:name w:val="List Continue 3"/>
    <w:basedOn w:val="Normal"/>
    <w:uiPriority w:val="99"/>
    <w:unhideWhenUsed/>
    <w:rsid w:val="008F7C6A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MacroText">
    <w:name w:val="macro"/>
    <w:link w:val="MacroTextChar"/>
    <w:uiPriority w:val="99"/>
    <w:unhideWhenUsed/>
    <w:rsid w:val="008F7C6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F7C6A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F7C6A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F7C6A"/>
    <w:rPr>
      <w:rFonts w:eastAsiaTheme="minorEastAsia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C6A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6A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6A"/>
    <w:rPr>
      <w:rFonts w:eastAsiaTheme="minorEastAsia"/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F7C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F7C6A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F7C6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F7C6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F7C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C6A"/>
    <w:pPr>
      <w:keepNext/>
      <w:keepLines/>
      <w:widowControl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8F7C6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C6A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C6A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C6A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C6A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C6A"/>
    <w:pPr>
      <w:spacing w:after="0" w:line="240" w:lineRule="auto"/>
    </w:pPr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C6A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msonormal0">
    <w:name w:val="msonormal"/>
    <w:basedOn w:val="Normal"/>
    <w:rsid w:val="008F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ABC7-115A-4883-A932-0FB57483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4068</Words>
  <Characters>23190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ghazaryan</dc:creator>
  <cp:keywords/>
  <dc:description/>
  <cp:lastModifiedBy>Arpine Khachatryan</cp:lastModifiedBy>
  <cp:revision>263</cp:revision>
  <cp:lastPrinted>2026-03-25T10:23:00Z</cp:lastPrinted>
  <dcterms:created xsi:type="dcterms:W3CDTF">2024-01-04T12:57:00Z</dcterms:created>
  <dcterms:modified xsi:type="dcterms:W3CDTF">2026-08-03T13:08:00Z</dcterms:modified>
</cp:coreProperties>
</file>